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C60310" w14:textId="77777777" w:rsidR="003E7C18" w:rsidRPr="009A175C" w:rsidRDefault="003E7C18" w:rsidP="006513C1">
      <w:pPr>
        <w:rPr>
          <w:rFonts w:ascii="Roboto Condensed" w:hAnsi="Roboto Condensed"/>
        </w:rPr>
      </w:pPr>
      <w:bookmarkStart w:id="0" w:name="_Hlk206761946"/>
      <w:bookmarkEnd w:id="0"/>
    </w:p>
    <w:p w14:paraId="2B7040A0" w14:textId="1322D77C" w:rsidR="003E7C18" w:rsidRPr="009A175C" w:rsidRDefault="00FF5038" w:rsidP="006513C1">
      <w:pPr>
        <w:rPr>
          <w:rFonts w:ascii="Roboto Condensed" w:hAnsi="Roboto Condensed"/>
        </w:rPr>
      </w:pPr>
      <w:r w:rsidRPr="009A175C">
        <w:rPr>
          <w:rFonts w:ascii="Roboto Condensed" w:hAnsi="Roboto Condensed"/>
        </w:rPr>
        <w:t xml:space="preserve">Wójt Gminy </w:t>
      </w:r>
      <w:r w:rsidR="00C31A66" w:rsidRPr="009A175C">
        <w:rPr>
          <w:rFonts w:ascii="Roboto Condensed" w:hAnsi="Roboto Condensed"/>
        </w:rPr>
        <w:t>Radomsko</w:t>
      </w:r>
    </w:p>
    <w:p w14:paraId="0C6BFC5D" w14:textId="77777777" w:rsidR="003E7C18" w:rsidRPr="009A175C" w:rsidRDefault="003E7C18" w:rsidP="006513C1">
      <w:pPr>
        <w:pStyle w:val="Nagwek"/>
        <w:jc w:val="center"/>
        <w:rPr>
          <w:rFonts w:ascii="Roboto Condensed" w:hAnsi="Roboto Condensed" w:cs="Arial"/>
          <w:b/>
          <w:bCs/>
          <w:sz w:val="40"/>
          <w:szCs w:val="40"/>
          <w:lang w:val="pl-PL"/>
        </w:rPr>
      </w:pPr>
    </w:p>
    <w:p w14:paraId="25BD4524" w14:textId="77777777" w:rsidR="003E7C18" w:rsidRPr="009A175C" w:rsidRDefault="003E7C18" w:rsidP="006513C1">
      <w:pPr>
        <w:pStyle w:val="Nagwek"/>
        <w:jc w:val="center"/>
        <w:rPr>
          <w:rFonts w:ascii="Roboto Condensed" w:hAnsi="Roboto Condensed" w:cs="Arial"/>
          <w:b/>
          <w:bCs/>
          <w:sz w:val="40"/>
          <w:szCs w:val="40"/>
          <w:lang w:val="pl-PL"/>
        </w:rPr>
      </w:pPr>
    </w:p>
    <w:p w14:paraId="3B0FFB1E" w14:textId="77777777" w:rsidR="003E7C18" w:rsidRPr="009A175C" w:rsidRDefault="003E7C18" w:rsidP="005F3ECD">
      <w:pPr>
        <w:pStyle w:val="Nagwek"/>
        <w:rPr>
          <w:rFonts w:ascii="Roboto Condensed" w:hAnsi="Roboto Condensed" w:cs="Arial"/>
          <w:b/>
          <w:bCs/>
          <w:sz w:val="40"/>
          <w:szCs w:val="40"/>
          <w:lang w:val="pl-PL"/>
        </w:rPr>
      </w:pPr>
    </w:p>
    <w:p w14:paraId="6F218124" w14:textId="77777777" w:rsidR="003E7C18" w:rsidRPr="009A175C" w:rsidRDefault="003E7C18" w:rsidP="006513C1">
      <w:pPr>
        <w:pStyle w:val="Nagwek"/>
        <w:jc w:val="center"/>
        <w:rPr>
          <w:rFonts w:ascii="Roboto Condensed" w:hAnsi="Roboto Condensed" w:cs="Arial"/>
          <w:b/>
          <w:bCs/>
          <w:sz w:val="40"/>
          <w:szCs w:val="40"/>
          <w:lang w:val="pl-PL"/>
        </w:rPr>
      </w:pPr>
    </w:p>
    <w:p w14:paraId="44BD82A7" w14:textId="77777777" w:rsidR="00C31A66" w:rsidRPr="009A175C" w:rsidRDefault="00C31A66" w:rsidP="006513C1">
      <w:pPr>
        <w:pStyle w:val="Nagwek"/>
        <w:jc w:val="center"/>
        <w:rPr>
          <w:rFonts w:ascii="Roboto Condensed" w:hAnsi="Roboto Condensed" w:cs="Arial"/>
          <w:b/>
          <w:bCs/>
          <w:sz w:val="40"/>
          <w:szCs w:val="40"/>
          <w:lang w:val="pl-PL"/>
        </w:rPr>
      </w:pPr>
    </w:p>
    <w:p w14:paraId="774BAF45" w14:textId="77777777" w:rsidR="00C31A66" w:rsidRPr="009A175C" w:rsidRDefault="00C31A66" w:rsidP="006513C1">
      <w:pPr>
        <w:pStyle w:val="Nagwek"/>
        <w:jc w:val="center"/>
        <w:rPr>
          <w:rFonts w:ascii="Roboto Condensed" w:hAnsi="Roboto Condensed" w:cs="Arial"/>
          <w:b/>
          <w:bCs/>
          <w:sz w:val="40"/>
          <w:szCs w:val="40"/>
          <w:lang w:val="pl-PL"/>
        </w:rPr>
      </w:pPr>
    </w:p>
    <w:p w14:paraId="69889B82" w14:textId="77777777" w:rsidR="00FF5038" w:rsidRPr="009A175C" w:rsidRDefault="00FF5038" w:rsidP="00C31A66">
      <w:pPr>
        <w:autoSpaceDE w:val="0"/>
        <w:autoSpaceDN w:val="0"/>
        <w:adjustRightInd w:val="0"/>
        <w:rPr>
          <w:rFonts w:ascii="Roboto Condensed" w:hAnsi="Roboto Condensed" w:cs="Arial"/>
          <w:b/>
          <w:sz w:val="48"/>
          <w:szCs w:val="48"/>
        </w:rPr>
      </w:pPr>
    </w:p>
    <w:p w14:paraId="7BB6D62D" w14:textId="4CBEB8B9" w:rsidR="003E7C18" w:rsidRPr="009A175C" w:rsidRDefault="003E7C18" w:rsidP="006513C1">
      <w:pPr>
        <w:autoSpaceDE w:val="0"/>
        <w:autoSpaceDN w:val="0"/>
        <w:adjustRightInd w:val="0"/>
        <w:jc w:val="center"/>
        <w:rPr>
          <w:rFonts w:ascii="Roboto Condensed" w:hAnsi="Roboto Condensed" w:cs="Arial"/>
          <w:b/>
          <w:sz w:val="48"/>
          <w:szCs w:val="48"/>
        </w:rPr>
      </w:pPr>
    </w:p>
    <w:p w14:paraId="5CB96B0A" w14:textId="2E7800DF" w:rsidR="00C31A66" w:rsidRPr="009A175C" w:rsidRDefault="00C31A66" w:rsidP="006513C1">
      <w:pPr>
        <w:autoSpaceDE w:val="0"/>
        <w:autoSpaceDN w:val="0"/>
        <w:adjustRightInd w:val="0"/>
        <w:jc w:val="center"/>
        <w:rPr>
          <w:rFonts w:ascii="Roboto Condensed" w:hAnsi="Roboto Condensed" w:cs="Arial"/>
          <w:b/>
          <w:sz w:val="48"/>
          <w:szCs w:val="48"/>
        </w:rPr>
      </w:pPr>
      <w:r w:rsidRPr="009A175C">
        <w:rPr>
          <w:rFonts w:ascii="Roboto Condensed" w:hAnsi="Roboto Condensed" w:cs="Arial"/>
          <w:b/>
          <w:noProof/>
          <w:sz w:val="48"/>
          <w:szCs w:val="48"/>
        </w:rPr>
        <w:drawing>
          <wp:anchor distT="0" distB="0" distL="114300" distR="114300" simplePos="0" relativeHeight="251658241" behindDoc="0" locked="0" layoutInCell="1" allowOverlap="1" wp14:anchorId="64A7980E" wp14:editId="4CC6368A">
            <wp:simplePos x="0" y="0"/>
            <wp:positionH relativeFrom="margin">
              <wp:align>center</wp:align>
            </wp:positionH>
            <wp:positionV relativeFrom="page">
              <wp:posOffset>4048916</wp:posOffset>
            </wp:positionV>
            <wp:extent cx="2933205" cy="2902746"/>
            <wp:effectExtent l="0" t="0" r="635" b="0"/>
            <wp:wrapTopAndBottom/>
            <wp:docPr id="158842821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33205" cy="29027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5038" w:rsidRPr="009A175C">
        <w:rPr>
          <w:rFonts w:ascii="Roboto Condensed" w:hAnsi="Roboto Condensed" w:cs="Arial"/>
          <w:b/>
          <w:sz w:val="48"/>
          <w:szCs w:val="48"/>
        </w:rPr>
        <w:t>UZASADNIENIE DO PLANU OGÓLNEGO</w:t>
      </w:r>
    </w:p>
    <w:p w14:paraId="44B666F5" w14:textId="38D7161C" w:rsidR="00C31A66" w:rsidRPr="009A175C" w:rsidRDefault="00C31A66" w:rsidP="006513C1">
      <w:pPr>
        <w:autoSpaceDE w:val="0"/>
        <w:autoSpaceDN w:val="0"/>
        <w:adjustRightInd w:val="0"/>
        <w:jc w:val="center"/>
        <w:rPr>
          <w:rFonts w:ascii="Roboto Condensed" w:hAnsi="Roboto Condensed" w:cs="Arial"/>
          <w:b/>
          <w:sz w:val="48"/>
          <w:szCs w:val="48"/>
        </w:rPr>
      </w:pPr>
    </w:p>
    <w:p w14:paraId="4648FD23" w14:textId="07366CD5" w:rsidR="003E7C18" w:rsidRPr="009A175C" w:rsidRDefault="003E7C18" w:rsidP="00C31A66">
      <w:pPr>
        <w:rPr>
          <w:rFonts w:ascii="Roboto Condensed" w:hAnsi="Roboto Condensed"/>
        </w:rPr>
      </w:pPr>
    </w:p>
    <w:p w14:paraId="792408E5" w14:textId="6D2BAEDE" w:rsidR="003E7C18" w:rsidRPr="009A175C" w:rsidRDefault="003E7C18" w:rsidP="006513C1">
      <w:pPr>
        <w:jc w:val="center"/>
        <w:rPr>
          <w:rFonts w:ascii="Roboto Condensed" w:hAnsi="Roboto Condensed"/>
        </w:rPr>
      </w:pPr>
    </w:p>
    <w:p w14:paraId="76762995" w14:textId="6B731577" w:rsidR="003E7C18" w:rsidRPr="009A175C" w:rsidRDefault="003E7C18" w:rsidP="006513C1">
      <w:pPr>
        <w:jc w:val="center"/>
        <w:rPr>
          <w:rFonts w:ascii="Roboto Condensed" w:hAnsi="Roboto Condensed"/>
        </w:rPr>
      </w:pPr>
    </w:p>
    <w:p w14:paraId="13B9A672" w14:textId="0942C5C3" w:rsidR="00D3672E" w:rsidRPr="009A175C" w:rsidRDefault="00D3672E" w:rsidP="006513C1">
      <w:pPr>
        <w:jc w:val="center"/>
        <w:rPr>
          <w:rFonts w:ascii="Roboto Condensed" w:hAnsi="Roboto Condensed"/>
        </w:rPr>
      </w:pPr>
    </w:p>
    <w:p w14:paraId="4B1E0B2B" w14:textId="77777777" w:rsidR="00D3672E" w:rsidRPr="009A175C" w:rsidRDefault="00D3672E" w:rsidP="006513C1">
      <w:pPr>
        <w:jc w:val="center"/>
        <w:rPr>
          <w:rFonts w:ascii="Roboto Condensed" w:hAnsi="Roboto Condensed"/>
        </w:rPr>
      </w:pPr>
    </w:p>
    <w:p w14:paraId="2A157844" w14:textId="77777777" w:rsidR="00D3672E" w:rsidRPr="009A175C" w:rsidRDefault="00D3672E" w:rsidP="006513C1">
      <w:pPr>
        <w:jc w:val="center"/>
        <w:rPr>
          <w:rFonts w:ascii="Roboto Condensed" w:hAnsi="Roboto Condensed"/>
        </w:rPr>
      </w:pPr>
    </w:p>
    <w:p w14:paraId="4AA33DD7" w14:textId="77777777" w:rsidR="00D3672E" w:rsidRPr="009A175C" w:rsidRDefault="00D3672E" w:rsidP="006513C1">
      <w:pPr>
        <w:jc w:val="center"/>
        <w:rPr>
          <w:rFonts w:ascii="Roboto Condensed" w:hAnsi="Roboto Condensed"/>
        </w:rPr>
      </w:pPr>
    </w:p>
    <w:p w14:paraId="4C9AA3F7" w14:textId="77777777" w:rsidR="00D3672E" w:rsidRPr="009A175C" w:rsidRDefault="00D3672E" w:rsidP="006513C1">
      <w:pPr>
        <w:jc w:val="center"/>
        <w:rPr>
          <w:rFonts w:ascii="Roboto Condensed" w:hAnsi="Roboto Condensed"/>
        </w:rPr>
      </w:pPr>
    </w:p>
    <w:p w14:paraId="520830D4" w14:textId="77777777" w:rsidR="00D3672E" w:rsidRPr="009A175C" w:rsidRDefault="00D3672E" w:rsidP="00C31A66">
      <w:pPr>
        <w:rPr>
          <w:rFonts w:ascii="Roboto Condensed" w:hAnsi="Roboto Condensed"/>
        </w:rPr>
      </w:pPr>
    </w:p>
    <w:p w14:paraId="09821C2E" w14:textId="505E2443" w:rsidR="00AB1056" w:rsidRPr="009A175C" w:rsidRDefault="00AB1056" w:rsidP="006513C1">
      <w:pPr>
        <w:jc w:val="center"/>
        <w:rPr>
          <w:rFonts w:ascii="Roboto Condensed" w:hAnsi="Roboto Condensed"/>
        </w:rPr>
      </w:pPr>
    </w:p>
    <w:p w14:paraId="67C631B0" w14:textId="77777777" w:rsidR="0013640D" w:rsidRPr="009A175C" w:rsidRDefault="0013640D" w:rsidP="006513C1">
      <w:pPr>
        <w:jc w:val="center"/>
        <w:rPr>
          <w:rFonts w:ascii="Roboto Condensed" w:hAnsi="Roboto Condensed"/>
        </w:rPr>
      </w:pPr>
    </w:p>
    <w:p w14:paraId="2C94ADD0" w14:textId="77777777" w:rsidR="0013640D" w:rsidRPr="009A175C" w:rsidRDefault="0013640D" w:rsidP="006513C1">
      <w:pPr>
        <w:jc w:val="center"/>
        <w:rPr>
          <w:rFonts w:ascii="Roboto Condensed" w:hAnsi="Roboto Condensed"/>
        </w:rPr>
      </w:pPr>
    </w:p>
    <w:p w14:paraId="2E2624A7" w14:textId="77777777" w:rsidR="003E7C18" w:rsidRPr="009A175C" w:rsidRDefault="003E7C18" w:rsidP="006513C1">
      <w:pPr>
        <w:jc w:val="center"/>
        <w:rPr>
          <w:rFonts w:ascii="Roboto Condensed" w:hAnsi="Roboto Condensed"/>
        </w:rPr>
      </w:pPr>
    </w:p>
    <w:p w14:paraId="2E0029E4" w14:textId="13764705" w:rsidR="003E7C18" w:rsidRPr="009A175C" w:rsidRDefault="003E7C18" w:rsidP="006513C1">
      <w:pPr>
        <w:pBdr>
          <w:bottom w:val="single" w:sz="12" w:space="0" w:color="auto"/>
        </w:pBdr>
        <w:rPr>
          <w:rFonts w:ascii="Roboto Condensed" w:hAnsi="Roboto Condensed"/>
          <w:sz w:val="10"/>
          <w:szCs w:val="10"/>
        </w:rPr>
      </w:pPr>
    </w:p>
    <w:p w14:paraId="5753C9D2" w14:textId="3482E6E1" w:rsidR="003E7C18" w:rsidRPr="009A175C" w:rsidRDefault="009A175C" w:rsidP="006513C1">
      <w:pPr>
        <w:jc w:val="center"/>
        <w:rPr>
          <w:rFonts w:ascii="Roboto Condensed" w:hAnsi="Roboto Condensed" w:cs="Arial"/>
          <w:color w:val="EE0000"/>
        </w:rPr>
      </w:pPr>
      <w:r w:rsidRPr="009A175C">
        <w:rPr>
          <w:rFonts w:ascii="Roboto Condensed" w:hAnsi="Roboto Condensed" w:cs="Arial"/>
        </w:rPr>
        <w:t>Radomsko</w:t>
      </w:r>
      <w:r w:rsidR="003E7C18" w:rsidRPr="009A175C">
        <w:rPr>
          <w:rFonts w:ascii="Roboto Condensed" w:hAnsi="Roboto Condensed" w:cs="Arial"/>
        </w:rPr>
        <w:t xml:space="preserve"> – </w:t>
      </w:r>
      <w:r w:rsidR="008B782B">
        <w:rPr>
          <w:rFonts w:ascii="Roboto Condensed" w:hAnsi="Roboto Condensed" w:cs="Arial"/>
        </w:rPr>
        <w:t>styczeń</w:t>
      </w:r>
      <w:r w:rsidR="003E7C18" w:rsidRPr="009A175C">
        <w:rPr>
          <w:rFonts w:ascii="Roboto Condensed" w:hAnsi="Roboto Condensed" w:cs="Arial"/>
        </w:rPr>
        <w:t xml:space="preserve"> </w:t>
      </w:r>
      <w:r w:rsidR="000A67C5" w:rsidRPr="009A175C">
        <w:rPr>
          <w:rFonts w:ascii="Roboto Condensed" w:hAnsi="Roboto Condensed" w:cs="Arial"/>
        </w:rPr>
        <w:t>202</w:t>
      </w:r>
      <w:r w:rsidR="008B782B">
        <w:rPr>
          <w:rFonts w:ascii="Roboto Condensed" w:hAnsi="Roboto Condensed" w:cs="Arial"/>
        </w:rPr>
        <w:t>6</w:t>
      </w:r>
      <w:r w:rsidR="00AB1056" w:rsidRPr="009A175C">
        <w:rPr>
          <w:rFonts w:ascii="Roboto Condensed" w:hAnsi="Roboto Condensed" w:cs="Arial"/>
        </w:rPr>
        <w:t xml:space="preserve"> </w:t>
      </w:r>
      <w:r w:rsidR="003E7C18" w:rsidRPr="009A175C">
        <w:rPr>
          <w:rFonts w:ascii="Roboto Condensed" w:hAnsi="Roboto Condensed" w:cs="Arial"/>
        </w:rPr>
        <w:t>r.</w:t>
      </w:r>
    </w:p>
    <w:p w14:paraId="44726DC2" w14:textId="77777777" w:rsidR="003E7C18" w:rsidRPr="00715FEE" w:rsidRDefault="003E7C18" w:rsidP="006513C1">
      <w:pPr>
        <w:pStyle w:val="Nagwek8"/>
        <w:spacing w:line="240" w:lineRule="auto"/>
        <w:rPr>
          <w:rFonts w:ascii="Roboto Condensed" w:hAnsi="Roboto Condensed"/>
          <w:szCs w:val="24"/>
          <w:lang w:val="pl-PL"/>
        </w:rPr>
      </w:pPr>
      <w:r w:rsidRPr="00715FEE">
        <w:rPr>
          <w:rFonts w:ascii="Roboto Condensed" w:hAnsi="Roboto Condensed"/>
          <w:szCs w:val="24"/>
          <w:lang w:val="pl-PL"/>
        </w:rPr>
        <w:lastRenderedPageBreak/>
        <w:t>Spis treści</w:t>
      </w:r>
    </w:p>
    <w:p w14:paraId="0819E950" w14:textId="36FEC0E2" w:rsidR="00F814BF" w:rsidRPr="00012E36" w:rsidRDefault="003E7C18" w:rsidP="00012E36">
      <w:pPr>
        <w:pStyle w:val="Spistreci1"/>
        <w:spacing w:before="60" w:after="60"/>
        <w:ind w:left="397" w:hanging="397"/>
        <w:rPr>
          <w:rStyle w:val="Hipercze"/>
          <w:rFonts w:ascii="Roboto Condensed" w:hAnsi="Roboto Condensed"/>
          <w:bCs/>
          <w:noProof/>
          <w:color w:val="auto"/>
        </w:rPr>
      </w:pPr>
      <w:r w:rsidRPr="00012E36">
        <w:rPr>
          <w:rStyle w:val="Hipercze"/>
          <w:bCs/>
          <w:noProof/>
          <w:color w:val="auto"/>
        </w:rPr>
        <w:fldChar w:fldCharType="begin"/>
      </w:r>
      <w:r w:rsidRPr="00012E36">
        <w:rPr>
          <w:rStyle w:val="Hipercze"/>
          <w:bCs/>
          <w:noProof/>
          <w:color w:val="auto"/>
        </w:rPr>
        <w:instrText xml:space="preserve"> TOC \o "1-3" \h \z </w:instrText>
      </w:r>
      <w:r w:rsidRPr="00012E36">
        <w:rPr>
          <w:rStyle w:val="Hipercze"/>
          <w:bCs/>
          <w:noProof/>
          <w:color w:val="auto"/>
        </w:rPr>
        <w:fldChar w:fldCharType="separate"/>
      </w:r>
      <w:hyperlink w:anchor="_Toc206769012" w:history="1">
        <w:r w:rsidR="00F814BF" w:rsidRPr="00012E36">
          <w:rPr>
            <w:rStyle w:val="Hipercze"/>
            <w:rFonts w:ascii="Roboto Condensed" w:hAnsi="Roboto Condensed"/>
            <w:bCs/>
            <w:noProof/>
            <w:color w:val="auto"/>
          </w:rPr>
          <w:t>1. WSTĘP</w:t>
        </w:r>
        <w:r w:rsidR="00F814BF" w:rsidRPr="00012E36">
          <w:rPr>
            <w:rStyle w:val="Hipercze"/>
            <w:rFonts w:ascii="Roboto Condensed" w:hAnsi="Roboto Condensed"/>
            <w:bCs/>
            <w:noProof/>
            <w:webHidden/>
            <w:color w:val="auto"/>
          </w:rPr>
          <w:tab/>
        </w:r>
        <w:r w:rsidR="00F814BF" w:rsidRPr="00012E36">
          <w:rPr>
            <w:rStyle w:val="Hipercze"/>
            <w:rFonts w:ascii="Roboto Condensed" w:hAnsi="Roboto Condensed"/>
            <w:bCs/>
            <w:noProof/>
            <w:webHidden/>
            <w:color w:val="auto"/>
          </w:rPr>
          <w:fldChar w:fldCharType="begin"/>
        </w:r>
        <w:r w:rsidR="00F814BF" w:rsidRPr="00012E36">
          <w:rPr>
            <w:rStyle w:val="Hipercze"/>
            <w:rFonts w:ascii="Roboto Condensed" w:hAnsi="Roboto Condensed"/>
            <w:bCs/>
            <w:noProof/>
            <w:webHidden/>
            <w:color w:val="auto"/>
          </w:rPr>
          <w:instrText xml:space="preserve"> PAGEREF _Toc206769012 \h </w:instrText>
        </w:r>
        <w:r w:rsidR="00F814BF" w:rsidRPr="00012E36">
          <w:rPr>
            <w:rStyle w:val="Hipercze"/>
            <w:rFonts w:ascii="Roboto Condensed" w:hAnsi="Roboto Condensed"/>
            <w:bCs/>
            <w:noProof/>
            <w:webHidden/>
            <w:color w:val="auto"/>
          </w:rPr>
        </w:r>
        <w:r w:rsidR="00F814BF"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4</w:t>
        </w:r>
        <w:r w:rsidR="00F814BF" w:rsidRPr="00012E36">
          <w:rPr>
            <w:rStyle w:val="Hipercze"/>
            <w:rFonts w:ascii="Roboto Condensed" w:hAnsi="Roboto Condensed"/>
            <w:bCs/>
            <w:noProof/>
            <w:webHidden/>
            <w:color w:val="auto"/>
          </w:rPr>
          <w:fldChar w:fldCharType="end"/>
        </w:r>
      </w:hyperlink>
    </w:p>
    <w:p w14:paraId="651845BA" w14:textId="2701B51D"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13" w:history="1">
        <w:r w:rsidRPr="00012E36">
          <w:rPr>
            <w:rStyle w:val="Hipercze"/>
            <w:rFonts w:ascii="Roboto Condensed" w:hAnsi="Roboto Condensed"/>
            <w:bCs/>
            <w:noProof/>
            <w:color w:val="auto"/>
          </w:rPr>
          <w:t>1.1. Przedmiot opracowania</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_Toc206769013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4</w:t>
        </w:r>
        <w:r w:rsidRPr="00012E36">
          <w:rPr>
            <w:rStyle w:val="Hipercze"/>
            <w:rFonts w:ascii="Roboto Condensed" w:hAnsi="Roboto Condensed"/>
            <w:bCs/>
            <w:noProof/>
            <w:webHidden/>
            <w:color w:val="auto"/>
          </w:rPr>
          <w:fldChar w:fldCharType="end"/>
        </w:r>
      </w:hyperlink>
    </w:p>
    <w:p w14:paraId="6F37DC17" w14:textId="671E30D4"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14" w:history="1">
        <w:r w:rsidRPr="00012E36">
          <w:rPr>
            <w:rStyle w:val="Hipercze"/>
            <w:rFonts w:ascii="Roboto Condensed" w:hAnsi="Roboto Condensed"/>
            <w:bCs/>
            <w:noProof/>
            <w:color w:val="auto"/>
          </w:rPr>
          <w:t>1.2. Podstawa formalno-prawna opracowania</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_Toc206769014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5</w:t>
        </w:r>
        <w:r w:rsidRPr="00012E36">
          <w:rPr>
            <w:rStyle w:val="Hipercze"/>
            <w:rFonts w:ascii="Roboto Condensed" w:hAnsi="Roboto Condensed"/>
            <w:bCs/>
            <w:noProof/>
            <w:webHidden/>
            <w:color w:val="auto"/>
          </w:rPr>
          <w:fldChar w:fldCharType="end"/>
        </w:r>
      </w:hyperlink>
    </w:p>
    <w:p w14:paraId="4D03514C" w14:textId="2B64E8F0"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15" w:history="1">
        <w:r w:rsidRPr="00012E36">
          <w:rPr>
            <w:rStyle w:val="Hipercze"/>
            <w:rFonts w:ascii="Roboto Condensed" w:hAnsi="Roboto Condensed"/>
            <w:bCs/>
            <w:noProof/>
            <w:color w:val="auto"/>
          </w:rPr>
          <w:t>1.3. Materiały źródłowe</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_Toc206769015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5</w:t>
        </w:r>
        <w:r w:rsidRPr="00012E36">
          <w:rPr>
            <w:rStyle w:val="Hipercze"/>
            <w:rFonts w:ascii="Roboto Condensed" w:hAnsi="Roboto Condensed"/>
            <w:bCs/>
            <w:noProof/>
            <w:webHidden/>
            <w:color w:val="auto"/>
          </w:rPr>
          <w:fldChar w:fldCharType="end"/>
        </w:r>
      </w:hyperlink>
    </w:p>
    <w:p w14:paraId="13529CAA" w14:textId="612D176D"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16" w:history="1">
        <w:r w:rsidRPr="00012E36">
          <w:rPr>
            <w:rStyle w:val="Hipercze"/>
            <w:rFonts w:ascii="Roboto Condensed" w:hAnsi="Roboto Condensed"/>
            <w:bCs/>
            <w:noProof/>
            <w:color w:val="auto"/>
          </w:rPr>
          <w:t>2. UWARUNKOWANIA ROZWOJU PRZESTRZENNEGO GMINY RADOMSKO</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_Toc206769016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7</w:t>
        </w:r>
        <w:r w:rsidRPr="00012E36">
          <w:rPr>
            <w:rStyle w:val="Hipercze"/>
            <w:rFonts w:ascii="Roboto Condensed" w:hAnsi="Roboto Condensed"/>
            <w:bCs/>
            <w:noProof/>
            <w:webHidden/>
            <w:color w:val="auto"/>
          </w:rPr>
          <w:fldChar w:fldCharType="end"/>
        </w:r>
      </w:hyperlink>
    </w:p>
    <w:p w14:paraId="6350E73E" w14:textId="097577F7"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17" w:history="1">
        <w:r w:rsidRPr="00012E36">
          <w:rPr>
            <w:rStyle w:val="Hipercze"/>
            <w:rFonts w:ascii="Roboto Condensed" w:hAnsi="Roboto Condensed"/>
            <w:bCs/>
            <w:noProof/>
            <w:color w:val="auto"/>
          </w:rPr>
          <w:t>2.1. Polityka przestrzenna gminy określona w strategii rozwoju gminy lub strategii rozwoju ponadlokalnego.</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_Toc206769017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7</w:t>
        </w:r>
        <w:r w:rsidRPr="00012E36">
          <w:rPr>
            <w:rStyle w:val="Hipercze"/>
            <w:rFonts w:ascii="Roboto Condensed" w:hAnsi="Roboto Condensed"/>
            <w:bCs/>
            <w:noProof/>
            <w:webHidden/>
            <w:color w:val="auto"/>
          </w:rPr>
          <w:fldChar w:fldCharType="end"/>
        </w:r>
      </w:hyperlink>
    </w:p>
    <w:p w14:paraId="31C42C49" w14:textId="4E5216AE"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18" w:history="1">
        <w:r w:rsidRPr="00012E36">
          <w:rPr>
            <w:rStyle w:val="Hipercze"/>
            <w:rFonts w:ascii="Roboto Condensed" w:hAnsi="Roboto Condensed"/>
            <w:bCs/>
            <w:noProof/>
            <w:color w:val="auto"/>
          </w:rPr>
          <w:t>2.2. Ustalenia planu zagospodarowania przestrzennego województwa</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_Toc206769018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14</w:t>
        </w:r>
        <w:r w:rsidRPr="00012E36">
          <w:rPr>
            <w:rStyle w:val="Hipercze"/>
            <w:rFonts w:ascii="Roboto Condensed" w:hAnsi="Roboto Condensed"/>
            <w:bCs/>
            <w:noProof/>
            <w:webHidden/>
            <w:color w:val="auto"/>
          </w:rPr>
          <w:fldChar w:fldCharType="end"/>
        </w:r>
      </w:hyperlink>
    </w:p>
    <w:p w14:paraId="4DE3C289" w14:textId="45090141"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19" w:history="1">
        <w:r w:rsidRPr="00012E36">
          <w:rPr>
            <w:rStyle w:val="Hipercze"/>
            <w:rFonts w:ascii="Roboto Condensed" w:hAnsi="Roboto Condensed"/>
            <w:bCs/>
            <w:noProof/>
            <w:color w:val="auto"/>
          </w:rPr>
          <w:t>2.3. Formy ochrony przyrody oraz ich otuliny</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_Toc206769019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21</w:t>
        </w:r>
        <w:r w:rsidRPr="00012E36">
          <w:rPr>
            <w:rStyle w:val="Hipercze"/>
            <w:rFonts w:ascii="Roboto Condensed" w:hAnsi="Roboto Condensed"/>
            <w:bCs/>
            <w:noProof/>
            <w:webHidden/>
            <w:color w:val="auto"/>
          </w:rPr>
          <w:fldChar w:fldCharType="end"/>
        </w:r>
      </w:hyperlink>
    </w:p>
    <w:p w14:paraId="35AAEFB1" w14:textId="6369B062"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20" w:history="1">
        <w:r w:rsidRPr="00012E36">
          <w:rPr>
            <w:rStyle w:val="Hipercze"/>
            <w:rFonts w:ascii="Roboto Condensed" w:hAnsi="Roboto Condensed"/>
            <w:bCs/>
            <w:noProof/>
            <w:color w:val="auto"/>
          </w:rPr>
          <w:t xml:space="preserve">2.4. Obszary szczególnego zagrożenia powodzią, wały przeciwpowodziowe oraz pasy </w:t>
        </w:r>
        <w:r w:rsidR="00012E36">
          <w:rPr>
            <w:rStyle w:val="Hipercze"/>
            <w:rFonts w:ascii="Roboto Condensed" w:hAnsi="Roboto Condensed"/>
            <w:bCs/>
            <w:noProof/>
            <w:color w:val="auto"/>
          </w:rPr>
          <w:br/>
        </w:r>
        <w:r w:rsidRPr="00012E36">
          <w:rPr>
            <w:rStyle w:val="Hipercze"/>
            <w:rFonts w:ascii="Roboto Condensed" w:hAnsi="Roboto Condensed"/>
            <w:bCs/>
            <w:noProof/>
            <w:color w:val="auto"/>
          </w:rPr>
          <w:t>o szerokości 50 m od stopy wału.</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_Toc206769020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22</w:t>
        </w:r>
        <w:r w:rsidRPr="00012E36">
          <w:rPr>
            <w:rStyle w:val="Hipercze"/>
            <w:rFonts w:ascii="Roboto Condensed" w:hAnsi="Roboto Condensed"/>
            <w:bCs/>
            <w:noProof/>
            <w:webHidden/>
            <w:color w:val="auto"/>
          </w:rPr>
          <w:fldChar w:fldCharType="end"/>
        </w:r>
      </w:hyperlink>
    </w:p>
    <w:p w14:paraId="79BA1EAE" w14:textId="71AA1B56"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21" w:history="1">
        <w:r w:rsidRPr="00012E36">
          <w:rPr>
            <w:rStyle w:val="Hipercze"/>
            <w:rFonts w:ascii="Roboto Condensed" w:hAnsi="Roboto Condensed"/>
            <w:bCs/>
            <w:noProof/>
            <w:color w:val="auto"/>
          </w:rPr>
          <w:t>2.5. Obszary gruntów zmeliorowanych</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_Toc206769021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25</w:t>
        </w:r>
        <w:r w:rsidRPr="00012E36">
          <w:rPr>
            <w:rStyle w:val="Hipercze"/>
            <w:rFonts w:ascii="Roboto Condensed" w:hAnsi="Roboto Condensed"/>
            <w:bCs/>
            <w:noProof/>
            <w:webHidden/>
            <w:color w:val="auto"/>
          </w:rPr>
          <w:fldChar w:fldCharType="end"/>
        </w:r>
      </w:hyperlink>
    </w:p>
    <w:p w14:paraId="7438010E" w14:textId="4522CC3F"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22" w:history="1">
        <w:r w:rsidRPr="00012E36">
          <w:rPr>
            <w:rStyle w:val="Hipercze"/>
            <w:rFonts w:ascii="Roboto Condensed" w:hAnsi="Roboto Condensed"/>
            <w:bCs/>
            <w:noProof/>
            <w:color w:val="auto"/>
          </w:rPr>
          <w:t>2.6. Tereny zagrożone ruchami masowymi ziemi oraz tereny, na których występują te ruchy</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_Toc206769022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25</w:t>
        </w:r>
        <w:r w:rsidRPr="00012E36">
          <w:rPr>
            <w:rStyle w:val="Hipercze"/>
            <w:rFonts w:ascii="Roboto Condensed" w:hAnsi="Roboto Condensed"/>
            <w:bCs/>
            <w:noProof/>
            <w:webHidden/>
            <w:color w:val="auto"/>
          </w:rPr>
          <w:fldChar w:fldCharType="end"/>
        </w:r>
      </w:hyperlink>
    </w:p>
    <w:p w14:paraId="238D5C11" w14:textId="6EAD196C"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23" w:history="1">
        <w:r w:rsidRPr="00012E36">
          <w:rPr>
            <w:rStyle w:val="Hipercze"/>
            <w:rFonts w:ascii="Roboto Condensed" w:hAnsi="Roboto Condensed"/>
            <w:bCs/>
            <w:noProof/>
            <w:color w:val="auto"/>
          </w:rPr>
          <w:t>2.7. Strefy ochronne ujęć wody</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_Toc206769023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25</w:t>
        </w:r>
        <w:r w:rsidRPr="00012E36">
          <w:rPr>
            <w:rStyle w:val="Hipercze"/>
            <w:rFonts w:ascii="Roboto Condensed" w:hAnsi="Roboto Condensed"/>
            <w:bCs/>
            <w:noProof/>
            <w:webHidden/>
            <w:color w:val="auto"/>
          </w:rPr>
          <w:fldChar w:fldCharType="end"/>
        </w:r>
      </w:hyperlink>
    </w:p>
    <w:p w14:paraId="0111B3E6" w14:textId="1D32A682"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24" w:history="1">
        <w:r w:rsidRPr="00012E36">
          <w:rPr>
            <w:rStyle w:val="Hipercze"/>
            <w:rFonts w:ascii="Roboto Condensed" w:hAnsi="Roboto Condensed"/>
            <w:bCs/>
            <w:noProof/>
            <w:color w:val="auto"/>
          </w:rPr>
          <w:t>2.8. Obszary ochronne zbiorników wód śródlądowych</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_Toc206769024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26</w:t>
        </w:r>
        <w:r w:rsidRPr="00012E36">
          <w:rPr>
            <w:rStyle w:val="Hipercze"/>
            <w:rFonts w:ascii="Roboto Condensed" w:hAnsi="Roboto Condensed"/>
            <w:bCs/>
            <w:noProof/>
            <w:webHidden/>
            <w:color w:val="auto"/>
          </w:rPr>
          <w:fldChar w:fldCharType="end"/>
        </w:r>
      </w:hyperlink>
    </w:p>
    <w:p w14:paraId="1F2F291E" w14:textId="6CF854C6"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25" w:history="1">
        <w:r w:rsidRPr="00012E36">
          <w:rPr>
            <w:rStyle w:val="Hipercze"/>
            <w:rFonts w:ascii="Roboto Condensed" w:hAnsi="Roboto Condensed"/>
            <w:bCs/>
            <w:noProof/>
            <w:color w:val="auto"/>
          </w:rPr>
          <w:t>2.9. Tereny górnicze i obszary górnicze wraz z filarami ochronnymi</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_Toc206769025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27</w:t>
        </w:r>
        <w:r w:rsidRPr="00012E36">
          <w:rPr>
            <w:rStyle w:val="Hipercze"/>
            <w:rFonts w:ascii="Roboto Condensed" w:hAnsi="Roboto Condensed"/>
            <w:bCs/>
            <w:noProof/>
            <w:webHidden/>
            <w:color w:val="auto"/>
          </w:rPr>
          <w:fldChar w:fldCharType="end"/>
        </w:r>
      </w:hyperlink>
    </w:p>
    <w:p w14:paraId="6F491DF7" w14:textId="5B4A1173"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26" w:history="1">
        <w:r w:rsidRPr="00012E36">
          <w:rPr>
            <w:rStyle w:val="Hipercze"/>
            <w:rFonts w:ascii="Roboto Condensed" w:hAnsi="Roboto Condensed"/>
            <w:bCs/>
            <w:noProof/>
            <w:color w:val="auto"/>
          </w:rPr>
          <w:t xml:space="preserve">2.10. Udokumentowane złoża kopalin, kompleksy podziemnego składowania dwutlenku węgla </w:t>
        </w:r>
        <w:r w:rsidR="00012E36">
          <w:rPr>
            <w:rStyle w:val="Hipercze"/>
            <w:rFonts w:ascii="Roboto Condensed" w:hAnsi="Roboto Condensed"/>
            <w:bCs/>
            <w:noProof/>
            <w:color w:val="auto"/>
          </w:rPr>
          <w:br/>
        </w:r>
        <w:r w:rsidRPr="00012E36">
          <w:rPr>
            <w:rStyle w:val="Hipercze"/>
            <w:rFonts w:ascii="Roboto Condensed" w:hAnsi="Roboto Condensed"/>
            <w:bCs/>
            <w:noProof/>
            <w:color w:val="auto"/>
          </w:rPr>
          <w:t>i podziemne bezzbiornikowe magazyny substancji</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_Toc206769026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27</w:t>
        </w:r>
        <w:r w:rsidRPr="00012E36">
          <w:rPr>
            <w:rStyle w:val="Hipercze"/>
            <w:rFonts w:ascii="Roboto Condensed" w:hAnsi="Roboto Condensed"/>
            <w:bCs/>
            <w:noProof/>
            <w:webHidden/>
            <w:color w:val="auto"/>
          </w:rPr>
          <w:fldChar w:fldCharType="end"/>
        </w:r>
      </w:hyperlink>
    </w:p>
    <w:p w14:paraId="630F8FAA" w14:textId="77BC0F5E"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27" w:history="1">
        <w:r w:rsidRPr="00012E36">
          <w:rPr>
            <w:rStyle w:val="Hipercze"/>
            <w:rFonts w:ascii="Roboto Condensed" w:hAnsi="Roboto Condensed"/>
            <w:bCs/>
            <w:noProof/>
            <w:color w:val="auto"/>
          </w:rPr>
          <w:t>2.11. Obszary uzdrowisk oraz obszary ochrony uzdrowiskowej</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_Toc206769027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27</w:t>
        </w:r>
        <w:r w:rsidRPr="00012E36">
          <w:rPr>
            <w:rStyle w:val="Hipercze"/>
            <w:rFonts w:ascii="Roboto Condensed" w:hAnsi="Roboto Condensed"/>
            <w:bCs/>
            <w:noProof/>
            <w:webHidden/>
            <w:color w:val="auto"/>
          </w:rPr>
          <w:fldChar w:fldCharType="end"/>
        </w:r>
      </w:hyperlink>
    </w:p>
    <w:p w14:paraId="670769D0" w14:textId="038B77E6"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28" w:history="1">
        <w:r w:rsidRPr="00012E36">
          <w:rPr>
            <w:rStyle w:val="Hipercze"/>
            <w:rFonts w:ascii="Roboto Condensed" w:hAnsi="Roboto Condensed"/>
            <w:bCs/>
            <w:noProof/>
            <w:color w:val="auto"/>
          </w:rPr>
          <w:t xml:space="preserve">2.12. Zabytki objęte formami ochrony, o których mowa w ustawie z dnia 23 lipca 2003 r. </w:t>
        </w:r>
        <w:r w:rsidR="00012E36">
          <w:rPr>
            <w:rStyle w:val="Hipercze"/>
            <w:rFonts w:ascii="Roboto Condensed" w:hAnsi="Roboto Condensed"/>
            <w:bCs/>
            <w:noProof/>
            <w:color w:val="auto"/>
          </w:rPr>
          <w:br/>
        </w:r>
        <w:r w:rsidRPr="00012E36">
          <w:rPr>
            <w:rStyle w:val="Hipercze"/>
            <w:rFonts w:ascii="Roboto Condensed" w:hAnsi="Roboto Condensed"/>
            <w:bCs/>
            <w:noProof/>
            <w:color w:val="auto"/>
          </w:rPr>
          <w:t>o ochronie zabytków i opiece nad zabytkami, lub ujęte w wojewódzkiej lub gminnej ewidencji zabytków oraz dobra kultury współczesnej</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_Toc206769028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27</w:t>
        </w:r>
        <w:r w:rsidRPr="00012E36">
          <w:rPr>
            <w:rStyle w:val="Hipercze"/>
            <w:rFonts w:ascii="Roboto Condensed" w:hAnsi="Roboto Condensed"/>
            <w:bCs/>
            <w:noProof/>
            <w:webHidden/>
            <w:color w:val="auto"/>
          </w:rPr>
          <w:fldChar w:fldCharType="end"/>
        </w:r>
      </w:hyperlink>
    </w:p>
    <w:p w14:paraId="22733079" w14:textId="027B4344" w:rsidR="00F814BF" w:rsidRPr="00012E36" w:rsidRDefault="00F814BF" w:rsidP="00012E36">
      <w:pPr>
        <w:pStyle w:val="Spistreci1"/>
        <w:spacing w:before="60" w:after="60"/>
        <w:ind w:left="1077" w:hanging="397"/>
        <w:rPr>
          <w:rStyle w:val="Hipercze"/>
          <w:rFonts w:ascii="Roboto Condensed" w:hAnsi="Roboto Condensed"/>
          <w:bCs/>
          <w:i/>
          <w:iCs/>
          <w:noProof/>
          <w:color w:val="auto"/>
        </w:rPr>
      </w:pPr>
      <w:hyperlink w:anchor="_Toc206769029" w:history="1">
        <w:r w:rsidRPr="00012E36">
          <w:rPr>
            <w:rStyle w:val="Hipercze"/>
            <w:rFonts w:ascii="Roboto Condensed" w:hAnsi="Roboto Condensed"/>
            <w:bCs/>
            <w:i/>
            <w:iCs/>
            <w:noProof/>
            <w:color w:val="auto"/>
          </w:rPr>
          <w:t>Zabytki nieruchome:</w:t>
        </w:r>
        <w:r w:rsidRPr="00012E36">
          <w:rPr>
            <w:rStyle w:val="Hipercze"/>
            <w:rFonts w:ascii="Roboto Condensed" w:hAnsi="Roboto Condensed"/>
            <w:bCs/>
            <w:i/>
            <w:iCs/>
            <w:noProof/>
            <w:webHidden/>
            <w:color w:val="auto"/>
          </w:rPr>
          <w:tab/>
        </w:r>
        <w:r w:rsidRPr="00012E36">
          <w:rPr>
            <w:rStyle w:val="Hipercze"/>
            <w:rFonts w:ascii="Roboto Condensed" w:hAnsi="Roboto Condensed"/>
            <w:bCs/>
            <w:i/>
            <w:iCs/>
            <w:noProof/>
            <w:webHidden/>
            <w:color w:val="auto"/>
          </w:rPr>
          <w:fldChar w:fldCharType="begin"/>
        </w:r>
        <w:r w:rsidRPr="00012E36">
          <w:rPr>
            <w:rStyle w:val="Hipercze"/>
            <w:rFonts w:ascii="Roboto Condensed" w:hAnsi="Roboto Condensed"/>
            <w:bCs/>
            <w:i/>
            <w:iCs/>
            <w:noProof/>
            <w:webHidden/>
            <w:color w:val="auto"/>
          </w:rPr>
          <w:instrText xml:space="preserve"> PAGEREF _Toc206769029 \h </w:instrText>
        </w:r>
        <w:r w:rsidRPr="00012E36">
          <w:rPr>
            <w:rStyle w:val="Hipercze"/>
            <w:rFonts w:ascii="Roboto Condensed" w:hAnsi="Roboto Condensed"/>
            <w:bCs/>
            <w:i/>
            <w:iCs/>
            <w:noProof/>
            <w:webHidden/>
            <w:color w:val="auto"/>
          </w:rPr>
        </w:r>
        <w:r w:rsidRPr="00012E36">
          <w:rPr>
            <w:rStyle w:val="Hipercze"/>
            <w:rFonts w:ascii="Roboto Condensed" w:hAnsi="Roboto Condensed"/>
            <w:bCs/>
            <w:i/>
            <w:iCs/>
            <w:noProof/>
            <w:webHidden/>
            <w:color w:val="auto"/>
          </w:rPr>
          <w:fldChar w:fldCharType="separate"/>
        </w:r>
        <w:r w:rsidR="00342D17">
          <w:rPr>
            <w:rStyle w:val="Hipercze"/>
            <w:rFonts w:ascii="Roboto Condensed" w:hAnsi="Roboto Condensed"/>
            <w:bCs/>
            <w:i/>
            <w:iCs/>
            <w:noProof/>
            <w:webHidden/>
            <w:color w:val="auto"/>
          </w:rPr>
          <w:t>28</w:t>
        </w:r>
        <w:r w:rsidRPr="00012E36">
          <w:rPr>
            <w:rStyle w:val="Hipercze"/>
            <w:rFonts w:ascii="Roboto Condensed" w:hAnsi="Roboto Condensed"/>
            <w:bCs/>
            <w:i/>
            <w:iCs/>
            <w:noProof/>
            <w:webHidden/>
            <w:color w:val="auto"/>
          </w:rPr>
          <w:fldChar w:fldCharType="end"/>
        </w:r>
      </w:hyperlink>
    </w:p>
    <w:p w14:paraId="3817589D" w14:textId="47980F9A" w:rsidR="00F814BF" w:rsidRPr="00012E36" w:rsidRDefault="00F814BF" w:rsidP="00012E36">
      <w:pPr>
        <w:pStyle w:val="Spistreci1"/>
        <w:spacing w:before="60" w:after="60"/>
        <w:ind w:left="1077" w:hanging="397"/>
        <w:rPr>
          <w:rStyle w:val="Hipercze"/>
          <w:rFonts w:ascii="Roboto Condensed" w:hAnsi="Roboto Condensed"/>
          <w:bCs/>
          <w:i/>
          <w:iCs/>
          <w:noProof/>
          <w:color w:val="auto"/>
        </w:rPr>
      </w:pPr>
      <w:hyperlink w:anchor="_Toc206769030" w:history="1">
        <w:r w:rsidRPr="00012E36">
          <w:rPr>
            <w:rStyle w:val="Hipercze"/>
            <w:rFonts w:ascii="Roboto Condensed" w:hAnsi="Roboto Condensed"/>
            <w:bCs/>
            <w:i/>
            <w:iCs/>
            <w:noProof/>
            <w:color w:val="auto"/>
          </w:rPr>
          <w:t>Zabytki archeologiczne:</w:t>
        </w:r>
        <w:r w:rsidRPr="00012E36">
          <w:rPr>
            <w:rStyle w:val="Hipercze"/>
            <w:rFonts w:ascii="Roboto Condensed" w:hAnsi="Roboto Condensed"/>
            <w:bCs/>
            <w:i/>
            <w:iCs/>
            <w:noProof/>
            <w:webHidden/>
            <w:color w:val="auto"/>
          </w:rPr>
          <w:tab/>
        </w:r>
        <w:r w:rsidRPr="00012E36">
          <w:rPr>
            <w:rStyle w:val="Hipercze"/>
            <w:rFonts w:ascii="Roboto Condensed" w:hAnsi="Roboto Condensed"/>
            <w:bCs/>
            <w:i/>
            <w:iCs/>
            <w:noProof/>
            <w:webHidden/>
            <w:color w:val="auto"/>
          </w:rPr>
          <w:fldChar w:fldCharType="begin"/>
        </w:r>
        <w:r w:rsidRPr="00012E36">
          <w:rPr>
            <w:rStyle w:val="Hipercze"/>
            <w:rFonts w:ascii="Roboto Condensed" w:hAnsi="Roboto Condensed"/>
            <w:bCs/>
            <w:i/>
            <w:iCs/>
            <w:noProof/>
            <w:webHidden/>
            <w:color w:val="auto"/>
          </w:rPr>
          <w:instrText xml:space="preserve"> PAGEREF _Toc206769030 \h </w:instrText>
        </w:r>
        <w:r w:rsidRPr="00012E36">
          <w:rPr>
            <w:rStyle w:val="Hipercze"/>
            <w:rFonts w:ascii="Roboto Condensed" w:hAnsi="Roboto Condensed"/>
            <w:bCs/>
            <w:i/>
            <w:iCs/>
            <w:noProof/>
            <w:webHidden/>
            <w:color w:val="auto"/>
          </w:rPr>
        </w:r>
        <w:r w:rsidRPr="00012E36">
          <w:rPr>
            <w:rStyle w:val="Hipercze"/>
            <w:rFonts w:ascii="Roboto Condensed" w:hAnsi="Roboto Condensed"/>
            <w:bCs/>
            <w:i/>
            <w:iCs/>
            <w:noProof/>
            <w:webHidden/>
            <w:color w:val="auto"/>
          </w:rPr>
          <w:fldChar w:fldCharType="separate"/>
        </w:r>
        <w:r w:rsidR="00342D17">
          <w:rPr>
            <w:rStyle w:val="Hipercze"/>
            <w:rFonts w:ascii="Roboto Condensed" w:hAnsi="Roboto Condensed"/>
            <w:bCs/>
            <w:i/>
            <w:iCs/>
            <w:noProof/>
            <w:webHidden/>
            <w:color w:val="auto"/>
          </w:rPr>
          <w:t>29</w:t>
        </w:r>
        <w:r w:rsidRPr="00012E36">
          <w:rPr>
            <w:rStyle w:val="Hipercze"/>
            <w:rFonts w:ascii="Roboto Condensed" w:hAnsi="Roboto Condensed"/>
            <w:bCs/>
            <w:i/>
            <w:iCs/>
            <w:noProof/>
            <w:webHidden/>
            <w:color w:val="auto"/>
          </w:rPr>
          <w:fldChar w:fldCharType="end"/>
        </w:r>
      </w:hyperlink>
    </w:p>
    <w:p w14:paraId="72AF63E3" w14:textId="774A0BC6" w:rsidR="00F814BF" w:rsidRPr="00012E36" w:rsidRDefault="00F814BF" w:rsidP="00012E36">
      <w:pPr>
        <w:pStyle w:val="Spistreci1"/>
        <w:spacing w:before="60" w:after="60"/>
        <w:ind w:left="1077" w:hanging="397"/>
        <w:rPr>
          <w:rStyle w:val="Hipercze"/>
          <w:rFonts w:ascii="Roboto Condensed" w:hAnsi="Roboto Condensed"/>
          <w:bCs/>
          <w:noProof/>
          <w:color w:val="auto"/>
        </w:rPr>
      </w:pPr>
      <w:hyperlink w:anchor="_Toc206769031" w:history="1">
        <w:r w:rsidRPr="00012E36">
          <w:rPr>
            <w:rStyle w:val="Hipercze"/>
            <w:rFonts w:ascii="Roboto Condensed" w:hAnsi="Roboto Condensed"/>
            <w:bCs/>
            <w:i/>
            <w:iCs/>
            <w:noProof/>
            <w:color w:val="auto"/>
          </w:rPr>
          <w:t>Dobra kultury współczesnej</w:t>
        </w:r>
        <w:r w:rsidRPr="00012E36">
          <w:rPr>
            <w:rStyle w:val="Hipercze"/>
            <w:rFonts w:ascii="Roboto Condensed" w:hAnsi="Roboto Condensed"/>
            <w:bCs/>
            <w:i/>
            <w:iCs/>
            <w:noProof/>
            <w:webHidden/>
            <w:color w:val="auto"/>
          </w:rPr>
          <w:tab/>
        </w:r>
        <w:r w:rsidRPr="00012E36">
          <w:rPr>
            <w:rStyle w:val="Hipercze"/>
            <w:rFonts w:ascii="Roboto Condensed" w:hAnsi="Roboto Condensed"/>
            <w:bCs/>
            <w:i/>
            <w:iCs/>
            <w:noProof/>
            <w:webHidden/>
            <w:color w:val="auto"/>
          </w:rPr>
          <w:fldChar w:fldCharType="begin"/>
        </w:r>
        <w:r w:rsidRPr="00012E36">
          <w:rPr>
            <w:rStyle w:val="Hipercze"/>
            <w:rFonts w:ascii="Roboto Condensed" w:hAnsi="Roboto Condensed"/>
            <w:bCs/>
            <w:i/>
            <w:iCs/>
            <w:noProof/>
            <w:webHidden/>
            <w:color w:val="auto"/>
          </w:rPr>
          <w:instrText xml:space="preserve"> PAGEREF _Toc206769031 \h </w:instrText>
        </w:r>
        <w:r w:rsidRPr="00012E36">
          <w:rPr>
            <w:rStyle w:val="Hipercze"/>
            <w:rFonts w:ascii="Roboto Condensed" w:hAnsi="Roboto Condensed"/>
            <w:bCs/>
            <w:i/>
            <w:iCs/>
            <w:noProof/>
            <w:webHidden/>
            <w:color w:val="auto"/>
          </w:rPr>
        </w:r>
        <w:r w:rsidRPr="00012E36">
          <w:rPr>
            <w:rStyle w:val="Hipercze"/>
            <w:rFonts w:ascii="Roboto Condensed" w:hAnsi="Roboto Condensed"/>
            <w:bCs/>
            <w:i/>
            <w:iCs/>
            <w:noProof/>
            <w:webHidden/>
            <w:color w:val="auto"/>
          </w:rPr>
          <w:fldChar w:fldCharType="separate"/>
        </w:r>
        <w:r w:rsidR="00342D17">
          <w:rPr>
            <w:rStyle w:val="Hipercze"/>
            <w:rFonts w:ascii="Roboto Condensed" w:hAnsi="Roboto Condensed"/>
            <w:bCs/>
            <w:i/>
            <w:iCs/>
            <w:noProof/>
            <w:webHidden/>
            <w:color w:val="auto"/>
          </w:rPr>
          <w:t>31</w:t>
        </w:r>
        <w:r w:rsidRPr="00012E36">
          <w:rPr>
            <w:rStyle w:val="Hipercze"/>
            <w:rFonts w:ascii="Roboto Condensed" w:hAnsi="Roboto Condensed"/>
            <w:bCs/>
            <w:i/>
            <w:iCs/>
            <w:noProof/>
            <w:webHidden/>
            <w:color w:val="auto"/>
          </w:rPr>
          <w:fldChar w:fldCharType="end"/>
        </w:r>
      </w:hyperlink>
    </w:p>
    <w:p w14:paraId="4D97E809" w14:textId="56D20F4E"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32" w:history="1">
        <w:r w:rsidRPr="00012E36">
          <w:rPr>
            <w:rStyle w:val="Hipercze"/>
            <w:rFonts w:ascii="Roboto Condensed" w:hAnsi="Roboto Condensed"/>
            <w:bCs/>
            <w:noProof/>
            <w:color w:val="auto"/>
          </w:rPr>
          <w:t>Strefy ochrony konserwatorskiej:</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_Toc206769032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32</w:t>
        </w:r>
        <w:r w:rsidRPr="00012E36">
          <w:rPr>
            <w:rStyle w:val="Hipercze"/>
            <w:rFonts w:ascii="Roboto Condensed" w:hAnsi="Roboto Condensed"/>
            <w:bCs/>
            <w:noProof/>
            <w:webHidden/>
            <w:color w:val="auto"/>
          </w:rPr>
          <w:fldChar w:fldCharType="end"/>
        </w:r>
      </w:hyperlink>
    </w:p>
    <w:p w14:paraId="57AD82C0" w14:textId="0A5D634C"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33" w:history="1">
        <w:r w:rsidRPr="00012E36">
          <w:rPr>
            <w:rStyle w:val="Hipercze"/>
            <w:rFonts w:ascii="Roboto Condensed" w:hAnsi="Roboto Condensed"/>
            <w:bCs/>
            <w:noProof/>
            <w:color w:val="auto"/>
          </w:rPr>
          <w:t>2.13. Obszary pomników zagłady i ich strefy ochronne</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_Toc206769033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32</w:t>
        </w:r>
        <w:r w:rsidRPr="00012E36">
          <w:rPr>
            <w:rStyle w:val="Hipercze"/>
            <w:rFonts w:ascii="Roboto Condensed" w:hAnsi="Roboto Condensed"/>
            <w:bCs/>
            <w:noProof/>
            <w:webHidden/>
            <w:color w:val="auto"/>
          </w:rPr>
          <w:fldChar w:fldCharType="end"/>
        </w:r>
      </w:hyperlink>
    </w:p>
    <w:p w14:paraId="367DE5A7" w14:textId="784DF78A"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34" w:history="1">
        <w:r w:rsidRPr="00012E36">
          <w:rPr>
            <w:rStyle w:val="Hipercze"/>
            <w:rFonts w:ascii="Roboto Condensed" w:hAnsi="Roboto Condensed"/>
            <w:bCs/>
            <w:noProof/>
            <w:color w:val="auto"/>
          </w:rPr>
          <w:t>2.14. Tereny zamknięte i ich strefy ochronne</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_Toc206769034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32</w:t>
        </w:r>
        <w:r w:rsidRPr="00012E36">
          <w:rPr>
            <w:rStyle w:val="Hipercze"/>
            <w:rFonts w:ascii="Roboto Condensed" w:hAnsi="Roboto Condensed"/>
            <w:bCs/>
            <w:noProof/>
            <w:webHidden/>
            <w:color w:val="auto"/>
          </w:rPr>
          <w:fldChar w:fldCharType="end"/>
        </w:r>
      </w:hyperlink>
    </w:p>
    <w:p w14:paraId="16E012B5" w14:textId="44F24C06"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35" w:history="1">
        <w:r w:rsidRPr="00012E36">
          <w:rPr>
            <w:rStyle w:val="Hipercze"/>
            <w:rFonts w:ascii="Roboto Condensed" w:hAnsi="Roboto Condensed"/>
            <w:bCs/>
            <w:noProof/>
            <w:color w:val="auto"/>
          </w:rPr>
          <w:t>2.15. Obszary ograniczonego użytkowania</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_Toc206769035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33</w:t>
        </w:r>
        <w:r w:rsidRPr="00012E36">
          <w:rPr>
            <w:rStyle w:val="Hipercze"/>
            <w:rFonts w:ascii="Roboto Condensed" w:hAnsi="Roboto Condensed"/>
            <w:bCs/>
            <w:noProof/>
            <w:webHidden/>
            <w:color w:val="auto"/>
          </w:rPr>
          <w:fldChar w:fldCharType="end"/>
        </w:r>
      </w:hyperlink>
    </w:p>
    <w:p w14:paraId="2D3A77D5" w14:textId="2F6ABA12"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36" w:history="1">
        <w:r w:rsidRPr="00012E36">
          <w:rPr>
            <w:rStyle w:val="Hipercze"/>
            <w:rFonts w:ascii="Roboto Condensed" w:hAnsi="Roboto Condensed"/>
            <w:bCs/>
            <w:noProof/>
            <w:color w:val="auto"/>
          </w:rPr>
          <w:t>2.16. Obszary wymagające przekształceń, rehabilitacji, rekultywacji lub remediacji</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_Toc206769036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33</w:t>
        </w:r>
        <w:r w:rsidRPr="00012E36">
          <w:rPr>
            <w:rStyle w:val="Hipercze"/>
            <w:rFonts w:ascii="Roboto Condensed" w:hAnsi="Roboto Condensed"/>
            <w:bCs/>
            <w:noProof/>
            <w:webHidden/>
            <w:color w:val="auto"/>
          </w:rPr>
          <w:fldChar w:fldCharType="end"/>
        </w:r>
      </w:hyperlink>
    </w:p>
    <w:p w14:paraId="3713E432" w14:textId="0917B2E4"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37" w:history="1">
        <w:r w:rsidRPr="00012E36">
          <w:rPr>
            <w:rStyle w:val="Hipercze"/>
            <w:rFonts w:ascii="Roboto Condensed" w:hAnsi="Roboto Condensed"/>
            <w:bCs/>
            <w:noProof/>
            <w:color w:val="auto"/>
          </w:rPr>
          <w:t>2.17. Obszary zdegradowane i obszary rewitalizacji</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_Toc206769037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33</w:t>
        </w:r>
        <w:r w:rsidRPr="00012E36">
          <w:rPr>
            <w:rStyle w:val="Hipercze"/>
            <w:rFonts w:ascii="Roboto Condensed" w:hAnsi="Roboto Condensed"/>
            <w:bCs/>
            <w:noProof/>
            <w:webHidden/>
            <w:color w:val="auto"/>
          </w:rPr>
          <w:fldChar w:fldCharType="end"/>
        </w:r>
      </w:hyperlink>
    </w:p>
    <w:p w14:paraId="11262663" w14:textId="5FA20F4F"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38" w:history="1">
        <w:r w:rsidRPr="00012E36">
          <w:rPr>
            <w:rStyle w:val="Hipercze"/>
            <w:rFonts w:ascii="Roboto Condensed" w:hAnsi="Roboto Condensed"/>
            <w:bCs/>
            <w:noProof/>
            <w:color w:val="auto"/>
          </w:rPr>
          <w:t>2.18. Obszary ciche w aglomeracji oraz obszary ciche poza aglomeracją</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_Toc206769038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34</w:t>
        </w:r>
        <w:r w:rsidRPr="00012E36">
          <w:rPr>
            <w:rStyle w:val="Hipercze"/>
            <w:rFonts w:ascii="Roboto Condensed" w:hAnsi="Roboto Condensed"/>
            <w:bCs/>
            <w:noProof/>
            <w:webHidden/>
            <w:color w:val="auto"/>
          </w:rPr>
          <w:fldChar w:fldCharType="end"/>
        </w:r>
      </w:hyperlink>
    </w:p>
    <w:p w14:paraId="7F9B5DBB" w14:textId="0BCEDCAF"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39" w:history="1">
        <w:r w:rsidRPr="00012E36">
          <w:rPr>
            <w:rStyle w:val="Hipercze"/>
            <w:rFonts w:ascii="Roboto Condensed" w:hAnsi="Roboto Condensed"/>
            <w:bCs/>
            <w:noProof/>
            <w:color w:val="auto"/>
          </w:rPr>
          <w:t>2.19. Grunty rolne stanowiące użytki rolne klas I–III oraz grunty leśne</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_Toc206769039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34</w:t>
        </w:r>
        <w:r w:rsidRPr="00012E36">
          <w:rPr>
            <w:rStyle w:val="Hipercze"/>
            <w:rFonts w:ascii="Roboto Condensed" w:hAnsi="Roboto Condensed"/>
            <w:bCs/>
            <w:noProof/>
            <w:webHidden/>
            <w:color w:val="auto"/>
          </w:rPr>
          <w:fldChar w:fldCharType="end"/>
        </w:r>
      </w:hyperlink>
    </w:p>
    <w:p w14:paraId="0667D0DD" w14:textId="62E10641"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40" w:history="1">
        <w:r w:rsidRPr="00012E36">
          <w:rPr>
            <w:rStyle w:val="Hipercze"/>
            <w:rFonts w:ascii="Roboto Condensed" w:hAnsi="Roboto Condensed"/>
            <w:bCs/>
            <w:noProof/>
            <w:color w:val="auto"/>
          </w:rPr>
          <w:t>2.20. Zakłady o zwiększonym i dużym ryzyku wystąpienia poważnej awarii przemysłowej</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_Toc206769040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36</w:t>
        </w:r>
        <w:r w:rsidRPr="00012E36">
          <w:rPr>
            <w:rStyle w:val="Hipercze"/>
            <w:rFonts w:ascii="Roboto Condensed" w:hAnsi="Roboto Condensed"/>
            <w:bCs/>
            <w:noProof/>
            <w:webHidden/>
            <w:color w:val="auto"/>
          </w:rPr>
          <w:fldChar w:fldCharType="end"/>
        </w:r>
      </w:hyperlink>
    </w:p>
    <w:p w14:paraId="57C46090" w14:textId="0B5CFEDE"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41" w:history="1">
        <w:r w:rsidRPr="00012E36">
          <w:rPr>
            <w:rStyle w:val="Hipercze"/>
            <w:rFonts w:ascii="Roboto Condensed" w:hAnsi="Roboto Condensed"/>
            <w:bCs/>
            <w:noProof/>
            <w:color w:val="auto"/>
          </w:rPr>
          <w:t>2.21. Obszary pasa nadbrzeżnego, w tym w szczególności pasa technicznego</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_Toc206769041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36</w:t>
        </w:r>
        <w:r w:rsidRPr="00012E36">
          <w:rPr>
            <w:rStyle w:val="Hipercze"/>
            <w:rFonts w:ascii="Roboto Condensed" w:hAnsi="Roboto Condensed"/>
            <w:bCs/>
            <w:noProof/>
            <w:webHidden/>
            <w:color w:val="auto"/>
          </w:rPr>
          <w:fldChar w:fldCharType="end"/>
        </w:r>
      </w:hyperlink>
    </w:p>
    <w:p w14:paraId="23B94995" w14:textId="63632031"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42" w:history="1">
        <w:r w:rsidRPr="00012E36">
          <w:rPr>
            <w:rStyle w:val="Hipercze"/>
            <w:rFonts w:ascii="Roboto Condensed" w:hAnsi="Roboto Condensed"/>
            <w:bCs/>
            <w:noProof/>
            <w:color w:val="auto"/>
          </w:rPr>
          <w:t xml:space="preserve">2.22. Rozmieszczenie istniejących i planowanych obiektów infrastruktury społecznej, transportowej </w:t>
        </w:r>
        <w:r w:rsidR="00012E36">
          <w:rPr>
            <w:rStyle w:val="Hipercze"/>
            <w:rFonts w:ascii="Roboto Condensed" w:hAnsi="Roboto Condensed"/>
            <w:bCs/>
            <w:noProof/>
            <w:color w:val="auto"/>
          </w:rPr>
          <w:br/>
        </w:r>
        <w:r w:rsidRPr="00012E36">
          <w:rPr>
            <w:rStyle w:val="Hipercze"/>
            <w:rFonts w:ascii="Roboto Condensed" w:hAnsi="Roboto Condensed"/>
            <w:bCs/>
            <w:noProof/>
            <w:color w:val="auto"/>
          </w:rPr>
          <w:t>i technicznej wraz z obowiązującymi dla nich ograniczeniami w zagospodarowaniu:</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_Toc206769042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36</w:t>
        </w:r>
        <w:r w:rsidRPr="00012E36">
          <w:rPr>
            <w:rStyle w:val="Hipercze"/>
            <w:rFonts w:ascii="Roboto Condensed" w:hAnsi="Roboto Condensed"/>
            <w:bCs/>
            <w:noProof/>
            <w:webHidden/>
            <w:color w:val="auto"/>
          </w:rPr>
          <w:fldChar w:fldCharType="end"/>
        </w:r>
      </w:hyperlink>
    </w:p>
    <w:p w14:paraId="1648A7BB" w14:textId="0A90F718" w:rsidR="00F814BF" w:rsidRPr="00012E36" w:rsidRDefault="00F814BF" w:rsidP="00012E36">
      <w:pPr>
        <w:pStyle w:val="Spistreci1"/>
        <w:spacing w:before="60" w:after="60"/>
        <w:ind w:left="1077" w:hanging="397"/>
        <w:rPr>
          <w:rStyle w:val="Hipercze"/>
          <w:rFonts w:ascii="Roboto Condensed" w:hAnsi="Roboto Condensed"/>
          <w:bCs/>
          <w:i/>
          <w:iCs/>
          <w:noProof/>
          <w:color w:val="auto"/>
        </w:rPr>
      </w:pPr>
      <w:hyperlink w:anchor="_Toc206769043" w:history="1">
        <w:r w:rsidRPr="00012E36">
          <w:rPr>
            <w:rStyle w:val="Hipercze"/>
            <w:rFonts w:ascii="Roboto Condensed" w:hAnsi="Roboto Condensed"/>
            <w:bCs/>
            <w:i/>
            <w:iCs/>
            <w:noProof/>
            <w:color w:val="auto"/>
          </w:rPr>
          <w:t>Infrastruktura społeczna</w:t>
        </w:r>
        <w:r w:rsidRPr="00012E36">
          <w:rPr>
            <w:rStyle w:val="Hipercze"/>
            <w:rFonts w:ascii="Roboto Condensed" w:hAnsi="Roboto Condensed"/>
            <w:bCs/>
            <w:i/>
            <w:iCs/>
            <w:noProof/>
            <w:webHidden/>
            <w:color w:val="auto"/>
          </w:rPr>
          <w:tab/>
        </w:r>
        <w:r w:rsidRPr="00012E36">
          <w:rPr>
            <w:rStyle w:val="Hipercze"/>
            <w:rFonts w:ascii="Roboto Condensed" w:hAnsi="Roboto Condensed"/>
            <w:bCs/>
            <w:i/>
            <w:iCs/>
            <w:noProof/>
            <w:webHidden/>
            <w:color w:val="auto"/>
          </w:rPr>
          <w:fldChar w:fldCharType="begin"/>
        </w:r>
        <w:r w:rsidRPr="00012E36">
          <w:rPr>
            <w:rStyle w:val="Hipercze"/>
            <w:rFonts w:ascii="Roboto Condensed" w:hAnsi="Roboto Condensed"/>
            <w:bCs/>
            <w:i/>
            <w:iCs/>
            <w:noProof/>
            <w:webHidden/>
            <w:color w:val="auto"/>
          </w:rPr>
          <w:instrText xml:space="preserve"> PAGEREF _Toc206769043 \h </w:instrText>
        </w:r>
        <w:r w:rsidRPr="00012E36">
          <w:rPr>
            <w:rStyle w:val="Hipercze"/>
            <w:rFonts w:ascii="Roboto Condensed" w:hAnsi="Roboto Condensed"/>
            <w:bCs/>
            <w:i/>
            <w:iCs/>
            <w:noProof/>
            <w:webHidden/>
            <w:color w:val="auto"/>
          </w:rPr>
        </w:r>
        <w:r w:rsidRPr="00012E36">
          <w:rPr>
            <w:rStyle w:val="Hipercze"/>
            <w:rFonts w:ascii="Roboto Condensed" w:hAnsi="Roboto Condensed"/>
            <w:bCs/>
            <w:i/>
            <w:iCs/>
            <w:noProof/>
            <w:webHidden/>
            <w:color w:val="auto"/>
          </w:rPr>
          <w:fldChar w:fldCharType="separate"/>
        </w:r>
        <w:r w:rsidR="00342D17">
          <w:rPr>
            <w:rStyle w:val="Hipercze"/>
            <w:rFonts w:ascii="Roboto Condensed" w:hAnsi="Roboto Condensed"/>
            <w:bCs/>
            <w:i/>
            <w:iCs/>
            <w:noProof/>
            <w:webHidden/>
            <w:color w:val="auto"/>
          </w:rPr>
          <w:t>36</w:t>
        </w:r>
        <w:r w:rsidRPr="00012E36">
          <w:rPr>
            <w:rStyle w:val="Hipercze"/>
            <w:rFonts w:ascii="Roboto Condensed" w:hAnsi="Roboto Condensed"/>
            <w:bCs/>
            <w:i/>
            <w:iCs/>
            <w:noProof/>
            <w:webHidden/>
            <w:color w:val="auto"/>
          </w:rPr>
          <w:fldChar w:fldCharType="end"/>
        </w:r>
      </w:hyperlink>
    </w:p>
    <w:p w14:paraId="7C577929" w14:textId="78ED3E62" w:rsidR="00F814BF" w:rsidRPr="00012E36" w:rsidRDefault="00F814BF" w:rsidP="00012E36">
      <w:pPr>
        <w:pStyle w:val="Spistreci1"/>
        <w:spacing w:before="60" w:after="60"/>
        <w:ind w:left="1077" w:hanging="397"/>
        <w:rPr>
          <w:rStyle w:val="Hipercze"/>
          <w:rFonts w:ascii="Roboto Condensed" w:hAnsi="Roboto Condensed"/>
          <w:bCs/>
          <w:i/>
          <w:iCs/>
          <w:noProof/>
          <w:color w:val="auto"/>
        </w:rPr>
      </w:pPr>
      <w:hyperlink w:anchor="_Toc206769044" w:history="1">
        <w:r w:rsidRPr="00012E36">
          <w:rPr>
            <w:rStyle w:val="Hipercze"/>
            <w:rFonts w:ascii="Roboto Condensed" w:hAnsi="Roboto Condensed"/>
            <w:bCs/>
            <w:i/>
            <w:iCs/>
            <w:noProof/>
            <w:color w:val="auto"/>
          </w:rPr>
          <w:t>Infrastruktura transportowa</w:t>
        </w:r>
        <w:r w:rsidRPr="00012E36">
          <w:rPr>
            <w:rStyle w:val="Hipercze"/>
            <w:rFonts w:ascii="Roboto Condensed" w:hAnsi="Roboto Condensed"/>
            <w:bCs/>
            <w:i/>
            <w:iCs/>
            <w:noProof/>
            <w:webHidden/>
            <w:color w:val="auto"/>
          </w:rPr>
          <w:tab/>
        </w:r>
        <w:r w:rsidRPr="00012E36">
          <w:rPr>
            <w:rStyle w:val="Hipercze"/>
            <w:rFonts w:ascii="Roboto Condensed" w:hAnsi="Roboto Condensed"/>
            <w:bCs/>
            <w:i/>
            <w:iCs/>
            <w:noProof/>
            <w:webHidden/>
            <w:color w:val="auto"/>
          </w:rPr>
          <w:fldChar w:fldCharType="begin"/>
        </w:r>
        <w:r w:rsidRPr="00012E36">
          <w:rPr>
            <w:rStyle w:val="Hipercze"/>
            <w:rFonts w:ascii="Roboto Condensed" w:hAnsi="Roboto Condensed"/>
            <w:bCs/>
            <w:i/>
            <w:iCs/>
            <w:noProof/>
            <w:webHidden/>
            <w:color w:val="auto"/>
          </w:rPr>
          <w:instrText xml:space="preserve"> PAGEREF _Toc206769044 \h </w:instrText>
        </w:r>
        <w:r w:rsidRPr="00012E36">
          <w:rPr>
            <w:rStyle w:val="Hipercze"/>
            <w:rFonts w:ascii="Roboto Condensed" w:hAnsi="Roboto Condensed"/>
            <w:bCs/>
            <w:i/>
            <w:iCs/>
            <w:noProof/>
            <w:webHidden/>
            <w:color w:val="auto"/>
          </w:rPr>
        </w:r>
        <w:r w:rsidRPr="00012E36">
          <w:rPr>
            <w:rStyle w:val="Hipercze"/>
            <w:rFonts w:ascii="Roboto Condensed" w:hAnsi="Roboto Condensed"/>
            <w:bCs/>
            <w:i/>
            <w:iCs/>
            <w:noProof/>
            <w:webHidden/>
            <w:color w:val="auto"/>
          </w:rPr>
          <w:fldChar w:fldCharType="separate"/>
        </w:r>
        <w:r w:rsidR="00342D17">
          <w:rPr>
            <w:rStyle w:val="Hipercze"/>
            <w:rFonts w:ascii="Roboto Condensed" w:hAnsi="Roboto Condensed"/>
            <w:bCs/>
            <w:i/>
            <w:iCs/>
            <w:noProof/>
            <w:webHidden/>
            <w:color w:val="auto"/>
          </w:rPr>
          <w:t>38</w:t>
        </w:r>
        <w:r w:rsidRPr="00012E36">
          <w:rPr>
            <w:rStyle w:val="Hipercze"/>
            <w:rFonts w:ascii="Roboto Condensed" w:hAnsi="Roboto Condensed"/>
            <w:bCs/>
            <w:i/>
            <w:iCs/>
            <w:noProof/>
            <w:webHidden/>
            <w:color w:val="auto"/>
          </w:rPr>
          <w:fldChar w:fldCharType="end"/>
        </w:r>
      </w:hyperlink>
    </w:p>
    <w:p w14:paraId="42D01DFE" w14:textId="67911C00" w:rsidR="00F814BF" w:rsidRPr="00012E36" w:rsidRDefault="00F814BF" w:rsidP="00012E36">
      <w:pPr>
        <w:pStyle w:val="Spistreci1"/>
        <w:spacing w:before="60" w:after="60"/>
        <w:ind w:left="1077" w:hanging="397"/>
        <w:rPr>
          <w:rStyle w:val="Hipercze"/>
          <w:rFonts w:ascii="Roboto Condensed" w:hAnsi="Roboto Condensed"/>
          <w:bCs/>
          <w:noProof/>
          <w:color w:val="auto"/>
        </w:rPr>
      </w:pPr>
      <w:hyperlink w:anchor="_Toc206769045" w:history="1">
        <w:r w:rsidRPr="00012E36">
          <w:rPr>
            <w:rStyle w:val="Hipercze"/>
            <w:rFonts w:ascii="Roboto Condensed" w:hAnsi="Roboto Condensed"/>
            <w:bCs/>
            <w:i/>
            <w:iCs/>
            <w:noProof/>
            <w:color w:val="auto"/>
          </w:rPr>
          <w:t>Infrastruktura techniczna</w:t>
        </w:r>
        <w:r w:rsidRPr="00012E36">
          <w:rPr>
            <w:rStyle w:val="Hipercze"/>
            <w:rFonts w:ascii="Roboto Condensed" w:hAnsi="Roboto Condensed"/>
            <w:bCs/>
            <w:i/>
            <w:iCs/>
            <w:noProof/>
            <w:webHidden/>
            <w:color w:val="auto"/>
          </w:rPr>
          <w:tab/>
        </w:r>
        <w:r w:rsidRPr="00012E36">
          <w:rPr>
            <w:rStyle w:val="Hipercze"/>
            <w:rFonts w:ascii="Roboto Condensed" w:hAnsi="Roboto Condensed"/>
            <w:bCs/>
            <w:i/>
            <w:iCs/>
            <w:noProof/>
            <w:webHidden/>
            <w:color w:val="auto"/>
          </w:rPr>
          <w:fldChar w:fldCharType="begin"/>
        </w:r>
        <w:r w:rsidRPr="00012E36">
          <w:rPr>
            <w:rStyle w:val="Hipercze"/>
            <w:rFonts w:ascii="Roboto Condensed" w:hAnsi="Roboto Condensed"/>
            <w:bCs/>
            <w:i/>
            <w:iCs/>
            <w:noProof/>
            <w:webHidden/>
            <w:color w:val="auto"/>
          </w:rPr>
          <w:instrText xml:space="preserve"> PAGEREF _Toc206769045 \h </w:instrText>
        </w:r>
        <w:r w:rsidRPr="00012E36">
          <w:rPr>
            <w:rStyle w:val="Hipercze"/>
            <w:rFonts w:ascii="Roboto Condensed" w:hAnsi="Roboto Condensed"/>
            <w:bCs/>
            <w:i/>
            <w:iCs/>
            <w:noProof/>
            <w:webHidden/>
            <w:color w:val="auto"/>
          </w:rPr>
        </w:r>
        <w:r w:rsidRPr="00012E36">
          <w:rPr>
            <w:rStyle w:val="Hipercze"/>
            <w:rFonts w:ascii="Roboto Condensed" w:hAnsi="Roboto Condensed"/>
            <w:bCs/>
            <w:i/>
            <w:iCs/>
            <w:noProof/>
            <w:webHidden/>
            <w:color w:val="auto"/>
          </w:rPr>
          <w:fldChar w:fldCharType="separate"/>
        </w:r>
        <w:r w:rsidR="00342D17">
          <w:rPr>
            <w:rStyle w:val="Hipercze"/>
            <w:rFonts w:ascii="Roboto Condensed" w:hAnsi="Roboto Condensed"/>
            <w:bCs/>
            <w:i/>
            <w:iCs/>
            <w:noProof/>
            <w:webHidden/>
            <w:color w:val="auto"/>
          </w:rPr>
          <w:t>40</w:t>
        </w:r>
        <w:r w:rsidRPr="00012E36">
          <w:rPr>
            <w:rStyle w:val="Hipercze"/>
            <w:rFonts w:ascii="Roboto Condensed" w:hAnsi="Roboto Condensed"/>
            <w:bCs/>
            <w:i/>
            <w:iCs/>
            <w:noProof/>
            <w:webHidden/>
            <w:color w:val="auto"/>
          </w:rPr>
          <w:fldChar w:fldCharType="end"/>
        </w:r>
      </w:hyperlink>
    </w:p>
    <w:p w14:paraId="451B7C1B" w14:textId="2FFBE002"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46" w:history="1">
        <w:r w:rsidRPr="00012E36">
          <w:rPr>
            <w:rStyle w:val="Hipercze"/>
            <w:rFonts w:ascii="Roboto Condensed" w:hAnsi="Roboto Condensed"/>
            <w:bCs/>
            <w:noProof/>
            <w:color w:val="auto"/>
          </w:rPr>
          <w:t>2.23. Rekomendacje i wnioski zawarte w audycie krajobrazowym oraz krajobrazy priorytetowe</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_Toc206769046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44</w:t>
        </w:r>
        <w:r w:rsidRPr="00012E36">
          <w:rPr>
            <w:rStyle w:val="Hipercze"/>
            <w:rFonts w:ascii="Roboto Condensed" w:hAnsi="Roboto Condensed"/>
            <w:bCs/>
            <w:noProof/>
            <w:webHidden/>
            <w:color w:val="auto"/>
          </w:rPr>
          <w:fldChar w:fldCharType="end"/>
        </w:r>
      </w:hyperlink>
    </w:p>
    <w:p w14:paraId="4A74E1B0" w14:textId="22432AC6"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47" w:history="1">
        <w:r w:rsidRPr="00012E36">
          <w:rPr>
            <w:rStyle w:val="Hipercze"/>
            <w:rFonts w:ascii="Roboto Condensed" w:hAnsi="Roboto Condensed"/>
            <w:bCs/>
            <w:noProof/>
            <w:color w:val="auto"/>
          </w:rPr>
          <w:t xml:space="preserve">2.24. Opracowanie ekofizjograficzne w zakresie wymagań, o których mowa w art. 72 ust. 1–3 </w:t>
        </w:r>
        <w:r w:rsidR="00012E36">
          <w:rPr>
            <w:rStyle w:val="Hipercze"/>
            <w:rFonts w:ascii="Roboto Condensed" w:hAnsi="Roboto Condensed"/>
            <w:bCs/>
            <w:noProof/>
            <w:color w:val="auto"/>
          </w:rPr>
          <w:br/>
        </w:r>
        <w:r w:rsidRPr="00012E36">
          <w:rPr>
            <w:rStyle w:val="Hipercze"/>
            <w:rFonts w:ascii="Roboto Condensed" w:hAnsi="Roboto Condensed"/>
            <w:bCs/>
            <w:noProof/>
            <w:color w:val="auto"/>
          </w:rPr>
          <w:t>ustawy z dnia 27 kwietnia 2001 r. – Prawo ochrony środowiska</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_Toc206769047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49</w:t>
        </w:r>
        <w:r w:rsidRPr="00012E36">
          <w:rPr>
            <w:rStyle w:val="Hipercze"/>
            <w:rFonts w:ascii="Roboto Condensed" w:hAnsi="Roboto Condensed"/>
            <w:bCs/>
            <w:noProof/>
            <w:webHidden/>
            <w:color w:val="auto"/>
          </w:rPr>
          <w:fldChar w:fldCharType="end"/>
        </w:r>
      </w:hyperlink>
    </w:p>
    <w:p w14:paraId="0102FA87" w14:textId="19FC3A8E"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48" w:history="1">
        <w:r w:rsidRPr="00012E36">
          <w:rPr>
            <w:rStyle w:val="Hipercze"/>
            <w:rFonts w:ascii="Roboto Condensed" w:hAnsi="Roboto Condensed"/>
            <w:bCs/>
            <w:noProof/>
            <w:color w:val="auto"/>
          </w:rPr>
          <w:t>2.25. Zapotrzebowanie na nową zabudowę mieszkaniową w gminie</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_Toc206769048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51</w:t>
        </w:r>
        <w:r w:rsidRPr="00012E36">
          <w:rPr>
            <w:rStyle w:val="Hipercze"/>
            <w:rFonts w:ascii="Roboto Condensed" w:hAnsi="Roboto Condensed"/>
            <w:bCs/>
            <w:noProof/>
            <w:webHidden/>
            <w:color w:val="auto"/>
          </w:rPr>
          <w:fldChar w:fldCharType="end"/>
        </w:r>
      </w:hyperlink>
    </w:p>
    <w:p w14:paraId="6A51BB7F" w14:textId="66932453"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49" w:history="1">
        <w:r w:rsidRPr="00012E36">
          <w:rPr>
            <w:rStyle w:val="Hipercze"/>
            <w:rFonts w:ascii="Roboto Condensed" w:hAnsi="Roboto Condensed"/>
            <w:bCs/>
            <w:noProof/>
            <w:color w:val="auto"/>
          </w:rPr>
          <w:t>2.26. Wnioski do planu ogólnego</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_Toc206769049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53</w:t>
        </w:r>
        <w:r w:rsidRPr="00012E36">
          <w:rPr>
            <w:rStyle w:val="Hipercze"/>
            <w:rFonts w:ascii="Roboto Condensed" w:hAnsi="Roboto Condensed"/>
            <w:bCs/>
            <w:noProof/>
            <w:webHidden/>
            <w:color w:val="auto"/>
          </w:rPr>
          <w:fldChar w:fldCharType="end"/>
        </w:r>
      </w:hyperlink>
    </w:p>
    <w:p w14:paraId="5C92E8A7" w14:textId="40726FF9" w:rsidR="00F814BF" w:rsidRPr="00012E36" w:rsidRDefault="00F814BF" w:rsidP="00012E36">
      <w:pPr>
        <w:pStyle w:val="Spistreci1"/>
        <w:spacing w:before="60" w:after="60"/>
        <w:ind w:left="1077" w:hanging="397"/>
        <w:rPr>
          <w:rStyle w:val="Hipercze"/>
          <w:rFonts w:ascii="Roboto Condensed" w:hAnsi="Roboto Condensed"/>
          <w:bCs/>
          <w:i/>
          <w:iCs/>
          <w:noProof/>
          <w:color w:val="auto"/>
        </w:rPr>
      </w:pPr>
      <w:hyperlink w:anchor="_Toc206769050" w:history="1">
        <w:r w:rsidRPr="00012E36">
          <w:rPr>
            <w:rStyle w:val="Hipercze"/>
            <w:rFonts w:ascii="Roboto Condensed" w:hAnsi="Roboto Condensed"/>
            <w:bCs/>
            <w:i/>
            <w:iCs/>
            <w:noProof/>
            <w:color w:val="auto"/>
          </w:rPr>
          <w:t>Wnioski organów</w:t>
        </w:r>
        <w:r w:rsidRPr="00012E36">
          <w:rPr>
            <w:rStyle w:val="Hipercze"/>
            <w:rFonts w:ascii="Roboto Condensed" w:hAnsi="Roboto Condensed"/>
            <w:bCs/>
            <w:i/>
            <w:iCs/>
            <w:noProof/>
            <w:webHidden/>
            <w:color w:val="auto"/>
          </w:rPr>
          <w:tab/>
        </w:r>
        <w:r w:rsidRPr="00012E36">
          <w:rPr>
            <w:rStyle w:val="Hipercze"/>
            <w:rFonts w:ascii="Roboto Condensed" w:hAnsi="Roboto Condensed"/>
            <w:bCs/>
            <w:i/>
            <w:iCs/>
            <w:noProof/>
            <w:webHidden/>
            <w:color w:val="auto"/>
          </w:rPr>
          <w:fldChar w:fldCharType="begin"/>
        </w:r>
        <w:r w:rsidRPr="00012E36">
          <w:rPr>
            <w:rStyle w:val="Hipercze"/>
            <w:rFonts w:ascii="Roboto Condensed" w:hAnsi="Roboto Condensed"/>
            <w:bCs/>
            <w:i/>
            <w:iCs/>
            <w:noProof/>
            <w:webHidden/>
            <w:color w:val="auto"/>
          </w:rPr>
          <w:instrText xml:space="preserve"> PAGEREF _Toc206769050 \h </w:instrText>
        </w:r>
        <w:r w:rsidRPr="00012E36">
          <w:rPr>
            <w:rStyle w:val="Hipercze"/>
            <w:rFonts w:ascii="Roboto Condensed" w:hAnsi="Roboto Condensed"/>
            <w:bCs/>
            <w:i/>
            <w:iCs/>
            <w:noProof/>
            <w:webHidden/>
            <w:color w:val="auto"/>
          </w:rPr>
        </w:r>
        <w:r w:rsidRPr="00012E36">
          <w:rPr>
            <w:rStyle w:val="Hipercze"/>
            <w:rFonts w:ascii="Roboto Condensed" w:hAnsi="Roboto Condensed"/>
            <w:bCs/>
            <w:i/>
            <w:iCs/>
            <w:noProof/>
            <w:webHidden/>
            <w:color w:val="auto"/>
          </w:rPr>
          <w:fldChar w:fldCharType="separate"/>
        </w:r>
        <w:r w:rsidR="00342D17">
          <w:rPr>
            <w:rStyle w:val="Hipercze"/>
            <w:rFonts w:ascii="Roboto Condensed" w:hAnsi="Roboto Condensed"/>
            <w:bCs/>
            <w:i/>
            <w:iCs/>
            <w:noProof/>
            <w:webHidden/>
            <w:color w:val="auto"/>
          </w:rPr>
          <w:t>53</w:t>
        </w:r>
        <w:r w:rsidRPr="00012E36">
          <w:rPr>
            <w:rStyle w:val="Hipercze"/>
            <w:rFonts w:ascii="Roboto Condensed" w:hAnsi="Roboto Condensed"/>
            <w:bCs/>
            <w:i/>
            <w:iCs/>
            <w:noProof/>
            <w:webHidden/>
            <w:color w:val="auto"/>
          </w:rPr>
          <w:fldChar w:fldCharType="end"/>
        </w:r>
      </w:hyperlink>
    </w:p>
    <w:p w14:paraId="0AF43B18" w14:textId="555F5E06" w:rsidR="00F814BF" w:rsidRPr="00012E36" w:rsidRDefault="00F814BF" w:rsidP="00012E36">
      <w:pPr>
        <w:pStyle w:val="Spistreci1"/>
        <w:spacing w:before="60" w:after="60"/>
        <w:ind w:left="1077" w:hanging="397"/>
        <w:rPr>
          <w:rStyle w:val="Hipercze"/>
          <w:rFonts w:ascii="Roboto Condensed" w:hAnsi="Roboto Condensed"/>
          <w:bCs/>
          <w:noProof/>
          <w:color w:val="auto"/>
        </w:rPr>
      </w:pPr>
      <w:hyperlink w:anchor="_Toc206769051" w:history="1">
        <w:r w:rsidRPr="00012E36">
          <w:rPr>
            <w:rStyle w:val="Hipercze"/>
            <w:rFonts w:ascii="Roboto Condensed" w:hAnsi="Roboto Condensed"/>
            <w:bCs/>
            <w:i/>
            <w:iCs/>
            <w:noProof/>
            <w:color w:val="auto"/>
          </w:rPr>
          <w:t>Wnioski indywidualne</w:t>
        </w:r>
        <w:r w:rsidRPr="00012E36">
          <w:rPr>
            <w:rStyle w:val="Hipercze"/>
            <w:rFonts w:ascii="Roboto Condensed" w:hAnsi="Roboto Condensed"/>
            <w:bCs/>
            <w:i/>
            <w:iCs/>
            <w:noProof/>
            <w:webHidden/>
            <w:color w:val="auto"/>
          </w:rPr>
          <w:tab/>
        </w:r>
        <w:r w:rsidRPr="00012E36">
          <w:rPr>
            <w:rStyle w:val="Hipercze"/>
            <w:rFonts w:ascii="Roboto Condensed" w:hAnsi="Roboto Condensed"/>
            <w:bCs/>
            <w:i/>
            <w:iCs/>
            <w:noProof/>
            <w:webHidden/>
            <w:color w:val="auto"/>
          </w:rPr>
          <w:fldChar w:fldCharType="begin"/>
        </w:r>
        <w:r w:rsidRPr="00012E36">
          <w:rPr>
            <w:rStyle w:val="Hipercze"/>
            <w:rFonts w:ascii="Roboto Condensed" w:hAnsi="Roboto Condensed"/>
            <w:bCs/>
            <w:i/>
            <w:iCs/>
            <w:noProof/>
            <w:webHidden/>
            <w:color w:val="auto"/>
          </w:rPr>
          <w:instrText xml:space="preserve"> PAGEREF _Toc206769051 \h </w:instrText>
        </w:r>
        <w:r w:rsidRPr="00012E36">
          <w:rPr>
            <w:rStyle w:val="Hipercze"/>
            <w:rFonts w:ascii="Roboto Condensed" w:hAnsi="Roboto Condensed"/>
            <w:bCs/>
            <w:i/>
            <w:iCs/>
            <w:noProof/>
            <w:webHidden/>
            <w:color w:val="auto"/>
          </w:rPr>
        </w:r>
        <w:r w:rsidRPr="00012E36">
          <w:rPr>
            <w:rStyle w:val="Hipercze"/>
            <w:rFonts w:ascii="Roboto Condensed" w:hAnsi="Roboto Condensed"/>
            <w:bCs/>
            <w:i/>
            <w:iCs/>
            <w:noProof/>
            <w:webHidden/>
            <w:color w:val="auto"/>
          </w:rPr>
          <w:fldChar w:fldCharType="separate"/>
        </w:r>
        <w:r w:rsidR="00342D17">
          <w:rPr>
            <w:rStyle w:val="Hipercze"/>
            <w:rFonts w:ascii="Roboto Condensed" w:hAnsi="Roboto Condensed"/>
            <w:bCs/>
            <w:i/>
            <w:iCs/>
            <w:noProof/>
            <w:webHidden/>
            <w:color w:val="auto"/>
          </w:rPr>
          <w:t>53</w:t>
        </w:r>
        <w:r w:rsidRPr="00012E36">
          <w:rPr>
            <w:rStyle w:val="Hipercze"/>
            <w:rFonts w:ascii="Roboto Condensed" w:hAnsi="Roboto Condensed"/>
            <w:bCs/>
            <w:i/>
            <w:iCs/>
            <w:noProof/>
            <w:webHidden/>
            <w:color w:val="auto"/>
          </w:rPr>
          <w:fldChar w:fldCharType="end"/>
        </w:r>
      </w:hyperlink>
    </w:p>
    <w:p w14:paraId="568BB4D3" w14:textId="0A85B9F5"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52" w:history="1">
        <w:r w:rsidRPr="00012E36">
          <w:rPr>
            <w:rStyle w:val="Hipercze"/>
            <w:rFonts w:ascii="Roboto Condensed" w:hAnsi="Roboto Condensed"/>
            <w:bCs/>
            <w:noProof/>
            <w:color w:val="auto"/>
          </w:rPr>
          <w:t>3. USTALENIA PLANU OGÓLNEGO</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_Toc206769052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55</w:t>
        </w:r>
        <w:r w:rsidRPr="00012E36">
          <w:rPr>
            <w:rStyle w:val="Hipercze"/>
            <w:rFonts w:ascii="Roboto Condensed" w:hAnsi="Roboto Condensed"/>
            <w:bCs/>
            <w:noProof/>
            <w:webHidden/>
            <w:color w:val="auto"/>
          </w:rPr>
          <w:fldChar w:fldCharType="end"/>
        </w:r>
      </w:hyperlink>
    </w:p>
    <w:p w14:paraId="48A4E9D4" w14:textId="56C39373"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53" w:history="1">
        <w:r w:rsidRPr="00012E36">
          <w:rPr>
            <w:rStyle w:val="Hipercze"/>
            <w:rFonts w:ascii="Roboto Condensed" w:hAnsi="Roboto Condensed"/>
            <w:bCs/>
            <w:noProof/>
            <w:color w:val="auto"/>
          </w:rPr>
          <w:t>3.1. Przyczyny wyznaczenia stref planistycznych</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_Toc206769053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55</w:t>
        </w:r>
        <w:r w:rsidRPr="00012E36">
          <w:rPr>
            <w:rStyle w:val="Hipercze"/>
            <w:rFonts w:ascii="Roboto Condensed" w:hAnsi="Roboto Condensed"/>
            <w:bCs/>
            <w:noProof/>
            <w:webHidden/>
            <w:color w:val="auto"/>
          </w:rPr>
          <w:fldChar w:fldCharType="end"/>
        </w:r>
      </w:hyperlink>
    </w:p>
    <w:p w14:paraId="79AB486C" w14:textId="1AFAF9F2" w:rsidR="00F814BF" w:rsidRPr="00012E36" w:rsidRDefault="00F814BF" w:rsidP="00012E36">
      <w:pPr>
        <w:pStyle w:val="Spistreci1"/>
        <w:spacing w:before="60" w:after="60"/>
        <w:ind w:left="1077" w:hanging="397"/>
        <w:rPr>
          <w:rStyle w:val="Hipercze"/>
          <w:rFonts w:ascii="Roboto Condensed" w:hAnsi="Roboto Condensed"/>
          <w:bCs/>
          <w:i/>
          <w:iCs/>
          <w:noProof/>
          <w:color w:val="auto"/>
        </w:rPr>
      </w:pPr>
      <w:hyperlink w:anchor="_Toc206769054" w:history="1">
        <w:r w:rsidRPr="00012E36">
          <w:rPr>
            <w:rStyle w:val="Hipercze"/>
            <w:rFonts w:ascii="Roboto Condensed" w:hAnsi="Roboto Condensed"/>
            <w:bCs/>
            <w:i/>
            <w:iCs/>
            <w:noProof/>
            <w:color w:val="auto"/>
          </w:rPr>
          <w:t>Chłonność terenów niezabudowanych w strefach planistycznych</w:t>
        </w:r>
        <w:r w:rsidRPr="00012E36">
          <w:rPr>
            <w:rStyle w:val="Hipercze"/>
            <w:rFonts w:ascii="Roboto Condensed" w:hAnsi="Roboto Condensed"/>
            <w:bCs/>
            <w:i/>
            <w:iCs/>
            <w:noProof/>
            <w:webHidden/>
            <w:color w:val="auto"/>
          </w:rPr>
          <w:tab/>
        </w:r>
        <w:r w:rsidRPr="00012E36">
          <w:rPr>
            <w:rStyle w:val="Hipercze"/>
            <w:rFonts w:ascii="Roboto Condensed" w:hAnsi="Roboto Condensed"/>
            <w:bCs/>
            <w:i/>
            <w:iCs/>
            <w:noProof/>
            <w:webHidden/>
            <w:color w:val="auto"/>
          </w:rPr>
          <w:fldChar w:fldCharType="begin"/>
        </w:r>
        <w:r w:rsidRPr="00012E36">
          <w:rPr>
            <w:rStyle w:val="Hipercze"/>
            <w:rFonts w:ascii="Roboto Condensed" w:hAnsi="Roboto Condensed"/>
            <w:bCs/>
            <w:i/>
            <w:iCs/>
            <w:noProof/>
            <w:webHidden/>
            <w:color w:val="auto"/>
          </w:rPr>
          <w:instrText xml:space="preserve"> PAGEREF _Toc206769054 \h </w:instrText>
        </w:r>
        <w:r w:rsidRPr="00012E36">
          <w:rPr>
            <w:rStyle w:val="Hipercze"/>
            <w:rFonts w:ascii="Roboto Condensed" w:hAnsi="Roboto Condensed"/>
            <w:bCs/>
            <w:i/>
            <w:iCs/>
            <w:noProof/>
            <w:webHidden/>
            <w:color w:val="auto"/>
          </w:rPr>
        </w:r>
        <w:r w:rsidRPr="00012E36">
          <w:rPr>
            <w:rStyle w:val="Hipercze"/>
            <w:rFonts w:ascii="Roboto Condensed" w:hAnsi="Roboto Condensed"/>
            <w:bCs/>
            <w:i/>
            <w:iCs/>
            <w:noProof/>
            <w:webHidden/>
            <w:color w:val="auto"/>
          </w:rPr>
          <w:fldChar w:fldCharType="separate"/>
        </w:r>
        <w:r w:rsidR="00342D17">
          <w:rPr>
            <w:rStyle w:val="Hipercze"/>
            <w:rFonts w:ascii="Roboto Condensed" w:hAnsi="Roboto Condensed"/>
            <w:bCs/>
            <w:i/>
            <w:iCs/>
            <w:noProof/>
            <w:webHidden/>
            <w:color w:val="auto"/>
          </w:rPr>
          <w:t>63</w:t>
        </w:r>
        <w:r w:rsidRPr="00012E36">
          <w:rPr>
            <w:rStyle w:val="Hipercze"/>
            <w:rFonts w:ascii="Roboto Condensed" w:hAnsi="Roboto Condensed"/>
            <w:bCs/>
            <w:i/>
            <w:iCs/>
            <w:noProof/>
            <w:webHidden/>
            <w:color w:val="auto"/>
          </w:rPr>
          <w:fldChar w:fldCharType="end"/>
        </w:r>
      </w:hyperlink>
    </w:p>
    <w:p w14:paraId="3B065258" w14:textId="0269135F" w:rsidR="00F814BF" w:rsidRPr="00012E36" w:rsidRDefault="00F814BF" w:rsidP="00012E36">
      <w:pPr>
        <w:pStyle w:val="Spistreci1"/>
        <w:spacing w:before="60" w:after="60"/>
        <w:ind w:left="1077" w:hanging="397"/>
        <w:rPr>
          <w:rStyle w:val="Hipercze"/>
          <w:rFonts w:ascii="Roboto Condensed" w:hAnsi="Roboto Condensed"/>
          <w:bCs/>
          <w:noProof/>
          <w:color w:val="auto"/>
        </w:rPr>
      </w:pPr>
      <w:hyperlink w:anchor="_Toc206769055" w:history="1">
        <w:r w:rsidRPr="00012E36">
          <w:rPr>
            <w:rStyle w:val="Hipercze"/>
            <w:rFonts w:ascii="Roboto Condensed" w:hAnsi="Roboto Condensed"/>
            <w:bCs/>
            <w:i/>
            <w:iCs/>
            <w:noProof/>
            <w:color w:val="auto"/>
          </w:rPr>
          <w:t>Delimitacja terenów niezabudowanych i luk w istniejącej zabudowie</w:t>
        </w:r>
        <w:r w:rsidRPr="00012E36">
          <w:rPr>
            <w:rStyle w:val="Hipercze"/>
            <w:rFonts w:ascii="Roboto Condensed" w:hAnsi="Roboto Condensed"/>
            <w:bCs/>
            <w:i/>
            <w:iCs/>
            <w:noProof/>
            <w:webHidden/>
            <w:color w:val="auto"/>
          </w:rPr>
          <w:tab/>
        </w:r>
        <w:r w:rsidRPr="00012E36">
          <w:rPr>
            <w:rStyle w:val="Hipercze"/>
            <w:rFonts w:ascii="Roboto Condensed" w:hAnsi="Roboto Condensed"/>
            <w:bCs/>
            <w:i/>
            <w:iCs/>
            <w:noProof/>
            <w:webHidden/>
            <w:color w:val="auto"/>
          </w:rPr>
          <w:fldChar w:fldCharType="begin"/>
        </w:r>
        <w:r w:rsidRPr="00012E36">
          <w:rPr>
            <w:rStyle w:val="Hipercze"/>
            <w:rFonts w:ascii="Roboto Condensed" w:hAnsi="Roboto Condensed"/>
            <w:bCs/>
            <w:i/>
            <w:iCs/>
            <w:noProof/>
            <w:webHidden/>
            <w:color w:val="auto"/>
          </w:rPr>
          <w:instrText xml:space="preserve"> PAGEREF _Toc206769055 \h </w:instrText>
        </w:r>
        <w:r w:rsidRPr="00012E36">
          <w:rPr>
            <w:rStyle w:val="Hipercze"/>
            <w:rFonts w:ascii="Roboto Condensed" w:hAnsi="Roboto Condensed"/>
            <w:bCs/>
            <w:i/>
            <w:iCs/>
            <w:noProof/>
            <w:webHidden/>
            <w:color w:val="auto"/>
          </w:rPr>
        </w:r>
        <w:r w:rsidRPr="00012E36">
          <w:rPr>
            <w:rStyle w:val="Hipercze"/>
            <w:rFonts w:ascii="Roboto Condensed" w:hAnsi="Roboto Condensed"/>
            <w:bCs/>
            <w:i/>
            <w:iCs/>
            <w:noProof/>
            <w:webHidden/>
            <w:color w:val="auto"/>
          </w:rPr>
          <w:fldChar w:fldCharType="separate"/>
        </w:r>
        <w:r w:rsidR="00342D17">
          <w:rPr>
            <w:rStyle w:val="Hipercze"/>
            <w:rFonts w:ascii="Roboto Condensed" w:hAnsi="Roboto Condensed"/>
            <w:bCs/>
            <w:i/>
            <w:iCs/>
            <w:noProof/>
            <w:webHidden/>
            <w:color w:val="auto"/>
          </w:rPr>
          <w:t>64</w:t>
        </w:r>
        <w:r w:rsidRPr="00012E36">
          <w:rPr>
            <w:rStyle w:val="Hipercze"/>
            <w:rFonts w:ascii="Roboto Condensed" w:hAnsi="Roboto Condensed"/>
            <w:bCs/>
            <w:i/>
            <w:iCs/>
            <w:noProof/>
            <w:webHidden/>
            <w:color w:val="auto"/>
          </w:rPr>
          <w:fldChar w:fldCharType="end"/>
        </w:r>
      </w:hyperlink>
    </w:p>
    <w:p w14:paraId="7C91BE3A" w14:textId="19134D0B" w:rsidR="00F814BF" w:rsidRPr="00012E36" w:rsidRDefault="00F814BF" w:rsidP="00012E36">
      <w:pPr>
        <w:pStyle w:val="Spistreci1"/>
        <w:spacing w:before="60" w:after="60"/>
        <w:ind w:left="1077" w:hanging="397"/>
        <w:rPr>
          <w:rStyle w:val="Hipercze"/>
          <w:rFonts w:ascii="Roboto Condensed" w:hAnsi="Roboto Condensed"/>
          <w:bCs/>
          <w:noProof/>
          <w:color w:val="auto"/>
        </w:rPr>
      </w:pPr>
      <w:hyperlink w:anchor="_Toc206769056" w:history="1">
        <w:r w:rsidRPr="00012E36">
          <w:rPr>
            <w:rStyle w:val="Hipercze"/>
            <w:rFonts w:ascii="Roboto Condensed" w:hAnsi="Roboto Condensed"/>
            <w:bCs/>
            <w:i/>
            <w:iCs/>
            <w:noProof/>
            <w:color w:val="auto"/>
          </w:rPr>
          <w:t>Obliczenie chłonności terenów niezabudowanych.</w:t>
        </w:r>
        <w:r w:rsidRPr="00012E36">
          <w:rPr>
            <w:rStyle w:val="Hipercze"/>
            <w:rFonts w:ascii="Roboto Condensed" w:hAnsi="Roboto Condensed"/>
            <w:bCs/>
            <w:i/>
            <w:iCs/>
            <w:noProof/>
            <w:webHidden/>
            <w:color w:val="auto"/>
          </w:rPr>
          <w:tab/>
        </w:r>
        <w:r w:rsidRPr="00012E36">
          <w:rPr>
            <w:rStyle w:val="Hipercze"/>
            <w:rFonts w:ascii="Roboto Condensed" w:hAnsi="Roboto Condensed"/>
            <w:bCs/>
            <w:i/>
            <w:iCs/>
            <w:noProof/>
            <w:webHidden/>
            <w:color w:val="auto"/>
          </w:rPr>
          <w:fldChar w:fldCharType="begin"/>
        </w:r>
        <w:r w:rsidRPr="00012E36">
          <w:rPr>
            <w:rStyle w:val="Hipercze"/>
            <w:rFonts w:ascii="Roboto Condensed" w:hAnsi="Roboto Condensed"/>
            <w:bCs/>
            <w:i/>
            <w:iCs/>
            <w:noProof/>
            <w:webHidden/>
            <w:color w:val="auto"/>
          </w:rPr>
          <w:instrText xml:space="preserve"> PAGEREF _Toc206769056 \h </w:instrText>
        </w:r>
        <w:r w:rsidRPr="00012E36">
          <w:rPr>
            <w:rStyle w:val="Hipercze"/>
            <w:rFonts w:ascii="Roboto Condensed" w:hAnsi="Roboto Condensed"/>
            <w:bCs/>
            <w:i/>
            <w:iCs/>
            <w:noProof/>
            <w:webHidden/>
            <w:color w:val="auto"/>
          </w:rPr>
        </w:r>
        <w:r w:rsidRPr="00012E36">
          <w:rPr>
            <w:rStyle w:val="Hipercze"/>
            <w:rFonts w:ascii="Roboto Condensed" w:hAnsi="Roboto Condensed"/>
            <w:bCs/>
            <w:i/>
            <w:iCs/>
            <w:noProof/>
            <w:webHidden/>
            <w:color w:val="auto"/>
          </w:rPr>
          <w:fldChar w:fldCharType="separate"/>
        </w:r>
        <w:r w:rsidR="00342D17">
          <w:rPr>
            <w:rStyle w:val="Hipercze"/>
            <w:rFonts w:ascii="Roboto Condensed" w:hAnsi="Roboto Condensed"/>
            <w:bCs/>
            <w:i/>
            <w:iCs/>
            <w:noProof/>
            <w:webHidden/>
            <w:color w:val="auto"/>
          </w:rPr>
          <w:t>65</w:t>
        </w:r>
        <w:r w:rsidRPr="00012E36">
          <w:rPr>
            <w:rStyle w:val="Hipercze"/>
            <w:rFonts w:ascii="Roboto Condensed" w:hAnsi="Roboto Condensed"/>
            <w:bCs/>
            <w:i/>
            <w:iCs/>
            <w:noProof/>
            <w:webHidden/>
            <w:color w:val="auto"/>
          </w:rPr>
          <w:fldChar w:fldCharType="end"/>
        </w:r>
      </w:hyperlink>
    </w:p>
    <w:p w14:paraId="7E3BA31D" w14:textId="7482F281"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57" w:history="1">
        <w:r w:rsidRPr="00012E36">
          <w:rPr>
            <w:rStyle w:val="Hipercze"/>
            <w:rFonts w:ascii="Roboto Condensed" w:hAnsi="Roboto Condensed"/>
            <w:bCs/>
            <w:noProof/>
            <w:color w:val="auto"/>
          </w:rPr>
          <w:t>3.2. Przyczyny ustalenia gminnych standardów urbanistycznych</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_Toc206769057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82</w:t>
        </w:r>
        <w:r w:rsidRPr="00012E36">
          <w:rPr>
            <w:rStyle w:val="Hipercze"/>
            <w:rFonts w:ascii="Roboto Condensed" w:hAnsi="Roboto Condensed"/>
            <w:bCs/>
            <w:noProof/>
            <w:webHidden/>
            <w:color w:val="auto"/>
          </w:rPr>
          <w:fldChar w:fldCharType="end"/>
        </w:r>
      </w:hyperlink>
    </w:p>
    <w:p w14:paraId="50ED8D0A" w14:textId="76765179"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58" w:history="1">
        <w:r w:rsidRPr="00012E36">
          <w:rPr>
            <w:rStyle w:val="Hipercze"/>
            <w:rFonts w:ascii="Roboto Condensed" w:hAnsi="Roboto Condensed"/>
            <w:bCs/>
            <w:noProof/>
            <w:color w:val="auto"/>
          </w:rPr>
          <w:t>3.3. Przyczyny wyznaczenia obszaru uzupełnienia zabudowy</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_Toc206769058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82</w:t>
        </w:r>
        <w:r w:rsidRPr="00012E36">
          <w:rPr>
            <w:rStyle w:val="Hipercze"/>
            <w:rFonts w:ascii="Roboto Condensed" w:hAnsi="Roboto Condensed"/>
            <w:bCs/>
            <w:noProof/>
            <w:webHidden/>
            <w:color w:val="auto"/>
          </w:rPr>
          <w:fldChar w:fldCharType="end"/>
        </w:r>
      </w:hyperlink>
    </w:p>
    <w:p w14:paraId="44489C10" w14:textId="5FAB0F04"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59" w:history="1">
        <w:r w:rsidRPr="00012E36">
          <w:rPr>
            <w:rStyle w:val="Hipercze"/>
            <w:rFonts w:ascii="Roboto Condensed" w:hAnsi="Roboto Condensed"/>
            <w:bCs/>
            <w:noProof/>
            <w:color w:val="auto"/>
          </w:rPr>
          <w:t>3.4. Sposób uwzględnienia uwarunkowań rozwoju przestrzennego gminy</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_Toc206769059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84</w:t>
        </w:r>
        <w:r w:rsidRPr="00012E36">
          <w:rPr>
            <w:rStyle w:val="Hipercze"/>
            <w:rFonts w:ascii="Roboto Condensed" w:hAnsi="Roboto Condensed"/>
            <w:bCs/>
            <w:noProof/>
            <w:webHidden/>
            <w:color w:val="auto"/>
          </w:rPr>
          <w:fldChar w:fldCharType="end"/>
        </w:r>
      </w:hyperlink>
    </w:p>
    <w:p w14:paraId="3097ED14" w14:textId="0AC70ADF" w:rsidR="00F814BF" w:rsidRPr="00012E36" w:rsidRDefault="00F814BF" w:rsidP="00012E36">
      <w:pPr>
        <w:pStyle w:val="Spistreci1"/>
        <w:spacing w:before="60" w:after="60"/>
        <w:ind w:left="1077" w:hanging="397"/>
        <w:rPr>
          <w:rStyle w:val="Hipercze"/>
          <w:rFonts w:ascii="Roboto Condensed" w:hAnsi="Roboto Condensed"/>
          <w:bCs/>
          <w:i/>
          <w:iCs/>
          <w:noProof/>
          <w:color w:val="auto"/>
        </w:rPr>
      </w:pPr>
      <w:hyperlink w:anchor="_Toc206769060" w:history="1">
        <w:r w:rsidRPr="00012E36">
          <w:rPr>
            <w:rStyle w:val="Hipercze"/>
            <w:rFonts w:ascii="Roboto Condensed" w:hAnsi="Roboto Condensed"/>
            <w:bCs/>
            <w:i/>
            <w:iCs/>
            <w:noProof/>
            <w:color w:val="auto"/>
          </w:rPr>
          <w:t>Wykaz rysunków</w:t>
        </w:r>
        <w:r w:rsidRPr="00012E36">
          <w:rPr>
            <w:rStyle w:val="Hipercze"/>
            <w:rFonts w:ascii="Roboto Condensed" w:hAnsi="Roboto Condensed"/>
            <w:bCs/>
            <w:i/>
            <w:iCs/>
            <w:noProof/>
            <w:webHidden/>
            <w:color w:val="auto"/>
          </w:rPr>
          <w:tab/>
        </w:r>
        <w:r w:rsidRPr="00012E36">
          <w:rPr>
            <w:rStyle w:val="Hipercze"/>
            <w:rFonts w:ascii="Roboto Condensed" w:hAnsi="Roboto Condensed"/>
            <w:bCs/>
            <w:i/>
            <w:iCs/>
            <w:noProof/>
            <w:webHidden/>
            <w:color w:val="auto"/>
          </w:rPr>
          <w:fldChar w:fldCharType="begin"/>
        </w:r>
        <w:r w:rsidRPr="00012E36">
          <w:rPr>
            <w:rStyle w:val="Hipercze"/>
            <w:rFonts w:ascii="Roboto Condensed" w:hAnsi="Roboto Condensed"/>
            <w:bCs/>
            <w:i/>
            <w:iCs/>
            <w:noProof/>
            <w:webHidden/>
            <w:color w:val="auto"/>
          </w:rPr>
          <w:instrText xml:space="preserve"> PAGEREF _Toc206769060 \h </w:instrText>
        </w:r>
        <w:r w:rsidRPr="00012E36">
          <w:rPr>
            <w:rStyle w:val="Hipercze"/>
            <w:rFonts w:ascii="Roboto Condensed" w:hAnsi="Roboto Condensed"/>
            <w:bCs/>
            <w:i/>
            <w:iCs/>
            <w:noProof/>
            <w:webHidden/>
            <w:color w:val="auto"/>
          </w:rPr>
        </w:r>
        <w:r w:rsidRPr="00012E36">
          <w:rPr>
            <w:rStyle w:val="Hipercze"/>
            <w:rFonts w:ascii="Roboto Condensed" w:hAnsi="Roboto Condensed"/>
            <w:bCs/>
            <w:i/>
            <w:iCs/>
            <w:noProof/>
            <w:webHidden/>
            <w:color w:val="auto"/>
          </w:rPr>
          <w:fldChar w:fldCharType="separate"/>
        </w:r>
        <w:r w:rsidR="00342D17">
          <w:rPr>
            <w:rStyle w:val="Hipercze"/>
            <w:rFonts w:ascii="Roboto Condensed" w:hAnsi="Roboto Condensed"/>
            <w:bCs/>
            <w:i/>
            <w:iCs/>
            <w:noProof/>
            <w:webHidden/>
            <w:color w:val="auto"/>
          </w:rPr>
          <w:t>86</w:t>
        </w:r>
        <w:r w:rsidRPr="00012E36">
          <w:rPr>
            <w:rStyle w:val="Hipercze"/>
            <w:rFonts w:ascii="Roboto Condensed" w:hAnsi="Roboto Condensed"/>
            <w:bCs/>
            <w:i/>
            <w:iCs/>
            <w:noProof/>
            <w:webHidden/>
            <w:color w:val="auto"/>
          </w:rPr>
          <w:fldChar w:fldCharType="end"/>
        </w:r>
      </w:hyperlink>
    </w:p>
    <w:p w14:paraId="4F6ED4E2" w14:textId="34619189" w:rsidR="00F814BF" w:rsidRDefault="00F814BF" w:rsidP="00012E36">
      <w:pPr>
        <w:pStyle w:val="Spistreci1"/>
        <w:spacing w:before="60" w:after="60"/>
        <w:ind w:left="1077" w:hanging="397"/>
        <w:rPr>
          <w:noProof/>
        </w:rPr>
      </w:pPr>
      <w:hyperlink w:anchor="_Toc206769061" w:history="1">
        <w:r w:rsidRPr="00012E36">
          <w:rPr>
            <w:rStyle w:val="Hipercze"/>
            <w:rFonts w:ascii="Roboto Condensed" w:hAnsi="Roboto Condensed"/>
            <w:bCs/>
            <w:i/>
            <w:iCs/>
            <w:noProof/>
            <w:color w:val="auto"/>
          </w:rPr>
          <w:t>Wykaz tabel</w:t>
        </w:r>
        <w:r w:rsidRPr="00012E36">
          <w:rPr>
            <w:rStyle w:val="Hipercze"/>
            <w:rFonts w:ascii="Roboto Condensed" w:hAnsi="Roboto Condensed"/>
            <w:bCs/>
            <w:i/>
            <w:iCs/>
            <w:noProof/>
            <w:webHidden/>
            <w:color w:val="auto"/>
          </w:rPr>
          <w:tab/>
        </w:r>
        <w:r w:rsidRPr="00012E36">
          <w:rPr>
            <w:rStyle w:val="Hipercze"/>
            <w:rFonts w:ascii="Roboto Condensed" w:hAnsi="Roboto Condensed"/>
            <w:bCs/>
            <w:i/>
            <w:iCs/>
            <w:noProof/>
            <w:webHidden/>
            <w:color w:val="auto"/>
          </w:rPr>
          <w:fldChar w:fldCharType="begin"/>
        </w:r>
        <w:r w:rsidRPr="00012E36">
          <w:rPr>
            <w:rStyle w:val="Hipercze"/>
            <w:rFonts w:ascii="Roboto Condensed" w:hAnsi="Roboto Condensed"/>
            <w:bCs/>
            <w:i/>
            <w:iCs/>
            <w:noProof/>
            <w:webHidden/>
            <w:color w:val="auto"/>
          </w:rPr>
          <w:instrText xml:space="preserve"> PAGEREF _Toc206769061 \h </w:instrText>
        </w:r>
        <w:r w:rsidRPr="00012E36">
          <w:rPr>
            <w:rStyle w:val="Hipercze"/>
            <w:rFonts w:ascii="Roboto Condensed" w:hAnsi="Roboto Condensed"/>
            <w:bCs/>
            <w:i/>
            <w:iCs/>
            <w:noProof/>
            <w:webHidden/>
            <w:color w:val="auto"/>
          </w:rPr>
        </w:r>
        <w:r w:rsidRPr="00012E36">
          <w:rPr>
            <w:rStyle w:val="Hipercze"/>
            <w:rFonts w:ascii="Roboto Condensed" w:hAnsi="Roboto Condensed"/>
            <w:bCs/>
            <w:i/>
            <w:iCs/>
            <w:noProof/>
            <w:webHidden/>
            <w:color w:val="auto"/>
          </w:rPr>
          <w:fldChar w:fldCharType="separate"/>
        </w:r>
        <w:r w:rsidR="00342D17">
          <w:rPr>
            <w:rStyle w:val="Hipercze"/>
            <w:rFonts w:ascii="Roboto Condensed" w:hAnsi="Roboto Condensed"/>
            <w:bCs/>
            <w:i/>
            <w:iCs/>
            <w:noProof/>
            <w:webHidden/>
            <w:color w:val="auto"/>
          </w:rPr>
          <w:t>86</w:t>
        </w:r>
        <w:r w:rsidRPr="00012E36">
          <w:rPr>
            <w:rStyle w:val="Hipercze"/>
            <w:rFonts w:ascii="Roboto Condensed" w:hAnsi="Roboto Condensed"/>
            <w:bCs/>
            <w:i/>
            <w:iCs/>
            <w:noProof/>
            <w:webHidden/>
            <w:color w:val="auto"/>
          </w:rPr>
          <w:fldChar w:fldCharType="end"/>
        </w:r>
      </w:hyperlink>
    </w:p>
    <w:p w14:paraId="367EB979" w14:textId="418E3058" w:rsidR="003F6E16" w:rsidRPr="003F6E16" w:rsidRDefault="003F6E16" w:rsidP="003F6E16">
      <w:pPr>
        <w:pStyle w:val="Spistreci1"/>
        <w:spacing w:before="60" w:after="60"/>
        <w:ind w:left="1077" w:hanging="397"/>
        <w:rPr>
          <w:rStyle w:val="Hipercze"/>
          <w:rFonts w:ascii="Roboto Condensed" w:hAnsi="Roboto Condensed"/>
          <w:i/>
          <w:iCs/>
          <w:noProof/>
          <w:color w:val="auto"/>
          <w:u w:val="none"/>
        </w:rPr>
      </w:pPr>
      <w:r w:rsidRPr="003F6E16">
        <w:rPr>
          <w:rStyle w:val="Hipercze"/>
          <w:rFonts w:ascii="Roboto Condensed" w:hAnsi="Roboto Condensed"/>
          <w:i/>
          <w:iCs/>
          <w:noProof/>
          <w:color w:val="auto"/>
          <w:u w:val="none"/>
        </w:rPr>
        <w:t>Wykaz skrótów</w:t>
      </w:r>
      <w:r w:rsidRPr="003F6E16">
        <w:rPr>
          <w:rStyle w:val="Hipercze"/>
          <w:rFonts w:ascii="Roboto Condensed" w:hAnsi="Roboto Condensed"/>
          <w:i/>
          <w:iCs/>
          <w:noProof/>
          <w:webHidden/>
          <w:color w:val="auto"/>
          <w:u w:val="none"/>
        </w:rPr>
        <w:tab/>
      </w:r>
      <w:r>
        <w:rPr>
          <w:rStyle w:val="Hipercze"/>
          <w:rFonts w:ascii="Roboto Condensed" w:hAnsi="Roboto Condensed"/>
          <w:i/>
          <w:iCs/>
          <w:noProof/>
          <w:webHidden/>
          <w:color w:val="auto"/>
          <w:u w:val="none"/>
        </w:rPr>
        <w:t>83</w:t>
      </w:r>
    </w:p>
    <w:p w14:paraId="69E9B9EA" w14:textId="42F0613B" w:rsidR="00F814BF" w:rsidRPr="00012E36" w:rsidRDefault="00F814BF" w:rsidP="00012E36">
      <w:pPr>
        <w:pStyle w:val="Spistreci1"/>
        <w:spacing w:before="60" w:after="60"/>
        <w:ind w:left="397" w:hanging="397"/>
        <w:rPr>
          <w:rStyle w:val="Hipercze"/>
          <w:rFonts w:ascii="Roboto Condensed" w:hAnsi="Roboto Condensed"/>
          <w:bCs/>
          <w:noProof/>
          <w:color w:val="auto"/>
        </w:rPr>
      </w:pPr>
      <w:hyperlink w:anchor="_Toc206769062" w:history="1">
        <w:r w:rsidRPr="00012E36">
          <w:rPr>
            <w:rStyle w:val="Hipercze"/>
            <w:rFonts w:ascii="Roboto Condensed" w:hAnsi="Roboto Condensed"/>
            <w:bCs/>
            <w:noProof/>
            <w:color w:val="auto"/>
          </w:rPr>
          <w:t>4. CZĘŚĆ GRAFICZNA UZASADNIENIA PROJEKTU PLANU OGÓLNEGO</w:t>
        </w:r>
        <w:r w:rsidRPr="00012E36">
          <w:rPr>
            <w:rStyle w:val="Hipercze"/>
            <w:rFonts w:ascii="Roboto Condensed" w:hAnsi="Roboto Condensed"/>
            <w:bCs/>
            <w:noProof/>
            <w:webHidden/>
            <w:color w:val="auto"/>
          </w:rPr>
          <w:tab/>
        </w:r>
        <w:r w:rsidRPr="00012E36">
          <w:rPr>
            <w:rStyle w:val="Hipercze"/>
            <w:rFonts w:ascii="Roboto Condensed" w:hAnsi="Roboto Condensed"/>
            <w:bCs/>
            <w:noProof/>
            <w:webHidden/>
            <w:color w:val="auto"/>
          </w:rPr>
          <w:fldChar w:fldCharType="begin"/>
        </w:r>
        <w:r w:rsidRPr="00012E36">
          <w:rPr>
            <w:rStyle w:val="Hipercze"/>
            <w:rFonts w:ascii="Roboto Condensed" w:hAnsi="Roboto Condensed"/>
            <w:bCs/>
            <w:noProof/>
            <w:webHidden/>
            <w:color w:val="auto"/>
          </w:rPr>
          <w:instrText xml:space="preserve"> PAGEREF _Toc206769062 \h </w:instrText>
        </w:r>
        <w:r w:rsidRPr="00012E36">
          <w:rPr>
            <w:rStyle w:val="Hipercze"/>
            <w:rFonts w:ascii="Roboto Condensed" w:hAnsi="Roboto Condensed"/>
            <w:bCs/>
            <w:noProof/>
            <w:webHidden/>
            <w:color w:val="auto"/>
          </w:rPr>
        </w:r>
        <w:r w:rsidRPr="00012E36">
          <w:rPr>
            <w:rStyle w:val="Hipercze"/>
            <w:rFonts w:ascii="Roboto Condensed" w:hAnsi="Roboto Condensed"/>
            <w:bCs/>
            <w:noProof/>
            <w:webHidden/>
            <w:color w:val="auto"/>
          </w:rPr>
          <w:fldChar w:fldCharType="separate"/>
        </w:r>
        <w:r w:rsidR="00342D17">
          <w:rPr>
            <w:rStyle w:val="Hipercze"/>
            <w:rFonts w:ascii="Roboto Condensed" w:hAnsi="Roboto Condensed"/>
            <w:bCs/>
            <w:noProof/>
            <w:webHidden/>
            <w:color w:val="auto"/>
          </w:rPr>
          <w:t>87</w:t>
        </w:r>
        <w:r w:rsidRPr="00012E36">
          <w:rPr>
            <w:rStyle w:val="Hipercze"/>
            <w:rFonts w:ascii="Roboto Condensed" w:hAnsi="Roboto Condensed"/>
            <w:bCs/>
            <w:noProof/>
            <w:webHidden/>
            <w:color w:val="auto"/>
          </w:rPr>
          <w:fldChar w:fldCharType="end"/>
        </w:r>
      </w:hyperlink>
    </w:p>
    <w:p w14:paraId="6EDB92B2" w14:textId="468E41B7" w:rsidR="00BD3CF7" w:rsidRPr="009A175C" w:rsidRDefault="003E7C18" w:rsidP="00012E36">
      <w:pPr>
        <w:pStyle w:val="Spistreci1"/>
        <w:spacing w:before="60" w:after="60"/>
        <w:ind w:left="397" w:hanging="397"/>
        <w:rPr>
          <w:color w:val="EE0000"/>
        </w:rPr>
      </w:pPr>
      <w:r w:rsidRPr="00012E36">
        <w:rPr>
          <w:rStyle w:val="Hipercze"/>
          <w:rFonts w:ascii="Roboto Condensed" w:hAnsi="Roboto Condensed"/>
          <w:bCs/>
          <w:noProof/>
          <w:color w:val="auto"/>
        </w:rPr>
        <w:fldChar w:fldCharType="end"/>
      </w:r>
    </w:p>
    <w:p w14:paraId="469952AB" w14:textId="77777777" w:rsidR="00BD3CF7" w:rsidRPr="009A175C" w:rsidRDefault="00BD3CF7">
      <w:pPr>
        <w:rPr>
          <w:rFonts w:ascii="Roboto Condensed" w:hAnsi="Roboto Condensed"/>
          <w:color w:val="EE0000"/>
          <w:sz w:val="22"/>
          <w:szCs w:val="22"/>
        </w:rPr>
      </w:pPr>
      <w:r w:rsidRPr="009A175C">
        <w:rPr>
          <w:rFonts w:ascii="Roboto Condensed" w:hAnsi="Roboto Condensed"/>
          <w:color w:val="EE0000"/>
          <w:sz w:val="22"/>
          <w:szCs w:val="22"/>
        </w:rPr>
        <w:br w:type="page"/>
      </w:r>
    </w:p>
    <w:p w14:paraId="266B22FF" w14:textId="6CA4F39B" w:rsidR="003E7C18" w:rsidRPr="009A175C" w:rsidRDefault="003E7C18" w:rsidP="006513C1">
      <w:pPr>
        <w:pStyle w:val="Nagwek1"/>
        <w:spacing w:line="240" w:lineRule="auto"/>
        <w:rPr>
          <w:rFonts w:ascii="Roboto Condensed" w:hAnsi="Roboto Condensed"/>
          <w:bCs/>
          <w:szCs w:val="24"/>
          <w:lang w:val="pl-PL"/>
        </w:rPr>
      </w:pPr>
      <w:bookmarkStart w:id="1" w:name="_Toc120464219"/>
      <w:bookmarkStart w:id="2" w:name="_Toc120464466"/>
      <w:bookmarkStart w:id="3" w:name="_Toc121035588"/>
      <w:bookmarkStart w:id="4" w:name="_Toc121035646"/>
      <w:bookmarkStart w:id="5" w:name="_Toc121035686"/>
      <w:bookmarkStart w:id="6" w:name="_Toc121133608"/>
      <w:bookmarkStart w:id="7" w:name="_Toc121578956"/>
      <w:bookmarkStart w:id="8" w:name="_Toc193697349"/>
      <w:bookmarkStart w:id="9" w:name="_Toc206769012"/>
      <w:r w:rsidRPr="009A175C">
        <w:rPr>
          <w:rFonts w:ascii="Roboto Condensed" w:hAnsi="Roboto Condensed"/>
          <w:bCs/>
          <w:szCs w:val="24"/>
          <w:lang w:val="pl-PL"/>
        </w:rPr>
        <w:lastRenderedPageBreak/>
        <w:t xml:space="preserve">1. </w:t>
      </w:r>
      <w:bookmarkEnd w:id="1"/>
      <w:bookmarkEnd w:id="2"/>
      <w:bookmarkEnd w:id="3"/>
      <w:bookmarkEnd w:id="4"/>
      <w:bookmarkEnd w:id="5"/>
      <w:bookmarkEnd w:id="6"/>
      <w:bookmarkEnd w:id="7"/>
      <w:r w:rsidR="00F55599" w:rsidRPr="009A175C">
        <w:rPr>
          <w:rFonts w:ascii="Roboto Condensed" w:hAnsi="Roboto Condensed"/>
          <w:bCs/>
          <w:szCs w:val="24"/>
          <w:lang w:val="pl-PL"/>
        </w:rPr>
        <w:t>WSTĘP</w:t>
      </w:r>
      <w:bookmarkEnd w:id="8"/>
      <w:bookmarkEnd w:id="9"/>
    </w:p>
    <w:p w14:paraId="1F2759AA" w14:textId="4DC0E64C" w:rsidR="00F55599" w:rsidRPr="009A175C" w:rsidRDefault="00F55599" w:rsidP="008B0A32">
      <w:pPr>
        <w:pStyle w:val="Nagwek1"/>
        <w:spacing w:before="60" w:after="60" w:line="240" w:lineRule="auto"/>
        <w:ind w:left="737" w:hanging="567"/>
        <w:rPr>
          <w:rFonts w:ascii="Roboto Condensed" w:hAnsi="Roboto Condensed"/>
          <w:bCs/>
          <w:sz w:val="22"/>
          <w:szCs w:val="22"/>
          <w:lang w:val="pl-PL"/>
        </w:rPr>
      </w:pPr>
      <w:bookmarkStart w:id="10" w:name="_Toc193697350"/>
      <w:bookmarkStart w:id="11" w:name="_Toc206769013"/>
      <w:r w:rsidRPr="009A175C">
        <w:rPr>
          <w:rFonts w:ascii="Roboto Condensed" w:hAnsi="Roboto Condensed"/>
          <w:bCs/>
          <w:sz w:val="22"/>
          <w:szCs w:val="22"/>
          <w:lang w:val="pl-PL"/>
        </w:rPr>
        <w:t>1.1. Przedmiot opracowania</w:t>
      </w:r>
      <w:bookmarkEnd w:id="10"/>
      <w:bookmarkEnd w:id="11"/>
    </w:p>
    <w:p w14:paraId="4A1B2AB1" w14:textId="37B3B418" w:rsidR="00A31005" w:rsidRPr="009A175C" w:rsidRDefault="00BD3CF7" w:rsidP="00A31005">
      <w:pPr>
        <w:pStyle w:val="Tekstpodstawowy2"/>
        <w:spacing w:before="120" w:after="120" w:line="240" w:lineRule="auto"/>
        <w:ind w:left="170"/>
        <w:rPr>
          <w:rFonts w:ascii="Roboto Condensed" w:hAnsi="Roboto Condensed"/>
          <w:sz w:val="20"/>
          <w:lang w:val="pl-PL"/>
        </w:rPr>
      </w:pPr>
      <w:r w:rsidRPr="009A175C">
        <w:rPr>
          <w:rFonts w:ascii="Roboto Condensed" w:hAnsi="Roboto Condensed"/>
          <w:sz w:val="20"/>
          <w:lang w:val="pl-PL"/>
        </w:rPr>
        <w:t xml:space="preserve">Przedmiotem niniejszego opracowania jest plan ogólny gminy </w:t>
      </w:r>
      <w:r w:rsidR="008A2414">
        <w:rPr>
          <w:rFonts w:ascii="Roboto Condensed" w:hAnsi="Roboto Condensed"/>
          <w:sz w:val="20"/>
          <w:lang w:val="pl-PL"/>
        </w:rPr>
        <w:t>Radomsko</w:t>
      </w:r>
      <w:r w:rsidRPr="009A175C">
        <w:rPr>
          <w:rFonts w:ascii="Roboto Condensed" w:hAnsi="Roboto Condensed"/>
          <w:sz w:val="20"/>
          <w:lang w:val="pl-PL"/>
        </w:rPr>
        <w:t xml:space="preserve">, </w:t>
      </w:r>
      <w:r w:rsidR="00B14880" w:rsidRPr="009A175C">
        <w:rPr>
          <w:rFonts w:ascii="Roboto Condensed" w:hAnsi="Roboto Condensed"/>
          <w:sz w:val="20"/>
          <w:lang w:val="pl-PL"/>
        </w:rPr>
        <w:t xml:space="preserve">obejmujący obszar gminy </w:t>
      </w:r>
      <w:r w:rsidRPr="009A175C">
        <w:rPr>
          <w:rFonts w:ascii="Roboto Condensed" w:hAnsi="Roboto Condensed"/>
          <w:sz w:val="20"/>
          <w:lang w:val="pl-PL"/>
        </w:rPr>
        <w:t xml:space="preserve">w granicach </w:t>
      </w:r>
      <w:r w:rsidR="00B14880" w:rsidRPr="009A175C">
        <w:rPr>
          <w:rFonts w:ascii="Roboto Condensed" w:hAnsi="Roboto Condensed"/>
          <w:sz w:val="20"/>
          <w:lang w:val="pl-PL"/>
        </w:rPr>
        <w:t>ewidencyjnych</w:t>
      </w:r>
      <w:r w:rsidR="008D00F3" w:rsidRPr="009A175C">
        <w:rPr>
          <w:rFonts w:ascii="Roboto Condensed" w:hAnsi="Roboto Condensed"/>
          <w:sz w:val="20"/>
          <w:lang w:val="pl-PL"/>
        </w:rPr>
        <w:t xml:space="preserve"> </w:t>
      </w:r>
      <w:r w:rsidR="00714FB1" w:rsidRPr="009A175C">
        <w:rPr>
          <w:rFonts w:ascii="Roboto Condensed" w:hAnsi="Roboto Condensed"/>
          <w:sz w:val="20"/>
          <w:lang w:val="pl-PL"/>
        </w:rPr>
        <w:t>(nie administracyjnych)</w:t>
      </w:r>
      <w:r w:rsidR="00B14880" w:rsidRPr="009A175C">
        <w:rPr>
          <w:rFonts w:ascii="Roboto Condensed" w:hAnsi="Roboto Condensed"/>
          <w:sz w:val="20"/>
          <w:lang w:val="pl-PL"/>
        </w:rPr>
        <w:t xml:space="preserve">, ze względu na istotne rozbieżności granic administracyjnych </w:t>
      </w:r>
      <w:r w:rsidR="00A31005" w:rsidRPr="009A175C">
        <w:rPr>
          <w:rFonts w:ascii="Roboto Condensed" w:hAnsi="Roboto Condensed"/>
          <w:sz w:val="20"/>
          <w:lang w:val="pl-PL"/>
        </w:rPr>
        <w:t>granic z granicami działek ewidencyjnych pochodzących z bazy danych</w:t>
      </w:r>
      <w:r w:rsidR="00714FB1" w:rsidRPr="009A175C">
        <w:rPr>
          <w:rFonts w:ascii="Roboto Condensed" w:hAnsi="Roboto Condensed"/>
          <w:sz w:val="20"/>
          <w:lang w:val="pl-PL"/>
        </w:rPr>
        <w:t xml:space="preserve"> </w:t>
      </w:r>
      <w:proofErr w:type="spellStart"/>
      <w:r w:rsidR="00714FB1" w:rsidRPr="009A175C">
        <w:rPr>
          <w:rFonts w:ascii="Roboto Condensed" w:hAnsi="Roboto Condensed"/>
          <w:sz w:val="20"/>
          <w:lang w:val="pl-PL"/>
        </w:rPr>
        <w:t>EGiB</w:t>
      </w:r>
      <w:proofErr w:type="spellEnd"/>
      <w:r w:rsidR="00A31005" w:rsidRPr="009A175C">
        <w:rPr>
          <w:rFonts w:ascii="Roboto Condensed" w:hAnsi="Roboto Condensed"/>
          <w:sz w:val="20"/>
          <w:lang w:val="pl-PL"/>
        </w:rPr>
        <w:t>, o której mowa w art. 4 ust. 1a pkt 2 ustawy z dnia 17 maja 1989 r. – Prawo geodezyjne i kartograficzne,</w:t>
      </w:r>
      <w:r w:rsidR="00B14880" w:rsidRPr="009A175C">
        <w:rPr>
          <w:rFonts w:ascii="Roboto Condensed" w:hAnsi="Roboto Condensed"/>
          <w:sz w:val="20"/>
          <w:lang w:val="pl-PL"/>
        </w:rPr>
        <w:t xml:space="preserve"> stanowiąc</w:t>
      </w:r>
      <w:r w:rsidR="00A31005" w:rsidRPr="009A175C">
        <w:rPr>
          <w:rFonts w:ascii="Roboto Condensed" w:hAnsi="Roboto Condensed"/>
          <w:sz w:val="20"/>
          <w:lang w:val="pl-PL"/>
        </w:rPr>
        <w:t>ych</w:t>
      </w:r>
      <w:r w:rsidR="00B14880" w:rsidRPr="009A175C">
        <w:rPr>
          <w:rFonts w:ascii="Roboto Condensed" w:hAnsi="Roboto Condensed"/>
          <w:sz w:val="20"/>
          <w:lang w:val="pl-PL"/>
        </w:rPr>
        <w:t xml:space="preserve"> prawnie wiążący podkład mapowy planu ogólnego.</w:t>
      </w:r>
    </w:p>
    <w:p w14:paraId="3A6F92A6" w14:textId="10A1D3CC" w:rsidR="00BC1E40" w:rsidRPr="009A175C" w:rsidRDefault="00BC1E40" w:rsidP="00B14880">
      <w:pPr>
        <w:pStyle w:val="Tekstpodstawowy2"/>
        <w:spacing w:before="120" w:after="120" w:line="240" w:lineRule="auto"/>
        <w:ind w:left="170"/>
        <w:rPr>
          <w:rFonts w:ascii="Roboto Condensed" w:hAnsi="Roboto Condensed"/>
          <w:sz w:val="20"/>
          <w:lang w:val="pl-PL"/>
        </w:rPr>
      </w:pPr>
      <w:r w:rsidRPr="009A175C">
        <w:rPr>
          <w:rFonts w:ascii="Roboto Condensed" w:hAnsi="Roboto Condensed"/>
          <w:sz w:val="20"/>
          <w:lang w:val="pl-PL"/>
        </w:rPr>
        <w:t>Plan ogólny, zgodnie z art. 67a ust. 3 i ust. 3a ustawy sporządzony został w formie danych przestrzennych w plikach GML, w postaci dokumentu elektronicznego GML zgodnego z zakresem informacyjnym i strukturą danych określoną w załączniku nr 1 rozporządzenia Ministra Rozwoju, Pracy i Technologii z dnia 26 października 2020 r. w sprawie zbiorów danych przestrzennych oraz metadanych w zakresie zagospodarowania przestrzennego.</w:t>
      </w:r>
    </w:p>
    <w:p w14:paraId="2829181E" w14:textId="75BDFFEE" w:rsidR="00EF23C4" w:rsidRPr="009A175C" w:rsidRDefault="008D00F3" w:rsidP="00BD3CF7">
      <w:pPr>
        <w:pStyle w:val="Tekstpodstawowy2"/>
        <w:spacing w:line="240" w:lineRule="auto"/>
        <w:ind w:left="170"/>
        <w:rPr>
          <w:rFonts w:ascii="Roboto Condensed" w:hAnsi="Roboto Condensed"/>
          <w:sz w:val="20"/>
          <w:lang w:val="pl-PL"/>
        </w:rPr>
      </w:pPr>
      <w:r w:rsidRPr="009A175C">
        <w:rPr>
          <w:rFonts w:ascii="Roboto Condensed" w:hAnsi="Roboto Condensed"/>
          <w:sz w:val="20"/>
          <w:lang w:val="pl-PL"/>
        </w:rPr>
        <w:t xml:space="preserve">Plan ogólny gminy </w:t>
      </w:r>
      <w:r w:rsidR="009A175C" w:rsidRPr="009A175C">
        <w:rPr>
          <w:rFonts w:ascii="Roboto Condensed" w:hAnsi="Roboto Condensed"/>
          <w:sz w:val="20"/>
          <w:lang w:val="pl-PL"/>
        </w:rPr>
        <w:t>Radomsko</w:t>
      </w:r>
      <w:r w:rsidR="00EF23C4" w:rsidRPr="009A175C">
        <w:rPr>
          <w:rFonts w:ascii="Roboto Condensed" w:hAnsi="Roboto Condensed"/>
          <w:sz w:val="20"/>
          <w:lang w:val="pl-PL"/>
        </w:rPr>
        <w:t>,</w:t>
      </w:r>
      <w:r w:rsidRPr="009A175C">
        <w:rPr>
          <w:rFonts w:ascii="Roboto Condensed" w:hAnsi="Roboto Condensed"/>
          <w:sz w:val="20"/>
          <w:lang w:val="pl-PL"/>
        </w:rPr>
        <w:t xml:space="preserve"> zgodnie z art. 13a </w:t>
      </w:r>
      <w:r w:rsidR="00EF23C4" w:rsidRPr="009A175C">
        <w:rPr>
          <w:rFonts w:ascii="Roboto Condensed" w:hAnsi="Roboto Condensed"/>
          <w:sz w:val="20"/>
          <w:lang w:val="pl-PL"/>
        </w:rPr>
        <w:t xml:space="preserve">ust. 4 pkt 1 </w:t>
      </w:r>
      <w:r w:rsidRPr="009A175C">
        <w:rPr>
          <w:rFonts w:ascii="Roboto Condensed" w:hAnsi="Roboto Condensed"/>
          <w:sz w:val="20"/>
          <w:lang w:val="pl-PL"/>
        </w:rPr>
        <w:t xml:space="preserve">ustawy </w:t>
      </w:r>
      <w:r w:rsidR="00EF23C4" w:rsidRPr="009A175C">
        <w:rPr>
          <w:rFonts w:ascii="Roboto Condensed" w:hAnsi="Roboto Condensed"/>
          <w:sz w:val="20"/>
          <w:lang w:val="pl-PL"/>
        </w:rPr>
        <w:t>dnia 27 marca 2003 r.</w:t>
      </w:r>
      <w:r w:rsidRPr="009A175C">
        <w:rPr>
          <w:rFonts w:ascii="Roboto Condensed" w:hAnsi="Roboto Condensed"/>
          <w:sz w:val="20"/>
          <w:lang w:val="pl-PL"/>
        </w:rPr>
        <w:t xml:space="preserve"> o planowaniu i zagospodarowaniu przestrzennym</w:t>
      </w:r>
      <w:r w:rsidR="00EF23C4" w:rsidRPr="009A175C">
        <w:rPr>
          <w:rFonts w:ascii="Roboto Condensed" w:hAnsi="Roboto Condensed"/>
          <w:sz w:val="20"/>
          <w:lang w:val="pl-PL"/>
        </w:rPr>
        <w:t xml:space="preserve"> (dalej określaną jako </w:t>
      </w:r>
      <w:r w:rsidR="005B1F46" w:rsidRPr="009A175C">
        <w:rPr>
          <w:rFonts w:ascii="Roboto Condensed" w:hAnsi="Roboto Condensed"/>
          <w:sz w:val="20"/>
          <w:lang w:val="pl-PL"/>
        </w:rPr>
        <w:t>„ustaw</w:t>
      </w:r>
      <w:r w:rsidR="00850926" w:rsidRPr="009A175C">
        <w:rPr>
          <w:rFonts w:ascii="Roboto Condensed" w:hAnsi="Roboto Condensed"/>
          <w:sz w:val="20"/>
          <w:lang w:val="pl-PL"/>
        </w:rPr>
        <w:t>ą</w:t>
      </w:r>
      <w:r w:rsidR="005B1F46" w:rsidRPr="009A175C">
        <w:rPr>
          <w:rFonts w:ascii="Roboto Condensed" w:hAnsi="Roboto Condensed"/>
          <w:sz w:val="20"/>
          <w:lang w:val="pl-PL"/>
        </w:rPr>
        <w:t>”</w:t>
      </w:r>
      <w:r w:rsidR="00EF23C4" w:rsidRPr="009A175C">
        <w:rPr>
          <w:rFonts w:ascii="Roboto Condensed" w:hAnsi="Roboto Condensed"/>
          <w:sz w:val="20"/>
          <w:lang w:val="pl-PL"/>
        </w:rPr>
        <w:t xml:space="preserve">), zawiera: </w:t>
      </w:r>
    </w:p>
    <w:p w14:paraId="5589F2B8" w14:textId="478FB8F4" w:rsidR="00EF23C4" w:rsidRPr="009A175C" w:rsidRDefault="00EF23C4" w:rsidP="008636AA">
      <w:pPr>
        <w:pStyle w:val="Tekstpodstawowy2"/>
        <w:numPr>
          <w:ilvl w:val="0"/>
          <w:numId w:val="3"/>
        </w:numPr>
        <w:spacing w:line="240" w:lineRule="auto"/>
        <w:ind w:left="567" w:hanging="227"/>
        <w:rPr>
          <w:rFonts w:ascii="Roboto Condensed" w:hAnsi="Roboto Condensed"/>
          <w:sz w:val="20"/>
          <w:lang w:val="pl-PL"/>
        </w:rPr>
      </w:pPr>
      <w:r w:rsidRPr="009A175C">
        <w:rPr>
          <w:rFonts w:ascii="Roboto Condensed" w:hAnsi="Roboto Condensed"/>
          <w:sz w:val="20"/>
          <w:lang w:val="pl-PL"/>
        </w:rPr>
        <w:t>strefy planistyczne obejmujące</w:t>
      </w:r>
      <w:r w:rsidR="005B1F46" w:rsidRPr="009A175C">
        <w:rPr>
          <w:rFonts w:ascii="Roboto Condensed" w:hAnsi="Roboto Condensed"/>
          <w:sz w:val="20"/>
          <w:lang w:val="pl-PL"/>
        </w:rPr>
        <w:t xml:space="preserve"> </w:t>
      </w:r>
      <w:r w:rsidR="00FD38FB" w:rsidRPr="009A175C">
        <w:rPr>
          <w:rFonts w:ascii="Roboto Condensed" w:hAnsi="Roboto Condensed"/>
          <w:sz w:val="20"/>
          <w:lang w:val="pl-PL"/>
        </w:rPr>
        <w:t xml:space="preserve">przestrzenne określenie granic wyodrębnionych w planie stref planistycznych, </w:t>
      </w:r>
      <w:r w:rsidR="00363373" w:rsidRPr="009A175C">
        <w:rPr>
          <w:rFonts w:ascii="Roboto Condensed" w:hAnsi="Roboto Condensed"/>
          <w:sz w:val="20"/>
          <w:lang w:val="pl-PL"/>
        </w:rPr>
        <w:t xml:space="preserve">wraz z ustaleniem </w:t>
      </w:r>
      <w:r w:rsidR="00C23AE2" w:rsidRPr="009A175C">
        <w:rPr>
          <w:rFonts w:ascii="Roboto Condensed" w:hAnsi="Roboto Condensed"/>
          <w:sz w:val="20"/>
          <w:lang w:val="pl-PL"/>
        </w:rPr>
        <w:t xml:space="preserve">rodzaju strefy poprzez przypisanie </w:t>
      </w:r>
      <w:r w:rsidR="005B1F46" w:rsidRPr="009A175C">
        <w:rPr>
          <w:rFonts w:ascii="Roboto Condensed" w:hAnsi="Roboto Condensed"/>
          <w:sz w:val="20"/>
          <w:lang w:val="pl-PL"/>
        </w:rPr>
        <w:t>odpowiedniego symbolu i oznaczenia graficznego zgodnie z załącznikiem nr 1 do rozporządzenia Ministra Rozwoju i Technologii z dnia 8 grudnia 2023 r.</w:t>
      </w:r>
    </w:p>
    <w:p w14:paraId="057DAC5E" w14:textId="2C9BEDE9" w:rsidR="00D74440" w:rsidRPr="009A175C" w:rsidRDefault="00EF23C4" w:rsidP="008636AA">
      <w:pPr>
        <w:pStyle w:val="Tekstpodstawowy2"/>
        <w:numPr>
          <w:ilvl w:val="0"/>
          <w:numId w:val="3"/>
        </w:numPr>
        <w:spacing w:line="240" w:lineRule="auto"/>
        <w:ind w:left="567" w:hanging="227"/>
        <w:rPr>
          <w:rFonts w:ascii="Roboto Condensed" w:hAnsi="Roboto Condensed"/>
          <w:sz w:val="20"/>
          <w:lang w:val="pl-PL"/>
        </w:rPr>
      </w:pPr>
      <w:r w:rsidRPr="009A175C">
        <w:rPr>
          <w:rFonts w:ascii="Roboto Condensed" w:hAnsi="Roboto Condensed"/>
          <w:sz w:val="20"/>
          <w:lang w:val="pl-PL"/>
        </w:rPr>
        <w:t>gminne standardy urbanistyczne</w:t>
      </w:r>
      <w:r w:rsidR="005B1F46" w:rsidRPr="009A175C">
        <w:rPr>
          <w:rFonts w:ascii="Roboto Condensed" w:hAnsi="Roboto Condensed"/>
          <w:sz w:val="20"/>
          <w:lang w:val="pl-PL"/>
        </w:rPr>
        <w:t>,</w:t>
      </w:r>
      <w:r w:rsidRPr="009A175C">
        <w:rPr>
          <w:rFonts w:ascii="Roboto Condensed" w:hAnsi="Roboto Condensed"/>
          <w:sz w:val="20"/>
          <w:lang w:val="pl-PL"/>
        </w:rPr>
        <w:t xml:space="preserve"> obejmujące</w:t>
      </w:r>
      <w:r w:rsidR="00D74440" w:rsidRPr="009A175C">
        <w:rPr>
          <w:rFonts w:ascii="Roboto Condensed" w:hAnsi="Roboto Condensed"/>
          <w:sz w:val="20"/>
          <w:lang w:val="pl-PL"/>
        </w:rPr>
        <w:t xml:space="preserve"> gminny katalog stref planistycznych określających:</w:t>
      </w:r>
    </w:p>
    <w:p w14:paraId="3EBD7DC8" w14:textId="7E876F5B" w:rsidR="00D74440" w:rsidRPr="009A175C" w:rsidRDefault="00D74440"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profil funkcjonalny dla każdej z wyodrębnionych stref planistycznych zawierający</w:t>
      </w:r>
      <w:r w:rsidR="00363373" w:rsidRPr="009A175C">
        <w:rPr>
          <w:rFonts w:ascii="Roboto Condensed" w:hAnsi="Roboto Condensed"/>
          <w:sz w:val="20"/>
          <w:lang w:val="pl-PL"/>
        </w:rPr>
        <w:t>:</w:t>
      </w:r>
    </w:p>
    <w:p w14:paraId="78E54F23" w14:textId="5158388F" w:rsidR="00D74440" w:rsidRPr="009A175C" w:rsidRDefault="00363373" w:rsidP="008636AA">
      <w:pPr>
        <w:pStyle w:val="Tekstpodstawowy2"/>
        <w:numPr>
          <w:ilvl w:val="2"/>
          <w:numId w:val="3"/>
        </w:numPr>
        <w:spacing w:line="240" w:lineRule="auto"/>
        <w:ind w:left="1134" w:hanging="227"/>
        <w:rPr>
          <w:rFonts w:ascii="Roboto Condensed" w:hAnsi="Roboto Condensed"/>
          <w:sz w:val="20"/>
          <w:lang w:val="pl-PL"/>
        </w:rPr>
      </w:pPr>
      <w:r w:rsidRPr="009A175C">
        <w:rPr>
          <w:rFonts w:ascii="Roboto Condensed" w:hAnsi="Roboto Condensed"/>
          <w:sz w:val="20"/>
          <w:lang w:val="pl-PL"/>
        </w:rPr>
        <w:t>obligatoryjnie</w:t>
      </w:r>
      <w:r w:rsidR="005B1F46" w:rsidRPr="009A175C">
        <w:rPr>
          <w:rFonts w:ascii="Roboto Condensed" w:hAnsi="Roboto Condensed"/>
          <w:sz w:val="20"/>
          <w:lang w:val="pl-PL"/>
        </w:rPr>
        <w:t>,</w:t>
      </w:r>
      <w:r w:rsidRPr="009A175C">
        <w:rPr>
          <w:rFonts w:ascii="Roboto Condensed" w:hAnsi="Roboto Condensed"/>
          <w:sz w:val="20"/>
          <w:lang w:val="pl-PL"/>
        </w:rPr>
        <w:t xml:space="preserve"> </w:t>
      </w:r>
      <w:r w:rsidR="00D74440" w:rsidRPr="009A175C">
        <w:rPr>
          <w:rFonts w:ascii="Roboto Condensed" w:hAnsi="Roboto Condensed"/>
          <w:sz w:val="20"/>
          <w:lang w:val="pl-PL"/>
        </w:rPr>
        <w:t>„profil podstawowy” ustalony w ramach katalogu, o którym mowa w art. 13c ust. 2 u</w:t>
      </w:r>
      <w:r w:rsidR="005B1F46" w:rsidRPr="009A175C">
        <w:rPr>
          <w:rFonts w:ascii="Roboto Condensed" w:hAnsi="Roboto Condensed"/>
          <w:sz w:val="20"/>
          <w:lang w:val="pl-PL"/>
        </w:rPr>
        <w:t>stawy</w:t>
      </w:r>
      <w:r w:rsidR="00D74440" w:rsidRPr="009A175C">
        <w:rPr>
          <w:rFonts w:ascii="Roboto Condensed" w:hAnsi="Roboto Condensed"/>
          <w:sz w:val="20"/>
          <w:lang w:val="pl-PL"/>
        </w:rPr>
        <w:t xml:space="preserve">, </w:t>
      </w:r>
      <w:r w:rsidRPr="009A175C">
        <w:rPr>
          <w:rFonts w:ascii="Roboto Condensed" w:hAnsi="Roboto Condensed"/>
          <w:sz w:val="20"/>
          <w:lang w:val="pl-PL"/>
        </w:rPr>
        <w:t>zgodnie z załącznikiem nr 1 do rozporządzenia Ministra Rozwoju i Technologii z dnia 8 grudnia 2023 r.</w:t>
      </w:r>
    </w:p>
    <w:p w14:paraId="18E4307E" w14:textId="7438BAA2" w:rsidR="00D74440" w:rsidRPr="009A175C" w:rsidRDefault="00D74440" w:rsidP="008636AA">
      <w:pPr>
        <w:pStyle w:val="Tekstpodstawowy2"/>
        <w:numPr>
          <w:ilvl w:val="2"/>
          <w:numId w:val="3"/>
        </w:numPr>
        <w:spacing w:line="240" w:lineRule="auto"/>
        <w:ind w:left="1134" w:hanging="227"/>
        <w:rPr>
          <w:rFonts w:ascii="Roboto Condensed" w:hAnsi="Roboto Condensed"/>
          <w:sz w:val="20"/>
          <w:lang w:val="pl-PL"/>
        </w:rPr>
      </w:pPr>
      <w:r w:rsidRPr="009A175C">
        <w:rPr>
          <w:rFonts w:ascii="Roboto Condensed" w:hAnsi="Roboto Condensed"/>
          <w:sz w:val="20"/>
          <w:lang w:val="pl-PL"/>
        </w:rPr>
        <w:t>nieobligatoryjnie, „profil dodatkow</w:t>
      </w:r>
      <w:r w:rsidR="00363373" w:rsidRPr="009A175C">
        <w:rPr>
          <w:rFonts w:ascii="Roboto Condensed" w:hAnsi="Roboto Condensed"/>
          <w:sz w:val="20"/>
          <w:lang w:val="pl-PL"/>
        </w:rPr>
        <w:t>y</w:t>
      </w:r>
      <w:r w:rsidRPr="009A175C">
        <w:rPr>
          <w:rFonts w:ascii="Roboto Condensed" w:hAnsi="Roboto Condensed"/>
          <w:sz w:val="20"/>
          <w:lang w:val="pl-PL"/>
        </w:rPr>
        <w:t>”, spośród przeznaczeń dopuszczonych w załączniku nr 1 do rozporządzenia Ministra Rozwoju i Technologii z dnia 8 grudnia 2023 r., odpowiednio dla każdego rodzaju strefy planistycznej,</w:t>
      </w:r>
    </w:p>
    <w:p w14:paraId="63B6FF60" w14:textId="6D6AA7BC" w:rsidR="00363373" w:rsidRPr="009A175C" w:rsidRDefault="00363373"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wartość maksymalnej nadziemnej intensywności zabudowy, o ile jest wymagana</w:t>
      </w:r>
      <w:r w:rsidR="005B1F46" w:rsidRPr="009A175C">
        <w:rPr>
          <w:rFonts w:ascii="Roboto Condensed" w:hAnsi="Roboto Condensed"/>
          <w:sz w:val="20"/>
          <w:lang w:val="pl-PL"/>
        </w:rPr>
        <w:t xml:space="preserve"> dla strefy planistycznej</w:t>
      </w:r>
      <w:r w:rsidRPr="009A175C">
        <w:rPr>
          <w:rFonts w:ascii="Roboto Condensed" w:hAnsi="Roboto Condensed"/>
          <w:sz w:val="20"/>
          <w:lang w:val="pl-PL"/>
        </w:rPr>
        <w:t>,</w:t>
      </w:r>
    </w:p>
    <w:p w14:paraId="49FAB6D2" w14:textId="640B9F83" w:rsidR="00363373" w:rsidRPr="009A175C" w:rsidRDefault="00363373"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wartość maksymalnej wysokości zabudowy, o ile jest wymagana</w:t>
      </w:r>
      <w:r w:rsidR="005B1F46" w:rsidRPr="009A175C">
        <w:rPr>
          <w:rFonts w:ascii="Roboto Condensed" w:hAnsi="Roboto Condensed"/>
          <w:sz w:val="20"/>
          <w:lang w:val="pl-PL"/>
        </w:rPr>
        <w:t xml:space="preserve"> dla strefy planistycznej,</w:t>
      </w:r>
    </w:p>
    <w:p w14:paraId="7015DDCA" w14:textId="72FC322B" w:rsidR="00363373" w:rsidRPr="009A175C" w:rsidRDefault="00363373"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wartość maksymalnego udziału powierzchni zabudowy, o ile jest wymagana</w:t>
      </w:r>
      <w:r w:rsidR="005B1F46" w:rsidRPr="009A175C">
        <w:rPr>
          <w:rFonts w:ascii="Roboto Condensed" w:hAnsi="Roboto Condensed"/>
          <w:sz w:val="20"/>
          <w:lang w:val="pl-PL"/>
        </w:rPr>
        <w:t xml:space="preserve"> dla strefy planistycznej,</w:t>
      </w:r>
    </w:p>
    <w:p w14:paraId="0A1726CF" w14:textId="1A182907" w:rsidR="00363373" w:rsidRPr="009A175C" w:rsidRDefault="00363373"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wartości minimalnego udziału powierzchni biologicznie czynnej, o ile jest wymagana</w:t>
      </w:r>
      <w:r w:rsidR="005B1F46" w:rsidRPr="009A175C">
        <w:rPr>
          <w:rFonts w:ascii="Roboto Condensed" w:hAnsi="Roboto Condensed"/>
          <w:sz w:val="20"/>
          <w:lang w:val="pl-PL"/>
        </w:rPr>
        <w:t xml:space="preserve"> dla strefy planistycznej,</w:t>
      </w:r>
    </w:p>
    <w:p w14:paraId="6F6FC180" w14:textId="0A6974E0" w:rsidR="00AD3606" w:rsidRPr="009A175C" w:rsidRDefault="00EF23C4" w:rsidP="008636AA">
      <w:pPr>
        <w:pStyle w:val="Tekstpodstawowy2"/>
        <w:numPr>
          <w:ilvl w:val="0"/>
          <w:numId w:val="3"/>
        </w:numPr>
        <w:spacing w:line="240" w:lineRule="auto"/>
        <w:ind w:left="567" w:hanging="227"/>
        <w:rPr>
          <w:rFonts w:ascii="Roboto Condensed" w:hAnsi="Roboto Condensed"/>
          <w:sz w:val="20"/>
          <w:lang w:val="pl-PL"/>
        </w:rPr>
      </w:pPr>
      <w:r w:rsidRPr="009A175C">
        <w:rPr>
          <w:rFonts w:ascii="Roboto Condensed" w:hAnsi="Roboto Condensed"/>
          <w:sz w:val="20"/>
          <w:lang w:val="pl-PL"/>
        </w:rPr>
        <w:t>nieobligatoryjny element</w:t>
      </w:r>
      <w:r w:rsidR="00FD38FB" w:rsidRPr="009A175C">
        <w:rPr>
          <w:rFonts w:ascii="Roboto Condensed" w:hAnsi="Roboto Condensed"/>
          <w:sz w:val="20"/>
          <w:lang w:val="pl-PL"/>
        </w:rPr>
        <w:t xml:space="preserve"> planu ogólnego</w:t>
      </w:r>
      <w:r w:rsidRPr="009A175C">
        <w:rPr>
          <w:rFonts w:ascii="Roboto Condensed" w:hAnsi="Roboto Condensed"/>
          <w:sz w:val="20"/>
          <w:lang w:val="pl-PL"/>
        </w:rPr>
        <w:t xml:space="preserve">, jakim </w:t>
      </w:r>
      <w:r w:rsidR="00FD38FB" w:rsidRPr="009A175C">
        <w:rPr>
          <w:rFonts w:ascii="Roboto Condensed" w:hAnsi="Roboto Condensed"/>
          <w:sz w:val="20"/>
          <w:lang w:val="pl-PL"/>
        </w:rPr>
        <w:t>jest</w:t>
      </w:r>
      <w:r w:rsidRPr="009A175C">
        <w:rPr>
          <w:rFonts w:ascii="Roboto Condensed" w:hAnsi="Roboto Condensed"/>
          <w:sz w:val="20"/>
          <w:lang w:val="pl-PL"/>
        </w:rPr>
        <w:t xml:space="preserve"> „obszar uzupełnienia zabudowy”, jako istotny element w sytuacji braku pokrycia planami miejscowymi znacznych powierzchniowo, zurbanizowanych obszarów gminy.</w:t>
      </w:r>
    </w:p>
    <w:p w14:paraId="3D18C62A" w14:textId="6FECED55" w:rsidR="0063094C" w:rsidRPr="009A175C" w:rsidRDefault="005B1F46" w:rsidP="0063094C">
      <w:pPr>
        <w:pStyle w:val="Tekstpodstawowy2"/>
        <w:spacing w:before="120" w:line="240" w:lineRule="auto"/>
        <w:ind w:left="170"/>
        <w:rPr>
          <w:rFonts w:ascii="Roboto Condensed" w:hAnsi="Roboto Condensed"/>
          <w:sz w:val="20"/>
          <w:lang w:val="pl-PL"/>
        </w:rPr>
      </w:pPr>
      <w:r w:rsidRPr="009A175C">
        <w:rPr>
          <w:rFonts w:ascii="Roboto Condensed" w:hAnsi="Roboto Condensed"/>
          <w:sz w:val="20"/>
          <w:lang w:val="pl-PL"/>
        </w:rPr>
        <w:t xml:space="preserve">Wyżej wymienione ustalenia </w:t>
      </w:r>
      <w:r w:rsidR="0063094C" w:rsidRPr="009A175C">
        <w:rPr>
          <w:rFonts w:ascii="Roboto Condensed" w:hAnsi="Roboto Condensed"/>
          <w:sz w:val="20"/>
          <w:lang w:val="pl-PL"/>
        </w:rPr>
        <w:t xml:space="preserve">planu ogólnego </w:t>
      </w:r>
      <w:r w:rsidRPr="009A175C">
        <w:rPr>
          <w:rFonts w:ascii="Roboto Condensed" w:hAnsi="Roboto Condensed"/>
          <w:sz w:val="20"/>
          <w:lang w:val="pl-PL"/>
        </w:rPr>
        <w:t>określa się uwzględniając uwarunkowania rozwoju przestrzennego gminy</w:t>
      </w:r>
      <w:r w:rsidR="0063094C" w:rsidRPr="009A175C">
        <w:rPr>
          <w:rFonts w:ascii="Roboto Condensed" w:hAnsi="Roboto Condensed"/>
          <w:sz w:val="20"/>
          <w:lang w:val="pl-PL"/>
        </w:rPr>
        <w:t xml:space="preserve"> występujące na obszarze gminy</w:t>
      </w:r>
      <w:r w:rsidRPr="009A175C">
        <w:rPr>
          <w:rFonts w:ascii="Roboto Condensed" w:hAnsi="Roboto Condensed"/>
          <w:sz w:val="20"/>
          <w:lang w:val="pl-PL"/>
        </w:rPr>
        <w:t>, w szczególności określone w art. 13b ustawy</w:t>
      </w:r>
      <w:r w:rsidR="0063094C" w:rsidRPr="009A175C">
        <w:rPr>
          <w:rFonts w:ascii="Roboto Condensed" w:hAnsi="Roboto Condensed"/>
          <w:sz w:val="20"/>
          <w:lang w:val="pl-PL"/>
        </w:rPr>
        <w:t>, tj.:</w:t>
      </w:r>
    </w:p>
    <w:p w14:paraId="2D5E51D1" w14:textId="41BD0795" w:rsidR="0063094C" w:rsidRPr="009A175C" w:rsidRDefault="0063094C" w:rsidP="008636AA">
      <w:pPr>
        <w:pStyle w:val="Tekstpodstawowy2"/>
        <w:numPr>
          <w:ilvl w:val="0"/>
          <w:numId w:val="3"/>
        </w:numPr>
        <w:spacing w:line="240" w:lineRule="auto"/>
        <w:ind w:left="567" w:hanging="227"/>
        <w:rPr>
          <w:rFonts w:ascii="Roboto Condensed" w:hAnsi="Roboto Condensed"/>
          <w:sz w:val="20"/>
          <w:lang w:val="pl-PL"/>
        </w:rPr>
      </w:pPr>
      <w:r w:rsidRPr="009A175C">
        <w:rPr>
          <w:rFonts w:ascii="Roboto Condensed" w:hAnsi="Roboto Condensed"/>
          <w:sz w:val="20"/>
          <w:lang w:val="pl-PL"/>
        </w:rPr>
        <w:t xml:space="preserve">politykę przestrzenną gminy określoną w strategii rozwoju gminy </w:t>
      </w:r>
      <w:r w:rsidR="009A175C" w:rsidRPr="009A175C">
        <w:rPr>
          <w:rFonts w:ascii="Roboto Condensed" w:hAnsi="Roboto Condensed"/>
          <w:sz w:val="20"/>
          <w:lang w:val="pl-PL"/>
        </w:rPr>
        <w:t xml:space="preserve">(studium) </w:t>
      </w:r>
      <w:r w:rsidRPr="009A175C">
        <w:rPr>
          <w:rFonts w:ascii="Roboto Condensed" w:hAnsi="Roboto Condensed"/>
          <w:sz w:val="20"/>
          <w:lang w:val="pl-PL"/>
        </w:rPr>
        <w:t>lub strategii rozwoju ponadlokalnego</w:t>
      </w:r>
      <w:r w:rsidR="008A095E" w:rsidRPr="009A175C">
        <w:rPr>
          <w:rFonts w:ascii="Roboto Condensed" w:hAnsi="Roboto Condensed"/>
          <w:sz w:val="20"/>
          <w:lang w:val="pl-PL"/>
        </w:rPr>
        <w:t>,</w:t>
      </w:r>
    </w:p>
    <w:p w14:paraId="16757A59" w14:textId="4758E8CF" w:rsidR="0063094C" w:rsidRPr="009A175C" w:rsidRDefault="0063094C" w:rsidP="008636AA">
      <w:pPr>
        <w:pStyle w:val="Tekstpodstawowy2"/>
        <w:numPr>
          <w:ilvl w:val="0"/>
          <w:numId w:val="3"/>
        </w:numPr>
        <w:spacing w:line="240" w:lineRule="auto"/>
        <w:ind w:left="567" w:hanging="227"/>
        <w:rPr>
          <w:rFonts w:ascii="Roboto Condensed" w:hAnsi="Roboto Condensed"/>
          <w:sz w:val="20"/>
          <w:lang w:val="pl-PL"/>
        </w:rPr>
      </w:pPr>
      <w:r w:rsidRPr="009A175C">
        <w:rPr>
          <w:rFonts w:ascii="Roboto Condensed" w:hAnsi="Roboto Condensed"/>
          <w:sz w:val="20"/>
          <w:lang w:val="pl-PL"/>
        </w:rPr>
        <w:t>ustalenia planu zagospodarowania przestrzennego województwa</w:t>
      </w:r>
      <w:r w:rsidR="008A095E" w:rsidRPr="009A175C">
        <w:rPr>
          <w:rFonts w:ascii="Roboto Condensed" w:hAnsi="Roboto Condensed"/>
          <w:sz w:val="20"/>
          <w:lang w:val="pl-PL"/>
        </w:rPr>
        <w:t>,</w:t>
      </w:r>
    </w:p>
    <w:p w14:paraId="33E35D62" w14:textId="400C1351" w:rsidR="0063094C" w:rsidRPr="009A175C" w:rsidRDefault="0063094C" w:rsidP="008636AA">
      <w:pPr>
        <w:pStyle w:val="Tekstpodstawowy2"/>
        <w:numPr>
          <w:ilvl w:val="0"/>
          <w:numId w:val="3"/>
        </w:numPr>
        <w:spacing w:line="240" w:lineRule="auto"/>
        <w:ind w:left="567" w:hanging="227"/>
        <w:rPr>
          <w:rFonts w:ascii="Roboto Condensed" w:hAnsi="Roboto Condensed"/>
          <w:sz w:val="20"/>
          <w:lang w:val="pl-PL"/>
        </w:rPr>
      </w:pPr>
      <w:r w:rsidRPr="009A175C">
        <w:rPr>
          <w:rFonts w:ascii="Roboto Condensed" w:hAnsi="Roboto Condensed"/>
          <w:sz w:val="20"/>
          <w:lang w:val="pl-PL"/>
        </w:rPr>
        <w:t>znajdujące się na obszarze gminy:</w:t>
      </w:r>
    </w:p>
    <w:p w14:paraId="34824328" w14:textId="4CB811E8" w:rsidR="0063094C" w:rsidRPr="009A175C" w:rsidRDefault="0063094C"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formy ochrony przyrody oraz ich otuliny,</w:t>
      </w:r>
    </w:p>
    <w:p w14:paraId="0457251C" w14:textId="4C93C713" w:rsidR="0063094C" w:rsidRPr="009A175C" w:rsidRDefault="0063094C"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obszary szczególnego zagrożenia powodzią, wały przeciwpowodziowe oraz pasy o szerokości 50 m od stopy wału,</w:t>
      </w:r>
    </w:p>
    <w:p w14:paraId="1E3752E7" w14:textId="5C48FCEA" w:rsidR="0063094C" w:rsidRPr="009A175C" w:rsidRDefault="0063094C"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obszary gruntów zmeliorowanych,</w:t>
      </w:r>
    </w:p>
    <w:p w14:paraId="4B743671" w14:textId="771B951D" w:rsidR="0063094C" w:rsidRPr="009A175C" w:rsidRDefault="0063094C"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tereny zagrożone ruchami masowymi ziemi oraz tereny, na których występują te ruchy,</w:t>
      </w:r>
    </w:p>
    <w:p w14:paraId="445974AD" w14:textId="4DE63E9F" w:rsidR="0063094C" w:rsidRPr="009A175C" w:rsidRDefault="0063094C"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strefy ochronne ujęć wody,</w:t>
      </w:r>
    </w:p>
    <w:p w14:paraId="36DDF2B4" w14:textId="22BBA572" w:rsidR="0063094C" w:rsidRPr="009A175C" w:rsidRDefault="0063094C"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obszary ochronne zbiorników wód śródlądowych,</w:t>
      </w:r>
    </w:p>
    <w:p w14:paraId="7BB4C5C5" w14:textId="13C6C150" w:rsidR="0063094C" w:rsidRPr="009A175C" w:rsidRDefault="0063094C"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tereny górnicze i obszary górnicze wraz z filarami ochronnymi,</w:t>
      </w:r>
    </w:p>
    <w:p w14:paraId="2827BCDF" w14:textId="10FCFB0C" w:rsidR="0063094C" w:rsidRPr="009A175C" w:rsidRDefault="0063094C"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udokumentowane złoża kopalin, kompleksy podziemnego składowania dwutlenku węgla i podziemne bezzbiornikowe magazyny substancji,</w:t>
      </w:r>
    </w:p>
    <w:p w14:paraId="43A3E98E" w14:textId="1DFE82B2" w:rsidR="0063094C" w:rsidRPr="009A175C" w:rsidRDefault="0063094C"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zabytki objęte formami ochrony zabytków, lub ujęte w wojewódzkiej lub gminnej ewidencji zabytków oraz dobra kultury współczesnej,</w:t>
      </w:r>
    </w:p>
    <w:p w14:paraId="0243C35B" w14:textId="23327D66" w:rsidR="0063094C" w:rsidRPr="009A175C" w:rsidRDefault="0063094C"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tereny zamknięte i ich strefy ochronne,</w:t>
      </w:r>
    </w:p>
    <w:p w14:paraId="7CAA3A92" w14:textId="3432FD77" w:rsidR="0063094C" w:rsidRPr="009A175C" w:rsidRDefault="0063094C"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obszary ograniczonego użytkowania,</w:t>
      </w:r>
    </w:p>
    <w:p w14:paraId="2995DBF1" w14:textId="7A15DFAE" w:rsidR="0063094C" w:rsidRPr="009A175C" w:rsidRDefault="0063094C"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 xml:space="preserve">obszary wymagające przekształceń, rehabilitacji, rekultywacji lub </w:t>
      </w:r>
      <w:proofErr w:type="spellStart"/>
      <w:r w:rsidRPr="009A175C">
        <w:rPr>
          <w:rFonts w:ascii="Roboto Condensed" w:hAnsi="Roboto Condensed"/>
          <w:sz w:val="20"/>
          <w:lang w:val="pl-PL"/>
        </w:rPr>
        <w:t>remediacji</w:t>
      </w:r>
      <w:proofErr w:type="spellEnd"/>
      <w:r w:rsidRPr="009A175C">
        <w:rPr>
          <w:rFonts w:ascii="Roboto Condensed" w:hAnsi="Roboto Condensed"/>
          <w:sz w:val="20"/>
          <w:lang w:val="pl-PL"/>
        </w:rPr>
        <w:t>,</w:t>
      </w:r>
    </w:p>
    <w:p w14:paraId="6E5202B9" w14:textId="31EABD04" w:rsidR="0063094C" w:rsidRPr="009A175C" w:rsidRDefault="0063094C"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obszary zdegradowane i obszary rewitalizacji,</w:t>
      </w:r>
    </w:p>
    <w:p w14:paraId="29CE70D4" w14:textId="5B25FAF6" w:rsidR="0063094C" w:rsidRPr="009A175C" w:rsidRDefault="0063094C"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grunty rolne stanowiące użytki rolne klas I–III oraz grunty leśne,</w:t>
      </w:r>
    </w:p>
    <w:p w14:paraId="43CBBD2B" w14:textId="59CD13F6" w:rsidR="0063094C" w:rsidRPr="009A175C" w:rsidRDefault="0063094C" w:rsidP="008636AA">
      <w:pPr>
        <w:pStyle w:val="Tekstpodstawowy2"/>
        <w:numPr>
          <w:ilvl w:val="1"/>
          <w:numId w:val="3"/>
        </w:numPr>
        <w:spacing w:line="240" w:lineRule="auto"/>
        <w:ind w:left="794" w:hanging="227"/>
        <w:rPr>
          <w:rFonts w:ascii="Roboto Condensed" w:hAnsi="Roboto Condensed"/>
          <w:sz w:val="20"/>
          <w:lang w:val="pl-PL"/>
        </w:rPr>
      </w:pPr>
      <w:r w:rsidRPr="009A175C">
        <w:rPr>
          <w:rFonts w:ascii="Roboto Condensed" w:hAnsi="Roboto Condensed"/>
          <w:sz w:val="20"/>
          <w:lang w:val="pl-PL"/>
        </w:rPr>
        <w:t>zakłady o zwiększonym i dużym ryzyku wystąpienia poważnej awarii przemysłowej</w:t>
      </w:r>
      <w:r w:rsidR="008A095E" w:rsidRPr="009A175C">
        <w:rPr>
          <w:rFonts w:ascii="Roboto Condensed" w:hAnsi="Roboto Condensed"/>
          <w:sz w:val="20"/>
          <w:lang w:val="pl-PL"/>
        </w:rPr>
        <w:t>;</w:t>
      </w:r>
    </w:p>
    <w:p w14:paraId="0DB12EEB" w14:textId="3FD1FDEA" w:rsidR="00047826" w:rsidRPr="009A175C" w:rsidRDefault="00047826" w:rsidP="008636AA">
      <w:pPr>
        <w:pStyle w:val="Tekstpodstawowy2"/>
        <w:numPr>
          <w:ilvl w:val="0"/>
          <w:numId w:val="3"/>
        </w:numPr>
        <w:spacing w:line="240" w:lineRule="auto"/>
        <w:ind w:left="567" w:hanging="227"/>
        <w:rPr>
          <w:rFonts w:ascii="Roboto Condensed" w:hAnsi="Roboto Condensed"/>
          <w:sz w:val="20"/>
          <w:lang w:val="pl-PL"/>
        </w:rPr>
      </w:pPr>
      <w:r w:rsidRPr="009A175C">
        <w:rPr>
          <w:rFonts w:ascii="Roboto Condensed" w:hAnsi="Roboto Condensed"/>
          <w:sz w:val="20"/>
          <w:lang w:val="pl-PL"/>
        </w:rPr>
        <w:t>rozmieszczenie istniejących i planowanych obiektów infrastruktury społecznej, transportowej i technicznej wraz z obowiązującymi dla nich ograniczeniami w zagospodarowaniu</w:t>
      </w:r>
      <w:r w:rsidR="008A095E" w:rsidRPr="009A175C">
        <w:rPr>
          <w:rFonts w:ascii="Roboto Condensed" w:hAnsi="Roboto Condensed"/>
          <w:sz w:val="20"/>
          <w:lang w:val="pl-PL"/>
        </w:rPr>
        <w:t>,</w:t>
      </w:r>
    </w:p>
    <w:p w14:paraId="6161B85F" w14:textId="7D816E71" w:rsidR="00047826" w:rsidRPr="009A175C" w:rsidRDefault="00047826" w:rsidP="008636AA">
      <w:pPr>
        <w:pStyle w:val="Tekstpodstawowy2"/>
        <w:numPr>
          <w:ilvl w:val="0"/>
          <w:numId w:val="3"/>
        </w:numPr>
        <w:spacing w:line="240" w:lineRule="auto"/>
        <w:ind w:left="567" w:hanging="227"/>
        <w:rPr>
          <w:rFonts w:ascii="Roboto Condensed" w:hAnsi="Roboto Condensed"/>
          <w:sz w:val="20"/>
          <w:lang w:val="pl-PL"/>
        </w:rPr>
      </w:pPr>
      <w:r w:rsidRPr="009A175C">
        <w:rPr>
          <w:rFonts w:ascii="Roboto Condensed" w:hAnsi="Roboto Condensed"/>
          <w:sz w:val="20"/>
          <w:lang w:val="pl-PL"/>
        </w:rPr>
        <w:t>rekomendacje i wnioski zawarte w audycie krajobrazowym oraz krajobrazy priorytetowe</w:t>
      </w:r>
      <w:r w:rsidR="008A095E" w:rsidRPr="009A175C">
        <w:rPr>
          <w:rFonts w:ascii="Roboto Condensed" w:hAnsi="Roboto Condensed"/>
          <w:sz w:val="20"/>
          <w:lang w:val="pl-PL"/>
        </w:rPr>
        <w:t>,</w:t>
      </w:r>
    </w:p>
    <w:p w14:paraId="6080EDEB" w14:textId="3802CED5" w:rsidR="00047826" w:rsidRPr="009A175C" w:rsidRDefault="00047826" w:rsidP="008636AA">
      <w:pPr>
        <w:pStyle w:val="Tekstpodstawowy2"/>
        <w:numPr>
          <w:ilvl w:val="0"/>
          <w:numId w:val="3"/>
        </w:numPr>
        <w:spacing w:line="240" w:lineRule="auto"/>
        <w:ind w:left="567" w:hanging="227"/>
        <w:rPr>
          <w:rFonts w:ascii="Roboto Condensed" w:hAnsi="Roboto Condensed"/>
          <w:sz w:val="20"/>
          <w:lang w:val="pl-PL"/>
        </w:rPr>
      </w:pPr>
      <w:r w:rsidRPr="009A175C">
        <w:rPr>
          <w:rFonts w:ascii="Roboto Condensed" w:hAnsi="Roboto Condensed"/>
          <w:sz w:val="20"/>
          <w:lang w:val="pl-PL"/>
        </w:rPr>
        <w:t xml:space="preserve">opracowanie </w:t>
      </w:r>
      <w:proofErr w:type="spellStart"/>
      <w:r w:rsidRPr="009A175C">
        <w:rPr>
          <w:rFonts w:ascii="Roboto Condensed" w:hAnsi="Roboto Condensed"/>
          <w:sz w:val="20"/>
          <w:lang w:val="pl-PL"/>
        </w:rPr>
        <w:t>ekofizjograficzne</w:t>
      </w:r>
      <w:proofErr w:type="spellEnd"/>
      <w:r w:rsidRPr="009A175C">
        <w:rPr>
          <w:rFonts w:ascii="Roboto Condensed" w:hAnsi="Roboto Condensed"/>
          <w:sz w:val="20"/>
          <w:lang w:val="pl-PL"/>
        </w:rPr>
        <w:t xml:space="preserve"> w zakresie wymagań ustawy z dnia 27 kwietnia 2001 r. – Prawo ochrony środowiska;</w:t>
      </w:r>
    </w:p>
    <w:p w14:paraId="5B570680" w14:textId="11A1BC3A" w:rsidR="00047826" w:rsidRPr="009A175C" w:rsidRDefault="00047826" w:rsidP="008636AA">
      <w:pPr>
        <w:pStyle w:val="Tekstpodstawowy2"/>
        <w:numPr>
          <w:ilvl w:val="0"/>
          <w:numId w:val="3"/>
        </w:numPr>
        <w:spacing w:line="240" w:lineRule="auto"/>
        <w:ind w:left="567" w:hanging="227"/>
        <w:rPr>
          <w:rFonts w:ascii="Roboto Condensed" w:hAnsi="Roboto Condensed"/>
          <w:sz w:val="20"/>
          <w:lang w:val="pl-PL"/>
        </w:rPr>
      </w:pPr>
      <w:r w:rsidRPr="009A175C">
        <w:rPr>
          <w:rFonts w:ascii="Roboto Condensed" w:hAnsi="Roboto Condensed"/>
          <w:sz w:val="20"/>
          <w:lang w:val="pl-PL"/>
        </w:rPr>
        <w:t>zapotrzebowanie na nową zabudowę mieszkaniową w gminie</w:t>
      </w:r>
      <w:r w:rsidR="008A095E" w:rsidRPr="009A175C">
        <w:rPr>
          <w:rFonts w:ascii="Roboto Condensed" w:hAnsi="Roboto Condensed"/>
          <w:sz w:val="20"/>
          <w:lang w:val="pl-PL"/>
        </w:rPr>
        <w:t>,</w:t>
      </w:r>
    </w:p>
    <w:p w14:paraId="2042C63A" w14:textId="65891CB7" w:rsidR="00B8359C" w:rsidRPr="00AC03D1" w:rsidRDefault="0063094C" w:rsidP="00B8359C">
      <w:pPr>
        <w:pStyle w:val="Tekstpodstawowy2"/>
        <w:spacing w:before="120" w:after="120" w:line="240" w:lineRule="auto"/>
        <w:ind w:left="170"/>
        <w:rPr>
          <w:rFonts w:ascii="Roboto Condensed" w:hAnsi="Roboto Condensed"/>
          <w:sz w:val="20"/>
          <w:lang w:val="pl-PL"/>
        </w:rPr>
      </w:pPr>
      <w:r w:rsidRPr="009A175C">
        <w:rPr>
          <w:rFonts w:ascii="Roboto Condensed" w:hAnsi="Roboto Condensed"/>
          <w:sz w:val="20"/>
          <w:lang w:val="pl-PL"/>
        </w:rPr>
        <w:t xml:space="preserve">oraz inne uwarunkowania, </w:t>
      </w:r>
      <w:r w:rsidR="005B1F46" w:rsidRPr="009A175C">
        <w:rPr>
          <w:rFonts w:ascii="Roboto Condensed" w:hAnsi="Roboto Condensed"/>
          <w:sz w:val="20"/>
          <w:lang w:val="pl-PL"/>
        </w:rPr>
        <w:t xml:space="preserve">które zostały zebrane i przeanalizowane w rozdziale 2 niniejszego uzasadnienia oraz w </w:t>
      </w:r>
      <w:r w:rsidR="00850926" w:rsidRPr="009A175C">
        <w:rPr>
          <w:rFonts w:ascii="Roboto Condensed" w:hAnsi="Roboto Condensed"/>
          <w:sz w:val="20"/>
          <w:lang w:val="pl-PL"/>
        </w:rPr>
        <w:t>części</w:t>
      </w:r>
      <w:r w:rsidR="005B1F46" w:rsidRPr="009A175C">
        <w:rPr>
          <w:rFonts w:ascii="Roboto Condensed" w:hAnsi="Roboto Condensed"/>
          <w:sz w:val="20"/>
          <w:lang w:val="pl-PL"/>
        </w:rPr>
        <w:t xml:space="preserve"> graficzn</w:t>
      </w:r>
      <w:r w:rsidR="00850926" w:rsidRPr="009A175C">
        <w:rPr>
          <w:rFonts w:ascii="Roboto Condensed" w:hAnsi="Roboto Condensed"/>
          <w:sz w:val="20"/>
          <w:lang w:val="pl-PL"/>
        </w:rPr>
        <w:t xml:space="preserve">ej uzasadnienia </w:t>
      </w:r>
      <w:r w:rsidR="00850926" w:rsidRPr="00B8359C">
        <w:rPr>
          <w:rFonts w:ascii="Roboto Condensed" w:hAnsi="Roboto Condensed"/>
          <w:sz w:val="20"/>
          <w:lang w:val="pl-PL"/>
        </w:rPr>
        <w:t>w załącznikach</w:t>
      </w:r>
      <w:r w:rsidR="00B8359C">
        <w:rPr>
          <w:rFonts w:ascii="Roboto Condensed" w:hAnsi="Roboto Condensed"/>
          <w:sz w:val="20"/>
          <w:lang w:val="pl-PL"/>
        </w:rPr>
        <w:t>:</w:t>
      </w:r>
      <w:r w:rsidR="00850926" w:rsidRPr="00B8359C">
        <w:rPr>
          <w:rFonts w:ascii="Roboto Condensed" w:hAnsi="Roboto Condensed"/>
          <w:sz w:val="20"/>
          <w:lang w:val="pl-PL"/>
        </w:rPr>
        <w:t xml:space="preserve"> </w:t>
      </w:r>
      <w:r w:rsidR="00B8359C" w:rsidRPr="00637064">
        <w:rPr>
          <w:rFonts w:ascii="Roboto Condensed" w:hAnsi="Roboto Condensed"/>
          <w:sz w:val="20"/>
          <w:lang w:val="pl-PL"/>
        </w:rPr>
        <w:t>Uwarunkowania rozwoju przestrzennego – część graficzna nr 2</w:t>
      </w:r>
      <w:r w:rsidR="00094005">
        <w:rPr>
          <w:rFonts w:ascii="Roboto Condensed" w:hAnsi="Roboto Condensed"/>
          <w:sz w:val="20"/>
          <w:lang w:val="pl-PL"/>
        </w:rPr>
        <w:t xml:space="preserve"> </w:t>
      </w:r>
      <w:r w:rsidR="00637064">
        <w:rPr>
          <w:rFonts w:ascii="Roboto Condensed" w:hAnsi="Roboto Condensed"/>
          <w:sz w:val="20"/>
          <w:lang w:val="pl-PL"/>
        </w:rPr>
        <w:t xml:space="preserve">i </w:t>
      </w:r>
      <w:r w:rsidR="00637064" w:rsidRPr="00637064">
        <w:rPr>
          <w:rFonts w:ascii="Roboto Condensed" w:hAnsi="Roboto Condensed"/>
          <w:sz w:val="20"/>
          <w:lang w:val="pl-PL"/>
        </w:rPr>
        <w:t>Uwarunkowania rozwoju przestrzennego – część graficzna nr 3</w:t>
      </w:r>
    </w:p>
    <w:p w14:paraId="54255972" w14:textId="532BC6D8" w:rsidR="005B1F46" w:rsidRPr="001C48E4" w:rsidRDefault="005B1F46" w:rsidP="00B6082D">
      <w:pPr>
        <w:pStyle w:val="Tekstpodstawowy2"/>
        <w:spacing w:before="120" w:line="240" w:lineRule="auto"/>
        <w:ind w:left="170"/>
        <w:rPr>
          <w:rFonts w:ascii="Roboto Condensed" w:hAnsi="Roboto Condensed"/>
          <w:sz w:val="20"/>
          <w:lang w:val="pl-PL"/>
        </w:rPr>
      </w:pPr>
      <w:r w:rsidRPr="001C48E4">
        <w:rPr>
          <w:rFonts w:ascii="Roboto Condensed" w:hAnsi="Roboto Condensed"/>
          <w:sz w:val="20"/>
          <w:lang w:val="pl-PL"/>
        </w:rPr>
        <w:lastRenderedPageBreak/>
        <w:t xml:space="preserve">Projekt planu ogólnego gminy </w:t>
      </w:r>
      <w:r w:rsidR="009A175C" w:rsidRPr="001C48E4">
        <w:rPr>
          <w:rFonts w:ascii="Roboto Condensed" w:hAnsi="Roboto Condensed"/>
          <w:sz w:val="20"/>
          <w:lang w:val="pl-PL"/>
        </w:rPr>
        <w:t>Radomsko</w:t>
      </w:r>
      <w:r w:rsidRPr="001C48E4">
        <w:rPr>
          <w:rFonts w:ascii="Roboto Condensed" w:hAnsi="Roboto Condensed"/>
          <w:sz w:val="20"/>
          <w:lang w:val="pl-PL"/>
        </w:rPr>
        <w:t xml:space="preserve"> został sporządzony z zachowaniem wymogów proceduralnych określonych w ustawie </w:t>
      </w:r>
      <w:r w:rsidR="00E241DA" w:rsidRPr="001C48E4">
        <w:rPr>
          <w:rFonts w:ascii="Roboto Condensed" w:hAnsi="Roboto Condensed"/>
          <w:sz w:val="20"/>
          <w:lang w:val="pl-PL"/>
        </w:rPr>
        <w:t>oraz w rozporządzeniu Ministra Rozwoju i Technologii z dnia 8 grudnia 2023 r. w sprawie projektu planu ogólnego gminy, dokumentowania prac planistycznych w zakresie tego planu oraz wydawania z niego wypisów i wyrysów</w:t>
      </w:r>
      <w:r w:rsidR="00BD3A21" w:rsidRPr="001C48E4">
        <w:rPr>
          <w:rFonts w:ascii="Roboto Condensed" w:hAnsi="Roboto Condensed"/>
          <w:sz w:val="20"/>
          <w:lang w:val="pl-PL"/>
        </w:rPr>
        <w:t xml:space="preserve"> (zwanym dalej „rozporządzeniem”)</w:t>
      </w:r>
      <w:r w:rsidRPr="001C48E4">
        <w:rPr>
          <w:rFonts w:ascii="Roboto Condensed" w:hAnsi="Roboto Condensed"/>
          <w:sz w:val="20"/>
          <w:lang w:val="pl-PL"/>
        </w:rPr>
        <w:t>. W ramach procedury sporządzenia planu ogólnego kolejno:</w:t>
      </w:r>
    </w:p>
    <w:p w14:paraId="4BF411CC" w14:textId="2B367587" w:rsidR="00A83B27" w:rsidRPr="001C48E4" w:rsidRDefault="005B1F46" w:rsidP="008636AA">
      <w:pPr>
        <w:pStyle w:val="Tekstpodstawowy2"/>
        <w:numPr>
          <w:ilvl w:val="0"/>
          <w:numId w:val="6"/>
        </w:numPr>
        <w:spacing w:line="240" w:lineRule="auto"/>
        <w:ind w:left="567" w:hanging="227"/>
        <w:rPr>
          <w:rFonts w:ascii="Roboto Condensed" w:hAnsi="Roboto Condensed"/>
          <w:sz w:val="20"/>
          <w:lang w:val="pl-PL"/>
        </w:rPr>
      </w:pPr>
      <w:r w:rsidRPr="001C48E4">
        <w:rPr>
          <w:rFonts w:ascii="Roboto Condensed" w:hAnsi="Roboto Condensed"/>
          <w:sz w:val="20"/>
          <w:lang w:val="pl-PL"/>
        </w:rPr>
        <w:t xml:space="preserve">Rada Gminy </w:t>
      </w:r>
      <w:r w:rsidR="001C48E4" w:rsidRPr="001C48E4">
        <w:rPr>
          <w:rFonts w:ascii="Roboto Condensed" w:hAnsi="Roboto Condensed"/>
          <w:sz w:val="20"/>
          <w:lang w:val="pl-PL"/>
        </w:rPr>
        <w:t>Radomsko</w:t>
      </w:r>
      <w:r w:rsidRPr="001C48E4">
        <w:rPr>
          <w:rFonts w:ascii="Roboto Condensed" w:hAnsi="Roboto Condensed"/>
          <w:sz w:val="20"/>
          <w:lang w:val="pl-PL"/>
        </w:rPr>
        <w:t xml:space="preserve"> podjęła </w:t>
      </w:r>
      <w:r w:rsidR="00E241DA" w:rsidRPr="001C48E4">
        <w:rPr>
          <w:rFonts w:ascii="Roboto Condensed" w:hAnsi="Roboto Condensed"/>
          <w:sz w:val="20"/>
          <w:lang w:val="pl-PL"/>
        </w:rPr>
        <w:t>u</w:t>
      </w:r>
      <w:r w:rsidRPr="001C48E4">
        <w:rPr>
          <w:rFonts w:ascii="Roboto Condensed" w:hAnsi="Roboto Condensed"/>
          <w:sz w:val="20"/>
          <w:lang w:val="pl-PL"/>
        </w:rPr>
        <w:t xml:space="preserve">chwałę </w:t>
      </w:r>
      <w:r w:rsidR="001C48E4" w:rsidRPr="001C48E4">
        <w:rPr>
          <w:rFonts w:ascii="Roboto Condensed" w:hAnsi="Roboto Condensed"/>
          <w:sz w:val="20"/>
          <w:lang w:val="pl-PL"/>
        </w:rPr>
        <w:t>o przystąpieniu do sporządzenia planu ogólnego gminy Radomsko</w:t>
      </w:r>
      <w:r w:rsidR="00A83B27" w:rsidRPr="001C48E4">
        <w:rPr>
          <w:rFonts w:ascii="Roboto Condensed" w:hAnsi="Roboto Condensed"/>
          <w:sz w:val="20"/>
          <w:lang w:val="pl-PL"/>
        </w:rPr>
        <w:t xml:space="preserve"> (Uchwała Nr </w:t>
      </w:r>
      <w:r w:rsidR="001C48E4" w:rsidRPr="001C48E4">
        <w:rPr>
          <w:rFonts w:ascii="Roboto Condensed" w:hAnsi="Roboto Condensed"/>
          <w:sz w:val="20"/>
          <w:lang w:val="pl-PL"/>
        </w:rPr>
        <w:t>IV/28/2024 Rady Gminy Radomsko</w:t>
      </w:r>
      <w:r w:rsidR="00A83B27" w:rsidRPr="001C48E4">
        <w:rPr>
          <w:rFonts w:ascii="Roboto Condensed" w:hAnsi="Roboto Condensed"/>
          <w:sz w:val="20"/>
          <w:lang w:val="pl-PL"/>
        </w:rPr>
        <w:t xml:space="preserve"> z dnia </w:t>
      </w:r>
      <w:r w:rsidR="001C48E4" w:rsidRPr="001C48E4">
        <w:rPr>
          <w:rFonts w:ascii="Roboto Condensed" w:hAnsi="Roboto Condensed"/>
          <w:sz w:val="20"/>
          <w:lang w:val="pl-PL"/>
        </w:rPr>
        <w:t>26 czerwca 2024 r.</w:t>
      </w:r>
      <w:r w:rsidR="00A83B27" w:rsidRPr="001C48E4">
        <w:rPr>
          <w:rFonts w:ascii="Roboto Condensed" w:hAnsi="Roboto Condensed"/>
          <w:sz w:val="20"/>
          <w:lang w:val="pl-PL"/>
        </w:rPr>
        <w:t xml:space="preserve"> w sprawie przystąpienia do sporządzenia planu ogólnego gminy </w:t>
      </w:r>
      <w:r w:rsidR="001C48E4" w:rsidRPr="001C48E4">
        <w:rPr>
          <w:rFonts w:ascii="Roboto Condensed" w:hAnsi="Roboto Condensed"/>
          <w:sz w:val="20"/>
          <w:lang w:val="pl-PL"/>
        </w:rPr>
        <w:t>Radomsko</w:t>
      </w:r>
      <w:r w:rsidR="00A83B27" w:rsidRPr="001C48E4">
        <w:rPr>
          <w:rFonts w:ascii="Roboto Condensed" w:hAnsi="Roboto Condensed"/>
          <w:sz w:val="20"/>
          <w:lang w:val="pl-PL"/>
        </w:rPr>
        <w:t>)</w:t>
      </w:r>
    </w:p>
    <w:p w14:paraId="4527899D" w14:textId="0A4C4DE1" w:rsidR="00ED535D" w:rsidRPr="001C48E4" w:rsidRDefault="00A83B27" w:rsidP="008636AA">
      <w:pPr>
        <w:pStyle w:val="Tekstpodstawowy2"/>
        <w:numPr>
          <w:ilvl w:val="0"/>
          <w:numId w:val="6"/>
        </w:numPr>
        <w:spacing w:line="240" w:lineRule="auto"/>
        <w:ind w:left="567" w:hanging="227"/>
        <w:rPr>
          <w:rFonts w:ascii="Roboto Condensed" w:hAnsi="Roboto Condensed"/>
          <w:sz w:val="20"/>
          <w:lang w:val="pl-PL"/>
        </w:rPr>
      </w:pPr>
      <w:r w:rsidRPr="001C48E4">
        <w:rPr>
          <w:rFonts w:ascii="Roboto Condensed" w:hAnsi="Roboto Condensed"/>
          <w:sz w:val="20"/>
          <w:lang w:val="pl-PL"/>
        </w:rPr>
        <w:t xml:space="preserve">Wójt gminy </w:t>
      </w:r>
      <w:r w:rsidR="00ED535D" w:rsidRPr="001C48E4">
        <w:rPr>
          <w:rFonts w:ascii="Roboto Condensed" w:hAnsi="Roboto Condensed"/>
          <w:sz w:val="20"/>
          <w:lang w:val="pl-PL"/>
        </w:rPr>
        <w:t>ogłosił o podjęciu uchwały o przystąpieniu do sporządzania planu ogólnego, określając sposoby i miejsce składania wniosków do projektu planu ogólnego oraz termin ich składania,</w:t>
      </w:r>
    </w:p>
    <w:p w14:paraId="690DB301" w14:textId="1A267DE8" w:rsidR="00ED535D" w:rsidRPr="001C48E4" w:rsidRDefault="00ED535D" w:rsidP="008636AA">
      <w:pPr>
        <w:pStyle w:val="Tekstpodstawowy2"/>
        <w:numPr>
          <w:ilvl w:val="0"/>
          <w:numId w:val="6"/>
        </w:numPr>
        <w:spacing w:line="240" w:lineRule="auto"/>
        <w:ind w:left="567" w:hanging="227"/>
        <w:rPr>
          <w:rFonts w:ascii="Roboto Condensed" w:hAnsi="Roboto Condensed"/>
          <w:sz w:val="20"/>
          <w:lang w:val="pl-PL"/>
        </w:rPr>
      </w:pPr>
      <w:r w:rsidRPr="001C48E4">
        <w:rPr>
          <w:rFonts w:ascii="Roboto Condensed" w:hAnsi="Roboto Condensed"/>
          <w:sz w:val="20"/>
          <w:lang w:val="pl-PL"/>
        </w:rPr>
        <w:t>Wójt gminy zawiadomił o podjęciu uchwały o przystąpieniu do sporządzania planu ogólnego instytucje i organy właściwe do uzgadniania i opiniowania projektu planu ogólnego, określając termin składania wniosków do projektu planu ogólnego,</w:t>
      </w:r>
    </w:p>
    <w:p w14:paraId="4D992326" w14:textId="30564CE1" w:rsidR="00ED535D" w:rsidRPr="001C48E4" w:rsidRDefault="00ED535D" w:rsidP="008636AA">
      <w:pPr>
        <w:pStyle w:val="Tekstpodstawowy2"/>
        <w:numPr>
          <w:ilvl w:val="0"/>
          <w:numId w:val="6"/>
        </w:numPr>
        <w:spacing w:line="240" w:lineRule="auto"/>
        <w:ind w:left="567" w:hanging="227"/>
        <w:rPr>
          <w:rFonts w:ascii="Roboto Condensed" w:hAnsi="Roboto Condensed"/>
          <w:sz w:val="20"/>
          <w:lang w:val="pl-PL"/>
        </w:rPr>
      </w:pPr>
      <w:r w:rsidRPr="001C48E4">
        <w:rPr>
          <w:rFonts w:ascii="Roboto Condensed" w:hAnsi="Roboto Condensed"/>
          <w:sz w:val="20"/>
          <w:lang w:val="pl-PL"/>
        </w:rPr>
        <w:t>Wójt gminy sporządził projekt planu ogólnego wraz z uzasadnieniem oraz prognozą oddziaływania na środowisko</w:t>
      </w:r>
      <w:r w:rsidR="00B6082D" w:rsidRPr="001C48E4">
        <w:rPr>
          <w:rFonts w:ascii="Roboto Condensed" w:hAnsi="Roboto Condensed"/>
          <w:sz w:val="20"/>
          <w:lang w:val="pl-PL"/>
        </w:rPr>
        <w:t xml:space="preserve"> biorąc pod uwagę wnioski organów i instytucji oraz wnioski indywidualne,</w:t>
      </w:r>
    </w:p>
    <w:p w14:paraId="13338C3D" w14:textId="11153F20" w:rsidR="00B6082D" w:rsidRPr="001C48E4" w:rsidRDefault="00B6082D" w:rsidP="008636AA">
      <w:pPr>
        <w:pStyle w:val="Tekstpodstawowy2"/>
        <w:numPr>
          <w:ilvl w:val="0"/>
          <w:numId w:val="6"/>
        </w:numPr>
        <w:spacing w:line="240" w:lineRule="auto"/>
        <w:ind w:left="567" w:hanging="227"/>
        <w:rPr>
          <w:rFonts w:ascii="Roboto Condensed" w:hAnsi="Roboto Condensed"/>
          <w:sz w:val="20"/>
          <w:lang w:val="pl-PL"/>
        </w:rPr>
      </w:pPr>
      <w:r w:rsidRPr="001C48E4">
        <w:rPr>
          <w:rFonts w:ascii="Roboto Condensed" w:hAnsi="Roboto Condensed"/>
          <w:sz w:val="20"/>
          <w:lang w:val="pl-PL"/>
        </w:rPr>
        <w:t>Wójt gminy udostępnił w Rejestrze projekt planu ogólnego wraz z uzasadnieniem i prognozą oddziaływania na środowisko,</w:t>
      </w:r>
    </w:p>
    <w:p w14:paraId="1F2EEB35" w14:textId="55500F65" w:rsidR="00B6082D" w:rsidRPr="007C6439" w:rsidRDefault="00B6082D" w:rsidP="008636AA">
      <w:pPr>
        <w:pStyle w:val="Tekstpodstawowy2"/>
        <w:numPr>
          <w:ilvl w:val="0"/>
          <w:numId w:val="6"/>
        </w:numPr>
        <w:spacing w:line="240" w:lineRule="auto"/>
        <w:ind w:left="567" w:hanging="227"/>
        <w:rPr>
          <w:rFonts w:ascii="Roboto Condensed" w:hAnsi="Roboto Condensed"/>
          <w:color w:val="BFBFBF" w:themeColor="background1" w:themeShade="BF"/>
          <w:sz w:val="20"/>
          <w:lang w:val="pl-PL"/>
        </w:rPr>
      </w:pPr>
      <w:r w:rsidRPr="007C6439">
        <w:rPr>
          <w:rFonts w:ascii="Roboto Condensed" w:hAnsi="Roboto Condensed"/>
          <w:color w:val="BFBFBF" w:themeColor="background1" w:themeShade="BF"/>
          <w:sz w:val="20"/>
          <w:lang w:val="pl-PL"/>
        </w:rPr>
        <w:t>Wójt gminy wystąpił o opinię o projekcie planu ogólnego do Gminnej Komisji Urbanistycznej,</w:t>
      </w:r>
    </w:p>
    <w:p w14:paraId="1462D61C" w14:textId="7B6B78AB" w:rsidR="00ED535D" w:rsidRPr="007C6439" w:rsidRDefault="00B6082D" w:rsidP="008636AA">
      <w:pPr>
        <w:pStyle w:val="Tekstpodstawowy2"/>
        <w:numPr>
          <w:ilvl w:val="0"/>
          <w:numId w:val="6"/>
        </w:numPr>
        <w:spacing w:line="240" w:lineRule="auto"/>
        <w:ind w:left="567" w:hanging="227"/>
        <w:rPr>
          <w:rFonts w:ascii="Roboto Condensed" w:hAnsi="Roboto Condensed"/>
          <w:color w:val="BFBFBF" w:themeColor="background1" w:themeShade="BF"/>
          <w:sz w:val="20"/>
          <w:lang w:val="pl-PL"/>
        </w:rPr>
      </w:pPr>
      <w:r w:rsidRPr="007C6439">
        <w:rPr>
          <w:rFonts w:ascii="Roboto Condensed" w:hAnsi="Roboto Condensed"/>
          <w:color w:val="BFBFBF" w:themeColor="background1" w:themeShade="BF"/>
          <w:sz w:val="20"/>
          <w:lang w:val="pl-PL"/>
        </w:rPr>
        <w:t>Wójt gminy wprowadził zmiany wynikające z opinii Gminnej Komisji Urbanistycznej,</w:t>
      </w:r>
    </w:p>
    <w:p w14:paraId="3A90B7E6" w14:textId="20407A91" w:rsidR="00B6082D" w:rsidRPr="007C6439" w:rsidRDefault="00B6082D" w:rsidP="008636AA">
      <w:pPr>
        <w:pStyle w:val="Tekstpodstawowy2"/>
        <w:numPr>
          <w:ilvl w:val="0"/>
          <w:numId w:val="6"/>
        </w:numPr>
        <w:spacing w:line="240" w:lineRule="auto"/>
        <w:ind w:left="567" w:hanging="227"/>
        <w:rPr>
          <w:rFonts w:ascii="Roboto Condensed" w:hAnsi="Roboto Condensed"/>
          <w:color w:val="BFBFBF" w:themeColor="background1" w:themeShade="BF"/>
          <w:sz w:val="20"/>
          <w:lang w:val="pl-PL"/>
        </w:rPr>
      </w:pPr>
      <w:r w:rsidRPr="007C6439">
        <w:rPr>
          <w:rFonts w:ascii="Roboto Condensed" w:hAnsi="Roboto Condensed"/>
          <w:color w:val="BFBFBF" w:themeColor="background1" w:themeShade="BF"/>
          <w:sz w:val="20"/>
          <w:lang w:val="pl-PL"/>
        </w:rPr>
        <w:t>Wójt gminy wystąpił o opinie o projekcie planu ogólnego do organów o których mowa w 13i pkt 5 lit. a</w:t>
      </w:r>
      <w:r w:rsidR="00BD3A21" w:rsidRPr="007C6439">
        <w:rPr>
          <w:rFonts w:ascii="Roboto Condensed" w:hAnsi="Roboto Condensed"/>
          <w:color w:val="BFBFBF" w:themeColor="background1" w:themeShade="BF"/>
          <w:sz w:val="20"/>
          <w:lang w:val="pl-PL"/>
        </w:rPr>
        <w:t xml:space="preserve"> ustawy</w:t>
      </w:r>
      <w:r w:rsidRPr="007C6439">
        <w:rPr>
          <w:rFonts w:ascii="Roboto Condensed" w:hAnsi="Roboto Condensed"/>
          <w:color w:val="BFBFBF" w:themeColor="background1" w:themeShade="BF"/>
          <w:sz w:val="20"/>
          <w:lang w:val="pl-PL"/>
        </w:rPr>
        <w:t>,</w:t>
      </w:r>
    </w:p>
    <w:p w14:paraId="7F3F921C" w14:textId="50DDD8E9" w:rsidR="00B6082D" w:rsidRPr="007C6439" w:rsidRDefault="00B6082D" w:rsidP="008636AA">
      <w:pPr>
        <w:pStyle w:val="Tekstpodstawowy2"/>
        <w:numPr>
          <w:ilvl w:val="0"/>
          <w:numId w:val="6"/>
        </w:numPr>
        <w:spacing w:line="240" w:lineRule="auto"/>
        <w:ind w:left="567" w:hanging="227"/>
        <w:rPr>
          <w:rFonts w:ascii="Roboto Condensed" w:hAnsi="Roboto Condensed"/>
          <w:color w:val="BFBFBF" w:themeColor="background1" w:themeShade="BF"/>
          <w:sz w:val="20"/>
          <w:lang w:val="pl-PL"/>
        </w:rPr>
      </w:pPr>
      <w:r w:rsidRPr="007C6439">
        <w:rPr>
          <w:rFonts w:ascii="Roboto Condensed" w:hAnsi="Roboto Condensed"/>
          <w:color w:val="BFBFBF" w:themeColor="background1" w:themeShade="BF"/>
          <w:sz w:val="20"/>
          <w:lang w:val="pl-PL"/>
        </w:rPr>
        <w:t>Wójt gminy wystąpił o uzgodnienie o projekcie planu ogólnego do organów o których mowa w 13i pkt 5 lit. b</w:t>
      </w:r>
      <w:r w:rsidR="00BD3A21" w:rsidRPr="007C6439">
        <w:rPr>
          <w:rFonts w:ascii="Roboto Condensed" w:hAnsi="Roboto Condensed"/>
          <w:color w:val="BFBFBF" w:themeColor="background1" w:themeShade="BF"/>
          <w:sz w:val="20"/>
          <w:lang w:val="pl-PL"/>
        </w:rPr>
        <w:t xml:space="preserve"> ustawy</w:t>
      </w:r>
      <w:r w:rsidRPr="007C6439">
        <w:rPr>
          <w:rFonts w:ascii="Roboto Condensed" w:hAnsi="Roboto Condensed"/>
          <w:color w:val="BFBFBF" w:themeColor="background1" w:themeShade="BF"/>
          <w:sz w:val="20"/>
          <w:lang w:val="pl-PL"/>
        </w:rPr>
        <w:t>,</w:t>
      </w:r>
    </w:p>
    <w:p w14:paraId="21C2D195" w14:textId="67E2FAAD" w:rsidR="00B6082D" w:rsidRPr="007C6439" w:rsidRDefault="00B6082D" w:rsidP="008636AA">
      <w:pPr>
        <w:pStyle w:val="Tekstpodstawowy2"/>
        <w:numPr>
          <w:ilvl w:val="0"/>
          <w:numId w:val="6"/>
        </w:numPr>
        <w:spacing w:line="240" w:lineRule="auto"/>
        <w:ind w:left="567" w:hanging="227"/>
        <w:rPr>
          <w:rFonts w:ascii="Roboto Condensed" w:hAnsi="Roboto Condensed"/>
          <w:color w:val="BFBFBF" w:themeColor="background1" w:themeShade="BF"/>
          <w:sz w:val="20"/>
          <w:lang w:val="pl-PL"/>
        </w:rPr>
      </w:pPr>
      <w:r w:rsidRPr="007C6439">
        <w:rPr>
          <w:rFonts w:ascii="Roboto Condensed" w:hAnsi="Roboto Condensed"/>
          <w:color w:val="BFBFBF" w:themeColor="background1" w:themeShade="BF"/>
          <w:sz w:val="20"/>
          <w:lang w:val="pl-PL"/>
        </w:rPr>
        <w:t>Wójt gminy wprowadził zmiany do projektu planu ogólnego wynikające z uzyskanych opinii oraz dokonanych uzgodnień,</w:t>
      </w:r>
    </w:p>
    <w:p w14:paraId="46A3FF6A" w14:textId="734E931C" w:rsidR="00B6082D" w:rsidRPr="007C6439" w:rsidRDefault="00B6082D" w:rsidP="008636AA">
      <w:pPr>
        <w:pStyle w:val="Tekstpodstawowy2"/>
        <w:numPr>
          <w:ilvl w:val="0"/>
          <w:numId w:val="6"/>
        </w:numPr>
        <w:spacing w:line="240" w:lineRule="auto"/>
        <w:ind w:left="567" w:hanging="227"/>
        <w:rPr>
          <w:rFonts w:ascii="Roboto Condensed" w:hAnsi="Roboto Condensed"/>
          <w:color w:val="BFBFBF" w:themeColor="background1" w:themeShade="BF"/>
          <w:sz w:val="20"/>
          <w:lang w:val="pl-PL"/>
        </w:rPr>
      </w:pPr>
      <w:r w:rsidRPr="007C6439">
        <w:rPr>
          <w:rFonts w:ascii="Roboto Condensed" w:hAnsi="Roboto Condensed"/>
          <w:color w:val="BFBFBF" w:themeColor="background1" w:themeShade="BF"/>
          <w:sz w:val="20"/>
          <w:lang w:val="pl-PL"/>
        </w:rPr>
        <w:t>Wójt gminy udostępnił w Rejestrze projekt planu ogólnego wraz z uzasadnieniem, prognozą oddziaływania na środowisko i wykazem wniosków,</w:t>
      </w:r>
    </w:p>
    <w:p w14:paraId="1C8A4F8A" w14:textId="5F954298" w:rsidR="00B6082D" w:rsidRPr="007C6439" w:rsidRDefault="00B6082D" w:rsidP="008636AA">
      <w:pPr>
        <w:pStyle w:val="Tekstpodstawowy2"/>
        <w:numPr>
          <w:ilvl w:val="0"/>
          <w:numId w:val="6"/>
        </w:numPr>
        <w:spacing w:line="240" w:lineRule="auto"/>
        <w:ind w:left="567" w:hanging="227"/>
        <w:rPr>
          <w:rFonts w:ascii="Roboto Condensed" w:hAnsi="Roboto Condensed"/>
          <w:color w:val="BFBFBF" w:themeColor="background1" w:themeShade="BF"/>
          <w:sz w:val="20"/>
          <w:lang w:val="pl-PL"/>
        </w:rPr>
      </w:pPr>
      <w:r w:rsidRPr="007C6439">
        <w:rPr>
          <w:rFonts w:ascii="Roboto Condensed" w:hAnsi="Roboto Condensed"/>
          <w:color w:val="BFBFBF" w:themeColor="background1" w:themeShade="BF"/>
          <w:sz w:val="20"/>
          <w:lang w:val="pl-PL"/>
        </w:rPr>
        <w:t>Wójt gminy ogłosił o rozpoczęciu konsultacji społecznych</w:t>
      </w:r>
      <w:r w:rsidR="008A095E" w:rsidRPr="007C6439">
        <w:rPr>
          <w:rFonts w:ascii="Roboto Condensed" w:hAnsi="Roboto Condensed"/>
          <w:color w:val="BFBFBF" w:themeColor="background1" w:themeShade="BF"/>
          <w:sz w:val="20"/>
          <w:lang w:val="pl-PL"/>
        </w:rPr>
        <w:t>,</w:t>
      </w:r>
    </w:p>
    <w:p w14:paraId="633BD7D2" w14:textId="14BB0A0E" w:rsidR="00B6082D" w:rsidRPr="007C6439" w:rsidRDefault="00BD3A21" w:rsidP="008636AA">
      <w:pPr>
        <w:pStyle w:val="Tekstpodstawowy2"/>
        <w:numPr>
          <w:ilvl w:val="0"/>
          <w:numId w:val="6"/>
        </w:numPr>
        <w:spacing w:line="240" w:lineRule="auto"/>
        <w:ind w:left="567" w:hanging="227"/>
        <w:rPr>
          <w:rFonts w:ascii="Roboto Condensed" w:hAnsi="Roboto Condensed"/>
          <w:color w:val="BFBFBF" w:themeColor="background1" w:themeShade="BF"/>
          <w:sz w:val="20"/>
          <w:lang w:val="pl-PL"/>
        </w:rPr>
      </w:pPr>
      <w:r w:rsidRPr="007C6439">
        <w:rPr>
          <w:rFonts w:ascii="Roboto Condensed" w:hAnsi="Roboto Condensed"/>
          <w:color w:val="BFBFBF" w:themeColor="background1" w:themeShade="BF"/>
          <w:sz w:val="20"/>
          <w:lang w:val="pl-PL"/>
        </w:rPr>
        <w:t xml:space="preserve">Wójt gminy </w:t>
      </w:r>
      <w:r w:rsidR="00B6082D" w:rsidRPr="007C6439">
        <w:rPr>
          <w:rFonts w:ascii="Roboto Condensed" w:hAnsi="Roboto Condensed"/>
          <w:color w:val="BFBFBF" w:themeColor="background1" w:themeShade="BF"/>
          <w:sz w:val="20"/>
          <w:lang w:val="pl-PL"/>
        </w:rPr>
        <w:t>przeprowadz</w:t>
      </w:r>
      <w:r w:rsidRPr="007C6439">
        <w:rPr>
          <w:rFonts w:ascii="Roboto Condensed" w:hAnsi="Roboto Condensed"/>
          <w:color w:val="BFBFBF" w:themeColor="background1" w:themeShade="BF"/>
          <w:sz w:val="20"/>
          <w:lang w:val="pl-PL"/>
        </w:rPr>
        <w:t>ił</w:t>
      </w:r>
      <w:r w:rsidR="00B6082D" w:rsidRPr="007C6439">
        <w:rPr>
          <w:rFonts w:ascii="Roboto Condensed" w:hAnsi="Roboto Condensed"/>
          <w:color w:val="BFBFBF" w:themeColor="background1" w:themeShade="BF"/>
          <w:sz w:val="20"/>
          <w:lang w:val="pl-PL"/>
        </w:rPr>
        <w:t xml:space="preserve"> konsultacje społeczne</w:t>
      </w:r>
      <w:r w:rsidRPr="007C6439">
        <w:rPr>
          <w:rFonts w:ascii="Roboto Condensed" w:hAnsi="Roboto Condensed"/>
          <w:color w:val="BFBFBF" w:themeColor="background1" w:themeShade="BF"/>
          <w:sz w:val="20"/>
          <w:lang w:val="pl-PL"/>
        </w:rPr>
        <w:t xml:space="preserve"> oraz wprowadził</w:t>
      </w:r>
      <w:r w:rsidR="00B6082D" w:rsidRPr="007C6439">
        <w:rPr>
          <w:rFonts w:ascii="Roboto Condensed" w:hAnsi="Roboto Condensed"/>
          <w:color w:val="BFBFBF" w:themeColor="background1" w:themeShade="BF"/>
          <w:sz w:val="20"/>
          <w:lang w:val="pl-PL"/>
        </w:rPr>
        <w:t xml:space="preserve"> </w:t>
      </w:r>
      <w:r w:rsidRPr="007C6439">
        <w:rPr>
          <w:rFonts w:ascii="Roboto Condensed" w:hAnsi="Roboto Condensed"/>
          <w:color w:val="BFBFBF" w:themeColor="background1" w:themeShade="BF"/>
          <w:sz w:val="20"/>
          <w:lang w:val="pl-PL"/>
        </w:rPr>
        <w:t xml:space="preserve">do projektu planu ogólnego </w:t>
      </w:r>
      <w:r w:rsidR="00B6082D" w:rsidRPr="007C6439">
        <w:rPr>
          <w:rFonts w:ascii="Roboto Condensed" w:hAnsi="Roboto Condensed"/>
          <w:color w:val="BFBFBF" w:themeColor="background1" w:themeShade="BF"/>
          <w:sz w:val="20"/>
          <w:lang w:val="pl-PL"/>
        </w:rPr>
        <w:t>zmiany wynikające z tych</w:t>
      </w:r>
      <w:r w:rsidRPr="007C6439">
        <w:rPr>
          <w:rFonts w:ascii="Roboto Condensed" w:hAnsi="Roboto Condensed"/>
          <w:color w:val="BFBFBF" w:themeColor="background1" w:themeShade="BF"/>
          <w:sz w:val="20"/>
          <w:lang w:val="pl-PL"/>
        </w:rPr>
        <w:t xml:space="preserve"> </w:t>
      </w:r>
      <w:r w:rsidR="00447ACB" w:rsidRPr="007C6439">
        <w:rPr>
          <w:rFonts w:ascii="Roboto Condensed" w:hAnsi="Roboto Condensed"/>
          <w:color w:val="BFBFBF" w:themeColor="background1" w:themeShade="BF"/>
          <w:sz w:val="20"/>
          <w:lang w:val="pl-PL"/>
        </w:rPr>
        <w:t>konsultacji</w:t>
      </w:r>
      <w:r w:rsidR="008A095E" w:rsidRPr="007C6439">
        <w:rPr>
          <w:rFonts w:ascii="Roboto Condensed" w:hAnsi="Roboto Condensed"/>
          <w:color w:val="BFBFBF" w:themeColor="background1" w:themeShade="BF"/>
          <w:sz w:val="20"/>
          <w:lang w:val="pl-PL"/>
        </w:rPr>
        <w:t>,</w:t>
      </w:r>
    </w:p>
    <w:p w14:paraId="3E21C0C2" w14:textId="19515FF4" w:rsidR="00B6082D" w:rsidRPr="007C6439" w:rsidRDefault="00BD3A21" w:rsidP="008636AA">
      <w:pPr>
        <w:pStyle w:val="Tekstpodstawowy2"/>
        <w:numPr>
          <w:ilvl w:val="0"/>
          <w:numId w:val="6"/>
        </w:numPr>
        <w:spacing w:line="240" w:lineRule="auto"/>
        <w:ind w:left="567" w:hanging="227"/>
        <w:rPr>
          <w:rFonts w:ascii="Roboto Condensed" w:hAnsi="Roboto Condensed"/>
          <w:color w:val="BFBFBF" w:themeColor="background1" w:themeShade="BF"/>
          <w:sz w:val="20"/>
          <w:lang w:val="pl-PL"/>
        </w:rPr>
      </w:pPr>
      <w:r w:rsidRPr="007C6439">
        <w:rPr>
          <w:rFonts w:ascii="Roboto Condensed" w:hAnsi="Roboto Condensed"/>
          <w:color w:val="BFBFBF" w:themeColor="background1" w:themeShade="BF"/>
          <w:sz w:val="20"/>
          <w:lang w:val="pl-PL"/>
        </w:rPr>
        <w:t>……………………………………………………………………</w:t>
      </w:r>
    </w:p>
    <w:p w14:paraId="6D12CCC1" w14:textId="535A3FED" w:rsidR="008D00F3" w:rsidRPr="00DD7C8F" w:rsidRDefault="008D00F3" w:rsidP="00DD7C8F">
      <w:pPr>
        <w:pStyle w:val="Tekstpodstawowy2"/>
        <w:spacing w:before="120" w:after="120" w:line="240" w:lineRule="auto"/>
        <w:ind w:left="170"/>
        <w:rPr>
          <w:rFonts w:ascii="Roboto Condensed" w:hAnsi="Roboto Condensed"/>
          <w:color w:val="EE0000"/>
          <w:sz w:val="20"/>
          <w:lang w:val="pl-PL"/>
        </w:rPr>
      </w:pPr>
      <w:r w:rsidRPr="001C48E4">
        <w:rPr>
          <w:rFonts w:ascii="Roboto Condensed" w:hAnsi="Roboto Condensed"/>
          <w:sz w:val="20"/>
          <w:lang w:val="pl-PL"/>
        </w:rPr>
        <w:t>Zgodnie z art. 65 ust. 1 ustawy</w:t>
      </w:r>
      <w:r w:rsidR="003A5091">
        <w:rPr>
          <w:rFonts w:ascii="Roboto Condensed" w:hAnsi="Roboto Condensed"/>
          <w:sz w:val="20"/>
          <w:lang w:val="pl-PL"/>
        </w:rPr>
        <w:t>,</w:t>
      </w:r>
      <w:r w:rsidRPr="001C48E4">
        <w:rPr>
          <w:rFonts w:ascii="Roboto Condensed" w:hAnsi="Roboto Condensed"/>
          <w:sz w:val="20"/>
          <w:lang w:val="pl-PL"/>
        </w:rPr>
        <w:t xml:space="preserve"> w dniu wejścia w życie planu ogólnego gminy </w:t>
      </w:r>
      <w:r w:rsidR="001C48E4" w:rsidRPr="001C48E4">
        <w:rPr>
          <w:rFonts w:ascii="Roboto Condensed" w:hAnsi="Roboto Condensed"/>
          <w:sz w:val="20"/>
          <w:lang w:val="pl-PL"/>
        </w:rPr>
        <w:t>Radomsko</w:t>
      </w:r>
      <w:r w:rsidRPr="001C48E4">
        <w:rPr>
          <w:rFonts w:ascii="Roboto Condensed" w:hAnsi="Roboto Condensed"/>
          <w:sz w:val="20"/>
          <w:lang w:val="pl-PL"/>
        </w:rPr>
        <w:t xml:space="preserve"> traci moc </w:t>
      </w:r>
      <w:r w:rsidR="00A31005" w:rsidRPr="001C48E4">
        <w:rPr>
          <w:rFonts w:ascii="Roboto Condensed" w:hAnsi="Roboto Condensed"/>
          <w:sz w:val="20"/>
          <w:lang w:val="pl-PL"/>
        </w:rPr>
        <w:t>S</w:t>
      </w:r>
      <w:r w:rsidRPr="001C48E4">
        <w:rPr>
          <w:rFonts w:ascii="Roboto Condensed" w:hAnsi="Roboto Condensed"/>
          <w:sz w:val="20"/>
          <w:lang w:val="pl-PL"/>
        </w:rPr>
        <w:t xml:space="preserve">tudium uwarunkowań i kierunków zagospodarowania przestrzennego gminy </w:t>
      </w:r>
      <w:r w:rsidR="001C48E4" w:rsidRPr="001C48E4">
        <w:rPr>
          <w:rFonts w:ascii="Roboto Condensed" w:hAnsi="Roboto Condensed"/>
          <w:sz w:val="20"/>
          <w:lang w:val="pl-PL"/>
        </w:rPr>
        <w:t>Radomsko</w:t>
      </w:r>
      <w:r w:rsidRPr="001C48E4">
        <w:rPr>
          <w:rFonts w:ascii="Roboto Condensed" w:hAnsi="Roboto Condensed"/>
          <w:sz w:val="20"/>
          <w:lang w:val="pl-PL"/>
        </w:rPr>
        <w:t xml:space="preserve"> </w:t>
      </w:r>
      <w:r w:rsidR="00A31005" w:rsidRPr="001C48E4">
        <w:rPr>
          <w:rFonts w:ascii="Roboto Condensed" w:hAnsi="Roboto Condensed"/>
          <w:sz w:val="20"/>
          <w:lang w:val="pl-PL"/>
        </w:rPr>
        <w:t>(</w:t>
      </w:r>
      <w:r w:rsidRPr="001C48E4">
        <w:rPr>
          <w:rFonts w:ascii="Roboto Condensed" w:hAnsi="Roboto Condensed"/>
          <w:sz w:val="20"/>
          <w:lang w:val="pl-PL"/>
        </w:rPr>
        <w:t>Uchwał</w:t>
      </w:r>
      <w:r w:rsidR="00A31005" w:rsidRPr="001C48E4">
        <w:rPr>
          <w:rFonts w:ascii="Roboto Condensed" w:hAnsi="Roboto Condensed"/>
          <w:sz w:val="20"/>
          <w:lang w:val="pl-PL"/>
        </w:rPr>
        <w:t>a</w:t>
      </w:r>
      <w:r w:rsidRPr="001C48E4">
        <w:rPr>
          <w:rFonts w:ascii="Roboto Condensed" w:hAnsi="Roboto Condensed"/>
          <w:sz w:val="20"/>
          <w:lang w:val="pl-PL"/>
        </w:rPr>
        <w:t xml:space="preserve"> Nr </w:t>
      </w:r>
      <w:r w:rsidR="001C48E4" w:rsidRPr="001C48E4">
        <w:rPr>
          <w:rFonts w:ascii="Roboto Condensed" w:hAnsi="Roboto Condensed"/>
          <w:sz w:val="20"/>
          <w:lang w:val="pl-PL"/>
        </w:rPr>
        <w:t>IX/34/1999</w:t>
      </w:r>
      <w:r w:rsidR="00A31005" w:rsidRPr="001C48E4">
        <w:rPr>
          <w:rFonts w:ascii="Roboto Condensed" w:hAnsi="Roboto Condensed"/>
          <w:sz w:val="20"/>
          <w:lang w:val="pl-PL"/>
        </w:rPr>
        <w:t xml:space="preserve"> Rady Gminy </w:t>
      </w:r>
      <w:r w:rsidR="001C48E4" w:rsidRPr="001C48E4">
        <w:rPr>
          <w:rFonts w:ascii="Roboto Condensed" w:hAnsi="Roboto Condensed"/>
          <w:sz w:val="20"/>
          <w:lang w:val="pl-PL"/>
        </w:rPr>
        <w:t>Radomsko</w:t>
      </w:r>
      <w:r w:rsidR="00A31005" w:rsidRPr="001C48E4">
        <w:rPr>
          <w:rFonts w:ascii="Roboto Condensed" w:hAnsi="Roboto Condensed"/>
          <w:sz w:val="20"/>
          <w:lang w:val="pl-PL"/>
        </w:rPr>
        <w:t xml:space="preserve"> z dnia </w:t>
      </w:r>
      <w:r w:rsidR="001C48E4" w:rsidRPr="001C48E4">
        <w:rPr>
          <w:rFonts w:ascii="Roboto Condensed" w:hAnsi="Roboto Condensed"/>
          <w:sz w:val="20"/>
          <w:lang w:val="pl-PL"/>
        </w:rPr>
        <w:t>11</w:t>
      </w:r>
      <w:r w:rsidR="00A31005" w:rsidRPr="001C48E4">
        <w:rPr>
          <w:rFonts w:ascii="Roboto Condensed" w:hAnsi="Roboto Condensed"/>
          <w:sz w:val="20"/>
          <w:lang w:val="pl-PL"/>
        </w:rPr>
        <w:t xml:space="preserve"> </w:t>
      </w:r>
      <w:r w:rsidR="001C48E4" w:rsidRPr="001C48E4">
        <w:rPr>
          <w:rFonts w:ascii="Roboto Condensed" w:hAnsi="Roboto Condensed"/>
          <w:sz w:val="20"/>
          <w:lang w:val="pl-PL"/>
        </w:rPr>
        <w:t>czerwca</w:t>
      </w:r>
      <w:r w:rsidR="00A31005" w:rsidRPr="001C48E4">
        <w:rPr>
          <w:rFonts w:ascii="Roboto Condensed" w:hAnsi="Roboto Condensed"/>
          <w:sz w:val="20"/>
          <w:lang w:val="pl-PL"/>
        </w:rPr>
        <w:t xml:space="preserve"> </w:t>
      </w:r>
      <w:r w:rsidR="001C48E4" w:rsidRPr="001C48E4">
        <w:rPr>
          <w:rFonts w:ascii="Roboto Condensed" w:hAnsi="Roboto Condensed"/>
          <w:sz w:val="20"/>
          <w:lang w:val="pl-PL"/>
        </w:rPr>
        <w:t>1999</w:t>
      </w:r>
      <w:r w:rsidR="00A31005" w:rsidRPr="001C48E4">
        <w:rPr>
          <w:rFonts w:ascii="Roboto Condensed" w:hAnsi="Roboto Condensed"/>
          <w:sz w:val="20"/>
          <w:lang w:val="pl-PL"/>
        </w:rPr>
        <w:t xml:space="preserve"> r.)</w:t>
      </w:r>
    </w:p>
    <w:p w14:paraId="0CAF044D" w14:textId="7C4FD077" w:rsidR="00F55599" w:rsidRPr="007C6439" w:rsidRDefault="00F55599" w:rsidP="00DD7C8F">
      <w:pPr>
        <w:pStyle w:val="Nagwek1"/>
        <w:spacing w:before="240" w:after="60" w:line="240" w:lineRule="auto"/>
        <w:ind w:left="737" w:hanging="567"/>
        <w:rPr>
          <w:rFonts w:ascii="Roboto Condensed" w:hAnsi="Roboto Condensed"/>
          <w:bCs/>
          <w:sz w:val="22"/>
          <w:szCs w:val="22"/>
          <w:lang w:val="pl-PL"/>
        </w:rPr>
      </w:pPr>
      <w:bookmarkStart w:id="12" w:name="_Toc193697351"/>
      <w:bookmarkStart w:id="13" w:name="_Toc206769014"/>
      <w:r w:rsidRPr="007C6439">
        <w:rPr>
          <w:rFonts w:ascii="Roboto Condensed" w:hAnsi="Roboto Condensed"/>
          <w:bCs/>
          <w:sz w:val="22"/>
          <w:szCs w:val="22"/>
          <w:lang w:val="pl-PL"/>
        </w:rPr>
        <w:t>1.2. Podstawa formalno-prawna opracowania</w:t>
      </w:r>
      <w:bookmarkEnd w:id="12"/>
      <w:bookmarkEnd w:id="13"/>
    </w:p>
    <w:p w14:paraId="26F7B001" w14:textId="7BA58E96" w:rsidR="004A27A5" w:rsidRPr="009A175C" w:rsidRDefault="004A27A5" w:rsidP="004A27A5">
      <w:pPr>
        <w:pStyle w:val="Tekstpodstawowy2"/>
        <w:spacing w:before="120" w:after="120" w:line="240" w:lineRule="auto"/>
        <w:ind w:left="170"/>
        <w:rPr>
          <w:rFonts w:ascii="Roboto Condensed" w:hAnsi="Roboto Condensed"/>
          <w:color w:val="EE0000"/>
          <w:sz w:val="20"/>
          <w:lang w:val="pl-PL"/>
        </w:rPr>
      </w:pPr>
      <w:r w:rsidRPr="007C6439">
        <w:rPr>
          <w:rFonts w:ascii="Roboto Condensed" w:hAnsi="Roboto Condensed"/>
          <w:sz w:val="20"/>
          <w:lang w:val="pl-PL"/>
        </w:rPr>
        <w:t>Podstawą prawną sporządzenia planu ogólnego są przepisy ustawy z dnia 27 marca 2003 r. o planowaniu i zagospodarowaniu przestrzennym (Dz. U. z 2024 r. poz. 1130 ze zm.) wraz z przepisami wykonawczymi do ustawy</w:t>
      </w:r>
      <w:r w:rsidR="007C6439" w:rsidRPr="007C6439">
        <w:rPr>
          <w:rFonts w:ascii="Roboto Condensed" w:hAnsi="Roboto Condensed"/>
          <w:sz w:val="20"/>
          <w:lang w:val="pl-PL"/>
        </w:rPr>
        <w:t>,</w:t>
      </w:r>
      <w:r w:rsidRPr="007C6439">
        <w:rPr>
          <w:rFonts w:ascii="Roboto Condensed" w:hAnsi="Roboto Condensed"/>
          <w:sz w:val="20"/>
          <w:lang w:val="pl-PL"/>
        </w:rPr>
        <w:t xml:space="preserve"> w szczególności rozporządzenie Ministra Rozwoju i Technologii z dnia 8 grudnia 2023 r. w sprawie projektu planu ogólnego gminy, dokumentowania prac planistycznych w zakresie tego planu oraz wydawania z niego wypisów i wyrysów (Dz. U. z 2023 r. poz. 2758, ze zmianą z 2024 r. poz. 1775) oraz rozporządzenie Ministra Rozwoju i Technologii z dnia 2 maja 2024 r. w sprawie sposobu wyznaczania obszaru uzupełnienia zabudowy w planie ogólnym gminy (Dz. U. z 2024 r. poz. 729). Ponadto - rozporządzenia Ministra Rozwoju, Pracy i Technologii z dnia 26 października 2020 r. w sprawie zbiorów danych przestrzennych oraz metadanych w zakresie zagospodarowania przestrzennego (Dz. U. z 2020 r. poz. 1916 z </w:t>
      </w:r>
      <w:proofErr w:type="spellStart"/>
      <w:r w:rsidRPr="007C6439">
        <w:rPr>
          <w:rFonts w:ascii="Roboto Condensed" w:hAnsi="Roboto Condensed"/>
          <w:sz w:val="20"/>
          <w:lang w:val="pl-PL"/>
        </w:rPr>
        <w:t>późn</w:t>
      </w:r>
      <w:proofErr w:type="spellEnd"/>
      <w:r w:rsidRPr="007C6439">
        <w:rPr>
          <w:rFonts w:ascii="Roboto Condensed" w:hAnsi="Roboto Condensed"/>
          <w:sz w:val="20"/>
          <w:lang w:val="pl-PL"/>
        </w:rPr>
        <w:t>. zm.).</w:t>
      </w:r>
    </w:p>
    <w:p w14:paraId="04952514" w14:textId="75C833DD" w:rsidR="004A27A5" w:rsidRPr="00DD7C8F" w:rsidRDefault="004A27A5" w:rsidP="00DD7C8F">
      <w:pPr>
        <w:pStyle w:val="Tekstpodstawowy2"/>
        <w:spacing w:before="120" w:after="120" w:line="240" w:lineRule="auto"/>
        <w:ind w:left="170"/>
        <w:rPr>
          <w:rFonts w:ascii="Roboto Condensed" w:hAnsi="Roboto Condensed"/>
          <w:color w:val="EE0000"/>
          <w:sz w:val="20"/>
          <w:lang w:val="pl-PL"/>
        </w:rPr>
      </w:pPr>
      <w:r w:rsidRPr="007C6439">
        <w:rPr>
          <w:rFonts w:ascii="Roboto Condensed" w:hAnsi="Roboto Condensed"/>
          <w:sz w:val="20"/>
          <w:lang w:val="pl-PL"/>
        </w:rPr>
        <w:t xml:space="preserve">Plan ogólny gminy </w:t>
      </w:r>
      <w:r w:rsidR="007C6439" w:rsidRPr="007C6439">
        <w:rPr>
          <w:rFonts w:ascii="Roboto Condensed" w:hAnsi="Roboto Condensed"/>
          <w:sz w:val="20"/>
          <w:lang w:val="pl-PL"/>
        </w:rPr>
        <w:t>Radomsko</w:t>
      </w:r>
      <w:r w:rsidRPr="007C6439">
        <w:rPr>
          <w:rFonts w:ascii="Roboto Condensed" w:hAnsi="Roboto Condensed"/>
          <w:sz w:val="20"/>
          <w:lang w:val="pl-PL"/>
        </w:rPr>
        <w:t>, sporządzono na podstawie uchwały</w:t>
      </w:r>
      <w:r w:rsidR="007C6439" w:rsidRPr="007C6439">
        <w:rPr>
          <w:rFonts w:ascii="Roboto Condensed" w:hAnsi="Roboto Condensed"/>
          <w:sz w:val="20"/>
          <w:lang w:val="pl-PL"/>
        </w:rPr>
        <w:t xml:space="preserve"> Nr IV/28/2024 Rady Gminy Radomsko z dnia 26 czerwca 2024 r. w sprawie przystąpienia do sporządzenia planu ogólnego gminy Radomsko</w:t>
      </w:r>
      <w:r w:rsidRPr="007C6439">
        <w:rPr>
          <w:rFonts w:ascii="Roboto Condensed" w:hAnsi="Roboto Condensed"/>
          <w:sz w:val="20"/>
          <w:lang w:val="pl-PL"/>
        </w:rPr>
        <w:t xml:space="preserve">, w granicach </w:t>
      </w:r>
      <w:r w:rsidR="007C6439" w:rsidRPr="007C6439">
        <w:rPr>
          <w:rFonts w:ascii="Roboto Condensed" w:hAnsi="Roboto Condensed"/>
          <w:sz w:val="20"/>
          <w:lang w:val="pl-PL"/>
        </w:rPr>
        <w:t>ewidencyjnych</w:t>
      </w:r>
      <w:r w:rsidRPr="007C6439">
        <w:rPr>
          <w:rFonts w:ascii="Roboto Condensed" w:hAnsi="Roboto Condensed"/>
          <w:sz w:val="20"/>
          <w:lang w:val="pl-PL"/>
        </w:rPr>
        <w:t xml:space="preserve"> Gminy. </w:t>
      </w:r>
    </w:p>
    <w:p w14:paraId="40C9CAFE" w14:textId="43A7853B" w:rsidR="00F55599" w:rsidRPr="00036C0C" w:rsidRDefault="00F55599" w:rsidP="00DD7C8F">
      <w:pPr>
        <w:pStyle w:val="Nagwek1"/>
        <w:spacing w:before="240" w:after="60" w:line="240" w:lineRule="auto"/>
        <w:ind w:left="737" w:hanging="567"/>
        <w:rPr>
          <w:lang w:val="pl-PL"/>
        </w:rPr>
      </w:pPr>
      <w:bookmarkStart w:id="14" w:name="_Toc193697352"/>
      <w:bookmarkStart w:id="15" w:name="_Toc206769015"/>
      <w:r w:rsidRPr="00036C0C">
        <w:rPr>
          <w:rFonts w:ascii="Roboto Condensed" w:hAnsi="Roboto Condensed"/>
          <w:bCs/>
          <w:sz w:val="22"/>
          <w:szCs w:val="22"/>
          <w:lang w:val="pl-PL"/>
        </w:rPr>
        <w:t>1.3. Materiały źródłowe</w:t>
      </w:r>
      <w:bookmarkEnd w:id="14"/>
      <w:bookmarkEnd w:id="15"/>
    </w:p>
    <w:p w14:paraId="2F6FD1EA" w14:textId="6E81121D" w:rsidR="00F55599" w:rsidRPr="009A175C" w:rsidRDefault="009F1F87" w:rsidP="009F1F87">
      <w:pPr>
        <w:pStyle w:val="Tekstpodstawowy2"/>
        <w:spacing w:before="120" w:line="240" w:lineRule="auto"/>
        <w:ind w:left="170"/>
        <w:rPr>
          <w:color w:val="EE0000"/>
          <w:lang w:val="pl-PL"/>
        </w:rPr>
      </w:pPr>
      <w:r w:rsidRPr="00036C0C">
        <w:rPr>
          <w:rFonts w:ascii="Roboto Condensed" w:hAnsi="Roboto Condensed"/>
          <w:sz w:val="20"/>
          <w:lang w:val="pl-PL"/>
        </w:rPr>
        <w:t xml:space="preserve">Sporządzając </w:t>
      </w:r>
      <w:r w:rsidR="008826AB" w:rsidRPr="00036C0C">
        <w:rPr>
          <w:rFonts w:ascii="Roboto Condensed" w:hAnsi="Roboto Condensed"/>
          <w:sz w:val="20"/>
          <w:lang w:val="pl-PL"/>
        </w:rPr>
        <w:t>projekt</w:t>
      </w:r>
      <w:r w:rsidRPr="00036C0C">
        <w:rPr>
          <w:rFonts w:ascii="Roboto Condensed" w:hAnsi="Roboto Condensed"/>
          <w:sz w:val="20"/>
          <w:lang w:val="pl-PL"/>
        </w:rPr>
        <w:t xml:space="preserve"> planu ogólnego wykorzystano materiały i dokumenty sporządzone na wszystkich szczeblach administracji:</w:t>
      </w:r>
    </w:p>
    <w:p w14:paraId="6D57433E" w14:textId="517E9549" w:rsidR="0072330D" w:rsidRPr="006369F1" w:rsidRDefault="00036C0C" w:rsidP="008636AA">
      <w:pPr>
        <w:pStyle w:val="Tekstpodstawowy2"/>
        <w:numPr>
          <w:ilvl w:val="0"/>
          <w:numId w:val="3"/>
        </w:numPr>
        <w:spacing w:line="240" w:lineRule="auto"/>
        <w:ind w:left="567" w:hanging="227"/>
        <w:rPr>
          <w:rFonts w:ascii="Roboto Condensed" w:hAnsi="Roboto Condensed"/>
          <w:sz w:val="20"/>
          <w:lang w:val="pl-PL"/>
        </w:rPr>
      </w:pPr>
      <w:r w:rsidRPr="006369F1">
        <w:rPr>
          <w:rFonts w:ascii="Roboto Condensed" w:hAnsi="Roboto Condensed"/>
          <w:sz w:val="20"/>
          <w:lang w:val="pl-PL"/>
        </w:rPr>
        <w:t>Plan rozwoju lokalnego Gminy Radomsko na lata 2011 – 2020;</w:t>
      </w:r>
    </w:p>
    <w:p w14:paraId="345F98E8" w14:textId="3E359731" w:rsidR="000738C7" w:rsidRPr="006369F1" w:rsidRDefault="0072330D" w:rsidP="008636AA">
      <w:pPr>
        <w:pStyle w:val="Tekstpodstawowy2"/>
        <w:numPr>
          <w:ilvl w:val="0"/>
          <w:numId w:val="3"/>
        </w:numPr>
        <w:spacing w:line="240" w:lineRule="auto"/>
        <w:ind w:left="567" w:hanging="227"/>
        <w:rPr>
          <w:rFonts w:ascii="Roboto Condensed" w:hAnsi="Roboto Condensed"/>
          <w:sz w:val="20"/>
          <w:lang w:val="pl-PL"/>
        </w:rPr>
      </w:pPr>
      <w:r w:rsidRPr="006369F1">
        <w:rPr>
          <w:rFonts w:ascii="Roboto Condensed" w:hAnsi="Roboto Condensed"/>
          <w:sz w:val="20"/>
          <w:lang w:val="pl-PL"/>
        </w:rPr>
        <w:t>Program Ochrony Środowiska dla Gminy Radomsko na lata 2018-2022;</w:t>
      </w:r>
    </w:p>
    <w:p w14:paraId="689834C0" w14:textId="0AD91551" w:rsidR="00640CFC" w:rsidRPr="006C0882" w:rsidRDefault="00640CFC" w:rsidP="006C0882">
      <w:pPr>
        <w:pStyle w:val="Tekstpodstawowy2"/>
        <w:numPr>
          <w:ilvl w:val="0"/>
          <w:numId w:val="3"/>
        </w:numPr>
        <w:spacing w:line="240" w:lineRule="auto"/>
        <w:ind w:left="567" w:hanging="227"/>
        <w:rPr>
          <w:rFonts w:ascii="Roboto Condensed" w:hAnsi="Roboto Condensed"/>
          <w:sz w:val="20"/>
          <w:lang w:val="pl-PL"/>
        </w:rPr>
      </w:pPr>
      <w:r w:rsidRPr="006369F1">
        <w:rPr>
          <w:rFonts w:ascii="Roboto Condensed" w:hAnsi="Roboto Condensed"/>
          <w:sz w:val="20"/>
          <w:lang w:val="pl-PL"/>
        </w:rPr>
        <w:t xml:space="preserve">Strategia Rozwoju Gminy Radomsko do 2030 roku, </w:t>
      </w:r>
      <w:r w:rsidR="006C0882">
        <w:rPr>
          <w:rFonts w:ascii="Roboto Condensed" w:hAnsi="Roboto Condensed"/>
          <w:sz w:val="20"/>
          <w:lang w:val="pl-PL"/>
        </w:rPr>
        <w:t>(</w:t>
      </w:r>
      <w:r w:rsidR="006C0882" w:rsidRPr="006369F1">
        <w:rPr>
          <w:rFonts w:ascii="Roboto Condensed" w:hAnsi="Roboto Condensed"/>
          <w:sz w:val="20"/>
          <w:lang w:val="pl-PL"/>
        </w:rPr>
        <w:t xml:space="preserve">Uchwała Nr </w:t>
      </w:r>
      <w:r w:rsidR="006C0882">
        <w:rPr>
          <w:rFonts w:ascii="Roboto Condensed" w:hAnsi="Roboto Condensed"/>
          <w:sz w:val="20"/>
          <w:lang w:val="pl-PL"/>
        </w:rPr>
        <w:t>XXXVII</w:t>
      </w:r>
      <w:r w:rsidR="006C0882" w:rsidRPr="006369F1">
        <w:rPr>
          <w:rFonts w:ascii="Roboto Condensed" w:hAnsi="Roboto Condensed"/>
          <w:sz w:val="20"/>
          <w:lang w:val="pl-PL"/>
        </w:rPr>
        <w:t>/</w:t>
      </w:r>
      <w:r w:rsidR="006C0882">
        <w:rPr>
          <w:rFonts w:ascii="Roboto Condensed" w:hAnsi="Roboto Condensed"/>
          <w:sz w:val="20"/>
          <w:lang w:val="pl-PL"/>
        </w:rPr>
        <w:t>226</w:t>
      </w:r>
      <w:r w:rsidR="006C0882" w:rsidRPr="006369F1">
        <w:rPr>
          <w:rFonts w:ascii="Roboto Condensed" w:hAnsi="Roboto Condensed"/>
          <w:sz w:val="20"/>
          <w:lang w:val="pl-PL"/>
        </w:rPr>
        <w:t>/</w:t>
      </w:r>
      <w:r w:rsidR="006C0882">
        <w:rPr>
          <w:rFonts w:ascii="Roboto Condensed" w:hAnsi="Roboto Condensed"/>
          <w:sz w:val="20"/>
          <w:lang w:val="pl-PL"/>
        </w:rPr>
        <w:t>2021</w:t>
      </w:r>
      <w:r w:rsidR="006C0882" w:rsidRPr="006369F1">
        <w:rPr>
          <w:rFonts w:ascii="Roboto Condensed" w:hAnsi="Roboto Condensed"/>
          <w:sz w:val="20"/>
          <w:lang w:val="pl-PL"/>
        </w:rPr>
        <w:t xml:space="preserve"> Rady Gminy Radomsko z dnia </w:t>
      </w:r>
      <w:r w:rsidR="006C0882">
        <w:rPr>
          <w:rFonts w:ascii="Roboto Condensed" w:hAnsi="Roboto Condensed"/>
          <w:sz w:val="20"/>
          <w:lang w:val="pl-PL"/>
        </w:rPr>
        <w:t>27</w:t>
      </w:r>
      <w:r w:rsidR="006C0882" w:rsidRPr="006369F1">
        <w:rPr>
          <w:rFonts w:ascii="Roboto Condensed" w:hAnsi="Roboto Condensed"/>
          <w:sz w:val="20"/>
          <w:lang w:val="pl-PL"/>
        </w:rPr>
        <w:t xml:space="preserve"> </w:t>
      </w:r>
      <w:r w:rsidR="006C0882">
        <w:rPr>
          <w:rFonts w:ascii="Roboto Condensed" w:hAnsi="Roboto Condensed"/>
          <w:sz w:val="20"/>
          <w:lang w:val="pl-PL"/>
        </w:rPr>
        <w:t>grudnia 2021</w:t>
      </w:r>
      <w:r w:rsidR="006C0882" w:rsidRPr="006369F1">
        <w:rPr>
          <w:rFonts w:ascii="Roboto Condensed" w:hAnsi="Roboto Condensed"/>
          <w:sz w:val="20"/>
          <w:lang w:val="pl-PL"/>
        </w:rPr>
        <w:t xml:space="preserve"> r.)</w:t>
      </w:r>
      <w:r w:rsidR="00927700">
        <w:rPr>
          <w:rFonts w:ascii="Roboto Condensed" w:hAnsi="Roboto Condensed"/>
          <w:sz w:val="20"/>
          <w:lang w:val="pl-PL"/>
        </w:rPr>
        <w:t>;</w:t>
      </w:r>
    </w:p>
    <w:p w14:paraId="5279D1D9" w14:textId="45136AB7" w:rsidR="000738C7" w:rsidRPr="006369F1" w:rsidRDefault="0072330D" w:rsidP="008636AA">
      <w:pPr>
        <w:pStyle w:val="Tekstpodstawowy2"/>
        <w:numPr>
          <w:ilvl w:val="0"/>
          <w:numId w:val="3"/>
        </w:numPr>
        <w:spacing w:line="240" w:lineRule="auto"/>
        <w:ind w:left="567" w:hanging="227"/>
        <w:rPr>
          <w:rFonts w:ascii="Roboto Condensed" w:hAnsi="Roboto Condensed"/>
          <w:sz w:val="20"/>
          <w:lang w:val="pl-PL"/>
        </w:rPr>
      </w:pPr>
      <w:r w:rsidRPr="006369F1">
        <w:rPr>
          <w:rFonts w:ascii="Roboto Condensed" w:hAnsi="Roboto Condensed"/>
          <w:sz w:val="20"/>
          <w:lang w:val="pl-PL"/>
        </w:rPr>
        <w:t>Studium uwarunkowań i kierunków zagospodarowania przestrzennego gminy Radomsko (Uchwała Nr IX/34/1999 Rady Gminy Radomsko z dnia 11 czerwca 1999 r.)</w:t>
      </w:r>
      <w:r w:rsidR="00927700">
        <w:rPr>
          <w:rFonts w:ascii="Roboto Condensed" w:hAnsi="Roboto Condensed"/>
          <w:sz w:val="20"/>
          <w:lang w:val="pl-PL"/>
        </w:rPr>
        <w:t>;</w:t>
      </w:r>
    </w:p>
    <w:p w14:paraId="11B46711" w14:textId="6C189E9E" w:rsidR="0072330D" w:rsidRPr="005F10D6" w:rsidRDefault="0072330D" w:rsidP="008636AA">
      <w:pPr>
        <w:pStyle w:val="Tekstpodstawowy2"/>
        <w:numPr>
          <w:ilvl w:val="0"/>
          <w:numId w:val="3"/>
        </w:numPr>
        <w:spacing w:line="240" w:lineRule="auto"/>
        <w:ind w:left="567" w:hanging="227"/>
        <w:rPr>
          <w:rFonts w:ascii="Roboto Condensed" w:hAnsi="Roboto Condensed"/>
          <w:sz w:val="20"/>
          <w:lang w:val="pl-PL"/>
        </w:rPr>
      </w:pPr>
      <w:bookmarkStart w:id="16" w:name="_Hlk202270996"/>
      <w:r w:rsidRPr="005F10D6">
        <w:rPr>
          <w:rFonts w:ascii="Roboto Condensed" w:hAnsi="Roboto Condensed"/>
          <w:sz w:val="20"/>
          <w:lang w:val="pl-PL"/>
        </w:rPr>
        <w:t>Miejscowe plan</w:t>
      </w:r>
      <w:r w:rsidR="00413BE0">
        <w:rPr>
          <w:rFonts w:ascii="Roboto Condensed" w:hAnsi="Roboto Condensed"/>
          <w:sz w:val="20"/>
          <w:lang w:val="pl-PL"/>
        </w:rPr>
        <w:t>y</w:t>
      </w:r>
      <w:r w:rsidRPr="005F10D6">
        <w:rPr>
          <w:rFonts w:ascii="Roboto Condensed" w:hAnsi="Roboto Condensed"/>
          <w:sz w:val="20"/>
          <w:lang w:val="pl-PL"/>
        </w:rPr>
        <w:t xml:space="preserve"> zagospodarowania przestrzennego:</w:t>
      </w:r>
    </w:p>
    <w:bookmarkEnd w:id="16"/>
    <w:p w14:paraId="797A7A34" w14:textId="00250582" w:rsidR="005F10D6" w:rsidRPr="005F10D6" w:rsidRDefault="00C627D6" w:rsidP="008636AA">
      <w:pPr>
        <w:pStyle w:val="Tekstpodstawowy2"/>
        <w:numPr>
          <w:ilvl w:val="1"/>
          <w:numId w:val="3"/>
        </w:numPr>
        <w:spacing w:line="240" w:lineRule="auto"/>
        <w:rPr>
          <w:rFonts w:ascii="Roboto Condensed" w:hAnsi="Roboto Condensed"/>
          <w:sz w:val="20"/>
          <w:lang w:val="pl-PL"/>
        </w:rPr>
      </w:pPr>
      <w:r w:rsidRPr="005F10D6">
        <w:rPr>
          <w:rFonts w:ascii="Roboto Condensed" w:hAnsi="Roboto Condensed"/>
          <w:sz w:val="20"/>
          <w:lang w:val="pl-PL"/>
        </w:rPr>
        <w:t xml:space="preserve">uchwała Nr XVIII/72/96 Rady Gminy Radomsko z dnia 12 lipca 1996 r. w sprawie zmiany fragmentu miejscowego planu ogólnego zagospodarowania przestrzennego gminy Radomsko w jednostce strukturalnej "B"- Strzałków, w sołectwie </w:t>
      </w:r>
      <w:proofErr w:type="spellStart"/>
      <w:r w:rsidRPr="005F10D6">
        <w:rPr>
          <w:rFonts w:ascii="Roboto Condensed" w:hAnsi="Roboto Condensed"/>
          <w:sz w:val="20"/>
          <w:lang w:val="pl-PL"/>
        </w:rPr>
        <w:t>Dziepółć</w:t>
      </w:r>
      <w:proofErr w:type="spellEnd"/>
      <w:r w:rsidRPr="005F10D6">
        <w:rPr>
          <w:rFonts w:ascii="Roboto Condensed" w:hAnsi="Roboto Condensed"/>
          <w:sz w:val="20"/>
          <w:lang w:val="pl-PL"/>
        </w:rPr>
        <w:t>, w miejscowości Amelin</w:t>
      </w:r>
      <w:r w:rsidR="002C5243">
        <w:rPr>
          <w:rFonts w:ascii="Roboto Condensed" w:hAnsi="Roboto Condensed"/>
          <w:sz w:val="20"/>
          <w:lang w:val="pl-PL"/>
        </w:rPr>
        <w:t>,</w:t>
      </w:r>
    </w:p>
    <w:p w14:paraId="670A3A72" w14:textId="5E542E3E" w:rsidR="00C627D6" w:rsidRPr="005F10D6" w:rsidRDefault="00C627D6" w:rsidP="008636AA">
      <w:pPr>
        <w:pStyle w:val="Tekstpodstawowy2"/>
        <w:numPr>
          <w:ilvl w:val="1"/>
          <w:numId w:val="3"/>
        </w:numPr>
        <w:spacing w:line="240" w:lineRule="auto"/>
        <w:rPr>
          <w:rFonts w:ascii="Roboto Condensed" w:hAnsi="Roboto Condensed"/>
          <w:color w:val="EE0000"/>
          <w:sz w:val="20"/>
          <w:lang w:val="pl-PL"/>
        </w:rPr>
      </w:pPr>
      <w:r w:rsidRPr="005F10D6">
        <w:rPr>
          <w:rFonts w:ascii="Roboto Condensed" w:hAnsi="Roboto Condensed"/>
          <w:sz w:val="20"/>
          <w:lang w:val="pl-PL"/>
        </w:rPr>
        <w:t>uchwała Nr XVII/77/200</w:t>
      </w:r>
      <w:r>
        <w:rPr>
          <w:rFonts w:ascii="Roboto Condensed" w:hAnsi="Roboto Condensed"/>
          <w:sz w:val="20"/>
          <w:lang w:val="pl-PL"/>
        </w:rPr>
        <w:t>0</w:t>
      </w:r>
      <w:r w:rsidRPr="00C627D6">
        <w:rPr>
          <w:rFonts w:ascii="Roboto Condensed" w:hAnsi="Roboto Condensed"/>
          <w:sz w:val="20"/>
          <w:lang w:val="pl-PL"/>
        </w:rPr>
        <w:t xml:space="preserve"> Rady Gminy Radomsko z dnia 1</w:t>
      </w:r>
      <w:r w:rsidR="005F10D6">
        <w:rPr>
          <w:rFonts w:ascii="Roboto Condensed" w:hAnsi="Roboto Condensed"/>
          <w:sz w:val="20"/>
          <w:lang w:val="pl-PL"/>
        </w:rPr>
        <w:t>6</w:t>
      </w:r>
      <w:r w:rsidRPr="00C627D6">
        <w:rPr>
          <w:rFonts w:ascii="Roboto Condensed" w:hAnsi="Roboto Condensed"/>
          <w:sz w:val="20"/>
          <w:lang w:val="pl-PL"/>
        </w:rPr>
        <w:t xml:space="preserve"> </w:t>
      </w:r>
      <w:r w:rsidR="005F10D6">
        <w:rPr>
          <w:rFonts w:ascii="Roboto Condensed" w:hAnsi="Roboto Condensed"/>
          <w:sz w:val="20"/>
          <w:lang w:val="pl-PL"/>
        </w:rPr>
        <w:t>czerwca</w:t>
      </w:r>
      <w:r w:rsidRPr="00C627D6">
        <w:rPr>
          <w:rFonts w:ascii="Roboto Condensed" w:hAnsi="Roboto Condensed"/>
          <w:sz w:val="20"/>
          <w:lang w:val="pl-PL"/>
        </w:rPr>
        <w:t xml:space="preserve"> </w:t>
      </w:r>
      <w:r w:rsidR="005F10D6">
        <w:rPr>
          <w:rFonts w:ascii="Roboto Condensed" w:hAnsi="Roboto Condensed"/>
          <w:sz w:val="20"/>
          <w:lang w:val="pl-PL"/>
        </w:rPr>
        <w:t>2000</w:t>
      </w:r>
      <w:r w:rsidRPr="00C627D6">
        <w:rPr>
          <w:rFonts w:ascii="Roboto Condensed" w:hAnsi="Roboto Condensed"/>
          <w:sz w:val="20"/>
          <w:lang w:val="pl-PL"/>
        </w:rPr>
        <w:t xml:space="preserve"> r. w sprawie </w:t>
      </w:r>
      <w:r w:rsidR="005F10D6">
        <w:rPr>
          <w:rFonts w:ascii="Roboto Condensed" w:hAnsi="Roboto Condensed"/>
          <w:sz w:val="20"/>
          <w:lang w:val="pl-PL"/>
        </w:rPr>
        <w:t>zmiany w miejscowym planie ogólnym Gminy Radomsko,</w:t>
      </w:r>
    </w:p>
    <w:p w14:paraId="449FE70B" w14:textId="3B39D50F" w:rsidR="005F10D6" w:rsidRPr="005F10D6" w:rsidRDefault="005F10D6" w:rsidP="008636AA">
      <w:pPr>
        <w:pStyle w:val="Tekstpodstawowy2"/>
        <w:numPr>
          <w:ilvl w:val="1"/>
          <w:numId w:val="3"/>
        </w:numPr>
        <w:spacing w:line="240" w:lineRule="auto"/>
        <w:rPr>
          <w:rFonts w:ascii="Roboto Condensed" w:hAnsi="Roboto Condensed"/>
          <w:color w:val="EE0000"/>
          <w:sz w:val="20"/>
          <w:lang w:val="pl-PL"/>
        </w:rPr>
      </w:pPr>
      <w:r>
        <w:rPr>
          <w:rFonts w:ascii="Roboto Condensed" w:hAnsi="Roboto Condensed"/>
          <w:sz w:val="20"/>
          <w:lang w:val="pl-PL"/>
        </w:rPr>
        <w:lastRenderedPageBreak/>
        <w:t>u</w:t>
      </w:r>
      <w:r w:rsidRPr="005F10D6">
        <w:rPr>
          <w:rFonts w:ascii="Roboto Condensed" w:hAnsi="Roboto Condensed"/>
          <w:sz w:val="20"/>
          <w:lang w:val="pl-PL"/>
        </w:rPr>
        <w:t xml:space="preserve">chwała Nr XXV/177/2017 Rady Gminy Radomsko z dnia 4 sierpnia 2017 r. w sprawie miejscowego planu zagospodarowania przestrzennego w zakresie realizacji inwestycji celu publicznego – budowy linii dwutorowej napowietrzno-kablowej 110 </w:t>
      </w:r>
      <w:proofErr w:type="spellStart"/>
      <w:r w:rsidRPr="005F10D6">
        <w:rPr>
          <w:rFonts w:ascii="Roboto Condensed" w:hAnsi="Roboto Condensed"/>
          <w:sz w:val="20"/>
          <w:lang w:val="pl-PL"/>
        </w:rPr>
        <w:t>kV</w:t>
      </w:r>
      <w:proofErr w:type="spellEnd"/>
      <w:r w:rsidRPr="005F10D6">
        <w:rPr>
          <w:rFonts w:ascii="Roboto Condensed" w:hAnsi="Roboto Condensed"/>
          <w:sz w:val="20"/>
          <w:lang w:val="pl-PL"/>
        </w:rPr>
        <w:t xml:space="preserve"> do zasilenia stacji 110/15 </w:t>
      </w:r>
      <w:proofErr w:type="spellStart"/>
      <w:r w:rsidRPr="005F10D6">
        <w:rPr>
          <w:rFonts w:ascii="Roboto Condensed" w:hAnsi="Roboto Condensed"/>
          <w:sz w:val="20"/>
          <w:lang w:val="pl-PL"/>
        </w:rPr>
        <w:t>kV</w:t>
      </w:r>
      <w:proofErr w:type="spellEnd"/>
      <w:r w:rsidRPr="005F10D6">
        <w:rPr>
          <w:rFonts w:ascii="Roboto Condensed" w:hAnsi="Roboto Condensed"/>
          <w:sz w:val="20"/>
          <w:lang w:val="pl-PL"/>
        </w:rPr>
        <w:t xml:space="preserve"> Radomsko Południe,</w:t>
      </w:r>
    </w:p>
    <w:p w14:paraId="75D91C0A" w14:textId="65FE79C2" w:rsidR="005F10D6" w:rsidRPr="005F10D6" w:rsidRDefault="005F10D6" w:rsidP="008636AA">
      <w:pPr>
        <w:pStyle w:val="Tekstpodstawowy2"/>
        <w:numPr>
          <w:ilvl w:val="1"/>
          <w:numId w:val="3"/>
        </w:numPr>
        <w:spacing w:line="240" w:lineRule="auto"/>
        <w:rPr>
          <w:rFonts w:ascii="Roboto Condensed" w:hAnsi="Roboto Condensed"/>
          <w:sz w:val="20"/>
          <w:lang w:val="pl-PL"/>
        </w:rPr>
      </w:pPr>
      <w:r>
        <w:rPr>
          <w:rFonts w:ascii="Roboto Condensed" w:hAnsi="Roboto Condensed"/>
          <w:sz w:val="20"/>
          <w:lang w:val="pl-PL"/>
        </w:rPr>
        <w:t>u</w:t>
      </w:r>
      <w:r w:rsidRPr="005F10D6">
        <w:rPr>
          <w:rFonts w:ascii="Roboto Condensed" w:hAnsi="Roboto Condensed"/>
          <w:sz w:val="20"/>
          <w:lang w:val="pl-PL"/>
        </w:rPr>
        <w:t>chwała Nr XLV/283/2022 Rady Gminy Radomsko z dnia 12 grudnia 2022 r. w sprawie uchwalenia miejscowego planu zagospodarowania przestrzennego terenu w rejonie ulicy Broniewskiego w miejscowości Strzałków w gminie Radomsko,</w:t>
      </w:r>
    </w:p>
    <w:p w14:paraId="57388424" w14:textId="44E3E51B" w:rsidR="00464DA7" w:rsidRPr="005F10D6" w:rsidRDefault="00464DA7" w:rsidP="008636AA">
      <w:pPr>
        <w:pStyle w:val="Tekstpodstawowy2"/>
        <w:numPr>
          <w:ilvl w:val="0"/>
          <w:numId w:val="3"/>
        </w:numPr>
        <w:spacing w:line="240" w:lineRule="auto"/>
        <w:ind w:left="567" w:hanging="227"/>
        <w:rPr>
          <w:rFonts w:ascii="Roboto Condensed" w:hAnsi="Roboto Condensed"/>
          <w:sz w:val="20"/>
          <w:lang w:val="pl-PL"/>
        </w:rPr>
      </w:pPr>
      <w:r w:rsidRPr="005F10D6">
        <w:rPr>
          <w:rFonts w:ascii="Roboto Condensed" w:hAnsi="Roboto Condensed"/>
          <w:sz w:val="20"/>
          <w:lang w:val="pl-PL"/>
        </w:rPr>
        <w:t>Gminna Ewidencja Zabytków</w:t>
      </w:r>
      <w:r w:rsidR="00550DEA" w:rsidRPr="005F10D6">
        <w:rPr>
          <w:rFonts w:ascii="Roboto Condensed" w:hAnsi="Roboto Condensed"/>
          <w:sz w:val="20"/>
          <w:lang w:val="pl-PL"/>
        </w:rPr>
        <w:t>;</w:t>
      </w:r>
    </w:p>
    <w:p w14:paraId="046905BB" w14:textId="525A69B6" w:rsidR="00B55DF0" w:rsidRPr="004A30F8" w:rsidRDefault="00D902EA" w:rsidP="008636AA">
      <w:pPr>
        <w:pStyle w:val="Tekstpodstawowy2"/>
        <w:numPr>
          <w:ilvl w:val="0"/>
          <w:numId w:val="3"/>
        </w:numPr>
        <w:spacing w:line="240" w:lineRule="auto"/>
        <w:ind w:left="567" w:hanging="227"/>
        <w:rPr>
          <w:rFonts w:ascii="Roboto Condensed" w:hAnsi="Roboto Condensed"/>
          <w:sz w:val="20"/>
          <w:lang w:val="pl-PL"/>
        </w:rPr>
      </w:pPr>
      <w:r w:rsidRPr="005F10D6">
        <w:rPr>
          <w:rFonts w:ascii="Roboto Condensed" w:hAnsi="Roboto Condensed"/>
          <w:sz w:val="20"/>
          <w:lang w:val="pl-PL"/>
        </w:rPr>
        <w:t>Gminny Program Opieki nad Zabytkami Gminy Radomsko na lata 2023 – 2026;</w:t>
      </w:r>
    </w:p>
    <w:p w14:paraId="06BC08C1" w14:textId="71964BC6" w:rsidR="00C627D6" w:rsidRPr="005F10D6" w:rsidRDefault="00C627D6" w:rsidP="008636AA">
      <w:pPr>
        <w:pStyle w:val="Tekstpodstawowy2"/>
        <w:numPr>
          <w:ilvl w:val="0"/>
          <w:numId w:val="3"/>
        </w:numPr>
        <w:spacing w:line="240" w:lineRule="auto"/>
        <w:ind w:left="567" w:hanging="227"/>
        <w:rPr>
          <w:rFonts w:ascii="Roboto Condensed" w:hAnsi="Roboto Condensed"/>
          <w:sz w:val="20"/>
          <w:lang w:val="pl-PL"/>
        </w:rPr>
      </w:pPr>
      <w:r w:rsidRPr="005F10D6">
        <w:rPr>
          <w:rFonts w:ascii="Roboto Condensed" w:hAnsi="Roboto Condensed"/>
          <w:sz w:val="20"/>
          <w:lang w:val="pl-PL"/>
        </w:rPr>
        <w:t>Uchwała Rady Gminy Radomsko w sprawie wyznaczenia obszaru zdegradowanego i obszaru rewitalizacji Gminy Radomsko (NR VIII/47/2024 z dnia 3 grudnia 2024 r.)</w:t>
      </w:r>
      <w:r w:rsidR="00927700">
        <w:rPr>
          <w:rFonts w:ascii="Roboto Condensed" w:hAnsi="Roboto Condensed"/>
          <w:sz w:val="20"/>
          <w:lang w:val="pl-PL"/>
        </w:rPr>
        <w:t>;</w:t>
      </w:r>
    </w:p>
    <w:p w14:paraId="655F0C1C" w14:textId="4E933529" w:rsidR="00D573B9" w:rsidRPr="00715FEE" w:rsidRDefault="00D902EA" w:rsidP="008636AA">
      <w:pPr>
        <w:pStyle w:val="Tekstpodstawowy2"/>
        <w:numPr>
          <w:ilvl w:val="0"/>
          <w:numId w:val="3"/>
        </w:numPr>
        <w:spacing w:line="240" w:lineRule="auto"/>
        <w:ind w:left="567" w:hanging="227"/>
        <w:rPr>
          <w:rFonts w:ascii="Roboto Condensed" w:hAnsi="Roboto Condensed"/>
          <w:sz w:val="20"/>
          <w:lang w:val="pl-PL"/>
        </w:rPr>
      </w:pPr>
      <w:r w:rsidRPr="005F10D6">
        <w:rPr>
          <w:rFonts w:ascii="Roboto Condensed" w:hAnsi="Roboto Condensed"/>
          <w:sz w:val="20"/>
          <w:lang w:val="pl-PL"/>
        </w:rPr>
        <w:t>Plan Gospodarki Niskoemisyjnej 2018;</w:t>
      </w:r>
    </w:p>
    <w:p w14:paraId="1169F684" w14:textId="2E788052" w:rsidR="00550DEA" w:rsidRPr="005F10D6" w:rsidRDefault="00894CE0" w:rsidP="008636AA">
      <w:pPr>
        <w:pStyle w:val="Tekstpodstawowy2"/>
        <w:numPr>
          <w:ilvl w:val="0"/>
          <w:numId w:val="3"/>
        </w:numPr>
        <w:spacing w:line="240" w:lineRule="auto"/>
        <w:ind w:left="567" w:hanging="227"/>
        <w:rPr>
          <w:rFonts w:ascii="Roboto Condensed" w:hAnsi="Roboto Condensed"/>
          <w:sz w:val="20"/>
          <w:lang w:val="pl-PL"/>
        </w:rPr>
      </w:pPr>
      <w:r w:rsidRPr="005F10D6">
        <w:rPr>
          <w:rFonts w:ascii="Roboto Condensed" w:hAnsi="Roboto Condensed"/>
          <w:sz w:val="20"/>
          <w:lang w:val="pl-PL"/>
        </w:rPr>
        <w:t>Raport o stanie gminy za 202</w:t>
      </w:r>
      <w:r w:rsidR="00640CFC" w:rsidRPr="005F10D6">
        <w:rPr>
          <w:rFonts w:ascii="Roboto Condensed" w:hAnsi="Roboto Condensed"/>
          <w:sz w:val="20"/>
          <w:lang w:val="pl-PL"/>
        </w:rPr>
        <w:t>4</w:t>
      </w:r>
      <w:r w:rsidRPr="005F10D6">
        <w:rPr>
          <w:rFonts w:ascii="Roboto Condensed" w:hAnsi="Roboto Condensed"/>
          <w:sz w:val="20"/>
          <w:lang w:val="pl-PL"/>
        </w:rPr>
        <w:t xml:space="preserve"> rok;</w:t>
      </w:r>
    </w:p>
    <w:p w14:paraId="08F829A2" w14:textId="1396CD2B" w:rsidR="00A03FEF" w:rsidRPr="005F10D6" w:rsidRDefault="006369F1" w:rsidP="008636AA">
      <w:pPr>
        <w:pStyle w:val="Tekstpodstawowy2"/>
        <w:numPr>
          <w:ilvl w:val="0"/>
          <w:numId w:val="3"/>
        </w:numPr>
        <w:spacing w:line="240" w:lineRule="auto"/>
        <w:ind w:left="567" w:hanging="227"/>
        <w:rPr>
          <w:rFonts w:ascii="Roboto Condensed" w:hAnsi="Roboto Condensed"/>
          <w:sz w:val="20"/>
          <w:lang w:val="pl-PL"/>
        </w:rPr>
      </w:pPr>
      <w:r w:rsidRPr="005F10D6">
        <w:rPr>
          <w:rFonts w:ascii="Roboto Condensed" w:hAnsi="Roboto Condensed"/>
          <w:sz w:val="20"/>
          <w:lang w:val="pl-PL"/>
        </w:rPr>
        <w:t>Strategia Rozwoju Powiatu Radomszczańskiego do roku 2030;</w:t>
      </w:r>
    </w:p>
    <w:p w14:paraId="4236402C" w14:textId="5DBF24EB" w:rsidR="00A03FEF" w:rsidRPr="005F10D6" w:rsidRDefault="0070072E" w:rsidP="008636AA">
      <w:pPr>
        <w:pStyle w:val="Tekstpodstawowy2"/>
        <w:numPr>
          <w:ilvl w:val="0"/>
          <w:numId w:val="3"/>
        </w:numPr>
        <w:spacing w:line="240" w:lineRule="auto"/>
        <w:ind w:left="567" w:hanging="227"/>
        <w:rPr>
          <w:rFonts w:ascii="Roboto Condensed" w:hAnsi="Roboto Condensed"/>
          <w:sz w:val="20"/>
          <w:lang w:val="pl-PL"/>
        </w:rPr>
      </w:pPr>
      <w:r w:rsidRPr="005F10D6">
        <w:rPr>
          <w:rFonts w:ascii="Roboto Condensed" w:hAnsi="Roboto Condensed"/>
          <w:sz w:val="20"/>
          <w:lang w:val="pl-PL"/>
        </w:rPr>
        <w:t>Raport o stanie Powiatu Radomszczańskiego za 2024 rok;</w:t>
      </w:r>
    </w:p>
    <w:p w14:paraId="5320037D" w14:textId="0409881B" w:rsidR="000738C7" w:rsidRPr="005F10D6" w:rsidRDefault="00A03FEF" w:rsidP="008636AA">
      <w:pPr>
        <w:pStyle w:val="Tekstpodstawowy2"/>
        <w:numPr>
          <w:ilvl w:val="0"/>
          <w:numId w:val="3"/>
        </w:numPr>
        <w:spacing w:line="240" w:lineRule="auto"/>
        <w:ind w:left="567" w:hanging="227"/>
        <w:rPr>
          <w:rFonts w:ascii="Roboto Condensed" w:hAnsi="Roboto Condensed"/>
          <w:sz w:val="20"/>
          <w:lang w:val="pl-PL"/>
        </w:rPr>
      </w:pPr>
      <w:r w:rsidRPr="005F10D6">
        <w:rPr>
          <w:rFonts w:ascii="Roboto Condensed" w:hAnsi="Roboto Condensed"/>
          <w:sz w:val="20"/>
          <w:lang w:val="pl-PL"/>
        </w:rPr>
        <w:t>Program Ochrony Środowiska dla Powiatu Radomszczańskiego na lata 2023 – 2025 z uwzględnieniem perspektywy do 2030 roku;</w:t>
      </w:r>
    </w:p>
    <w:p w14:paraId="6F59710F" w14:textId="2DE5D0E9" w:rsidR="0070072E" w:rsidRPr="005F10D6" w:rsidRDefault="0070072E" w:rsidP="008636AA">
      <w:pPr>
        <w:pStyle w:val="Tekstpodstawowy2"/>
        <w:numPr>
          <w:ilvl w:val="0"/>
          <w:numId w:val="3"/>
        </w:numPr>
        <w:spacing w:line="240" w:lineRule="auto"/>
        <w:ind w:left="567" w:hanging="227"/>
        <w:rPr>
          <w:rFonts w:ascii="Roboto Condensed" w:hAnsi="Roboto Condensed"/>
          <w:sz w:val="20"/>
          <w:lang w:val="pl-PL"/>
        </w:rPr>
      </w:pPr>
      <w:r w:rsidRPr="005F10D6">
        <w:rPr>
          <w:rFonts w:ascii="Roboto Condensed" w:hAnsi="Roboto Condensed"/>
          <w:sz w:val="20"/>
          <w:lang w:val="pl-PL"/>
        </w:rPr>
        <w:t>Plan Urządzenia Lasu dla Nadleśnictwa Radomsko Obręb: Radomsko na okres 1 stycznia 2017 r. do 31 grudnia 2026 r.</w:t>
      </w:r>
      <w:r w:rsidR="00927700">
        <w:rPr>
          <w:rFonts w:ascii="Roboto Condensed" w:hAnsi="Roboto Condensed"/>
          <w:sz w:val="20"/>
          <w:lang w:val="pl-PL"/>
        </w:rPr>
        <w:t>;</w:t>
      </w:r>
    </w:p>
    <w:p w14:paraId="4B41033A" w14:textId="2C542630" w:rsidR="00C5263A" w:rsidRPr="00C627D6" w:rsidRDefault="0070072E" w:rsidP="008636AA">
      <w:pPr>
        <w:pStyle w:val="Tekstpodstawowy2"/>
        <w:numPr>
          <w:ilvl w:val="0"/>
          <w:numId w:val="3"/>
        </w:numPr>
        <w:spacing w:line="240" w:lineRule="auto"/>
        <w:ind w:left="567" w:hanging="227"/>
        <w:rPr>
          <w:rFonts w:ascii="Roboto Condensed" w:hAnsi="Roboto Condensed"/>
          <w:sz w:val="20"/>
          <w:lang w:val="pl-PL"/>
        </w:rPr>
      </w:pPr>
      <w:r w:rsidRPr="005F10D6">
        <w:rPr>
          <w:rFonts w:ascii="Roboto Condensed" w:hAnsi="Roboto Condensed"/>
          <w:sz w:val="20"/>
          <w:lang w:val="pl-PL"/>
        </w:rPr>
        <w:t>Plan Urządzenia</w:t>
      </w:r>
      <w:r w:rsidRPr="0070072E">
        <w:rPr>
          <w:rFonts w:ascii="Roboto Condensed" w:hAnsi="Roboto Condensed"/>
          <w:sz w:val="20"/>
          <w:lang w:val="pl-PL"/>
        </w:rPr>
        <w:t xml:space="preserve"> Lasu dla Nadleśnictw</w:t>
      </w:r>
      <w:r w:rsidRPr="00C627D6">
        <w:rPr>
          <w:rFonts w:ascii="Roboto Condensed" w:hAnsi="Roboto Condensed"/>
          <w:sz w:val="20"/>
          <w:lang w:val="pl-PL"/>
        </w:rPr>
        <w:t>a Gidle Obręby: Dąbrowa Zielona, Gidle, Kruszyna na okres od 1 stycznia 2018 r. do 31 grudnia 2027 r.</w:t>
      </w:r>
      <w:r w:rsidR="00927700">
        <w:rPr>
          <w:rFonts w:ascii="Roboto Condensed" w:hAnsi="Roboto Condensed"/>
          <w:sz w:val="20"/>
          <w:lang w:val="pl-PL"/>
        </w:rPr>
        <w:t>;</w:t>
      </w:r>
    </w:p>
    <w:p w14:paraId="5B14CBE0" w14:textId="62F56C74" w:rsidR="00E96C54" w:rsidRPr="00E96C54" w:rsidRDefault="00D70F4A" w:rsidP="008636AA">
      <w:pPr>
        <w:pStyle w:val="Tekstpodstawowy2"/>
        <w:numPr>
          <w:ilvl w:val="0"/>
          <w:numId w:val="3"/>
        </w:numPr>
        <w:spacing w:line="240" w:lineRule="auto"/>
        <w:ind w:left="567" w:hanging="227"/>
        <w:rPr>
          <w:rFonts w:ascii="Roboto Condensed" w:hAnsi="Roboto Condensed"/>
          <w:sz w:val="20"/>
          <w:lang w:val="pl-PL"/>
        </w:rPr>
      </w:pPr>
      <w:r w:rsidRPr="00C627D6">
        <w:rPr>
          <w:rFonts w:ascii="Roboto Condensed" w:hAnsi="Roboto Condensed"/>
          <w:sz w:val="20"/>
          <w:lang w:val="pl-PL"/>
        </w:rPr>
        <w:t xml:space="preserve">Plan zagospodarowania przestrzennego województwa </w:t>
      </w:r>
      <w:r w:rsidR="00C627D6" w:rsidRPr="00C627D6">
        <w:rPr>
          <w:rFonts w:ascii="Roboto Condensed" w:hAnsi="Roboto Condensed"/>
          <w:sz w:val="20"/>
          <w:lang w:val="pl-PL"/>
        </w:rPr>
        <w:t xml:space="preserve">Łódzkiego – Łódzkie </w:t>
      </w:r>
      <w:r w:rsidRPr="00C627D6">
        <w:rPr>
          <w:rFonts w:ascii="Roboto Condensed" w:hAnsi="Roboto Condensed"/>
          <w:sz w:val="20"/>
          <w:lang w:val="pl-PL"/>
        </w:rPr>
        <w:t xml:space="preserve"> 2030</w:t>
      </w:r>
      <w:r w:rsidR="00C627D6" w:rsidRPr="00C627D6">
        <w:rPr>
          <w:rFonts w:ascii="Roboto Condensed" w:hAnsi="Roboto Condensed"/>
          <w:sz w:val="20"/>
          <w:lang w:val="pl-PL"/>
        </w:rPr>
        <w:t>+</w:t>
      </w:r>
      <w:r w:rsidRPr="00C627D6">
        <w:rPr>
          <w:rFonts w:ascii="Roboto Condensed" w:hAnsi="Roboto Condensed"/>
          <w:sz w:val="20"/>
          <w:lang w:val="pl-PL"/>
        </w:rPr>
        <w:t xml:space="preserve"> (Uchwała Nr </w:t>
      </w:r>
      <w:r w:rsidR="00C627D6" w:rsidRPr="00C627D6">
        <w:rPr>
          <w:rFonts w:ascii="Roboto Condensed" w:hAnsi="Roboto Condensed"/>
          <w:sz w:val="20"/>
          <w:lang w:val="pl-PL"/>
        </w:rPr>
        <w:t>LV/679/18</w:t>
      </w:r>
      <w:r w:rsidRPr="00C627D6">
        <w:rPr>
          <w:rFonts w:ascii="Roboto Condensed" w:hAnsi="Roboto Condensed"/>
          <w:sz w:val="20"/>
          <w:lang w:val="pl-PL"/>
        </w:rPr>
        <w:t xml:space="preserve"> sejmiku województwa </w:t>
      </w:r>
      <w:r w:rsidR="00C627D6" w:rsidRPr="00C627D6">
        <w:rPr>
          <w:rFonts w:ascii="Roboto Condensed" w:hAnsi="Roboto Condensed"/>
          <w:sz w:val="20"/>
          <w:lang w:val="pl-PL"/>
        </w:rPr>
        <w:t>łódzkiego</w:t>
      </w:r>
      <w:r w:rsidRPr="00C627D6">
        <w:rPr>
          <w:rFonts w:ascii="Roboto Condensed" w:hAnsi="Roboto Condensed"/>
          <w:sz w:val="20"/>
          <w:lang w:val="pl-PL"/>
        </w:rPr>
        <w:t xml:space="preserve"> z dnia 2</w:t>
      </w:r>
      <w:r w:rsidR="00C627D6" w:rsidRPr="00C627D6">
        <w:rPr>
          <w:rFonts w:ascii="Roboto Condensed" w:hAnsi="Roboto Condensed"/>
          <w:sz w:val="20"/>
          <w:lang w:val="pl-PL"/>
        </w:rPr>
        <w:t>8</w:t>
      </w:r>
      <w:r w:rsidRPr="00C627D6">
        <w:rPr>
          <w:rFonts w:ascii="Roboto Condensed" w:hAnsi="Roboto Condensed"/>
          <w:sz w:val="20"/>
          <w:lang w:val="pl-PL"/>
        </w:rPr>
        <w:t xml:space="preserve"> sierpnia 20</w:t>
      </w:r>
      <w:r w:rsidR="00C627D6" w:rsidRPr="00C627D6">
        <w:rPr>
          <w:rFonts w:ascii="Roboto Condensed" w:hAnsi="Roboto Condensed"/>
          <w:sz w:val="20"/>
          <w:lang w:val="pl-PL"/>
        </w:rPr>
        <w:t>18</w:t>
      </w:r>
      <w:r w:rsidRPr="00C627D6">
        <w:rPr>
          <w:rFonts w:ascii="Roboto Condensed" w:hAnsi="Roboto Condensed"/>
          <w:sz w:val="20"/>
          <w:lang w:val="pl-PL"/>
        </w:rPr>
        <w:t xml:space="preserve"> r.)</w:t>
      </w:r>
      <w:r w:rsidR="00D73BC3">
        <w:rPr>
          <w:rFonts w:ascii="Roboto Condensed" w:hAnsi="Roboto Condensed"/>
          <w:sz w:val="20"/>
          <w:lang w:val="pl-PL"/>
        </w:rPr>
        <w:t>;</w:t>
      </w:r>
    </w:p>
    <w:p w14:paraId="7A975C62" w14:textId="7C4E8FA7" w:rsidR="00E96C54" w:rsidRPr="005D7B3F" w:rsidRDefault="001815FE" w:rsidP="008636AA">
      <w:pPr>
        <w:pStyle w:val="Tekstpodstawowy2"/>
        <w:numPr>
          <w:ilvl w:val="0"/>
          <w:numId w:val="3"/>
        </w:numPr>
        <w:spacing w:line="240" w:lineRule="auto"/>
        <w:ind w:left="567" w:hanging="227"/>
        <w:rPr>
          <w:rFonts w:ascii="Roboto Condensed" w:hAnsi="Roboto Condensed"/>
          <w:sz w:val="20"/>
          <w:lang w:val="pl-PL"/>
        </w:rPr>
      </w:pPr>
      <w:r w:rsidRPr="005D7B3F">
        <w:rPr>
          <w:rFonts w:ascii="Roboto Condensed" w:hAnsi="Roboto Condensed"/>
          <w:sz w:val="20"/>
          <w:lang w:val="pl-PL"/>
        </w:rPr>
        <w:t>Strategia Rozwoju Województwa Łódzkiego 2030</w:t>
      </w:r>
      <w:r w:rsidR="00500AEB" w:rsidRPr="005D7B3F">
        <w:rPr>
          <w:rFonts w:ascii="Roboto Condensed" w:hAnsi="Roboto Condensed"/>
          <w:sz w:val="20"/>
          <w:lang w:val="pl-PL"/>
        </w:rPr>
        <w:t xml:space="preserve"> (Uchwała Nr XXXI/414/21 Sejmiku Województwa Łódzkiego z dnia 6 maja 2021 r.)</w:t>
      </w:r>
      <w:r w:rsidR="00D73BC3">
        <w:rPr>
          <w:rFonts w:ascii="Roboto Condensed" w:hAnsi="Roboto Condensed"/>
          <w:sz w:val="20"/>
          <w:lang w:val="pl-PL"/>
        </w:rPr>
        <w:t>;</w:t>
      </w:r>
    </w:p>
    <w:p w14:paraId="7C70583D" w14:textId="6CEA00FC" w:rsidR="00500AEB" w:rsidRPr="005D7B3F" w:rsidRDefault="005D7B3F" w:rsidP="008636AA">
      <w:pPr>
        <w:pStyle w:val="Tekstpodstawowy2"/>
        <w:numPr>
          <w:ilvl w:val="0"/>
          <w:numId w:val="3"/>
        </w:numPr>
        <w:spacing w:line="240" w:lineRule="auto"/>
        <w:ind w:left="567" w:hanging="227"/>
        <w:rPr>
          <w:rFonts w:ascii="Roboto Condensed" w:hAnsi="Roboto Condensed"/>
          <w:sz w:val="20"/>
          <w:lang w:val="pl-PL"/>
        </w:rPr>
      </w:pPr>
      <w:r w:rsidRPr="005D7B3F">
        <w:rPr>
          <w:rFonts w:ascii="Roboto Condensed" w:hAnsi="Roboto Condensed"/>
          <w:sz w:val="20"/>
          <w:lang w:val="pl-PL"/>
        </w:rPr>
        <w:t xml:space="preserve">Projekt: </w:t>
      </w:r>
      <w:r w:rsidR="00500AEB" w:rsidRPr="005D7B3F">
        <w:rPr>
          <w:rFonts w:ascii="Roboto Condensed" w:hAnsi="Roboto Condensed"/>
          <w:sz w:val="20"/>
          <w:lang w:val="pl-PL"/>
        </w:rPr>
        <w:t xml:space="preserve">Strategia Rozwoju Województwa Łódzkiego 2030 aktualizacja (Uchwała Nr </w:t>
      </w:r>
      <w:r w:rsidRPr="005D7B3F">
        <w:rPr>
          <w:rFonts w:ascii="Roboto Condensed" w:hAnsi="Roboto Condensed"/>
          <w:sz w:val="20"/>
          <w:lang w:val="pl-PL"/>
        </w:rPr>
        <w:t>359/25 Zarządu Województwa Łódzkiego z dnia 25 marca 2025 r.</w:t>
      </w:r>
      <w:r w:rsidR="00500AEB" w:rsidRPr="005D7B3F">
        <w:rPr>
          <w:rFonts w:ascii="Roboto Condensed" w:hAnsi="Roboto Condensed"/>
          <w:sz w:val="20"/>
          <w:lang w:val="pl-PL"/>
        </w:rPr>
        <w:t>)</w:t>
      </w:r>
      <w:r w:rsidR="00D73BC3">
        <w:rPr>
          <w:rFonts w:ascii="Roboto Condensed" w:hAnsi="Roboto Condensed"/>
          <w:sz w:val="20"/>
          <w:lang w:val="pl-PL"/>
        </w:rPr>
        <w:t>;</w:t>
      </w:r>
    </w:p>
    <w:p w14:paraId="5723FCCF" w14:textId="09F0ED7C" w:rsidR="00C627D6" w:rsidRDefault="00C627D6" w:rsidP="008636AA">
      <w:pPr>
        <w:pStyle w:val="Tekstpodstawowy2"/>
        <w:numPr>
          <w:ilvl w:val="0"/>
          <w:numId w:val="3"/>
        </w:numPr>
        <w:spacing w:line="240" w:lineRule="auto"/>
        <w:ind w:left="567" w:hanging="227"/>
        <w:rPr>
          <w:rFonts w:ascii="Roboto Condensed" w:hAnsi="Roboto Condensed"/>
          <w:sz w:val="20"/>
          <w:lang w:val="pl-PL"/>
        </w:rPr>
      </w:pPr>
      <w:r w:rsidRPr="00C627D6">
        <w:rPr>
          <w:rFonts w:ascii="Roboto Condensed" w:hAnsi="Roboto Condensed"/>
          <w:sz w:val="20"/>
          <w:lang w:val="pl-PL"/>
        </w:rPr>
        <w:t>Audyt krajobrazowy Województwa Łódzkiego 2025;</w:t>
      </w:r>
    </w:p>
    <w:p w14:paraId="2EC1144D" w14:textId="6834C58C" w:rsidR="00E96C54" w:rsidRPr="00E96C54" w:rsidRDefault="00E96C54" w:rsidP="008636AA">
      <w:pPr>
        <w:pStyle w:val="Tekstpodstawowy2"/>
        <w:numPr>
          <w:ilvl w:val="0"/>
          <w:numId w:val="3"/>
        </w:numPr>
        <w:spacing w:line="240" w:lineRule="auto"/>
        <w:ind w:left="567" w:hanging="227"/>
        <w:rPr>
          <w:rFonts w:ascii="Roboto Condensed" w:hAnsi="Roboto Condensed"/>
          <w:sz w:val="20"/>
          <w:lang w:val="pl-PL"/>
        </w:rPr>
      </w:pPr>
      <w:r w:rsidRPr="00E96C54">
        <w:rPr>
          <w:rFonts w:ascii="Roboto Condensed" w:hAnsi="Roboto Condensed"/>
          <w:sz w:val="20"/>
          <w:lang w:val="pl-PL"/>
        </w:rPr>
        <w:t>Programu ochrony środowiska województwa łódzkiego na lata 2025-2028 z perspektywą do 2032</w:t>
      </w:r>
      <w:r>
        <w:rPr>
          <w:rFonts w:ascii="Roboto Condensed" w:hAnsi="Roboto Condensed"/>
          <w:sz w:val="20"/>
          <w:lang w:val="pl-PL"/>
        </w:rPr>
        <w:t xml:space="preserve">, </w:t>
      </w:r>
      <w:r w:rsidRPr="00B55DF0">
        <w:rPr>
          <w:rFonts w:ascii="Roboto Condensed" w:hAnsi="Roboto Condensed"/>
          <w:sz w:val="20"/>
          <w:lang w:val="pl-PL"/>
        </w:rPr>
        <w:t xml:space="preserve">(Uchwała </w:t>
      </w:r>
      <w:r w:rsidR="00C42999" w:rsidRPr="00C42999">
        <w:rPr>
          <w:rFonts w:ascii="Roboto Condensed" w:hAnsi="Roboto Condensed"/>
          <w:sz w:val="20"/>
          <w:lang w:val="pl-PL"/>
        </w:rPr>
        <w:t>XIII/160/25</w:t>
      </w:r>
      <w:r w:rsidRPr="00B55DF0">
        <w:rPr>
          <w:rFonts w:ascii="Roboto Condensed" w:hAnsi="Roboto Condensed"/>
          <w:sz w:val="20"/>
          <w:lang w:val="pl-PL"/>
        </w:rPr>
        <w:t xml:space="preserve"> Sejmiku Województwa Łódzkiego z dnia </w:t>
      </w:r>
      <w:r w:rsidR="00C42999" w:rsidRPr="00C42999">
        <w:rPr>
          <w:rFonts w:ascii="Roboto Condensed" w:hAnsi="Roboto Condensed"/>
          <w:sz w:val="20"/>
          <w:lang w:val="pl-PL"/>
        </w:rPr>
        <w:t xml:space="preserve"> 15 kwietnia 2025 r</w:t>
      </w:r>
      <w:r w:rsidR="00C42999">
        <w:rPr>
          <w:rFonts w:ascii="Roboto Condensed" w:hAnsi="Roboto Condensed"/>
          <w:sz w:val="20"/>
          <w:lang w:val="pl-PL"/>
        </w:rPr>
        <w:t>.</w:t>
      </w:r>
      <w:r w:rsidRPr="00B55DF0">
        <w:rPr>
          <w:rFonts w:ascii="Roboto Condensed" w:hAnsi="Roboto Condensed"/>
          <w:sz w:val="20"/>
          <w:lang w:val="pl-PL"/>
        </w:rPr>
        <w:t>)</w:t>
      </w:r>
      <w:r w:rsidR="00D73BC3">
        <w:rPr>
          <w:rFonts w:ascii="Roboto Condensed" w:hAnsi="Roboto Condensed"/>
          <w:sz w:val="20"/>
          <w:lang w:val="pl-PL"/>
        </w:rPr>
        <w:t>;</w:t>
      </w:r>
    </w:p>
    <w:p w14:paraId="3D0CA0ED" w14:textId="2C329B04" w:rsidR="001815FE" w:rsidRPr="001815FE" w:rsidRDefault="001815FE" w:rsidP="008636AA">
      <w:pPr>
        <w:pStyle w:val="Tekstpodstawowy2"/>
        <w:numPr>
          <w:ilvl w:val="0"/>
          <w:numId w:val="3"/>
        </w:numPr>
        <w:spacing w:line="240" w:lineRule="auto"/>
        <w:ind w:left="567" w:hanging="227"/>
        <w:rPr>
          <w:rFonts w:ascii="Roboto Condensed" w:hAnsi="Roboto Condensed"/>
          <w:sz w:val="20"/>
          <w:lang w:val="pl-PL"/>
        </w:rPr>
      </w:pPr>
      <w:r w:rsidRPr="004A30F8">
        <w:rPr>
          <w:rFonts w:ascii="Roboto Condensed" w:hAnsi="Roboto Condensed"/>
          <w:sz w:val="20"/>
          <w:lang w:val="pl-PL"/>
        </w:rPr>
        <w:t>Wojewódzki program opieki nad zabytkami w województwie łódzkim na lata 2024 – 2027;</w:t>
      </w:r>
    </w:p>
    <w:p w14:paraId="749B6AE6" w14:textId="4C067618" w:rsidR="0063425F" w:rsidRPr="004A30F8" w:rsidRDefault="001815FE" w:rsidP="008636AA">
      <w:pPr>
        <w:pStyle w:val="Tekstpodstawowy2"/>
        <w:numPr>
          <w:ilvl w:val="0"/>
          <w:numId w:val="3"/>
        </w:numPr>
        <w:spacing w:line="240" w:lineRule="auto"/>
        <w:ind w:left="567" w:hanging="227"/>
        <w:rPr>
          <w:rFonts w:ascii="Roboto Condensed" w:hAnsi="Roboto Condensed"/>
          <w:sz w:val="20"/>
          <w:lang w:val="pl-PL"/>
        </w:rPr>
      </w:pPr>
      <w:r w:rsidRPr="001815FE">
        <w:rPr>
          <w:rFonts w:ascii="Roboto Condensed" w:hAnsi="Roboto Condensed"/>
          <w:sz w:val="20"/>
          <w:lang w:val="pl-PL"/>
        </w:rPr>
        <w:t>Regionalny</w:t>
      </w:r>
      <w:r w:rsidRPr="004A30F8">
        <w:rPr>
          <w:rFonts w:ascii="Roboto Condensed" w:hAnsi="Roboto Condensed"/>
          <w:sz w:val="20"/>
          <w:lang w:val="pl-PL"/>
        </w:rPr>
        <w:t xml:space="preserve"> Plan Transportowy Województwa Łódzkiego dla realizacji warunku podstawowego Celu Polityki 3 (w zakresie transportu) w perspektywie finansowej 2021 - 2027;</w:t>
      </w:r>
    </w:p>
    <w:p w14:paraId="0A4825B7" w14:textId="46248EEF" w:rsidR="004A30F8" w:rsidRDefault="00890296" w:rsidP="008636AA">
      <w:pPr>
        <w:pStyle w:val="Tekstpodstawowy2"/>
        <w:numPr>
          <w:ilvl w:val="0"/>
          <w:numId w:val="3"/>
        </w:numPr>
        <w:spacing w:line="240" w:lineRule="auto"/>
        <w:ind w:left="567" w:hanging="227"/>
        <w:rPr>
          <w:rFonts w:ascii="Roboto Condensed" w:hAnsi="Roboto Condensed"/>
          <w:sz w:val="20"/>
          <w:lang w:val="pl-PL"/>
        </w:rPr>
      </w:pPr>
      <w:r w:rsidRPr="004A30F8">
        <w:rPr>
          <w:rFonts w:ascii="Roboto Condensed" w:hAnsi="Roboto Condensed"/>
          <w:sz w:val="20"/>
          <w:lang w:val="pl-PL"/>
        </w:rPr>
        <w:t xml:space="preserve">Program ochrony środowiska przed hałasem dla województwa </w:t>
      </w:r>
      <w:r w:rsidR="00B55DF0" w:rsidRPr="004A30F8">
        <w:rPr>
          <w:rFonts w:ascii="Roboto Condensed" w:hAnsi="Roboto Condensed"/>
          <w:sz w:val="20"/>
          <w:lang w:val="pl-PL"/>
        </w:rPr>
        <w:t>łódzkiego</w:t>
      </w:r>
      <w:r w:rsidRPr="004A30F8">
        <w:rPr>
          <w:rFonts w:ascii="Roboto Condensed" w:hAnsi="Roboto Condensed"/>
          <w:sz w:val="20"/>
          <w:lang w:val="pl-PL"/>
        </w:rPr>
        <w:t xml:space="preserve"> 2024, </w:t>
      </w:r>
      <w:r w:rsidR="00D60282" w:rsidRPr="004A30F8">
        <w:rPr>
          <w:rFonts w:ascii="Roboto Condensed" w:hAnsi="Roboto Condensed"/>
          <w:sz w:val="20"/>
          <w:lang w:val="pl-PL"/>
        </w:rPr>
        <w:t>(U</w:t>
      </w:r>
      <w:r w:rsidRPr="004A30F8">
        <w:rPr>
          <w:rFonts w:ascii="Roboto Condensed" w:hAnsi="Roboto Condensed"/>
          <w:sz w:val="20"/>
          <w:lang w:val="pl-PL"/>
        </w:rPr>
        <w:t>chwał</w:t>
      </w:r>
      <w:r w:rsidR="00D60282" w:rsidRPr="004A30F8">
        <w:rPr>
          <w:rFonts w:ascii="Roboto Condensed" w:hAnsi="Roboto Condensed"/>
          <w:sz w:val="20"/>
          <w:lang w:val="pl-PL"/>
        </w:rPr>
        <w:t>a</w:t>
      </w:r>
      <w:r w:rsidRPr="004A30F8">
        <w:rPr>
          <w:rFonts w:ascii="Roboto Condensed" w:hAnsi="Roboto Condensed"/>
          <w:sz w:val="20"/>
          <w:lang w:val="pl-PL"/>
        </w:rPr>
        <w:t xml:space="preserve"> Nr </w:t>
      </w:r>
      <w:r w:rsidR="00B55DF0" w:rsidRPr="004A30F8">
        <w:rPr>
          <w:rFonts w:ascii="Roboto Condensed" w:hAnsi="Roboto Condensed"/>
          <w:sz w:val="20"/>
          <w:lang w:val="pl-PL"/>
        </w:rPr>
        <w:t>II/40/24 Sejmiku Województwa Łódzkiego z dnia 21 czerwca 2024 r.</w:t>
      </w:r>
      <w:r w:rsidR="00D60282" w:rsidRPr="004A30F8">
        <w:rPr>
          <w:rFonts w:ascii="Roboto Condensed" w:hAnsi="Roboto Condensed"/>
          <w:sz w:val="20"/>
          <w:lang w:val="pl-PL"/>
        </w:rPr>
        <w:t>)</w:t>
      </w:r>
      <w:r w:rsidR="004A30F8">
        <w:rPr>
          <w:rFonts w:ascii="Roboto Condensed" w:hAnsi="Roboto Condensed"/>
          <w:sz w:val="20"/>
          <w:lang w:val="pl-PL"/>
        </w:rPr>
        <w:t>;</w:t>
      </w:r>
    </w:p>
    <w:p w14:paraId="57C70704" w14:textId="1AFA927C" w:rsidR="00E85A3E" w:rsidRDefault="00E85A3E" w:rsidP="008636AA">
      <w:pPr>
        <w:pStyle w:val="Tekstpodstawowy2"/>
        <w:numPr>
          <w:ilvl w:val="0"/>
          <w:numId w:val="3"/>
        </w:numPr>
        <w:spacing w:line="240" w:lineRule="auto"/>
        <w:ind w:left="567" w:hanging="227"/>
        <w:rPr>
          <w:rFonts w:ascii="Roboto Condensed" w:hAnsi="Roboto Condensed"/>
          <w:sz w:val="20"/>
          <w:lang w:val="pl-PL"/>
        </w:rPr>
      </w:pPr>
      <w:r w:rsidRPr="00E85A3E">
        <w:rPr>
          <w:rFonts w:ascii="Roboto Condensed" w:hAnsi="Roboto Condensed"/>
          <w:sz w:val="20"/>
          <w:lang w:val="pl-PL"/>
        </w:rPr>
        <w:t xml:space="preserve">Plan przeciwdziałania skutkom suszy z dnia 15 lipca 2021 r. (Dz.U. </w:t>
      </w:r>
      <w:r>
        <w:rPr>
          <w:rFonts w:ascii="Roboto Condensed" w:hAnsi="Roboto Condensed"/>
          <w:sz w:val="20"/>
          <w:lang w:val="pl-PL"/>
        </w:rPr>
        <w:t xml:space="preserve">z </w:t>
      </w:r>
      <w:r w:rsidRPr="00E85A3E">
        <w:rPr>
          <w:rFonts w:ascii="Roboto Condensed" w:hAnsi="Roboto Condensed"/>
          <w:sz w:val="20"/>
          <w:lang w:val="pl-PL"/>
        </w:rPr>
        <w:t>2021</w:t>
      </w:r>
      <w:r>
        <w:rPr>
          <w:rFonts w:ascii="Roboto Condensed" w:hAnsi="Roboto Condensed"/>
          <w:sz w:val="20"/>
          <w:lang w:val="pl-PL"/>
        </w:rPr>
        <w:t xml:space="preserve"> r.,</w:t>
      </w:r>
      <w:r w:rsidRPr="00E85A3E">
        <w:rPr>
          <w:rFonts w:ascii="Roboto Condensed" w:hAnsi="Roboto Condensed"/>
          <w:sz w:val="20"/>
          <w:lang w:val="pl-PL"/>
        </w:rPr>
        <w:t xml:space="preserve"> poz. 1615)</w:t>
      </w:r>
      <w:r>
        <w:rPr>
          <w:rFonts w:ascii="Roboto Condensed" w:hAnsi="Roboto Condensed"/>
          <w:sz w:val="20"/>
          <w:lang w:val="pl-PL"/>
        </w:rPr>
        <w:t>;</w:t>
      </w:r>
    </w:p>
    <w:p w14:paraId="19BECF27" w14:textId="1A21575C" w:rsidR="00E85A3E" w:rsidRDefault="00E85A3E" w:rsidP="008636AA">
      <w:pPr>
        <w:pStyle w:val="Tekstpodstawowy2"/>
        <w:numPr>
          <w:ilvl w:val="0"/>
          <w:numId w:val="3"/>
        </w:numPr>
        <w:spacing w:line="240" w:lineRule="auto"/>
        <w:ind w:left="567" w:hanging="227"/>
        <w:rPr>
          <w:rFonts w:ascii="Roboto Condensed" w:hAnsi="Roboto Condensed"/>
          <w:sz w:val="20"/>
          <w:lang w:val="pl-PL"/>
        </w:rPr>
      </w:pPr>
      <w:r w:rsidRPr="00E85A3E">
        <w:rPr>
          <w:rFonts w:ascii="Roboto Condensed" w:hAnsi="Roboto Condensed"/>
          <w:sz w:val="20"/>
          <w:lang w:val="pl-PL"/>
        </w:rPr>
        <w:t>Plan zarządzania ryzykiem powodziowym dla obszaru dorzecza Odry z dnia 26 października 2022 r. (Dz. U</w:t>
      </w:r>
      <w:r>
        <w:rPr>
          <w:rFonts w:ascii="Roboto Condensed" w:hAnsi="Roboto Condensed"/>
          <w:sz w:val="20"/>
          <w:lang w:val="pl-PL"/>
        </w:rPr>
        <w:t>.</w:t>
      </w:r>
      <w:r w:rsidRPr="00E85A3E">
        <w:rPr>
          <w:rFonts w:ascii="Roboto Condensed" w:hAnsi="Roboto Condensed"/>
          <w:sz w:val="20"/>
          <w:lang w:val="pl-PL"/>
        </w:rPr>
        <w:t xml:space="preserve"> z 2022 r.</w:t>
      </w:r>
      <w:r>
        <w:rPr>
          <w:rFonts w:ascii="Roboto Condensed" w:hAnsi="Roboto Condensed"/>
          <w:sz w:val="20"/>
          <w:lang w:val="pl-PL"/>
        </w:rPr>
        <w:t>,</w:t>
      </w:r>
      <w:r w:rsidRPr="00E85A3E">
        <w:rPr>
          <w:rFonts w:ascii="Roboto Condensed" w:hAnsi="Roboto Condensed"/>
          <w:sz w:val="20"/>
          <w:lang w:val="pl-PL"/>
        </w:rPr>
        <w:t xml:space="preserve"> poz. 2714)</w:t>
      </w:r>
      <w:r>
        <w:rPr>
          <w:rFonts w:ascii="Roboto Condensed" w:hAnsi="Roboto Condensed"/>
          <w:sz w:val="20"/>
          <w:lang w:val="pl-PL"/>
        </w:rPr>
        <w:t>;</w:t>
      </w:r>
    </w:p>
    <w:p w14:paraId="17A32044" w14:textId="19D252D3" w:rsidR="00E85A3E" w:rsidRDefault="00E85A3E" w:rsidP="008636AA">
      <w:pPr>
        <w:pStyle w:val="Tekstpodstawowy2"/>
        <w:numPr>
          <w:ilvl w:val="0"/>
          <w:numId w:val="3"/>
        </w:numPr>
        <w:spacing w:line="240" w:lineRule="auto"/>
        <w:ind w:left="567" w:hanging="227"/>
        <w:rPr>
          <w:rFonts w:ascii="Roboto Condensed" w:hAnsi="Roboto Condensed"/>
          <w:sz w:val="20"/>
          <w:lang w:val="pl-PL"/>
        </w:rPr>
      </w:pPr>
      <w:r w:rsidRPr="00E85A3E">
        <w:rPr>
          <w:rFonts w:ascii="Roboto Condensed" w:hAnsi="Roboto Condensed"/>
          <w:sz w:val="20"/>
          <w:lang w:val="pl-PL"/>
        </w:rPr>
        <w:t>Plan gospodarowania wodami na obszarze dorzecza Odry z dnia 16 listopada 2022 r, (Dz. U. z 2023 r.</w:t>
      </w:r>
      <w:r>
        <w:rPr>
          <w:rFonts w:ascii="Roboto Condensed" w:hAnsi="Roboto Condensed"/>
          <w:sz w:val="20"/>
          <w:lang w:val="pl-PL"/>
        </w:rPr>
        <w:t>,</w:t>
      </w:r>
      <w:r w:rsidRPr="00E85A3E">
        <w:rPr>
          <w:rFonts w:ascii="Roboto Condensed" w:hAnsi="Roboto Condensed"/>
          <w:sz w:val="20"/>
          <w:lang w:val="pl-PL"/>
        </w:rPr>
        <w:t xml:space="preserve"> poz. 335)</w:t>
      </w:r>
      <w:r>
        <w:rPr>
          <w:rFonts w:ascii="Roboto Condensed" w:hAnsi="Roboto Condensed"/>
          <w:sz w:val="20"/>
          <w:lang w:val="pl-PL"/>
        </w:rPr>
        <w:t>;</w:t>
      </w:r>
    </w:p>
    <w:p w14:paraId="070E7C15" w14:textId="4B8B6B64" w:rsidR="0000204E" w:rsidRPr="00715FEE" w:rsidRDefault="0000204E" w:rsidP="008636AA">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O</w:t>
      </w:r>
      <w:r w:rsidRPr="0000204E">
        <w:rPr>
          <w:rFonts w:ascii="Roboto Condensed" w:hAnsi="Roboto Condensed"/>
          <w:sz w:val="20"/>
          <w:lang w:val="pl-PL"/>
        </w:rPr>
        <w:t>pracowani</w:t>
      </w:r>
      <w:r>
        <w:rPr>
          <w:rFonts w:ascii="Roboto Condensed" w:hAnsi="Roboto Condensed"/>
          <w:sz w:val="20"/>
          <w:lang w:val="pl-PL"/>
        </w:rPr>
        <w:t>e</w:t>
      </w:r>
      <w:r w:rsidRPr="0000204E">
        <w:rPr>
          <w:rFonts w:ascii="Roboto Condensed" w:hAnsi="Roboto Condensed"/>
          <w:sz w:val="20"/>
          <w:lang w:val="pl-PL"/>
        </w:rPr>
        <w:t xml:space="preserve"> GUS "Prognoza ludności na lata 2023-2060" z 2023 roku wraz z Aktualizacją 23.11.2023 oraz Aktualizacja 18.07.2024 (e-ISBN 978-83-67087-79-7)</w:t>
      </w:r>
      <w:r w:rsidR="00D73BC3">
        <w:rPr>
          <w:rFonts w:ascii="Roboto Condensed" w:hAnsi="Roboto Condensed"/>
          <w:sz w:val="20"/>
          <w:lang w:val="pl-PL"/>
        </w:rPr>
        <w:t>;</w:t>
      </w:r>
    </w:p>
    <w:p w14:paraId="5E6FD35E" w14:textId="3EA3CBDF" w:rsidR="00E368AF" w:rsidRPr="004A30F8" w:rsidRDefault="00E368AF" w:rsidP="008636AA">
      <w:pPr>
        <w:pStyle w:val="Tekstpodstawowy2"/>
        <w:numPr>
          <w:ilvl w:val="0"/>
          <w:numId w:val="3"/>
        </w:numPr>
        <w:spacing w:line="240" w:lineRule="auto"/>
        <w:ind w:left="567" w:hanging="227"/>
        <w:rPr>
          <w:rFonts w:ascii="Roboto Condensed" w:hAnsi="Roboto Condensed"/>
          <w:sz w:val="20"/>
          <w:lang w:val="pl-PL"/>
        </w:rPr>
      </w:pPr>
      <w:r w:rsidRPr="004A30F8">
        <w:rPr>
          <w:rFonts w:ascii="Roboto Condensed" w:hAnsi="Roboto Condensed"/>
          <w:sz w:val="20"/>
          <w:lang w:val="pl-PL"/>
        </w:rPr>
        <w:t>Bank Danych Lokalnych</w:t>
      </w:r>
      <w:r w:rsidR="00D73BC3">
        <w:rPr>
          <w:rFonts w:ascii="Roboto Condensed" w:hAnsi="Roboto Condensed"/>
          <w:sz w:val="20"/>
          <w:lang w:val="pl-PL"/>
        </w:rPr>
        <w:t>;</w:t>
      </w:r>
    </w:p>
    <w:p w14:paraId="094A3E35" w14:textId="2CD0FD1C" w:rsidR="006F2BCD" w:rsidRPr="004A30F8" w:rsidRDefault="006F2BCD" w:rsidP="008636AA">
      <w:pPr>
        <w:pStyle w:val="Tekstpodstawowy2"/>
        <w:numPr>
          <w:ilvl w:val="0"/>
          <w:numId w:val="3"/>
        </w:numPr>
        <w:spacing w:line="240" w:lineRule="auto"/>
        <w:ind w:left="567" w:hanging="227"/>
        <w:rPr>
          <w:rFonts w:ascii="Roboto Condensed" w:hAnsi="Roboto Condensed"/>
          <w:sz w:val="20"/>
          <w:lang w:val="pl-PL"/>
        </w:rPr>
      </w:pPr>
      <w:r w:rsidRPr="004A30F8">
        <w:rPr>
          <w:rFonts w:ascii="Roboto Condensed" w:hAnsi="Roboto Condensed"/>
          <w:sz w:val="20"/>
          <w:lang w:val="pl-PL"/>
        </w:rPr>
        <w:t>Statystyczne Vademecum samorządowca</w:t>
      </w:r>
      <w:r w:rsidR="00D73BC3">
        <w:rPr>
          <w:rFonts w:ascii="Roboto Condensed" w:hAnsi="Roboto Condensed"/>
          <w:sz w:val="20"/>
          <w:lang w:val="pl-PL"/>
        </w:rPr>
        <w:t>;</w:t>
      </w:r>
    </w:p>
    <w:p w14:paraId="66254053" w14:textId="688ADF81" w:rsidR="00C5263A" w:rsidRPr="00DD7C8F" w:rsidRDefault="001815FE" w:rsidP="005626CC">
      <w:pPr>
        <w:pStyle w:val="Tekstpodstawowy2"/>
        <w:numPr>
          <w:ilvl w:val="0"/>
          <w:numId w:val="3"/>
        </w:numPr>
        <w:spacing w:line="240" w:lineRule="auto"/>
        <w:ind w:left="567" w:hanging="227"/>
        <w:rPr>
          <w:rFonts w:ascii="Roboto Condensed" w:hAnsi="Roboto Condensed"/>
          <w:sz w:val="20"/>
          <w:lang w:val="pl-PL"/>
        </w:rPr>
      </w:pPr>
      <w:proofErr w:type="spellStart"/>
      <w:r w:rsidRPr="004A30F8">
        <w:rPr>
          <w:rFonts w:ascii="Roboto Condensed" w:hAnsi="Roboto Condensed"/>
          <w:sz w:val="20"/>
          <w:lang w:val="pl-PL"/>
        </w:rPr>
        <w:t>Geoportal</w:t>
      </w:r>
      <w:proofErr w:type="spellEnd"/>
      <w:r w:rsidRPr="004A30F8">
        <w:rPr>
          <w:rFonts w:ascii="Roboto Condensed" w:hAnsi="Roboto Condensed"/>
          <w:sz w:val="20"/>
          <w:lang w:val="pl-PL"/>
        </w:rPr>
        <w:t xml:space="preserve"> województwa łódzkiego</w:t>
      </w:r>
      <w:r w:rsidR="00D73BC3">
        <w:rPr>
          <w:rFonts w:ascii="Roboto Condensed" w:hAnsi="Roboto Condensed"/>
          <w:sz w:val="20"/>
          <w:lang w:val="pl-PL"/>
        </w:rPr>
        <w:t>.</w:t>
      </w:r>
    </w:p>
    <w:p w14:paraId="2AD9AE54" w14:textId="55AD7B97" w:rsidR="00C5263A" w:rsidRPr="009A175C" w:rsidRDefault="00C5263A" w:rsidP="00DD7C8F">
      <w:pPr>
        <w:pStyle w:val="Tekstpodstawowy2"/>
        <w:spacing w:before="120" w:line="240" w:lineRule="auto"/>
        <w:ind w:left="170"/>
        <w:rPr>
          <w:rFonts w:ascii="Roboto Condensed" w:hAnsi="Roboto Condensed"/>
          <w:color w:val="EE0000"/>
          <w:sz w:val="20"/>
          <w:lang w:val="pl-PL"/>
        </w:rPr>
      </w:pPr>
      <w:r w:rsidRPr="004A30F8">
        <w:rPr>
          <w:rFonts w:ascii="Roboto Condensed" w:hAnsi="Roboto Condensed"/>
          <w:b/>
          <w:bCs/>
          <w:sz w:val="20"/>
          <w:lang w:val="pl-PL"/>
        </w:rPr>
        <w:t>Materiały kartograficzne</w:t>
      </w:r>
      <w:r w:rsidR="00D252C4" w:rsidRPr="004A30F8">
        <w:rPr>
          <w:rFonts w:ascii="Roboto Condensed" w:hAnsi="Roboto Condensed"/>
          <w:b/>
          <w:bCs/>
          <w:sz w:val="20"/>
          <w:lang w:val="pl-PL"/>
        </w:rPr>
        <w:t xml:space="preserve"> wykorzystane na potrzeby sporządzenia planu ogólnego</w:t>
      </w:r>
      <w:r w:rsidRPr="004A30F8">
        <w:rPr>
          <w:rFonts w:ascii="Roboto Condensed" w:hAnsi="Roboto Condensed"/>
          <w:sz w:val="20"/>
          <w:lang w:val="pl-PL"/>
        </w:rPr>
        <w:t>:</w:t>
      </w:r>
    </w:p>
    <w:p w14:paraId="68A73463" w14:textId="3D1E6C9C" w:rsidR="00D77C37" w:rsidRPr="003B51F6" w:rsidRDefault="00D77C37" w:rsidP="008636AA">
      <w:pPr>
        <w:pStyle w:val="Tekstpodstawowy2"/>
        <w:numPr>
          <w:ilvl w:val="0"/>
          <w:numId w:val="3"/>
        </w:numPr>
        <w:spacing w:line="240" w:lineRule="auto"/>
        <w:ind w:left="567" w:hanging="227"/>
        <w:rPr>
          <w:rFonts w:ascii="Roboto Condensed" w:hAnsi="Roboto Condensed"/>
          <w:sz w:val="20"/>
          <w:lang w:val="pl-PL"/>
        </w:rPr>
      </w:pPr>
      <w:r w:rsidRPr="003B51F6">
        <w:rPr>
          <w:rFonts w:ascii="Roboto Condensed" w:hAnsi="Roboto Condensed"/>
          <w:sz w:val="20"/>
          <w:lang w:val="pl-PL"/>
        </w:rPr>
        <w:t xml:space="preserve">Zbiór danych </w:t>
      </w:r>
      <w:r w:rsidR="00536BA1" w:rsidRPr="003B51F6">
        <w:rPr>
          <w:rFonts w:ascii="Roboto Condensed" w:hAnsi="Roboto Condensed"/>
          <w:sz w:val="20"/>
          <w:lang w:val="pl-PL"/>
        </w:rPr>
        <w:t xml:space="preserve">przestrzennych </w:t>
      </w:r>
      <w:r w:rsidRPr="003B51F6">
        <w:rPr>
          <w:rFonts w:ascii="Roboto Condensed" w:hAnsi="Roboto Condensed"/>
          <w:sz w:val="20"/>
          <w:lang w:val="pl-PL"/>
        </w:rPr>
        <w:t xml:space="preserve">bazy danych </w:t>
      </w:r>
      <w:proofErr w:type="spellStart"/>
      <w:r w:rsidRPr="003B51F6">
        <w:rPr>
          <w:rFonts w:ascii="Roboto Condensed" w:hAnsi="Roboto Condensed"/>
          <w:sz w:val="20"/>
          <w:lang w:val="pl-PL"/>
        </w:rPr>
        <w:t>EGiB</w:t>
      </w:r>
      <w:proofErr w:type="spellEnd"/>
      <w:r w:rsidR="003B51F6" w:rsidRPr="003B51F6">
        <w:rPr>
          <w:rFonts w:ascii="Roboto Condensed" w:hAnsi="Roboto Condensed"/>
          <w:sz w:val="20"/>
          <w:lang w:val="pl-PL"/>
        </w:rPr>
        <w:t>, GESUT, BDOT500</w:t>
      </w:r>
      <w:r w:rsidRPr="003B51F6">
        <w:rPr>
          <w:rFonts w:ascii="Roboto Condensed" w:hAnsi="Roboto Condensed"/>
          <w:sz w:val="20"/>
          <w:lang w:val="pl-PL"/>
        </w:rPr>
        <w:t xml:space="preserve"> w formacie .</w:t>
      </w:r>
      <w:proofErr w:type="spellStart"/>
      <w:r w:rsidRPr="003B51F6">
        <w:rPr>
          <w:rFonts w:ascii="Roboto Condensed" w:hAnsi="Roboto Condensed"/>
          <w:sz w:val="20"/>
          <w:lang w:val="pl-PL"/>
        </w:rPr>
        <w:t>gml</w:t>
      </w:r>
      <w:proofErr w:type="spellEnd"/>
      <w:r w:rsidRPr="003B51F6">
        <w:rPr>
          <w:rFonts w:ascii="Roboto Condensed" w:hAnsi="Roboto Condensed"/>
          <w:sz w:val="20"/>
          <w:lang w:val="pl-PL"/>
        </w:rPr>
        <w:t xml:space="preserve">, pozyskane </w:t>
      </w:r>
      <w:r w:rsidR="00D252C4" w:rsidRPr="003B51F6">
        <w:rPr>
          <w:rFonts w:ascii="Roboto Condensed" w:hAnsi="Roboto Condensed"/>
          <w:sz w:val="20"/>
          <w:lang w:val="pl-PL"/>
        </w:rPr>
        <w:t xml:space="preserve">z </w:t>
      </w:r>
      <w:r w:rsidR="001C392F" w:rsidRPr="003B51F6">
        <w:rPr>
          <w:rFonts w:ascii="Roboto Condensed" w:hAnsi="Roboto Condensed"/>
          <w:sz w:val="20"/>
          <w:lang w:val="pl-PL"/>
        </w:rPr>
        <w:t xml:space="preserve">państwowego </w:t>
      </w:r>
      <w:r w:rsidR="00D252C4" w:rsidRPr="003B51F6">
        <w:rPr>
          <w:rFonts w:ascii="Roboto Condensed" w:hAnsi="Roboto Condensed"/>
          <w:sz w:val="20"/>
          <w:lang w:val="pl-PL"/>
        </w:rPr>
        <w:t>zasobu geodezyjnego i kartograficznego</w:t>
      </w:r>
      <w:r w:rsidR="00536BA1" w:rsidRPr="003B51F6">
        <w:rPr>
          <w:rFonts w:ascii="Roboto Condensed" w:hAnsi="Roboto Condensed"/>
          <w:sz w:val="20"/>
          <w:lang w:val="pl-PL"/>
        </w:rPr>
        <w:t xml:space="preserve"> p</w:t>
      </w:r>
      <w:r w:rsidR="00D252C4" w:rsidRPr="003B51F6">
        <w:rPr>
          <w:rFonts w:ascii="Roboto Condensed" w:hAnsi="Roboto Condensed"/>
          <w:sz w:val="20"/>
          <w:lang w:val="pl-PL"/>
        </w:rPr>
        <w:t xml:space="preserve">owiatu </w:t>
      </w:r>
      <w:r w:rsidR="003B51F6" w:rsidRPr="003B51F6">
        <w:rPr>
          <w:rFonts w:ascii="Roboto Condensed" w:hAnsi="Roboto Condensed"/>
          <w:sz w:val="20"/>
          <w:lang w:val="pl-PL"/>
        </w:rPr>
        <w:t>Radomszc</w:t>
      </w:r>
      <w:r w:rsidR="003B51F6" w:rsidRPr="004A30F8">
        <w:rPr>
          <w:rFonts w:ascii="Roboto Condensed" w:hAnsi="Roboto Condensed"/>
          <w:sz w:val="20"/>
          <w:lang w:val="pl-PL"/>
        </w:rPr>
        <w:t>zańskiego</w:t>
      </w:r>
      <w:r w:rsidR="00214A14" w:rsidRPr="009A175C">
        <w:rPr>
          <w:rFonts w:ascii="Roboto Condensed" w:hAnsi="Roboto Condensed"/>
          <w:color w:val="EE0000"/>
          <w:sz w:val="20"/>
          <w:lang w:val="pl-PL"/>
        </w:rPr>
        <w:t xml:space="preserve"> </w:t>
      </w:r>
      <w:r w:rsidR="00214A14" w:rsidRPr="00A975AE">
        <w:rPr>
          <w:rFonts w:ascii="Roboto Condensed" w:hAnsi="Roboto Condensed"/>
          <w:sz w:val="20"/>
          <w:lang w:val="pl-PL"/>
        </w:rPr>
        <w:t>–</w:t>
      </w:r>
      <w:r w:rsidR="00A975AE">
        <w:rPr>
          <w:rFonts w:ascii="Roboto Condensed" w:hAnsi="Roboto Condensed"/>
          <w:sz w:val="20"/>
          <w:lang w:val="pl-PL"/>
        </w:rPr>
        <w:t xml:space="preserve"> </w:t>
      </w:r>
      <w:r w:rsidR="00214A14" w:rsidRPr="003B51F6">
        <w:rPr>
          <w:rFonts w:ascii="Roboto Condensed" w:hAnsi="Roboto Condensed"/>
          <w:sz w:val="20"/>
          <w:lang w:val="pl-PL"/>
        </w:rPr>
        <w:t xml:space="preserve">data wykonania kopii </w:t>
      </w:r>
      <w:r w:rsidR="003B51F6" w:rsidRPr="003B51F6">
        <w:rPr>
          <w:rFonts w:ascii="Roboto Condensed" w:hAnsi="Roboto Condensed"/>
          <w:sz w:val="20"/>
          <w:lang w:val="pl-PL"/>
        </w:rPr>
        <w:t>24.09.2024 r</w:t>
      </w:r>
      <w:r w:rsidR="003B4309" w:rsidRPr="003B51F6">
        <w:rPr>
          <w:rFonts w:ascii="Roboto Condensed" w:hAnsi="Roboto Condensed"/>
          <w:sz w:val="20"/>
          <w:lang w:val="pl-PL"/>
        </w:rPr>
        <w:t xml:space="preserve">. </w:t>
      </w:r>
      <w:r w:rsidR="003B51F6" w:rsidRPr="003B51F6">
        <w:rPr>
          <w:rFonts w:ascii="Roboto Condensed" w:hAnsi="Roboto Condensed"/>
          <w:sz w:val="20"/>
          <w:lang w:val="pl-PL"/>
        </w:rPr>
        <w:t xml:space="preserve">(kod licencji: </w:t>
      </w:r>
      <w:r w:rsidR="008A27B4" w:rsidRPr="008A27B4">
        <w:rPr>
          <w:rFonts w:ascii="Roboto Condensed" w:hAnsi="Roboto Condensed"/>
          <w:sz w:val="20"/>
          <w:lang w:val="pl-PL"/>
        </w:rPr>
        <w:t>aef00775</w:t>
      </w:r>
      <w:r w:rsidR="003B51F6" w:rsidRPr="003B51F6">
        <w:rPr>
          <w:rFonts w:ascii="Roboto Condensed" w:hAnsi="Roboto Condensed"/>
          <w:sz w:val="20"/>
          <w:lang w:val="pl-PL"/>
        </w:rPr>
        <w:t>)</w:t>
      </w:r>
      <w:r w:rsidR="00D73BC3">
        <w:rPr>
          <w:rFonts w:ascii="Roboto Condensed" w:hAnsi="Roboto Condensed"/>
          <w:sz w:val="20"/>
          <w:lang w:val="pl-PL"/>
        </w:rPr>
        <w:t>;</w:t>
      </w:r>
    </w:p>
    <w:p w14:paraId="653E0F67" w14:textId="5DE9183E" w:rsidR="00C5263A" w:rsidRPr="009A175C" w:rsidRDefault="00D252C4" w:rsidP="008636AA">
      <w:pPr>
        <w:pStyle w:val="Tekstpodstawowy2"/>
        <w:numPr>
          <w:ilvl w:val="0"/>
          <w:numId w:val="3"/>
        </w:numPr>
        <w:spacing w:line="240" w:lineRule="auto"/>
        <w:ind w:left="567" w:hanging="227"/>
        <w:rPr>
          <w:rFonts w:ascii="Roboto Condensed" w:hAnsi="Roboto Condensed"/>
          <w:color w:val="EE0000"/>
          <w:sz w:val="20"/>
          <w:lang w:val="pl-PL"/>
        </w:rPr>
      </w:pPr>
      <w:r w:rsidRPr="003B51F6">
        <w:rPr>
          <w:rFonts w:ascii="Roboto Condensed" w:hAnsi="Roboto Condensed"/>
          <w:sz w:val="20"/>
          <w:lang w:val="pl-PL"/>
        </w:rPr>
        <w:t>Mapa zasadnicza w postaci wektorowej w formacie .</w:t>
      </w:r>
      <w:proofErr w:type="spellStart"/>
      <w:r w:rsidRPr="003B51F6">
        <w:rPr>
          <w:rFonts w:ascii="Roboto Condensed" w:hAnsi="Roboto Condensed"/>
          <w:sz w:val="20"/>
          <w:lang w:val="pl-PL"/>
        </w:rPr>
        <w:t>dxf</w:t>
      </w:r>
      <w:proofErr w:type="spellEnd"/>
      <w:r w:rsidRPr="003B51F6">
        <w:rPr>
          <w:rFonts w:ascii="Roboto Condensed" w:hAnsi="Roboto Condensed"/>
          <w:sz w:val="20"/>
          <w:lang w:val="pl-PL"/>
        </w:rPr>
        <w:t xml:space="preserve"> </w:t>
      </w:r>
      <w:r w:rsidR="004A30F8" w:rsidRPr="003B51F6">
        <w:rPr>
          <w:rFonts w:ascii="Roboto Condensed" w:hAnsi="Roboto Condensed"/>
          <w:sz w:val="20"/>
          <w:lang w:val="pl-PL"/>
        </w:rPr>
        <w:t xml:space="preserve">w skali 1:500 </w:t>
      </w:r>
      <w:r w:rsidRPr="003B51F6">
        <w:rPr>
          <w:rFonts w:ascii="Roboto Condensed" w:hAnsi="Roboto Condensed"/>
          <w:sz w:val="20"/>
          <w:lang w:val="pl-PL"/>
        </w:rPr>
        <w:t>oraz w formacie .</w:t>
      </w:r>
      <w:proofErr w:type="spellStart"/>
      <w:r w:rsidRPr="003B51F6">
        <w:rPr>
          <w:rFonts w:ascii="Roboto Condensed" w:hAnsi="Roboto Condensed"/>
          <w:sz w:val="20"/>
          <w:lang w:val="pl-PL"/>
        </w:rPr>
        <w:t>gml</w:t>
      </w:r>
      <w:proofErr w:type="spellEnd"/>
      <w:r w:rsidRPr="003B51F6">
        <w:rPr>
          <w:rFonts w:ascii="Roboto Condensed" w:hAnsi="Roboto Condensed"/>
          <w:sz w:val="20"/>
          <w:lang w:val="pl-PL"/>
        </w:rPr>
        <w:t xml:space="preserve">, pozyskane z państwowego zasobu geodezyjnego i kartograficznego </w:t>
      </w:r>
      <w:r w:rsidR="00536BA1" w:rsidRPr="003B51F6">
        <w:rPr>
          <w:rFonts w:ascii="Roboto Condensed" w:hAnsi="Roboto Condensed"/>
          <w:sz w:val="20"/>
          <w:lang w:val="pl-PL"/>
        </w:rPr>
        <w:t>p</w:t>
      </w:r>
      <w:r w:rsidRPr="003B51F6">
        <w:rPr>
          <w:rFonts w:ascii="Roboto Condensed" w:hAnsi="Roboto Condensed"/>
          <w:sz w:val="20"/>
          <w:lang w:val="pl-PL"/>
        </w:rPr>
        <w:t xml:space="preserve">owiatu </w:t>
      </w:r>
      <w:r w:rsidR="004A30F8" w:rsidRPr="003B51F6">
        <w:rPr>
          <w:rFonts w:ascii="Roboto Condensed" w:hAnsi="Roboto Condensed"/>
          <w:sz w:val="20"/>
          <w:lang w:val="pl-PL"/>
        </w:rPr>
        <w:t>Radomszczańskiego</w:t>
      </w:r>
      <w:r w:rsidR="001C392F" w:rsidRPr="003B51F6">
        <w:rPr>
          <w:rFonts w:ascii="Roboto Condensed" w:hAnsi="Roboto Condensed"/>
          <w:sz w:val="20"/>
          <w:lang w:val="pl-PL"/>
        </w:rPr>
        <w:t xml:space="preserve"> – licencja nr </w:t>
      </w:r>
      <w:r w:rsidR="004A30F8" w:rsidRPr="003B51F6">
        <w:rPr>
          <w:rFonts w:ascii="Roboto Condensed" w:hAnsi="Roboto Condensed"/>
          <w:sz w:val="20"/>
          <w:lang w:val="pl-PL"/>
        </w:rPr>
        <w:t>OD.6642.3696.2024 1012 P</w:t>
      </w:r>
      <w:r w:rsidR="001C392F" w:rsidRPr="003B51F6">
        <w:rPr>
          <w:rFonts w:ascii="Roboto Condensed" w:hAnsi="Roboto Condensed"/>
          <w:sz w:val="20"/>
          <w:lang w:val="pl-PL"/>
        </w:rPr>
        <w:t xml:space="preserve">, data </w:t>
      </w:r>
      <w:r w:rsidR="001C392F" w:rsidRPr="004A30F8">
        <w:rPr>
          <w:rFonts w:ascii="Roboto Condensed" w:hAnsi="Roboto Condensed"/>
          <w:sz w:val="20"/>
          <w:lang w:val="pl-PL"/>
        </w:rPr>
        <w:t xml:space="preserve">wykonania kopii </w:t>
      </w:r>
      <w:r w:rsidR="004A30F8" w:rsidRPr="004A30F8">
        <w:rPr>
          <w:rFonts w:ascii="Roboto Condensed" w:hAnsi="Roboto Condensed"/>
          <w:sz w:val="20"/>
          <w:lang w:val="pl-PL"/>
        </w:rPr>
        <w:t>25</w:t>
      </w:r>
      <w:r w:rsidR="001C392F" w:rsidRPr="004A30F8">
        <w:rPr>
          <w:rFonts w:ascii="Roboto Condensed" w:hAnsi="Roboto Condensed"/>
          <w:sz w:val="20"/>
          <w:lang w:val="pl-PL"/>
        </w:rPr>
        <w:t>.</w:t>
      </w:r>
      <w:r w:rsidR="004A30F8" w:rsidRPr="004A30F8">
        <w:rPr>
          <w:rFonts w:ascii="Roboto Condensed" w:hAnsi="Roboto Condensed"/>
          <w:sz w:val="20"/>
          <w:lang w:val="pl-PL"/>
        </w:rPr>
        <w:t>10</w:t>
      </w:r>
      <w:r w:rsidR="001C392F" w:rsidRPr="004A30F8">
        <w:rPr>
          <w:rFonts w:ascii="Roboto Condensed" w:hAnsi="Roboto Condensed"/>
          <w:sz w:val="20"/>
          <w:lang w:val="pl-PL"/>
        </w:rPr>
        <w:t>.2024</w:t>
      </w:r>
      <w:r w:rsidR="003B51F6">
        <w:rPr>
          <w:rFonts w:ascii="Roboto Condensed" w:hAnsi="Roboto Condensed"/>
          <w:sz w:val="20"/>
          <w:lang w:val="pl-PL"/>
        </w:rPr>
        <w:t xml:space="preserve"> </w:t>
      </w:r>
      <w:r w:rsidR="001C392F" w:rsidRPr="004A30F8">
        <w:rPr>
          <w:rFonts w:ascii="Roboto Condensed" w:hAnsi="Roboto Condensed"/>
          <w:sz w:val="20"/>
          <w:lang w:val="pl-PL"/>
        </w:rPr>
        <w:t>r.</w:t>
      </w:r>
      <w:r w:rsidR="00D73BC3">
        <w:rPr>
          <w:rFonts w:ascii="Roboto Condensed" w:hAnsi="Roboto Condensed"/>
          <w:sz w:val="20"/>
          <w:lang w:val="pl-PL"/>
        </w:rPr>
        <w:t>;</w:t>
      </w:r>
    </w:p>
    <w:p w14:paraId="18E1D00A" w14:textId="7C2EA25C" w:rsidR="00C5263A" w:rsidRPr="004A30F8" w:rsidRDefault="009F1F87" w:rsidP="008636AA">
      <w:pPr>
        <w:pStyle w:val="Tekstpodstawowy2"/>
        <w:numPr>
          <w:ilvl w:val="0"/>
          <w:numId w:val="3"/>
        </w:numPr>
        <w:spacing w:line="240" w:lineRule="auto"/>
        <w:ind w:left="567" w:hanging="227"/>
        <w:rPr>
          <w:rFonts w:ascii="Roboto Condensed" w:hAnsi="Roboto Condensed"/>
          <w:sz w:val="20"/>
          <w:lang w:val="pl-PL"/>
        </w:rPr>
      </w:pPr>
      <w:r w:rsidRPr="004A30F8">
        <w:rPr>
          <w:rFonts w:ascii="Roboto Condensed" w:hAnsi="Roboto Condensed"/>
          <w:sz w:val="20"/>
          <w:lang w:val="pl-PL"/>
        </w:rPr>
        <w:t>Dane</w:t>
      </w:r>
      <w:r w:rsidR="00F078A6" w:rsidRPr="004A30F8">
        <w:rPr>
          <w:rFonts w:ascii="Roboto Condensed" w:hAnsi="Roboto Condensed"/>
          <w:sz w:val="20"/>
          <w:lang w:val="pl-PL"/>
        </w:rPr>
        <w:t xml:space="preserve"> </w:t>
      </w:r>
      <w:r w:rsidR="00D77C37" w:rsidRPr="004A30F8">
        <w:rPr>
          <w:rFonts w:ascii="Roboto Condensed" w:hAnsi="Roboto Condensed"/>
          <w:sz w:val="20"/>
          <w:lang w:val="pl-PL"/>
        </w:rPr>
        <w:t xml:space="preserve">udostępnione </w:t>
      </w:r>
      <w:r w:rsidR="00FB048D" w:rsidRPr="004A30F8">
        <w:rPr>
          <w:rFonts w:ascii="Roboto Condensed" w:hAnsi="Roboto Condensed"/>
          <w:sz w:val="20"/>
          <w:lang w:val="pl-PL"/>
        </w:rPr>
        <w:t xml:space="preserve">poprzez usługi sieciowe </w:t>
      </w:r>
      <w:r w:rsidR="00105A91" w:rsidRPr="004A30F8">
        <w:rPr>
          <w:rFonts w:ascii="Roboto Condensed" w:hAnsi="Roboto Condensed"/>
          <w:sz w:val="20"/>
          <w:lang w:val="pl-PL"/>
        </w:rPr>
        <w:t xml:space="preserve">przez </w:t>
      </w:r>
      <w:r w:rsidR="00E82939" w:rsidRPr="004A30F8">
        <w:rPr>
          <w:rFonts w:ascii="Roboto Condensed" w:hAnsi="Roboto Condensed"/>
          <w:sz w:val="20"/>
          <w:lang w:val="pl-PL"/>
        </w:rPr>
        <w:t>Główny Urząd Geodezji i Kartografii</w:t>
      </w:r>
      <w:r w:rsidR="00D252C4" w:rsidRPr="004A30F8">
        <w:rPr>
          <w:rFonts w:ascii="Roboto Condensed" w:hAnsi="Roboto Condensed"/>
          <w:sz w:val="20"/>
          <w:lang w:val="pl-PL"/>
        </w:rPr>
        <w:t>, w tym:</w:t>
      </w:r>
    </w:p>
    <w:p w14:paraId="6B97645B" w14:textId="7B4542DD" w:rsidR="00D252C4" w:rsidRPr="004A30F8" w:rsidRDefault="00D252C4" w:rsidP="008636AA">
      <w:pPr>
        <w:pStyle w:val="Tekstpodstawowy2"/>
        <w:numPr>
          <w:ilvl w:val="1"/>
          <w:numId w:val="3"/>
        </w:numPr>
        <w:spacing w:line="240" w:lineRule="auto"/>
        <w:ind w:left="794" w:hanging="227"/>
        <w:rPr>
          <w:rFonts w:ascii="Roboto Condensed" w:hAnsi="Roboto Condensed"/>
          <w:sz w:val="20"/>
          <w:lang w:val="pl-PL"/>
        </w:rPr>
      </w:pPr>
      <w:r w:rsidRPr="004A30F8">
        <w:rPr>
          <w:rFonts w:ascii="Roboto Condensed" w:hAnsi="Roboto Condensed"/>
          <w:sz w:val="20"/>
          <w:lang w:val="pl-PL"/>
        </w:rPr>
        <w:t xml:space="preserve">Baza </w:t>
      </w:r>
      <w:r w:rsidR="008F2DE8" w:rsidRPr="004A30F8">
        <w:rPr>
          <w:rFonts w:ascii="Roboto Condensed" w:hAnsi="Roboto Condensed"/>
          <w:sz w:val="20"/>
          <w:lang w:val="pl-PL"/>
        </w:rPr>
        <w:t xml:space="preserve">danych </w:t>
      </w:r>
      <w:r w:rsidRPr="004A30F8">
        <w:rPr>
          <w:rFonts w:ascii="Roboto Condensed" w:hAnsi="Roboto Condensed"/>
          <w:sz w:val="20"/>
          <w:lang w:val="pl-PL"/>
        </w:rPr>
        <w:t xml:space="preserve">obiektów topograficznych </w:t>
      </w:r>
      <w:r w:rsidR="008D470B" w:rsidRPr="004A30F8">
        <w:rPr>
          <w:rFonts w:ascii="Roboto Condensed" w:hAnsi="Roboto Condensed"/>
          <w:sz w:val="20"/>
          <w:lang w:val="pl-PL"/>
        </w:rPr>
        <w:t>(</w:t>
      </w:r>
      <w:r w:rsidRPr="004A30F8">
        <w:rPr>
          <w:rFonts w:ascii="Roboto Condensed" w:hAnsi="Roboto Condensed"/>
          <w:sz w:val="20"/>
          <w:lang w:val="pl-PL"/>
        </w:rPr>
        <w:t>BDOT10k</w:t>
      </w:r>
      <w:r w:rsidR="008D470B" w:rsidRPr="004A30F8">
        <w:rPr>
          <w:rFonts w:ascii="Roboto Condensed" w:hAnsi="Roboto Condensed"/>
          <w:sz w:val="20"/>
          <w:lang w:val="pl-PL"/>
        </w:rPr>
        <w:t xml:space="preserve">) </w:t>
      </w:r>
      <w:r w:rsidR="0098177E" w:rsidRPr="004A30F8">
        <w:rPr>
          <w:rFonts w:ascii="Roboto Condensed" w:hAnsi="Roboto Condensed"/>
          <w:sz w:val="20"/>
          <w:lang w:val="pl-PL"/>
        </w:rPr>
        <w:t xml:space="preserve">– aktualność </w:t>
      </w:r>
      <w:r w:rsidR="00085333" w:rsidRPr="004A30F8">
        <w:rPr>
          <w:rFonts w:ascii="Roboto Condensed" w:hAnsi="Roboto Condensed"/>
          <w:sz w:val="20"/>
          <w:lang w:val="pl-PL"/>
        </w:rPr>
        <w:t>we</w:t>
      </w:r>
      <w:r w:rsidR="007C02A2" w:rsidRPr="004A30F8">
        <w:rPr>
          <w:rFonts w:ascii="Roboto Condensed" w:hAnsi="Roboto Condensed"/>
          <w:sz w:val="20"/>
          <w:lang w:val="pl-PL"/>
        </w:rPr>
        <w:t>rsji 31.12.2023</w:t>
      </w:r>
      <w:r w:rsidR="00B8443B" w:rsidRPr="004A30F8">
        <w:rPr>
          <w:rFonts w:ascii="Roboto Condensed" w:hAnsi="Roboto Condensed"/>
          <w:sz w:val="20"/>
          <w:lang w:val="pl-PL"/>
        </w:rPr>
        <w:t>r.</w:t>
      </w:r>
      <w:r w:rsidRPr="004A30F8">
        <w:rPr>
          <w:rFonts w:ascii="Roboto Condensed" w:hAnsi="Roboto Condensed"/>
          <w:sz w:val="20"/>
          <w:lang w:val="pl-PL"/>
        </w:rPr>
        <w:t>,</w:t>
      </w:r>
    </w:p>
    <w:p w14:paraId="257AD837" w14:textId="62D9E616" w:rsidR="00D252C4" w:rsidRDefault="0098177E" w:rsidP="008636AA">
      <w:pPr>
        <w:pStyle w:val="Tekstpodstawowy2"/>
        <w:numPr>
          <w:ilvl w:val="1"/>
          <w:numId w:val="3"/>
        </w:numPr>
        <w:spacing w:line="240" w:lineRule="auto"/>
        <w:ind w:left="794" w:hanging="227"/>
        <w:rPr>
          <w:rFonts w:ascii="Roboto Condensed" w:hAnsi="Roboto Condensed"/>
          <w:sz w:val="20"/>
          <w:lang w:val="pl-PL"/>
        </w:rPr>
      </w:pPr>
      <w:proofErr w:type="spellStart"/>
      <w:r w:rsidRPr="004A30F8">
        <w:rPr>
          <w:rFonts w:ascii="Roboto Condensed" w:hAnsi="Roboto Condensed"/>
          <w:sz w:val="20"/>
          <w:lang w:val="pl-PL"/>
        </w:rPr>
        <w:t>Ortofotomapa</w:t>
      </w:r>
      <w:proofErr w:type="spellEnd"/>
      <w:r w:rsidRPr="004A30F8">
        <w:rPr>
          <w:rFonts w:ascii="Roboto Condensed" w:hAnsi="Roboto Condensed"/>
          <w:sz w:val="20"/>
          <w:lang w:val="pl-PL"/>
        </w:rPr>
        <w:t xml:space="preserve"> (ORTO) – aktualność 2024 rok</w:t>
      </w:r>
      <w:r w:rsidR="00D252C4" w:rsidRPr="004A30F8">
        <w:rPr>
          <w:rFonts w:ascii="Roboto Condensed" w:hAnsi="Roboto Condensed"/>
          <w:sz w:val="20"/>
          <w:lang w:val="pl-PL"/>
        </w:rPr>
        <w:t>,</w:t>
      </w:r>
    </w:p>
    <w:p w14:paraId="216B3963" w14:textId="50F66161" w:rsidR="003B3871" w:rsidRPr="00D8236A" w:rsidRDefault="00D8236A" w:rsidP="008A2AA3">
      <w:pPr>
        <w:pStyle w:val="Tekstpodstawowy2"/>
        <w:numPr>
          <w:ilvl w:val="1"/>
          <w:numId w:val="3"/>
        </w:numPr>
        <w:spacing w:line="240" w:lineRule="auto"/>
        <w:ind w:left="794" w:hanging="227"/>
        <w:rPr>
          <w:rFonts w:ascii="Roboto Condensed" w:hAnsi="Roboto Condensed"/>
          <w:sz w:val="20"/>
          <w:lang w:val="pl-PL"/>
        </w:rPr>
      </w:pPr>
      <w:r w:rsidRPr="00D8236A">
        <w:rPr>
          <w:rFonts w:ascii="Roboto Condensed" w:hAnsi="Roboto Condensed"/>
          <w:sz w:val="20"/>
          <w:lang w:val="pl-PL"/>
        </w:rPr>
        <w:t>Fotogrametryczne zdjęcia lotnicze</w:t>
      </w:r>
      <w:r w:rsidR="00DD62DB">
        <w:rPr>
          <w:rFonts w:ascii="Roboto Condensed" w:hAnsi="Roboto Condensed"/>
          <w:sz w:val="20"/>
          <w:lang w:val="pl-PL"/>
        </w:rPr>
        <w:t xml:space="preserve"> – aktualność 2025 rok, </w:t>
      </w:r>
      <w:r w:rsidR="00B00EF5" w:rsidRPr="00B00EF5">
        <w:rPr>
          <w:rFonts w:ascii="Roboto Condensed" w:hAnsi="Roboto Condensed"/>
          <w:sz w:val="20"/>
          <w:lang w:val="pl-PL"/>
        </w:rPr>
        <w:t>Licencja nr DFT.7211.7041.2025_PL_CL1</w:t>
      </w:r>
      <w:r w:rsidR="00B00EF5">
        <w:rPr>
          <w:rFonts w:ascii="Roboto Condensed" w:hAnsi="Roboto Condensed"/>
          <w:sz w:val="20"/>
          <w:lang w:val="pl-PL"/>
        </w:rPr>
        <w:t xml:space="preserve">, data wykonania kopii </w:t>
      </w:r>
      <w:r w:rsidR="008A2AA3">
        <w:rPr>
          <w:rFonts w:ascii="Roboto Condensed" w:hAnsi="Roboto Condensed"/>
          <w:sz w:val="20"/>
          <w:lang w:val="pl-PL"/>
        </w:rPr>
        <w:t>03.11.2025,</w:t>
      </w:r>
    </w:p>
    <w:p w14:paraId="53CD049A" w14:textId="77615FEA" w:rsidR="00E0655C" w:rsidRPr="004A30F8" w:rsidRDefault="00E0655C" w:rsidP="008636AA">
      <w:pPr>
        <w:pStyle w:val="Tekstpodstawowy2"/>
        <w:numPr>
          <w:ilvl w:val="1"/>
          <w:numId w:val="3"/>
        </w:numPr>
        <w:spacing w:line="240" w:lineRule="auto"/>
        <w:ind w:left="794" w:hanging="227"/>
        <w:rPr>
          <w:rFonts w:ascii="Roboto Condensed" w:hAnsi="Roboto Condensed"/>
          <w:sz w:val="20"/>
          <w:lang w:val="pl-PL"/>
        </w:rPr>
      </w:pPr>
      <w:r w:rsidRPr="004A30F8">
        <w:rPr>
          <w:rFonts w:ascii="Roboto Condensed" w:hAnsi="Roboto Condensed"/>
          <w:sz w:val="20"/>
          <w:lang w:val="pl-PL"/>
        </w:rPr>
        <w:t>Numeryczny model terenu (NMT) – aktualność 2024 rok,</w:t>
      </w:r>
    </w:p>
    <w:p w14:paraId="38F71CFC" w14:textId="7AC2F935" w:rsidR="00AE0F1B" w:rsidRPr="004A30F8" w:rsidRDefault="00AE0F1B" w:rsidP="008636AA">
      <w:pPr>
        <w:pStyle w:val="Tekstpodstawowy2"/>
        <w:numPr>
          <w:ilvl w:val="1"/>
          <w:numId w:val="3"/>
        </w:numPr>
        <w:spacing w:line="240" w:lineRule="auto"/>
        <w:ind w:left="794" w:hanging="227"/>
        <w:rPr>
          <w:rFonts w:ascii="Roboto Condensed" w:hAnsi="Roboto Condensed"/>
          <w:sz w:val="20"/>
          <w:lang w:val="pl-PL"/>
        </w:rPr>
      </w:pPr>
      <w:r w:rsidRPr="004A30F8">
        <w:rPr>
          <w:rFonts w:ascii="Roboto Condensed" w:hAnsi="Roboto Condensed"/>
          <w:sz w:val="20"/>
          <w:lang w:val="pl-PL"/>
        </w:rPr>
        <w:t>Numeryczny model pokrycia terenu (NMPT) – aktualność 2024 rok</w:t>
      </w:r>
      <w:r w:rsidR="00D73BC3">
        <w:rPr>
          <w:rFonts w:ascii="Roboto Condensed" w:hAnsi="Roboto Condensed"/>
          <w:sz w:val="20"/>
          <w:lang w:val="pl-PL"/>
        </w:rPr>
        <w:t>;</w:t>
      </w:r>
    </w:p>
    <w:p w14:paraId="29F6DF82" w14:textId="270EC369" w:rsidR="00C5263A" w:rsidRPr="004A30F8" w:rsidRDefault="00C5263A" w:rsidP="008636AA">
      <w:pPr>
        <w:pStyle w:val="Tekstpodstawowy2"/>
        <w:numPr>
          <w:ilvl w:val="0"/>
          <w:numId w:val="3"/>
        </w:numPr>
        <w:spacing w:line="240" w:lineRule="auto"/>
        <w:ind w:left="567" w:hanging="227"/>
        <w:rPr>
          <w:rFonts w:ascii="Roboto Condensed" w:hAnsi="Roboto Condensed"/>
          <w:sz w:val="20"/>
          <w:lang w:val="pl-PL"/>
        </w:rPr>
      </w:pPr>
      <w:r w:rsidRPr="004A30F8">
        <w:rPr>
          <w:rFonts w:ascii="Roboto Condensed" w:hAnsi="Roboto Condensed"/>
          <w:sz w:val="20"/>
          <w:lang w:val="pl-PL"/>
        </w:rPr>
        <w:t>Map</w:t>
      </w:r>
      <w:r w:rsidR="00D77C37" w:rsidRPr="004A30F8">
        <w:rPr>
          <w:rFonts w:ascii="Roboto Condensed" w:hAnsi="Roboto Condensed"/>
          <w:sz w:val="20"/>
          <w:lang w:val="pl-PL"/>
        </w:rPr>
        <w:t>y</w:t>
      </w:r>
      <w:r w:rsidRPr="004A30F8">
        <w:rPr>
          <w:rFonts w:ascii="Roboto Condensed" w:hAnsi="Roboto Condensed"/>
          <w:sz w:val="20"/>
          <w:lang w:val="pl-PL"/>
        </w:rPr>
        <w:t xml:space="preserve"> zagrożenia powodziowego i mapa ryzyka powodziowego </w:t>
      </w:r>
      <w:r w:rsidR="00D77C37" w:rsidRPr="004A30F8">
        <w:rPr>
          <w:rFonts w:ascii="Roboto Condensed" w:hAnsi="Roboto Condensed"/>
          <w:sz w:val="20"/>
          <w:lang w:val="pl-PL"/>
        </w:rPr>
        <w:t>w formie</w:t>
      </w:r>
      <w:r w:rsidRPr="004A30F8">
        <w:rPr>
          <w:rFonts w:ascii="Roboto Condensed" w:hAnsi="Roboto Condensed"/>
          <w:sz w:val="20"/>
          <w:lang w:val="pl-PL"/>
        </w:rPr>
        <w:t xml:space="preserve"> plik</w:t>
      </w:r>
      <w:r w:rsidR="00D77C37" w:rsidRPr="004A30F8">
        <w:rPr>
          <w:rFonts w:ascii="Roboto Condensed" w:hAnsi="Roboto Condensed"/>
          <w:sz w:val="20"/>
          <w:lang w:val="pl-PL"/>
        </w:rPr>
        <w:t>ów</w:t>
      </w:r>
      <w:r w:rsidRPr="004A30F8">
        <w:rPr>
          <w:rFonts w:ascii="Roboto Condensed" w:hAnsi="Roboto Condensed"/>
          <w:sz w:val="20"/>
          <w:lang w:val="pl-PL"/>
        </w:rPr>
        <w:t xml:space="preserve"> .</w:t>
      </w:r>
      <w:proofErr w:type="spellStart"/>
      <w:r w:rsidRPr="004A30F8">
        <w:rPr>
          <w:rFonts w:ascii="Roboto Condensed" w:hAnsi="Roboto Condensed"/>
          <w:sz w:val="20"/>
          <w:lang w:val="pl-PL"/>
        </w:rPr>
        <w:t>shp</w:t>
      </w:r>
      <w:proofErr w:type="spellEnd"/>
      <w:r w:rsidR="00D77C37" w:rsidRPr="004A30F8">
        <w:rPr>
          <w:rFonts w:ascii="Roboto Condensed" w:hAnsi="Roboto Condensed"/>
          <w:sz w:val="20"/>
          <w:lang w:val="pl-PL"/>
        </w:rPr>
        <w:t>,</w:t>
      </w:r>
      <w:r w:rsidRPr="004A30F8">
        <w:rPr>
          <w:rFonts w:ascii="Roboto Condensed" w:hAnsi="Roboto Condensed"/>
          <w:sz w:val="20"/>
          <w:lang w:val="pl-PL"/>
        </w:rPr>
        <w:t xml:space="preserve"> pozyskane </w:t>
      </w:r>
      <w:r w:rsidR="00D77C37" w:rsidRPr="004A30F8">
        <w:rPr>
          <w:rFonts w:ascii="Roboto Condensed" w:hAnsi="Roboto Condensed"/>
          <w:sz w:val="20"/>
          <w:lang w:val="pl-PL"/>
        </w:rPr>
        <w:t>z</w:t>
      </w:r>
      <w:r w:rsidRPr="004A30F8">
        <w:rPr>
          <w:rFonts w:ascii="Roboto Condensed" w:hAnsi="Roboto Condensed"/>
          <w:sz w:val="20"/>
          <w:lang w:val="pl-PL"/>
        </w:rPr>
        <w:t xml:space="preserve"> Państwowego Gospodarstwa Wodnego Wody Polskie</w:t>
      </w:r>
      <w:r w:rsidR="00D73BC3">
        <w:rPr>
          <w:rFonts w:ascii="Roboto Condensed" w:hAnsi="Roboto Condensed"/>
          <w:sz w:val="20"/>
          <w:lang w:val="pl-PL"/>
        </w:rPr>
        <w:t>;</w:t>
      </w:r>
    </w:p>
    <w:p w14:paraId="54BB8C98" w14:textId="3EB14332" w:rsidR="00271020" w:rsidRPr="004A30F8" w:rsidRDefault="00271020" w:rsidP="008636AA">
      <w:pPr>
        <w:pStyle w:val="Tekstpodstawowy2"/>
        <w:numPr>
          <w:ilvl w:val="0"/>
          <w:numId w:val="3"/>
        </w:numPr>
        <w:spacing w:line="240" w:lineRule="auto"/>
        <w:ind w:left="567" w:hanging="227"/>
        <w:rPr>
          <w:rFonts w:ascii="Roboto Condensed" w:hAnsi="Roboto Condensed"/>
          <w:sz w:val="20"/>
          <w:lang w:val="pl-PL"/>
        </w:rPr>
      </w:pPr>
      <w:r w:rsidRPr="004A30F8">
        <w:rPr>
          <w:rFonts w:ascii="Roboto Condensed" w:hAnsi="Roboto Condensed"/>
          <w:sz w:val="20"/>
          <w:lang w:val="pl-PL"/>
        </w:rPr>
        <w:t xml:space="preserve">Mapy gruntów zmeliorowanych </w:t>
      </w:r>
      <w:r w:rsidR="004A30F8" w:rsidRPr="004A30F8">
        <w:rPr>
          <w:rFonts w:ascii="Roboto Condensed" w:hAnsi="Roboto Condensed"/>
          <w:sz w:val="20"/>
          <w:lang w:val="pl-PL"/>
        </w:rPr>
        <w:t>(</w:t>
      </w:r>
      <w:proofErr w:type="spellStart"/>
      <w:r w:rsidR="004A30F8" w:rsidRPr="004A30F8">
        <w:rPr>
          <w:rFonts w:ascii="Roboto Condensed" w:hAnsi="Roboto Condensed"/>
          <w:sz w:val="20"/>
          <w:lang w:val="pl-PL"/>
        </w:rPr>
        <w:t>Geoportal</w:t>
      </w:r>
      <w:proofErr w:type="spellEnd"/>
      <w:r w:rsidR="004A30F8" w:rsidRPr="004A30F8">
        <w:rPr>
          <w:rFonts w:ascii="Roboto Condensed" w:hAnsi="Roboto Condensed"/>
          <w:sz w:val="20"/>
          <w:lang w:val="pl-PL"/>
        </w:rPr>
        <w:t xml:space="preserve"> województwa łódzkiego)</w:t>
      </w:r>
      <w:r w:rsidR="00D73BC3">
        <w:rPr>
          <w:rFonts w:ascii="Roboto Condensed" w:hAnsi="Roboto Condensed"/>
          <w:sz w:val="20"/>
          <w:lang w:val="pl-PL"/>
        </w:rPr>
        <w:t>;</w:t>
      </w:r>
    </w:p>
    <w:p w14:paraId="11AA53DD" w14:textId="0AB29036" w:rsidR="00BC1E40" w:rsidRPr="004A30F8" w:rsidRDefault="00C5263A" w:rsidP="008636AA">
      <w:pPr>
        <w:pStyle w:val="Tekstpodstawowy2"/>
        <w:numPr>
          <w:ilvl w:val="0"/>
          <w:numId w:val="3"/>
        </w:numPr>
        <w:spacing w:line="240" w:lineRule="auto"/>
        <w:ind w:left="567" w:hanging="227"/>
        <w:rPr>
          <w:rFonts w:ascii="Roboto Condensed" w:hAnsi="Roboto Condensed"/>
          <w:sz w:val="20"/>
          <w:lang w:val="pl-PL"/>
        </w:rPr>
      </w:pPr>
      <w:r w:rsidRPr="004A30F8">
        <w:rPr>
          <w:rFonts w:ascii="Roboto Condensed" w:hAnsi="Roboto Condensed"/>
          <w:sz w:val="20"/>
          <w:lang w:val="pl-PL"/>
        </w:rPr>
        <w:lastRenderedPageBreak/>
        <w:t xml:space="preserve">Mapa osuwisk i obszarów </w:t>
      </w:r>
      <w:r w:rsidR="00D77C37" w:rsidRPr="004A30F8">
        <w:rPr>
          <w:rFonts w:ascii="Roboto Condensed" w:hAnsi="Roboto Condensed"/>
          <w:sz w:val="20"/>
          <w:lang w:val="pl-PL"/>
        </w:rPr>
        <w:t>zagrożonych wystąpieniem ruchów masowych ziemi (baza SOPO 10k)</w:t>
      </w:r>
      <w:r w:rsidR="008F0974" w:rsidRPr="004A30F8">
        <w:rPr>
          <w:rFonts w:ascii="Roboto Condensed" w:hAnsi="Roboto Condensed"/>
          <w:sz w:val="20"/>
          <w:lang w:val="pl-PL"/>
        </w:rPr>
        <w:t>,</w:t>
      </w:r>
      <w:r w:rsidR="00D77C37" w:rsidRPr="004A30F8">
        <w:rPr>
          <w:rFonts w:ascii="Roboto Condensed" w:hAnsi="Roboto Condensed"/>
          <w:sz w:val="20"/>
          <w:lang w:val="pl-PL"/>
        </w:rPr>
        <w:t xml:space="preserve"> </w:t>
      </w:r>
      <w:r w:rsidR="009F1F87" w:rsidRPr="004A30F8">
        <w:rPr>
          <w:rFonts w:ascii="Roboto Condensed" w:hAnsi="Roboto Condensed"/>
          <w:sz w:val="20"/>
          <w:lang w:val="pl-PL"/>
        </w:rPr>
        <w:t>pozyskane z Państwowego Instytutu Geologicznego</w:t>
      </w:r>
      <w:r w:rsidR="00D73BC3">
        <w:rPr>
          <w:rFonts w:ascii="Roboto Condensed" w:hAnsi="Roboto Condensed"/>
          <w:sz w:val="20"/>
          <w:lang w:val="pl-PL"/>
        </w:rPr>
        <w:t>;</w:t>
      </w:r>
    </w:p>
    <w:p w14:paraId="4BFA6021" w14:textId="33E6E683" w:rsidR="009F1F87" w:rsidRPr="004A30F8" w:rsidRDefault="009F1F87" w:rsidP="008636AA">
      <w:pPr>
        <w:pStyle w:val="Tekstpodstawowy2"/>
        <w:numPr>
          <w:ilvl w:val="0"/>
          <w:numId w:val="3"/>
        </w:numPr>
        <w:spacing w:line="240" w:lineRule="auto"/>
        <w:ind w:left="567" w:hanging="227"/>
        <w:rPr>
          <w:rFonts w:ascii="Roboto Condensed" w:hAnsi="Roboto Condensed"/>
          <w:sz w:val="20"/>
          <w:lang w:val="pl-PL"/>
        </w:rPr>
      </w:pPr>
      <w:r w:rsidRPr="004A30F8">
        <w:rPr>
          <w:rFonts w:ascii="Roboto Condensed" w:hAnsi="Roboto Condensed"/>
          <w:sz w:val="20"/>
          <w:lang w:val="pl-PL"/>
        </w:rPr>
        <w:t>Mapy naziemnych urządzeń lotniczych wraz z powierzchniami ograniczającymi zabudowę</w:t>
      </w:r>
      <w:r w:rsidR="008F0974" w:rsidRPr="004A30F8">
        <w:rPr>
          <w:rFonts w:ascii="Roboto Condensed" w:hAnsi="Roboto Condensed"/>
          <w:sz w:val="20"/>
          <w:lang w:val="pl-PL"/>
        </w:rPr>
        <w:t>,</w:t>
      </w:r>
      <w:r w:rsidRPr="004A30F8">
        <w:rPr>
          <w:rFonts w:ascii="Roboto Condensed" w:hAnsi="Roboto Condensed"/>
          <w:sz w:val="20"/>
          <w:lang w:val="pl-PL"/>
        </w:rPr>
        <w:t xml:space="preserve"> pozyskane z Urzędu Lotnictwa Cywilnego</w:t>
      </w:r>
      <w:r w:rsidR="00D73BC3">
        <w:rPr>
          <w:rFonts w:ascii="Roboto Condensed" w:hAnsi="Roboto Condensed"/>
          <w:sz w:val="20"/>
          <w:lang w:val="pl-PL"/>
        </w:rPr>
        <w:t>;</w:t>
      </w:r>
    </w:p>
    <w:p w14:paraId="2D0AEA7E" w14:textId="164540AD" w:rsidR="00D252C4" w:rsidRPr="004A30F8" w:rsidRDefault="00DE7EFB" w:rsidP="008636AA">
      <w:pPr>
        <w:pStyle w:val="Tekstpodstawowy2"/>
        <w:numPr>
          <w:ilvl w:val="0"/>
          <w:numId w:val="3"/>
        </w:numPr>
        <w:spacing w:line="240" w:lineRule="auto"/>
        <w:ind w:left="567" w:hanging="227"/>
        <w:rPr>
          <w:rFonts w:ascii="Roboto Condensed" w:hAnsi="Roboto Condensed"/>
          <w:sz w:val="20"/>
          <w:lang w:val="pl-PL"/>
        </w:rPr>
      </w:pPr>
      <w:r w:rsidRPr="004A30F8">
        <w:rPr>
          <w:rFonts w:ascii="Roboto Condensed" w:hAnsi="Roboto Condensed"/>
          <w:sz w:val="20"/>
          <w:lang w:val="pl-PL"/>
        </w:rPr>
        <w:t>Z</w:t>
      </w:r>
      <w:r w:rsidR="00D252C4" w:rsidRPr="004A30F8">
        <w:rPr>
          <w:rFonts w:ascii="Roboto Condensed" w:hAnsi="Roboto Condensed"/>
          <w:sz w:val="20"/>
          <w:lang w:val="pl-PL"/>
        </w:rPr>
        <w:t>bi</w:t>
      </w:r>
      <w:r w:rsidRPr="004A30F8">
        <w:rPr>
          <w:rFonts w:ascii="Roboto Condensed" w:hAnsi="Roboto Condensed"/>
          <w:sz w:val="20"/>
          <w:lang w:val="pl-PL"/>
        </w:rPr>
        <w:t>ór</w:t>
      </w:r>
      <w:r w:rsidR="00D252C4" w:rsidRPr="004A30F8">
        <w:rPr>
          <w:rFonts w:ascii="Roboto Condensed" w:hAnsi="Roboto Condensed"/>
          <w:sz w:val="20"/>
          <w:lang w:val="pl-PL"/>
        </w:rPr>
        <w:t xml:space="preserve"> danych przestrzennych </w:t>
      </w:r>
      <w:r w:rsidRPr="004A30F8">
        <w:rPr>
          <w:rFonts w:ascii="Roboto Condensed" w:hAnsi="Roboto Condensed"/>
          <w:sz w:val="20"/>
          <w:lang w:val="pl-PL"/>
        </w:rPr>
        <w:t xml:space="preserve">obejmujący </w:t>
      </w:r>
      <w:r w:rsidR="00D252C4" w:rsidRPr="004A30F8">
        <w:rPr>
          <w:rFonts w:ascii="Roboto Condensed" w:hAnsi="Roboto Condensed"/>
          <w:sz w:val="20"/>
          <w:lang w:val="pl-PL"/>
        </w:rPr>
        <w:t>obszary chronione, w części dotyczącej</w:t>
      </w:r>
      <w:r w:rsidRPr="004A30F8">
        <w:rPr>
          <w:rFonts w:ascii="Roboto Condensed" w:hAnsi="Roboto Condensed"/>
          <w:sz w:val="20"/>
          <w:lang w:val="pl-PL"/>
        </w:rPr>
        <w:t xml:space="preserve"> </w:t>
      </w:r>
      <w:r w:rsidR="00D252C4" w:rsidRPr="004A30F8">
        <w:rPr>
          <w:rFonts w:ascii="Roboto Condensed" w:hAnsi="Roboto Condensed"/>
          <w:sz w:val="20"/>
          <w:lang w:val="pl-PL"/>
        </w:rPr>
        <w:t>zabytków nieruchomych</w:t>
      </w:r>
      <w:r w:rsidRPr="004A30F8">
        <w:rPr>
          <w:rFonts w:ascii="Roboto Condensed" w:hAnsi="Roboto Condensed"/>
          <w:sz w:val="20"/>
          <w:lang w:val="pl-PL"/>
        </w:rPr>
        <w:t xml:space="preserve"> (</w:t>
      </w:r>
      <w:r w:rsidR="00D252C4" w:rsidRPr="004A30F8">
        <w:rPr>
          <w:rFonts w:ascii="Roboto Condensed" w:hAnsi="Roboto Condensed"/>
          <w:sz w:val="20"/>
          <w:lang w:val="pl-PL"/>
        </w:rPr>
        <w:t>Zabytki nieruchome wpisane do Rejestru Zabytków (księga A)</w:t>
      </w:r>
      <w:r w:rsidRPr="004A30F8">
        <w:rPr>
          <w:rFonts w:ascii="Roboto Condensed" w:hAnsi="Roboto Condensed"/>
          <w:sz w:val="20"/>
          <w:lang w:val="pl-PL"/>
        </w:rPr>
        <w:t xml:space="preserve">, </w:t>
      </w:r>
      <w:r w:rsidR="00D252C4" w:rsidRPr="004A30F8">
        <w:rPr>
          <w:rFonts w:ascii="Roboto Condensed" w:hAnsi="Roboto Condensed"/>
          <w:sz w:val="20"/>
          <w:lang w:val="pl-PL"/>
        </w:rPr>
        <w:t>Zabytki nieruchome i archeologiczne ujęte w Krajowej Ewidencji Zabytków</w:t>
      </w:r>
      <w:r w:rsidRPr="004A30F8">
        <w:rPr>
          <w:rFonts w:ascii="Roboto Condensed" w:hAnsi="Roboto Condensed"/>
          <w:sz w:val="20"/>
          <w:lang w:val="pl-PL"/>
        </w:rPr>
        <w:t>), pozyskane z Narodowego Instytutu Dziedzictwa</w:t>
      </w:r>
      <w:r w:rsidR="00D73BC3">
        <w:rPr>
          <w:rFonts w:ascii="Roboto Condensed" w:hAnsi="Roboto Condensed"/>
          <w:sz w:val="20"/>
          <w:lang w:val="pl-PL"/>
        </w:rPr>
        <w:t>;</w:t>
      </w:r>
    </w:p>
    <w:p w14:paraId="727BA7FE" w14:textId="11D3D291" w:rsidR="00C5263A" w:rsidRPr="004A30F8" w:rsidRDefault="008D3ECA" w:rsidP="008636AA">
      <w:pPr>
        <w:pStyle w:val="Tekstpodstawowy2"/>
        <w:numPr>
          <w:ilvl w:val="0"/>
          <w:numId w:val="3"/>
        </w:numPr>
        <w:spacing w:line="240" w:lineRule="auto"/>
        <w:ind w:left="567" w:hanging="227"/>
        <w:rPr>
          <w:rFonts w:ascii="Roboto Condensed" w:hAnsi="Roboto Condensed"/>
          <w:sz w:val="20"/>
          <w:lang w:val="pl-PL"/>
        </w:rPr>
      </w:pPr>
      <w:r w:rsidRPr="004A30F8">
        <w:rPr>
          <w:rFonts w:ascii="Roboto Condensed" w:hAnsi="Roboto Condensed"/>
          <w:sz w:val="20"/>
          <w:lang w:val="pl-PL"/>
        </w:rPr>
        <w:t>Zbiór danych przestrzennych obejmujący centralny rejestr form ochrony przyrody (CRFOP)</w:t>
      </w:r>
      <w:r w:rsidR="00103C2D" w:rsidRPr="004A30F8">
        <w:rPr>
          <w:rFonts w:ascii="Roboto Condensed" w:hAnsi="Roboto Condensed"/>
          <w:sz w:val="20"/>
          <w:lang w:val="pl-PL"/>
        </w:rPr>
        <w:t>, pozyskan</w:t>
      </w:r>
      <w:r w:rsidR="002C6912" w:rsidRPr="004A30F8">
        <w:rPr>
          <w:rFonts w:ascii="Roboto Condensed" w:hAnsi="Roboto Condensed"/>
          <w:sz w:val="20"/>
          <w:lang w:val="pl-PL"/>
        </w:rPr>
        <w:t>y</w:t>
      </w:r>
      <w:r w:rsidR="00103C2D" w:rsidRPr="004A30F8">
        <w:rPr>
          <w:rFonts w:ascii="Roboto Condensed" w:hAnsi="Roboto Condensed"/>
          <w:sz w:val="20"/>
          <w:lang w:val="pl-PL"/>
        </w:rPr>
        <w:t xml:space="preserve"> z Generalnej Dyrekcji Ochrony Środowiska</w:t>
      </w:r>
      <w:r w:rsidR="00D73BC3">
        <w:rPr>
          <w:rFonts w:ascii="Roboto Condensed" w:hAnsi="Roboto Condensed"/>
          <w:sz w:val="20"/>
          <w:lang w:val="pl-PL"/>
        </w:rPr>
        <w:t>;</w:t>
      </w:r>
    </w:p>
    <w:p w14:paraId="0D50318A" w14:textId="240E6D26" w:rsidR="00103C2D" w:rsidRPr="004A30F8" w:rsidRDefault="003752FB" w:rsidP="008636AA">
      <w:pPr>
        <w:pStyle w:val="Tekstpodstawowy2"/>
        <w:numPr>
          <w:ilvl w:val="0"/>
          <w:numId w:val="3"/>
        </w:numPr>
        <w:spacing w:line="240" w:lineRule="auto"/>
        <w:ind w:left="567" w:hanging="227"/>
        <w:rPr>
          <w:rFonts w:ascii="Roboto Condensed" w:hAnsi="Roboto Condensed"/>
          <w:sz w:val="20"/>
          <w:lang w:val="pl-PL"/>
        </w:rPr>
      </w:pPr>
      <w:r w:rsidRPr="004A30F8">
        <w:rPr>
          <w:rFonts w:ascii="Roboto Condensed" w:hAnsi="Roboto Condensed"/>
          <w:sz w:val="20"/>
          <w:lang w:val="pl-PL"/>
        </w:rPr>
        <w:t xml:space="preserve">Zbiór danych przestrzennych </w:t>
      </w:r>
      <w:r w:rsidR="002C6912" w:rsidRPr="004A30F8">
        <w:rPr>
          <w:rFonts w:ascii="Roboto Condensed" w:hAnsi="Roboto Condensed"/>
          <w:sz w:val="20"/>
          <w:lang w:val="pl-PL"/>
        </w:rPr>
        <w:t xml:space="preserve">dla </w:t>
      </w:r>
      <w:proofErr w:type="spellStart"/>
      <w:r w:rsidR="002C6912" w:rsidRPr="004A30F8">
        <w:rPr>
          <w:rFonts w:ascii="Roboto Condensed" w:hAnsi="Roboto Condensed"/>
          <w:sz w:val="20"/>
          <w:lang w:val="pl-PL"/>
        </w:rPr>
        <w:t>wydzieleń</w:t>
      </w:r>
      <w:proofErr w:type="spellEnd"/>
      <w:r w:rsidR="002C6912" w:rsidRPr="004A30F8">
        <w:rPr>
          <w:rFonts w:ascii="Roboto Condensed" w:hAnsi="Roboto Condensed"/>
          <w:sz w:val="20"/>
          <w:lang w:val="pl-PL"/>
        </w:rPr>
        <w:t xml:space="preserve"> w zarządzie nadleśnictw PGL Lasy Państwowe, pozyskany z </w:t>
      </w:r>
      <w:r w:rsidR="0041004E" w:rsidRPr="004A30F8">
        <w:rPr>
          <w:rFonts w:ascii="Roboto Condensed" w:hAnsi="Roboto Condensed"/>
          <w:sz w:val="20"/>
          <w:lang w:val="pl-PL"/>
        </w:rPr>
        <w:t>Państwowego Gospodarstwa Leśnego Lasy Państwowe</w:t>
      </w:r>
      <w:r w:rsidR="00D73BC3">
        <w:rPr>
          <w:rFonts w:ascii="Roboto Condensed" w:hAnsi="Roboto Condensed"/>
          <w:sz w:val="20"/>
          <w:lang w:val="pl-PL"/>
        </w:rPr>
        <w:t>;</w:t>
      </w:r>
    </w:p>
    <w:p w14:paraId="5CE953E4" w14:textId="792B6CCD" w:rsidR="005732EE" w:rsidRPr="00DD7C8F" w:rsidRDefault="00641D99" w:rsidP="00BC1E40">
      <w:pPr>
        <w:pStyle w:val="Tekstpodstawowy2"/>
        <w:numPr>
          <w:ilvl w:val="0"/>
          <w:numId w:val="3"/>
        </w:numPr>
        <w:spacing w:line="240" w:lineRule="auto"/>
        <w:ind w:left="567" w:hanging="227"/>
        <w:rPr>
          <w:rFonts w:ascii="Roboto Condensed" w:hAnsi="Roboto Condensed"/>
          <w:sz w:val="20"/>
          <w:lang w:val="pl-PL"/>
        </w:rPr>
      </w:pPr>
      <w:r w:rsidRPr="004A30F8">
        <w:rPr>
          <w:rFonts w:ascii="Roboto Condensed" w:hAnsi="Roboto Condensed"/>
          <w:sz w:val="20"/>
          <w:lang w:val="pl-PL"/>
        </w:rPr>
        <w:t xml:space="preserve">Zbiór danych </w:t>
      </w:r>
      <w:r w:rsidR="00064085" w:rsidRPr="004A30F8">
        <w:rPr>
          <w:rFonts w:ascii="Roboto Condensed" w:hAnsi="Roboto Condensed"/>
          <w:sz w:val="20"/>
          <w:lang w:val="pl-PL"/>
        </w:rPr>
        <w:t>przestrzennych z Systemu Gospodarki i Ochrony Bogactw Mineralnych Polski, pozyskany z Państwowego Instytutu Geologicznego</w:t>
      </w:r>
      <w:r w:rsidR="00D73BC3">
        <w:rPr>
          <w:rFonts w:ascii="Roboto Condensed" w:hAnsi="Roboto Condensed"/>
          <w:sz w:val="20"/>
          <w:lang w:val="pl-PL"/>
        </w:rPr>
        <w:t>.</w:t>
      </w:r>
    </w:p>
    <w:p w14:paraId="5944B2FB" w14:textId="57B65C52" w:rsidR="00306389" w:rsidRPr="004A30F8" w:rsidRDefault="00F55599" w:rsidP="00DD7C8F">
      <w:pPr>
        <w:pStyle w:val="Nagwek1"/>
        <w:spacing w:before="240" w:line="240" w:lineRule="auto"/>
        <w:rPr>
          <w:rFonts w:ascii="Roboto Condensed" w:hAnsi="Roboto Condensed"/>
          <w:bCs/>
          <w:szCs w:val="24"/>
          <w:lang w:val="pl-PL"/>
        </w:rPr>
      </w:pPr>
      <w:bookmarkStart w:id="17" w:name="_Toc193697356"/>
      <w:bookmarkStart w:id="18" w:name="_Toc206769016"/>
      <w:r w:rsidRPr="004A30F8">
        <w:rPr>
          <w:rFonts w:ascii="Roboto Condensed" w:hAnsi="Roboto Condensed"/>
          <w:bCs/>
          <w:szCs w:val="24"/>
          <w:lang w:val="pl-PL"/>
        </w:rPr>
        <w:t>2</w:t>
      </w:r>
      <w:r w:rsidR="00306389" w:rsidRPr="004A30F8">
        <w:rPr>
          <w:rFonts w:ascii="Roboto Condensed" w:hAnsi="Roboto Condensed"/>
          <w:bCs/>
          <w:szCs w:val="24"/>
          <w:lang w:val="pl-PL"/>
        </w:rPr>
        <w:t xml:space="preserve">. UWARUNKOWANIA ROZWOJU PRZESTRZENNEGO GMINY </w:t>
      </w:r>
      <w:bookmarkEnd w:id="17"/>
      <w:r w:rsidR="009A175C" w:rsidRPr="004A30F8">
        <w:rPr>
          <w:rFonts w:ascii="Roboto Condensed" w:hAnsi="Roboto Condensed"/>
          <w:bCs/>
          <w:szCs w:val="24"/>
          <w:lang w:val="pl-PL"/>
        </w:rPr>
        <w:t>RADOMSKO</w:t>
      </w:r>
      <w:bookmarkEnd w:id="18"/>
    </w:p>
    <w:p w14:paraId="777F478D" w14:textId="0B21DA86" w:rsidR="00F55599" w:rsidRPr="009A175C" w:rsidRDefault="00F55599" w:rsidP="008B0A32">
      <w:pPr>
        <w:pStyle w:val="Nagwek1"/>
        <w:spacing w:before="60" w:after="60" w:line="240" w:lineRule="auto"/>
        <w:ind w:left="737" w:hanging="567"/>
        <w:rPr>
          <w:rFonts w:ascii="Roboto Condensed" w:hAnsi="Roboto Condensed"/>
          <w:bCs/>
          <w:color w:val="EE0000"/>
          <w:sz w:val="22"/>
          <w:szCs w:val="22"/>
          <w:lang w:val="pl-PL"/>
        </w:rPr>
      </w:pPr>
      <w:bookmarkStart w:id="19" w:name="_Toc193697357"/>
      <w:bookmarkStart w:id="20" w:name="_Ref199851164"/>
      <w:bookmarkStart w:id="21" w:name="_Toc206769017"/>
      <w:r w:rsidRPr="004A30F8">
        <w:rPr>
          <w:rFonts w:ascii="Roboto Condensed" w:hAnsi="Roboto Condensed"/>
          <w:bCs/>
          <w:sz w:val="22"/>
          <w:szCs w:val="22"/>
          <w:lang w:val="pl-PL"/>
        </w:rPr>
        <w:t>2.1</w:t>
      </w:r>
      <w:r w:rsidR="003D31CA" w:rsidRPr="004A30F8">
        <w:rPr>
          <w:rFonts w:ascii="Roboto Condensed" w:hAnsi="Roboto Condensed"/>
          <w:bCs/>
          <w:sz w:val="22"/>
          <w:szCs w:val="22"/>
          <w:lang w:val="pl-PL"/>
        </w:rPr>
        <w:t>.</w:t>
      </w:r>
      <w:r w:rsidRPr="004A30F8">
        <w:rPr>
          <w:rFonts w:ascii="Roboto Condensed" w:hAnsi="Roboto Condensed"/>
          <w:bCs/>
          <w:sz w:val="22"/>
          <w:szCs w:val="22"/>
          <w:lang w:val="pl-PL"/>
        </w:rPr>
        <w:t xml:space="preserve"> </w:t>
      </w:r>
      <w:r w:rsidR="003D31CA" w:rsidRPr="004A30F8">
        <w:rPr>
          <w:rFonts w:ascii="Roboto Condensed" w:hAnsi="Roboto Condensed"/>
          <w:bCs/>
          <w:sz w:val="22"/>
          <w:szCs w:val="22"/>
          <w:lang w:val="pl-PL"/>
        </w:rPr>
        <w:t>P</w:t>
      </w:r>
      <w:r w:rsidRPr="004A30F8">
        <w:rPr>
          <w:rFonts w:ascii="Roboto Condensed" w:hAnsi="Roboto Condensed"/>
          <w:bCs/>
          <w:sz w:val="22"/>
          <w:szCs w:val="22"/>
          <w:lang w:val="pl-PL"/>
        </w:rPr>
        <w:t>olityk</w:t>
      </w:r>
      <w:r w:rsidR="003D31CA" w:rsidRPr="004A30F8">
        <w:rPr>
          <w:rFonts w:ascii="Roboto Condensed" w:hAnsi="Roboto Condensed"/>
          <w:bCs/>
          <w:sz w:val="22"/>
          <w:szCs w:val="22"/>
          <w:lang w:val="pl-PL"/>
        </w:rPr>
        <w:t>a</w:t>
      </w:r>
      <w:r w:rsidRPr="004A30F8">
        <w:rPr>
          <w:rFonts w:ascii="Roboto Condensed" w:hAnsi="Roboto Condensed"/>
          <w:bCs/>
          <w:sz w:val="22"/>
          <w:szCs w:val="22"/>
          <w:lang w:val="pl-PL"/>
        </w:rPr>
        <w:t xml:space="preserve"> przestrzenn</w:t>
      </w:r>
      <w:r w:rsidR="003D31CA" w:rsidRPr="004A30F8">
        <w:rPr>
          <w:rFonts w:ascii="Roboto Condensed" w:hAnsi="Roboto Condensed"/>
          <w:bCs/>
          <w:sz w:val="22"/>
          <w:szCs w:val="22"/>
          <w:lang w:val="pl-PL"/>
        </w:rPr>
        <w:t>a</w:t>
      </w:r>
      <w:r w:rsidRPr="004A30F8">
        <w:rPr>
          <w:rFonts w:ascii="Roboto Condensed" w:hAnsi="Roboto Condensed"/>
          <w:bCs/>
          <w:sz w:val="22"/>
          <w:szCs w:val="22"/>
          <w:lang w:val="pl-PL"/>
        </w:rPr>
        <w:t xml:space="preserve"> gminy określon</w:t>
      </w:r>
      <w:r w:rsidR="003D31CA" w:rsidRPr="004A30F8">
        <w:rPr>
          <w:rFonts w:ascii="Roboto Condensed" w:hAnsi="Roboto Condensed"/>
          <w:bCs/>
          <w:sz w:val="22"/>
          <w:szCs w:val="22"/>
          <w:lang w:val="pl-PL"/>
        </w:rPr>
        <w:t>a</w:t>
      </w:r>
      <w:r w:rsidRPr="004A30F8">
        <w:rPr>
          <w:rFonts w:ascii="Roboto Condensed" w:hAnsi="Roboto Condensed"/>
          <w:bCs/>
          <w:sz w:val="22"/>
          <w:szCs w:val="22"/>
          <w:lang w:val="pl-PL"/>
        </w:rPr>
        <w:t xml:space="preserve"> w strategii rozwoju gminy lub strategii rozwoju ponadlokalnego</w:t>
      </w:r>
      <w:bookmarkEnd w:id="19"/>
      <w:r w:rsidR="00C5263A" w:rsidRPr="004A30F8">
        <w:rPr>
          <w:rFonts w:ascii="Roboto Condensed" w:hAnsi="Roboto Condensed"/>
          <w:bCs/>
          <w:sz w:val="22"/>
          <w:szCs w:val="22"/>
          <w:lang w:val="pl-PL"/>
        </w:rPr>
        <w:t>.</w:t>
      </w:r>
      <w:bookmarkEnd w:id="20"/>
      <w:bookmarkEnd w:id="21"/>
    </w:p>
    <w:p w14:paraId="432876F5" w14:textId="0625F1B7" w:rsidR="006C0882" w:rsidRPr="006C0882" w:rsidRDefault="006C0882" w:rsidP="006C0882">
      <w:pPr>
        <w:pStyle w:val="Tekstpodstawowy2"/>
        <w:spacing w:before="120" w:line="240" w:lineRule="auto"/>
        <w:ind w:left="170"/>
        <w:rPr>
          <w:rFonts w:ascii="Roboto Condensed" w:hAnsi="Roboto Condensed"/>
          <w:b/>
          <w:bCs/>
          <w:color w:val="EE0000"/>
          <w:sz w:val="20"/>
          <w:lang w:val="pl-PL"/>
        </w:rPr>
      </w:pPr>
      <w:r w:rsidRPr="006C0882">
        <w:rPr>
          <w:rFonts w:ascii="Roboto Condensed" w:hAnsi="Roboto Condensed"/>
          <w:b/>
          <w:bCs/>
          <w:sz w:val="20"/>
          <w:u w:val="single"/>
          <w:lang w:val="pl-PL"/>
        </w:rPr>
        <w:t>Strategia Rozwoju Gminy Radomsko do 2030 roku:</w:t>
      </w:r>
    </w:p>
    <w:p w14:paraId="4291939F" w14:textId="70F74901" w:rsidR="006C0882" w:rsidRDefault="006C0882" w:rsidP="00AB658B">
      <w:pPr>
        <w:pStyle w:val="Tekstpodstawowy2"/>
        <w:spacing w:before="120" w:after="120" w:line="240" w:lineRule="auto"/>
        <w:ind w:left="170"/>
        <w:rPr>
          <w:rFonts w:ascii="Roboto Condensed" w:hAnsi="Roboto Condensed"/>
          <w:color w:val="EE0000"/>
          <w:sz w:val="20"/>
          <w:lang w:val="pl-PL"/>
        </w:rPr>
      </w:pPr>
      <w:r w:rsidRPr="00AB658B">
        <w:rPr>
          <w:rFonts w:ascii="Roboto Condensed" w:hAnsi="Roboto Condensed"/>
          <w:sz w:val="20"/>
          <w:lang w:val="pl-PL"/>
        </w:rPr>
        <w:t xml:space="preserve">Gmina Radomsko posiada Strategię Rozwoju Gminy przyjętą uchwałą Nr XXXVII/226/2021 Rady Gminy Radomsko z dnia 27 grudnia 2021 r. Dokument został sporządzony w oparciu o ustawę z dnia 8 marca 1990 r. o samorządzie gminnym (Dz. U. z </w:t>
      </w:r>
      <w:r w:rsidR="00AB658B" w:rsidRPr="00AB658B">
        <w:rPr>
          <w:rFonts w:ascii="Roboto Condensed" w:hAnsi="Roboto Condensed"/>
          <w:sz w:val="20"/>
          <w:lang w:val="pl-PL"/>
        </w:rPr>
        <w:t>2020 r. poz. 713 ze zm. poz. 1378</w:t>
      </w:r>
      <w:r w:rsidRPr="00AB658B">
        <w:rPr>
          <w:rFonts w:ascii="Roboto Condensed" w:hAnsi="Roboto Condensed"/>
          <w:sz w:val="20"/>
          <w:lang w:val="pl-PL"/>
        </w:rPr>
        <w:t>)</w:t>
      </w:r>
      <w:r w:rsidR="00AB658B" w:rsidRPr="00AB658B">
        <w:rPr>
          <w:rFonts w:ascii="Roboto Condensed" w:hAnsi="Roboto Condensed"/>
          <w:sz w:val="20"/>
          <w:lang w:val="pl-PL"/>
        </w:rPr>
        <w:t>,</w:t>
      </w:r>
      <w:r w:rsidRPr="00AB658B">
        <w:rPr>
          <w:rFonts w:ascii="Roboto Condensed" w:hAnsi="Roboto Condensed"/>
          <w:sz w:val="20"/>
          <w:lang w:val="pl-PL"/>
        </w:rPr>
        <w:t xml:space="preserve"> w związku z czym spełnia również funkcję strategii terytorialnej zgodnie z art. 29 Rozporządzenia Parlamentu Europejskiego i Rady (UE) 2021 10601. Strategia terytorialna może być podstawą realizacji IIT (Inne Instrumenty Terytorialne). Niniejsza Strategia nie wypełnia jednak wymagań przepisów wynikających z art. 51 ustawy z dnia 7 lipca 2023 r. o zmianie ustawy o planowaniu i zagospodarowaniu przestrzennym oraz niektórych innych ustaw, w szczególności w zakresie zawartości modelu struktury funkcjonalno-przestrzennej oraz zakresu ustaleń i rekomendacji w zakresie kształtowania i prowadzenia polityki przestrzennej w gminie.</w:t>
      </w:r>
    </w:p>
    <w:p w14:paraId="02687F55" w14:textId="456AACD7" w:rsidR="006C0882" w:rsidRPr="00AB658B" w:rsidRDefault="006C0882" w:rsidP="006C0882">
      <w:pPr>
        <w:pStyle w:val="Tekstpodstawowy2"/>
        <w:spacing w:before="120" w:after="120" w:line="240" w:lineRule="auto"/>
        <w:ind w:left="170"/>
        <w:rPr>
          <w:rFonts w:ascii="Roboto Condensed" w:hAnsi="Roboto Condensed"/>
          <w:sz w:val="20"/>
          <w:lang w:val="pl-PL"/>
        </w:rPr>
      </w:pPr>
      <w:r w:rsidRPr="006C0882">
        <w:rPr>
          <w:rFonts w:ascii="Roboto Condensed" w:hAnsi="Roboto Condensed"/>
          <w:sz w:val="20"/>
          <w:lang w:val="pl-PL"/>
        </w:rPr>
        <w:t xml:space="preserve">Strategia </w:t>
      </w:r>
      <w:r w:rsidR="00694C1E" w:rsidRPr="006C0882">
        <w:rPr>
          <w:rFonts w:ascii="Roboto Condensed" w:hAnsi="Roboto Condensed"/>
          <w:sz w:val="20"/>
          <w:lang w:val="pl-PL"/>
        </w:rPr>
        <w:t>Rozwoju Gminy</w:t>
      </w:r>
      <w:r w:rsidR="00694C1E">
        <w:rPr>
          <w:rFonts w:ascii="Roboto Condensed" w:hAnsi="Roboto Condensed"/>
          <w:sz w:val="20"/>
          <w:lang w:val="pl-PL"/>
        </w:rPr>
        <w:t xml:space="preserve"> </w:t>
      </w:r>
      <w:r w:rsidRPr="006C0882">
        <w:rPr>
          <w:rFonts w:ascii="Roboto Condensed" w:hAnsi="Roboto Condensed"/>
          <w:sz w:val="20"/>
          <w:lang w:val="pl-PL"/>
        </w:rPr>
        <w:t>formułuje istotne wnioski dotyczące Gminy Radomsko, spójne ze strategiami powiatową i wojewódzką, oraz precyzyjniej niż strategie ponadlokalne określa słabe i mocne strony gminy oraz cele strategiczne i operacyjne</w:t>
      </w:r>
      <w:r w:rsidRPr="00AB658B">
        <w:rPr>
          <w:rFonts w:ascii="Roboto Condensed" w:hAnsi="Roboto Condensed"/>
          <w:sz w:val="20"/>
          <w:lang w:val="pl-PL"/>
        </w:rPr>
        <w:t>, kierunki działań i proponowane działania. Jednocześnie wydaje się, iż niewystarczająco obejmuje kwestie wykorzystania turystycznego i rekreacyjnego całej doliny Warty (ESOCH) wskazywane w dokumentach wyższego rzędu, koncentrując się głównie na nabrzeżu rzeki.</w:t>
      </w:r>
    </w:p>
    <w:p w14:paraId="7DE989AF" w14:textId="77777777" w:rsidR="006C0882" w:rsidRPr="00AB658B" w:rsidRDefault="006C0882" w:rsidP="006C0882">
      <w:pPr>
        <w:pStyle w:val="Tekstpodstawowy2"/>
        <w:spacing w:before="120" w:line="240" w:lineRule="auto"/>
        <w:ind w:left="170"/>
        <w:rPr>
          <w:rFonts w:ascii="Roboto Condensed" w:hAnsi="Roboto Condensed"/>
          <w:sz w:val="20"/>
          <w:lang w:val="pl-PL"/>
        </w:rPr>
      </w:pPr>
      <w:r w:rsidRPr="00AB658B">
        <w:rPr>
          <w:rFonts w:ascii="Roboto Condensed" w:hAnsi="Roboto Condensed"/>
          <w:sz w:val="20"/>
          <w:lang w:val="pl-PL"/>
        </w:rPr>
        <w:t>Słabe strony gminy określone w strategii :</w:t>
      </w:r>
    </w:p>
    <w:p w14:paraId="03540C6B"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Wymagająca inwestycji infrastruktura gminna: kanalizacyjna, drogowa </w:t>
      </w:r>
    </w:p>
    <w:p w14:paraId="4A6D296E"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Wymagająca wzbogacenia dla różnych grup wiekowych oferta kulturalna</w:t>
      </w:r>
    </w:p>
    <w:p w14:paraId="58DB4285"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Brak na obszarze gminy zorganizowanej opieki nad dziećmi do lat 3 – żłobek, klub malucha</w:t>
      </w:r>
    </w:p>
    <w:p w14:paraId="6E93C5D3"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Wymagająca uzupełnienia infrastruktura rekreacyjna, sportowa dla potrzeb sportu amatorskiego, aktywnych form spędzania wolnego czasu</w:t>
      </w:r>
    </w:p>
    <w:p w14:paraId="361923DE"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Brak miejsc rekreacji, spędzania wolnego czasu np. ścieżki piesze, rowerowe  </w:t>
      </w:r>
    </w:p>
    <w:p w14:paraId="7D81CAFE"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Brak miejsca integrującego społeczność lokalną np. domu kultury  </w:t>
      </w:r>
    </w:p>
    <w:p w14:paraId="7755802F"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Brak na obszarze gminy infrastruktury społecznej - ośrodki zdrowia, banki, policja, placówki oświatowe szczebla średniego, kino, muzeum, dom kultury) poza terenem gminy, ale łatwo dostępna z uwagi na bliskość miasta</w:t>
      </w:r>
    </w:p>
    <w:p w14:paraId="26238C7A"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Wciąż niewielka ilość instalacji odnawialnych źródeł energii</w:t>
      </w:r>
    </w:p>
    <w:p w14:paraId="3CD0F279" w14:textId="77777777" w:rsidR="006C0882" w:rsidRPr="00AB658B" w:rsidRDefault="006C0882" w:rsidP="006C0882">
      <w:pPr>
        <w:pStyle w:val="Tekstpodstawowy2"/>
        <w:spacing w:before="120" w:line="240" w:lineRule="auto"/>
        <w:ind w:left="170"/>
        <w:rPr>
          <w:rFonts w:ascii="Roboto Condensed" w:hAnsi="Roboto Condensed"/>
          <w:sz w:val="20"/>
          <w:lang w:val="pl-PL"/>
        </w:rPr>
      </w:pPr>
      <w:r w:rsidRPr="00AB658B">
        <w:rPr>
          <w:rFonts w:ascii="Roboto Condensed" w:hAnsi="Roboto Condensed"/>
          <w:sz w:val="20"/>
          <w:lang w:val="pl-PL"/>
        </w:rPr>
        <w:t>Mocne strony w projekcie strategii :</w:t>
      </w:r>
    </w:p>
    <w:p w14:paraId="36F2D0BE"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Bliska lokalizacja miasta Radomska – dostęp do rynku pracy, edukacji, oferty kulturalnej, rekreacyjnej i sportowej </w:t>
      </w:r>
    </w:p>
    <w:p w14:paraId="1C3ED920"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Dobry układ komunikacyjny, w tym bliskość autostrady oraz magistrali kolejowej </w:t>
      </w:r>
    </w:p>
    <w:p w14:paraId="321C5AC5"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Dobre warunki do zamieszkania, budownictwa jednorodzinnego  </w:t>
      </w:r>
    </w:p>
    <w:p w14:paraId="04D30F9C"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Dobrze rozwinięta branża meblarska oraz handlowo – usługowa</w:t>
      </w:r>
    </w:p>
    <w:p w14:paraId="300A978F"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Istniejąca przestrzeń publiczna, która może być zagospodarowana i dedykowana społeczności np. tereny nadbrzeża Warty </w:t>
      </w:r>
    </w:p>
    <w:p w14:paraId="21651228" w14:textId="77777777" w:rsidR="006C0882" w:rsidRPr="00AB658B" w:rsidRDefault="006C0882" w:rsidP="006C0882">
      <w:pPr>
        <w:pStyle w:val="Tekstpodstawowy2"/>
        <w:spacing w:before="120" w:line="240" w:lineRule="auto"/>
        <w:ind w:left="170"/>
        <w:rPr>
          <w:rFonts w:ascii="Roboto Condensed" w:hAnsi="Roboto Condensed"/>
          <w:sz w:val="20"/>
          <w:lang w:val="pl-PL"/>
        </w:rPr>
      </w:pPr>
      <w:r w:rsidRPr="00AB658B">
        <w:rPr>
          <w:rFonts w:ascii="Roboto Condensed" w:hAnsi="Roboto Condensed"/>
          <w:sz w:val="20"/>
          <w:lang w:val="pl-PL"/>
        </w:rPr>
        <w:t>Główne cele  określone w projekcie strategii :</w:t>
      </w:r>
    </w:p>
    <w:p w14:paraId="3D764DC4" w14:textId="77777777" w:rsidR="006C0882" w:rsidRPr="00AB658B" w:rsidRDefault="006C0882" w:rsidP="006C0882">
      <w:pPr>
        <w:pStyle w:val="Tekstpodstawowy2"/>
        <w:spacing w:before="120" w:line="240" w:lineRule="auto"/>
        <w:ind w:left="170"/>
        <w:rPr>
          <w:rFonts w:ascii="Roboto Condensed" w:hAnsi="Roboto Condensed"/>
          <w:sz w:val="20"/>
          <w:lang w:val="pl-PL"/>
        </w:rPr>
      </w:pPr>
      <w:r w:rsidRPr="00AB658B">
        <w:rPr>
          <w:rFonts w:ascii="Roboto Condensed" w:hAnsi="Roboto Condensed"/>
          <w:sz w:val="20"/>
          <w:lang w:val="pl-PL"/>
        </w:rPr>
        <w:t xml:space="preserve">Cel strategiczny: Poprawa i rozwój infrastruktury technicznej w Gminie: </w:t>
      </w:r>
    </w:p>
    <w:p w14:paraId="7E922BBF"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Cel 1.1. Uporządkowanie gospodarki wodno-ściekowej na terenie gminy; </w:t>
      </w:r>
    </w:p>
    <w:p w14:paraId="48A52C88"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Cel 1.2. Budowa i modernizacja dróg lokalnych; </w:t>
      </w:r>
    </w:p>
    <w:p w14:paraId="03AA37D9"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Cel 1.3. Budowa ścieżek pieszych i rowerowych; </w:t>
      </w:r>
    </w:p>
    <w:p w14:paraId="342D3C86"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Cel 1.5. Poprawa efektywności energetycznej w gminie - stosowanie ekologicznych i odnawialnych źródeł energii  - OZE (tj. </w:t>
      </w:r>
      <w:proofErr w:type="spellStart"/>
      <w:r w:rsidRPr="00AB658B">
        <w:rPr>
          <w:rFonts w:ascii="Roboto Condensed" w:hAnsi="Roboto Condensed"/>
          <w:sz w:val="20"/>
          <w:lang w:val="pl-PL"/>
        </w:rPr>
        <w:t>fotowoltaika</w:t>
      </w:r>
      <w:proofErr w:type="spellEnd"/>
      <w:r w:rsidRPr="00AB658B">
        <w:rPr>
          <w:rFonts w:ascii="Roboto Condensed" w:hAnsi="Roboto Condensed"/>
          <w:sz w:val="20"/>
          <w:lang w:val="pl-PL"/>
        </w:rPr>
        <w:t xml:space="preserve">, energia wiatrowa, geotermalna, ekologiczne źródła ciepła); </w:t>
      </w:r>
    </w:p>
    <w:p w14:paraId="4677BF77"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Cel 1.6. Modernizacja infrastruktury sportowej - stworzenie oferty w zakresie aktywnych form spędzania wolnego czasu; </w:t>
      </w:r>
    </w:p>
    <w:p w14:paraId="7AF90973"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Cel 1.8. Rewitalizacja przestrzeni publicznej;</w:t>
      </w:r>
    </w:p>
    <w:p w14:paraId="3EEC7D15"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lastRenderedPageBreak/>
        <w:t xml:space="preserve">Cel 1.9. Wdrożenie programu mieszkaniowego budownictwa wielorodzinnego; </w:t>
      </w:r>
    </w:p>
    <w:p w14:paraId="118775A9"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Cel 1.10. Zagospodarowanie turystyczne nadbrzeża rzeki Warty.</w:t>
      </w:r>
    </w:p>
    <w:p w14:paraId="14B97E82" w14:textId="77777777" w:rsidR="006C0882" w:rsidRPr="00AB658B" w:rsidRDefault="006C0882" w:rsidP="006C0882">
      <w:pPr>
        <w:pStyle w:val="Tekstpodstawowy2"/>
        <w:spacing w:before="120" w:line="240" w:lineRule="auto"/>
        <w:ind w:left="170"/>
        <w:rPr>
          <w:rFonts w:ascii="Roboto Condensed" w:hAnsi="Roboto Condensed"/>
          <w:sz w:val="20"/>
          <w:lang w:val="pl-PL"/>
        </w:rPr>
      </w:pPr>
      <w:r w:rsidRPr="00AB658B">
        <w:rPr>
          <w:rFonts w:ascii="Roboto Condensed" w:hAnsi="Roboto Condensed"/>
          <w:sz w:val="20"/>
          <w:lang w:val="pl-PL"/>
        </w:rPr>
        <w:t xml:space="preserve">Cel strategiczny: Wsparcie dla rozwoju konkurencyjnej gospodarki lokalnej: </w:t>
      </w:r>
    </w:p>
    <w:p w14:paraId="2B36F7DA"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Cel 2.3. Wyznaczenie terenów inwestycyjnych oraz pod działalność gospodarczą.  </w:t>
      </w:r>
    </w:p>
    <w:p w14:paraId="76CF29A1" w14:textId="77777777" w:rsidR="006C0882" w:rsidRPr="00AB658B" w:rsidRDefault="006C0882" w:rsidP="006C0882">
      <w:pPr>
        <w:pStyle w:val="Tekstpodstawowy2"/>
        <w:spacing w:before="120" w:line="240" w:lineRule="auto"/>
        <w:ind w:left="170"/>
        <w:rPr>
          <w:rFonts w:ascii="Roboto Condensed" w:hAnsi="Roboto Condensed"/>
          <w:sz w:val="20"/>
          <w:lang w:val="pl-PL"/>
        </w:rPr>
      </w:pPr>
      <w:r w:rsidRPr="00AB658B">
        <w:rPr>
          <w:rFonts w:ascii="Roboto Condensed" w:hAnsi="Roboto Condensed"/>
          <w:sz w:val="20"/>
          <w:lang w:val="pl-PL"/>
        </w:rPr>
        <w:t xml:space="preserve">Cel strategiczny: Poprawa jakości życia mieszkańców poprzez realizację  projektów inwestycyjnych i społecznych:   </w:t>
      </w:r>
    </w:p>
    <w:p w14:paraId="047CF19D"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Cel 3.1. Uporządkowanie gospodarki wodno-ściekowej poprzez budowę, rozbudowę  sieci wodno-kanalizacyjnej  </w:t>
      </w:r>
    </w:p>
    <w:p w14:paraId="484DCBB5"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Cel 3.4. </w:t>
      </w:r>
      <w:proofErr w:type="spellStart"/>
      <w:r w:rsidRPr="00AB658B">
        <w:rPr>
          <w:rFonts w:ascii="Roboto Condensed" w:hAnsi="Roboto Condensed"/>
          <w:sz w:val="20"/>
          <w:lang w:val="pl-PL"/>
        </w:rPr>
        <w:t>Mikroinstalacje</w:t>
      </w:r>
      <w:proofErr w:type="spellEnd"/>
      <w:r w:rsidRPr="00AB658B">
        <w:rPr>
          <w:rFonts w:ascii="Roboto Condensed" w:hAnsi="Roboto Condensed"/>
          <w:sz w:val="20"/>
          <w:lang w:val="pl-PL"/>
        </w:rPr>
        <w:t xml:space="preserve"> </w:t>
      </w:r>
      <w:proofErr w:type="spellStart"/>
      <w:r w:rsidRPr="00AB658B">
        <w:rPr>
          <w:rFonts w:ascii="Roboto Condensed" w:hAnsi="Roboto Condensed"/>
          <w:sz w:val="20"/>
          <w:lang w:val="pl-PL"/>
        </w:rPr>
        <w:t>prosumenckie</w:t>
      </w:r>
      <w:proofErr w:type="spellEnd"/>
      <w:r w:rsidRPr="00AB658B">
        <w:rPr>
          <w:rFonts w:ascii="Roboto Condensed" w:hAnsi="Roboto Condensed"/>
          <w:sz w:val="20"/>
          <w:lang w:val="pl-PL"/>
        </w:rPr>
        <w:t xml:space="preserve"> (</w:t>
      </w:r>
      <w:proofErr w:type="spellStart"/>
      <w:r w:rsidRPr="00AB658B">
        <w:rPr>
          <w:rFonts w:ascii="Roboto Condensed" w:hAnsi="Roboto Condensed"/>
          <w:sz w:val="20"/>
          <w:lang w:val="pl-PL"/>
        </w:rPr>
        <w:t>fotowoltaika</w:t>
      </w:r>
      <w:proofErr w:type="spellEnd"/>
      <w:r w:rsidRPr="00AB658B">
        <w:rPr>
          <w:rFonts w:ascii="Roboto Condensed" w:hAnsi="Roboto Condensed"/>
          <w:sz w:val="20"/>
          <w:lang w:val="pl-PL"/>
        </w:rPr>
        <w:t xml:space="preserve">) w budynkach prywatnych; </w:t>
      </w:r>
    </w:p>
    <w:p w14:paraId="6B8CB704"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Cel 3.6. […] stworzenie oferty spędzania wolnego czasu; </w:t>
      </w:r>
    </w:p>
    <w:p w14:paraId="1056139C" w14:textId="77777777" w:rsidR="006C0882" w:rsidRPr="00AB658B" w:rsidRDefault="006C0882" w:rsidP="006C0882">
      <w:pPr>
        <w:pStyle w:val="Tekstpodstawowy2"/>
        <w:spacing w:before="120" w:after="120" w:line="240" w:lineRule="auto"/>
        <w:ind w:left="170"/>
        <w:rPr>
          <w:rFonts w:ascii="Roboto Condensed" w:hAnsi="Roboto Condensed"/>
          <w:sz w:val="20"/>
          <w:lang w:val="pl-PL"/>
        </w:rPr>
      </w:pPr>
      <w:r w:rsidRPr="00AB658B">
        <w:rPr>
          <w:rFonts w:ascii="Roboto Condensed" w:hAnsi="Roboto Condensed"/>
          <w:sz w:val="20"/>
          <w:lang w:val="pl-PL"/>
        </w:rPr>
        <w:t>Projekt Strategii zawiera model struktury funkcjonalno-przestrzennej gminy, jednak nie spełnia on podstawowych założeń przewidzianych w przepisach obecnie obowiązujących (wymagań art. 10e ustawy z dnia 8 marca 1990 r. o samorządzie gminnym (</w:t>
      </w:r>
      <w:proofErr w:type="spellStart"/>
      <w:r w:rsidRPr="00AB658B">
        <w:rPr>
          <w:rFonts w:ascii="Roboto Condensed" w:hAnsi="Roboto Condensed"/>
          <w:sz w:val="20"/>
          <w:lang w:val="pl-PL"/>
        </w:rPr>
        <w:t>t.j</w:t>
      </w:r>
      <w:proofErr w:type="spellEnd"/>
      <w:r w:rsidRPr="00AB658B">
        <w:rPr>
          <w:rFonts w:ascii="Roboto Condensed" w:hAnsi="Roboto Condensed"/>
          <w:sz w:val="20"/>
          <w:lang w:val="pl-PL"/>
        </w:rPr>
        <w:t>. Dz. U. z 2024 r. poz. 1465, ze zmianami)), a więc w szczególności nie zawiera docelowego układu elementów składowych przestrzeni, zaś ustalenia i rekomendacje w zakresie kształtowania i prowadzenia polityki przestrzennej w gminie są rozproszone w strukturze Strategii. W związku z powyższym za istotne z punktu widzenia wymagań polityki przestrzennej gminy kształtowanej w ustaleniach planu ogólnego, uznano ustalenia studium, które mimo że nie stanowią podstawy prawnej, wyznaczają główne obszary rozwoju zabudowy w gminie, wypracowane na przestrzeni okresu obowiązywania studium, tj. od roku 1999 do dziś, w szczególności że ustaleń studium przełożono na ustalenia planów miejscowych w bardzo ograniczonym zakresie, a więc rozwiązania te nie zostaną uwzględnione z mocy prawa, w planie ogólnym.</w:t>
      </w:r>
    </w:p>
    <w:p w14:paraId="513B0496" w14:textId="77777777" w:rsidR="006C0882" w:rsidRPr="00AB658B" w:rsidRDefault="006C0882" w:rsidP="006C0882">
      <w:pPr>
        <w:pStyle w:val="Tekstpodstawowy2"/>
        <w:spacing w:before="120" w:line="240" w:lineRule="auto"/>
        <w:ind w:left="170"/>
        <w:rPr>
          <w:rFonts w:ascii="Roboto Condensed" w:hAnsi="Roboto Condensed"/>
          <w:sz w:val="20"/>
          <w:lang w:val="pl-PL"/>
        </w:rPr>
      </w:pPr>
      <w:r w:rsidRPr="00AB658B">
        <w:rPr>
          <w:rFonts w:ascii="Roboto Condensed" w:hAnsi="Roboto Condensed"/>
          <w:sz w:val="20"/>
          <w:lang w:val="pl-PL"/>
        </w:rPr>
        <w:t>Najistotniejszymi, z punktu widzenia ustaleń POG rekomendacjami, wynikającymi ze strategii są:</w:t>
      </w:r>
    </w:p>
    <w:p w14:paraId="602BE22E"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uwzględnienie głównych elementów infrastruktury komunikacyjnej (linii kolejowej oraz dróg krajowych i wojewódzkich),</w:t>
      </w:r>
    </w:p>
    <w:p w14:paraId="0E90E9F0"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uwzględniono poprzez wyznaczenie stref komunikacyjnych</w:t>
      </w:r>
    </w:p>
    <w:p w14:paraId="686B4CE4"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dopełnienie strategicznego układu drogowego wraz z realizacją sprawnych powiązań z węzłami,</w:t>
      </w:r>
    </w:p>
    <w:p w14:paraId="7771A336"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uwzględniono w części poprzez wyznaczenie stref planistycznych ograniczających zabudowę w planowanych korytarzach, nie uwzględniono w sposób bezpośredni ze względu na ograniczenia POG w zakresie wyznaczania stref komunikacyjnych dla obiektów nieistniejących.</w:t>
      </w:r>
    </w:p>
    <w:p w14:paraId="5D8F4D65"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rozwój i poprawę parametrów technicznych dróg,</w:t>
      </w:r>
    </w:p>
    <w:p w14:paraId="5D99026B"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POG umożliwia powyższe we wszystkich strefach planistycznych</w:t>
      </w:r>
    </w:p>
    <w:p w14:paraId="51FE9DD5"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rozwój spójnego systemu tras rowerowych,</w:t>
      </w:r>
    </w:p>
    <w:p w14:paraId="2FF9E1DA"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POG umożliwia powyższe we wszystkich strefach planistycznych</w:t>
      </w:r>
    </w:p>
    <w:p w14:paraId="205A2A22"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utrzymanie ochrony istniejących elementów regionalnego systemu obszarów chronionych (</w:t>
      </w:r>
      <w:proofErr w:type="spellStart"/>
      <w:r w:rsidRPr="00AB658B">
        <w:rPr>
          <w:rFonts w:ascii="Roboto Condensed" w:hAnsi="Roboto Condensed"/>
          <w:sz w:val="20"/>
          <w:lang w:val="pl-PL"/>
        </w:rPr>
        <w:t>SOCh</w:t>
      </w:r>
      <w:proofErr w:type="spellEnd"/>
      <w:r w:rsidRPr="00AB658B">
        <w:rPr>
          <w:rFonts w:ascii="Roboto Condensed" w:hAnsi="Roboto Condensed"/>
          <w:sz w:val="20"/>
          <w:lang w:val="pl-PL"/>
        </w:rPr>
        <w:t xml:space="preserve">), </w:t>
      </w:r>
    </w:p>
    <w:p w14:paraId="3E0F2E32"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uwzględniono poprzez dominację stref otwartych oraz bardzo znaczące ograniczenie stref dopuszczających zabudowę.</w:t>
      </w:r>
    </w:p>
    <w:p w14:paraId="676C17D1"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utrzymanie istniejących form ochrony przyrody spoza </w:t>
      </w:r>
      <w:proofErr w:type="spellStart"/>
      <w:r w:rsidRPr="00AB658B">
        <w:rPr>
          <w:rFonts w:ascii="Roboto Condensed" w:hAnsi="Roboto Condensed"/>
          <w:sz w:val="20"/>
          <w:lang w:val="pl-PL"/>
        </w:rPr>
        <w:t>SOCh</w:t>
      </w:r>
      <w:proofErr w:type="spellEnd"/>
      <w:r w:rsidRPr="00AB658B">
        <w:rPr>
          <w:rFonts w:ascii="Roboto Condensed" w:hAnsi="Roboto Condensed"/>
          <w:sz w:val="20"/>
          <w:lang w:val="pl-PL"/>
        </w:rPr>
        <w:t>,</w:t>
      </w:r>
    </w:p>
    <w:p w14:paraId="38DA9D18"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 xml:space="preserve">w POG brak form ochrony przyrody poza </w:t>
      </w:r>
      <w:proofErr w:type="spellStart"/>
      <w:r w:rsidRPr="00AB658B">
        <w:rPr>
          <w:rFonts w:ascii="Roboto Condensed" w:hAnsi="Roboto Condensed"/>
          <w:sz w:val="20"/>
          <w:lang w:val="pl-PL"/>
        </w:rPr>
        <w:t>SOCh</w:t>
      </w:r>
      <w:proofErr w:type="spellEnd"/>
      <w:r w:rsidRPr="00AB658B">
        <w:rPr>
          <w:rFonts w:ascii="Roboto Condensed" w:hAnsi="Roboto Condensed"/>
          <w:sz w:val="20"/>
          <w:lang w:val="pl-PL"/>
        </w:rPr>
        <w:t>, za wyjątkiem pomników przyrody (drzew)</w:t>
      </w:r>
    </w:p>
    <w:p w14:paraId="35C97856"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zachowanie walorów krajobrazowych, </w:t>
      </w:r>
    </w:p>
    <w:p w14:paraId="0D1A542F"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uwzględniono poprzez bardzo znaczące ograniczenie rozwoju obszarów zabudowy,</w:t>
      </w:r>
    </w:p>
    <w:p w14:paraId="461C59DA"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racjonalne gospodarowanie obszarami zagrożenia powodziowego,</w:t>
      </w:r>
    </w:p>
    <w:p w14:paraId="48AFE4AD"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uwzględniono poprzez eliminację nowych terenów dopuszczających zabudowę (stref planistycznych), z wyjątkami obejmującymi strefy rekreacyjne oraz poprzez zachowanie otwartego charakteru terenów zalewowych (strefy planistyczne SO)</w:t>
      </w:r>
    </w:p>
    <w:p w14:paraId="1EE48A94"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ograniczenie przeznaczania gruntów leśnych na cele nieleśne;</w:t>
      </w:r>
    </w:p>
    <w:p w14:paraId="40A51F6A"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uwzględniono poprzez eliminację stref umożliwiających zabudowę z terenów leśnych oraz zadrzewionych,</w:t>
      </w:r>
    </w:p>
    <w:p w14:paraId="19B30292"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zachowanie trwałych użytków zielonych,</w:t>
      </w:r>
    </w:p>
    <w:p w14:paraId="03766572"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uwzględniono poprzez wprowadzenie stref otwartych (SO) zamiast stref rolniczych (SR),</w:t>
      </w:r>
    </w:p>
    <w:p w14:paraId="701E880C"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utrzymywanie istniejących oraz tworzenie nowych ostoi różnorodności biologicznej,</w:t>
      </w:r>
    </w:p>
    <w:p w14:paraId="5E56390E"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uwzględniono poprzez bardzo znaczące ograniczenie rozwoju obszarów zabudowy, oraz dominację stref otwartych (SO), co sprzyja utrzymaniu istniejących i możliwości tworzenia nowych ostoi.</w:t>
      </w:r>
    </w:p>
    <w:p w14:paraId="2CD7C24D"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ochrona obszarów źródliskowych, terenów podmokłych, zbiorników wodnych; odtwarzanie i ochrona mokradeł oraz starorzeczy,</w:t>
      </w:r>
    </w:p>
    <w:p w14:paraId="6C45D33F"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uwzględniono poprzez bardzo znaczące ograniczenie rozwoju obszarów zabudowy, oraz dominację stref otwartych (SO) co sprzyja ochronie w/w elementów.</w:t>
      </w:r>
    </w:p>
    <w:p w14:paraId="4DC5F878"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przeciwdziałanie i niwelowanie procesów niekontrolowanej </w:t>
      </w:r>
      <w:proofErr w:type="spellStart"/>
      <w:r w:rsidRPr="00AB658B">
        <w:rPr>
          <w:rFonts w:ascii="Roboto Condensed" w:hAnsi="Roboto Condensed"/>
          <w:sz w:val="20"/>
          <w:lang w:val="pl-PL"/>
        </w:rPr>
        <w:t>suburbanizacji</w:t>
      </w:r>
      <w:proofErr w:type="spellEnd"/>
      <w:r w:rsidRPr="00AB658B">
        <w:rPr>
          <w:rFonts w:ascii="Roboto Condensed" w:hAnsi="Roboto Condensed"/>
          <w:sz w:val="20"/>
          <w:lang w:val="pl-PL"/>
        </w:rPr>
        <w:t xml:space="preserve"> oraz postępującego chaosu przestrzennego,</w:t>
      </w:r>
    </w:p>
    <w:p w14:paraId="3ED9F2AE"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uwzględniono, dopuszczając zabudowę mieszkaniową głównie na obszarach już w znacznym stopniu zabudowanych w ramach obszaru uzupełnienia zabudowy oraz bezpośrednio przyległych do istniejących dróg publicznych albo urządzonych dróg wewnętrznych.</w:t>
      </w:r>
    </w:p>
    <w:p w14:paraId="4A3FC3F1"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prowadzenie atrakcyjnej polityki prorodzinnej, w tym mieszkaniowej, </w:t>
      </w:r>
    </w:p>
    <w:p w14:paraId="0B4CE060"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nie uwzględniono ze ograniczenia ustawowe wynikające z niekorzystnej demografii oraz brak planów miejscowych i tym samym wymagane przyjęcie w POG niskiego zapotrzebowania na nową zabudowę mieszkaniową.</w:t>
      </w:r>
    </w:p>
    <w:p w14:paraId="1F4884F7"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otworzenie nowych terenów do zagospodarowania inwestycyjnego oraz mieszkaniowego,</w:t>
      </w:r>
    </w:p>
    <w:p w14:paraId="3C21B326"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lastRenderedPageBreak/>
        <w:t xml:space="preserve">uwzględniono w ograniczonym zakresie poszerzając tereny istniejącej zabudowy </w:t>
      </w:r>
    </w:p>
    <w:p w14:paraId="73E29437"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wdrożenie programu mieszkaniowego budownictwa wielorodzinnego, </w:t>
      </w:r>
    </w:p>
    <w:p w14:paraId="565CF2E5"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nie uwzględniono ze względu na niekorzystny wynik zapotrzebowania na nową zabudowę i jednocześnie znacznie wyższą chłonność stref wielofunkcyjnych z zabudową wielorodzinną.</w:t>
      </w:r>
    </w:p>
    <w:p w14:paraId="46DF3134"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wyznaczenie terenów inwestycyjnych oraz pod działalność gospodarczą,</w:t>
      </w:r>
    </w:p>
    <w:p w14:paraId="7B6F74F3"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uwzględniono w ograniczonym zakresie ze względu na niewielkie zapotrzebowanie gminy na tą formę zagospodarowania,</w:t>
      </w:r>
    </w:p>
    <w:p w14:paraId="7DE67F0A"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wykorzystanie walorów przyrodniczo-krajobrazowych na potrzeby turystyki zrównoważonej,</w:t>
      </w:r>
    </w:p>
    <w:p w14:paraId="0EA4B113"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uwzględniono poprzez stosunkowo szerokie wprowadzenie stref zieleni i rekreacji (SN) w południowej części gminy.</w:t>
      </w:r>
    </w:p>
    <w:p w14:paraId="5F29E4EA"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rozbudowanie infrastruktury turystycznej między innymi w postaci dróg, ścieżek i szlaków rowerowych, zagospodarowania nabrzeży rzek oraz w dalszej kolejności budowy obiektów małej architektury, ubogacających wykreowane trasy/szlaki,</w:t>
      </w:r>
    </w:p>
    <w:p w14:paraId="653FDBFE"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POG umożliwia powyższe we wszystkich strefach planistycznych</w:t>
      </w:r>
    </w:p>
    <w:p w14:paraId="5DE78A32"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rozwój turystyki preferującej aktywne spędzanie czasu np. rowerowa i kajakowa,</w:t>
      </w:r>
    </w:p>
    <w:p w14:paraId="16AD81B9"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uwzględniono poprzez stosunkowo szerokie wprowadzenie stref zieleni i rekreacji w południowej części gminy.</w:t>
      </w:r>
    </w:p>
    <w:p w14:paraId="19565CB8"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zagospodarowanie turystyczne nadbrzeża rzeki Warty,</w:t>
      </w:r>
    </w:p>
    <w:p w14:paraId="212FAF66"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uwzględniono poprzez wyznaczenie strefy zieleni i rekreacji w rejonie stacji kolejowej Bobry.</w:t>
      </w:r>
    </w:p>
    <w:p w14:paraId="3D68AA81"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powiązanie usług turystycznych z lokalnym sektorem rolno-spożywczym,</w:t>
      </w:r>
    </w:p>
    <w:p w14:paraId="7361F785"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POG nie stoi w sprzeczności z powyższym.</w:t>
      </w:r>
    </w:p>
    <w:p w14:paraId="10618F4C"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poprawę zdolności retencyjnych, w tym m.in. zwiększanie naturalnej retencji oraz przywracanie naturalnych warunków przepływu za pomocą wprowadzania zalesień i </w:t>
      </w:r>
      <w:proofErr w:type="spellStart"/>
      <w:r w:rsidRPr="00AB658B">
        <w:rPr>
          <w:rFonts w:ascii="Roboto Condensed" w:hAnsi="Roboto Condensed"/>
          <w:sz w:val="20"/>
          <w:lang w:val="pl-PL"/>
        </w:rPr>
        <w:t>zadrzewień</w:t>
      </w:r>
      <w:proofErr w:type="spellEnd"/>
      <w:r w:rsidRPr="00AB658B">
        <w:rPr>
          <w:rFonts w:ascii="Roboto Condensed" w:hAnsi="Roboto Condensed"/>
          <w:sz w:val="20"/>
          <w:lang w:val="pl-PL"/>
        </w:rPr>
        <w:t>,</w:t>
      </w:r>
    </w:p>
    <w:p w14:paraId="09C31255"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uwzględniono poprzez bardzo znaczące ograniczenie rozwoju obszarów zabudowy, oraz dominację stref otwartych (SO) w południowej części gminy.</w:t>
      </w:r>
    </w:p>
    <w:p w14:paraId="1BA2F171"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pozyskiwanie energii ze źródeł odnawialnych i nie szkodzących środowisku,</w:t>
      </w:r>
    </w:p>
    <w:p w14:paraId="5515361F"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uwzględniono poprzez szerokie dopuszczenie realizacji instalacji fotowoltaicznych na terenach rolnych i otwartych, z zastrzeżeniem że o faktycznej możliwości lokalizacji będą decydować plany miejscowe.</w:t>
      </w:r>
    </w:p>
    <w:p w14:paraId="29CA1456"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wspieranie budowy instalacji do pozyskiwania energii z OZE,</w:t>
      </w:r>
    </w:p>
    <w:p w14:paraId="487AEF40"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POG nie stoi w sprzeczności z powyższym.</w:t>
      </w:r>
    </w:p>
    <w:p w14:paraId="2F393315"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wspieranie budowy magazynów energii,</w:t>
      </w:r>
    </w:p>
    <w:p w14:paraId="40697562"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POG nie stoi w sprzeczności z powyższym.</w:t>
      </w:r>
    </w:p>
    <w:p w14:paraId="28C918C1"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 xml:space="preserve">wspieranie rozwoju energetyki </w:t>
      </w:r>
      <w:proofErr w:type="spellStart"/>
      <w:r w:rsidRPr="00AB658B">
        <w:rPr>
          <w:rFonts w:ascii="Roboto Condensed" w:hAnsi="Roboto Condensed"/>
          <w:sz w:val="20"/>
          <w:lang w:val="pl-PL"/>
        </w:rPr>
        <w:t>prosumenckiej</w:t>
      </w:r>
      <w:proofErr w:type="spellEnd"/>
      <w:r w:rsidRPr="00AB658B">
        <w:rPr>
          <w:rFonts w:ascii="Roboto Condensed" w:hAnsi="Roboto Condensed"/>
          <w:sz w:val="20"/>
          <w:lang w:val="pl-PL"/>
        </w:rPr>
        <w:t xml:space="preserve"> i rozproszonej,</w:t>
      </w:r>
    </w:p>
    <w:p w14:paraId="45C76A05"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POG nie stoi w sprzeczności z powyższym.</w:t>
      </w:r>
    </w:p>
    <w:p w14:paraId="0E3B2DB7" w14:textId="77777777" w:rsidR="006C0882" w:rsidRPr="00AB658B" w:rsidRDefault="006C0882" w:rsidP="006C0882">
      <w:pPr>
        <w:pStyle w:val="Tekstpodstawowy2"/>
        <w:numPr>
          <w:ilvl w:val="0"/>
          <w:numId w:val="3"/>
        </w:numPr>
        <w:spacing w:line="240" w:lineRule="auto"/>
        <w:ind w:left="567" w:hanging="227"/>
        <w:rPr>
          <w:rFonts w:ascii="Roboto Condensed" w:hAnsi="Roboto Condensed"/>
          <w:sz w:val="20"/>
          <w:lang w:val="pl-PL"/>
        </w:rPr>
      </w:pPr>
      <w:r w:rsidRPr="00AB658B">
        <w:rPr>
          <w:rFonts w:ascii="Roboto Condensed" w:hAnsi="Roboto Condensed"/>
          <w:sz w:val="20"/>
          <w:lang w:val="pl-PL"/>
        </w:rPr>
        <w:t>rozwój infrastruktury technologicznej, w tym szybkiego Internetu oraz łączności wykorzystującej standard 5G,</w:t>
      </w:r>
    </w:p>
    <w:p w14:paraId="0F558E8A" w14:textId="77777777" w:rsidR="006C0882" w:rsidRPr="00AB658B" w:rsidRDefault="006C0882" w:rsidP="006C0882">
      <w:pPr>
        <w:pStyle w:val="Tekstpodstawowy2"/>
        <w:numPr>
          <w:ilvl w:val="1"/>
          <w:numId w:val="3"/>
        </w:numPr>
        <w:spacing w:line="240" w:lineRule="auto"/>
        <w:rPr>
          <w:rFonts w:ascii="Roboto Condensed" w:hAnsi="Roboto Condensed"/>
          <w:sz w:val="20"/>
          <w:lang w:val="pl-PL"/>
        </w:rPr>
      </w:pPr>
      <w:r w:rsidRPr="00AB658B">
        <w:rPr>
          <w:rFonts w:ascii="Roboto Condensed" w:hAnsi="Roboto Condensed"/>
          <w:sz w:val="20"/>
          <w:lang w:val="pl-PL"/>
        </w:rPr>
        <w:t>POG nie stoi w sprzeczności z powyższym, przy czym uwzględniono możliwość realizacji wież telekomunikacyjnych poprzez dopuszczenie odpowiednich wysokości zabudowy w strefach rolnych i otwartych.</w:t>
      </w:r>
    </w:p>
    <w:p w14:paraId="4DA3DE0D" w14:textId="5243E0AE" w:rsidR="00412942" w:rsidRDefault="00AB658B" w:rsidP="00AB658B">
      <w:pPr>
        <w:pStyle w:val="Tekstpodstawowy2"/>
        <w:spacing w:before="120" w:after="120" w:line="240" w:lineRule="auto"/>
        <w:ind w:left="170"/>
        <w:rPr>
          <w:rFonts w:ascii="Roboto Condensed" w:hAnsi="Roboto Condensed"/>
          <w:sz w:val="20"/>
          <w:lang w:val="pl-PL"/>
        </w:rPr>
      </w:pPr>
      <w:r>
        <w:rPr>
          <w:rFonts w:ascii="Roboto Condensed" w:hAnsi="Roboto Condensed"/>
          <w:sz w:val="20"/>
          <w:lang w:val="pl-PL"/>
        </w:rPr>
        <w:t>Dla weryfikacji i uzupełnienia informacji wynikających ze Strategii Rozwoju Gminy przeanalizowano również strategie ponadlokalne (Województwa i Powiatu)</w:t>
      </w:r>
    </w:p>
    <w:p w14:paraId="010CDB5B" w14:textId="0281EE69" w:rsidR="00F17932" w:rsidRPr="00F17932" w:rsidRDefault="00F17932" w:rsidP="00AB658B">
      <w:pPr>
        <w:pStyle w:val="Tekstpodstawowy2"/>
        <w:spacing w:before="240" w:after="120" w:line="240" w:lineRule="auto"/>
        <w:ind w:left="170"/>
        <w:rPr>
          <w:rFonts w:ascii="Roboto Condensed" w:hAnsi="Roboto Condensed"/>
          <w:b/>
          <w:bCs/>
          <w:sz w:val="20"/>
          <w:u w:val="single"/>
          <w:lang w:val="pl-PL"/>
        </w:rPr>
      </w:pPr>
      <w:r w:rsidRPr="00F17932">
        <w:rPr>
          <w:rFonts w:ascii="Roboto Condensed" w:hAnsi="Roboto Condensed"/>
          <w:b/>
          <w:bCs/>
          <w:sz w:val="20"/>
          <w:u w:val="single"/>
          <w:lang w:val="pl-PL"/>
        </w:rPr>
        <w:t>Strategia Rozwoju Województwa Łódzkiego 2030</w:t>
      </w:r>
    </w:p>
    <w:p w14:paraId="0621A3E5" w14:textId="5E6FC607" w:rsidR="00600D2E" w:rsidRPr="00600D2E" w:rsidRDefault="00600D2E" w:rsidP="00600D2E">
      <w:pPr>
        <w:pStyle w:val="Tekstpodstawowy2"/>
        <w:spacing w:before="120" w:line="240" w:lineRule="auto"/>
        <w:ind w:left="170"/>
        <w:rPr>
          <w:rFonts w:ascii="Roboto Condensed" w:hAnsi="Roboto Condensed"/>
          <w:sz w:val="20"/>
          <w:lang w:val="pl-PL"/>
        </w:rPr>
      </w:pPr>
      <w:r w:rsidRPr="00F17932">
        <w:rPr>
          <w:rFonts w:ascii="Roboto Condensed" w:hAnsi="Roboto Condensed"/>
          <w:sz w:val="20"/>
          <w:lang w:val="pl-PL"/>
        </w:rPr>
        <w:t>W Strategii Rozwoju Województwa Łódzkiego 2030</w:t>
      </w:r>
      <w:r w:rsidRPr="00600D2E">
        <w:rPr>
          <w:rFonts w:ascii="Roboto Condensed" w:hAnsi="Roboto Condensed"/>
          <w:sz w:val="20"/>
          <w:lang w:val="pl-PL"/>
        </w:rPr>
        <w:t xml:space="preserve"> podziałem dotyczącym obszarów strategicznej interwencji obszar gminy Radomsko został zakwalifikowany do:</w:t>
      </w:r>
    </w:p>
    <w:p w14:paraId="53992CD5" w14:textId="77777777" w:rsidR="00600D2E" w:rsidRPr="00600D2E" w:rsidRDefault="00600D2E" w:rsidP="008636AA">
      <w:pPr>
        <w:pStyle w:val="Tekstpodstawowy2"/>
        <w:numPr>
          <w:ilvl w:val="0"/>
          <w:numId w:val="3"/>
        </w:numPr>
        <w:spacing w:line="240" w:lineRule="auto"/>
        <w:ind w:left="567" w:hanging="227"/>
        <w:rPr>
          <w:rFonts w:ascii="Roboto Condensed" w:hAnsi="Roboto Condensed"/>
          <w:sz w:val="20"/>
          <w:lang w:val="pl-PL"/>
        </w:rPr>
      </w:pPr>
      <w:r w:rsidRPr="00600D2E">
        <w:rPr>
          <w:rFonts w:ascii="Roboto Condensed" w:hAnsi="Roboto Condensed"/>
          <w:sz w:val="20"/>
          <w:lang w:val="pl-PL"/>
        </w:rPr>
        <w:t xml:space="preserve">Miejskiego Obszaru Funkcjonalnego - MOF  Radomsko – Piotrków Trybunalski – Bełchatów </w:t>
      </w:r>
    </w:p>
    <w:p w14:paraId="7C2BE774" w14:textId="5369CFD5" w:rsidR="00932007" w:rsidRPr="0091440E" w:rsidRDefault="00600D2E" w:rsidP="008636AA">
      <w:pPr>
        <w:pStyle w:val="Tekstpodstawowy2"/>
        <w:numPr>
          <w:ilvl w:val="0"/>
          <w:numId w:val="3"/>
        </w:numPr>
        <w:spacing w:line="240" w:lineRule="auto"/>
        <w:ind w:left="567" w:hanging="227"/>
        <w:rPr>
          <w:rFonts w:ascii="Roboto Condensed" w:hAnsi="Roboto Condensed"/>
          <w:sz w:val="20"/>
          <w:lang w:val="pl-PL"/>
        </w:rPr>
      </w:pPr>
      <w:r w:rsidRPr="00600D2E">
        <w:rPr>
          <w:rFonts w:ascii="Roboto Condensed" w:hAnsi="Roboto Condensed"/>
          <w:sz w:val="20"/>
          <w:lang w:val="pl-PL"/>
        </w:rPr>
        <w:t>Obszaru Nowej Energii.</w:t>
      </w:r>
    </w:p>
    <w:p w14:paraId="6E3D5D73" w14:textId="08770F96" w:rsidR="00932007" w:rsidRDefault="00932007" w:rsidP="0091440E">
      <w:pPr>
        <w:pStyle w:val="Tekstpodstawowy2"/>
        <w:spacing w:before="120" w:line="240" w:lineRule="auto"/>
        <w:ind w:left="170"/>
        <w:rPr>
          <w:rFonts w:ascii="Roboto Condensed" w:hAnsi="Roboto Condensed"/>
          <w:color w:val="EE0000"/>
          <w:sz w:val="20"/>
          <w:lang w:val="pl-PL"/>
        </w:rPr>
      </w:pPr>
      <w:r w:rsidRPr="00932007">
        <w:rPr>
          <w:rFonts w:ascii="Roboto Condensed" w:hAnsi="Roboto Condensed"/>
          <w:sz w:val="20"/>
          <w:lang w:val="pl-PL"/>
        </w:rPr>
        <w:t>Kluczowe elementy struktury funkcjonalno-przestrzennej</w:t>
      </w:r>
      <w:r>
        <w:rPr>
          <w:rFonts w:ascii="Roboto Condensed" w:hAnsi="Roboto Condensed"/>
          <w:sz w:val="20"/>
          <w:lang w:val="pl-PL"/>
        </w:rPr>
        <w:t xml:space="preserve"> wymagające uwzględnienia</w:t>
      </w:r>
      <w:r w:rsidR="00AF60D7">
        <w:rPr>
          <w:rFonts w:ascii="Roboto Condensed" w:hAnsi="Roboto Condensed"/>
          <w:sz w:val="20"/>
          <w:lang w:val="pl-PL"/>
        </w:rPr>
        <w:t xml:space="preserve"> w planie ogólnym</w:t>
      </w:r>
      <w:r w:rsidRPr="00932007">
        <w:rPr>
          <w:rFonts w:ascii="Roboto Condensed" w:hAnsi="Roboto Condensed"/>
          <w:sz w:val="20"/>
          <w:lang w:val="pl-PL"/>
        </w:rPr>
        <w:t>:</w:t>
      </w:r>
    </w:p>
    <w:p w14:paraId="21C71CB8" w14:textId="269AFBF9" w:rsidR="00932007" w:rsidRDefault="00932007" w:rsidP="008636AA">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Autostrada (A1)</w:t>
      </w:r>
    </w:p>
    <w:p w14:paraId="6DF8F0E0" w14:textId="40018BCE" w:rsidR="00932007" w:rsidRDefault="00932007" w:rsidP="008636AA">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Drogi Krajowe (nr 42 i 9</w:t>
      </w:r>
      <w:r w:rsidR="0091440E">
        <w:rPr>
          <w:rFonts w:ascii="Roboto Condensed" w:hAnsi="Roboto Condensed"/>
          <w:sz w:val="20"/>
          <w:lang w:val="pl-PL"/>
        </w:rPr>
        <w:t>1</w:t>
      </w:r>
      <w:r>
        <w:rPr>
          <w:rFonts w:ascii="Roboto Condensed" w:hAnsi="Roboto Condensed"/>
          <w:sz w:val="20"/>
          <w:lang w:val="pl-PL"/>
        </w:rPr>
        <w:t>)</w:t>
      </w:r>
    </w:p>
    <w:p w14:paraId="08DD7D1F" w14:textId="0E677B6E" w:rsidR="00932007" w:rsidRDefault="00932007" w:rsidP="008636AA">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Droga wojewódzk</w:t>
      </w:r>
      <w:r w:rsidR="0091440E">
        <w:rPr>
          <w:rFonts w:ascii="Roboto Condensed" w:hAnsi="Roboto Condensed"/>
          <w:sz w:val="20"/>
          <w:lang w:val="pl-PL"/>
        </w:rPr>
        <w:t>a</w:t>
      </w:r>
      <w:r>
        <w:rPr>
          <w:rFonts w:ascii="Roboto Condensed" w:hAnsi="Roboto Condensed"/>
          <w:sz w:val="20"/>
          <w:lang w:val="pl-PL"/>
        </w:rPr>
        <w:t xml:space="preserve"> (</w:t>
      </w:r>
      <w:r w:rsidR="0091440E">
        <w:rPr>
          <w:rFonts w:ascii="Roboto Condensed" w:hAnsi="Roboto Condensed"/>
          <w:sz w:val="20"/>
          <w:lang w:val="pl-PL"/>
        </w:rPr>
        <w:t>nr 784)</w:t>
      </w:r>
    </w:p>
    <w:p w14:paraId="29CACB5A" w14:textId="6D6EA519" w:rsidR="00932007" w:rsidRDefault="00932007" w:rsidP="008636AA">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 xml:space="preserve">Linia kolejowa (nr </w:t>
      </w:r>
      <w:r w:rsidR="0091440E">
        <w:rPr>
          <w:rFonts w:ascii="Roboto Condensed" w:hAnsi="Roboto Condensed"/>
          <w:sz w:val="20"/>
          <w:lang w:val="pl-PL"/>
        </w:rPr>
        <w:t>1</w:t>
      </w:r>
      <w:r>
        <w:rPr>
          <w:rFonts w:ascii="Roboto Condensed" w:hAnsi="Roboto Condensed"/>
          <w:sz w:val="20"/>
          <w:lang w:val="pl-PL"/>
        </w:rPr>
        <w:t xml:space="preserve">) </w:t>
      </w:r>
      <w:r w:rsidR="0091440E">
        <w:rPr>
          <w:rFonts w:ascii="Roboto Condensed" w:hAnsi="Roboto Condensed"/>
          <w:sz w:val="20"/>
          <w:lang w:val="pl-PL"/>
        </w:rPr>
        <w:t xml:space="preserve">Warszawa-Katowice </w:t>
      </w:r>
      <w:r>
        <w:rPr>
          <w:rFonts w:ascii="Roboto Condensed" w:hAnsi="Roboto Condensed"/>
          <w:sz w:val="20"/>
          <w:lang w:val="pl-PL"/>
        </w:rPr>
        <w:t xml:space="preserve">oraz przystanek </w:t>
      </w:r>
      <w:r w:rsidR="0091440E">
        <w:rPr>
          <w:rFonts w:ascii="Roboto Condensed" w:hAnsi="Roboto Condensed"/>
          <w:sz w:val="20"/>
          <w:lang w:val="pl-PL"/>
        </w:rPr>
        <w:t>kolejowy Bobry</w:t>
      </w:r>
    </w:p>
    <w:p w14:paraId="1AAFE09A" w14:textId="6848362E" w:rsidR="0093282A" w:rsidRDefault="0093282A" w:rsidP="008636AA">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Szczątkowy</w:t>
      </w:r>
      <w:r w:rsidRPr="0093282A">
        <w:rPr>
          <w:rFonts w:ascii="Roboto Condensed" w:hAnsi="Roboto Condensed"/>
          <w:sz w:val="20"/>
          <w:lang w:val="pl-PL"/>
        </w:rPr>
        <w:t xml:space="preserve"> udział gleb I–III, rozproszone kompleksy IV klasy</w:t>
      </w:r>
    </w:p>
    <w:p w14:paraId="5F04A5EC" w14:textId="427EEF51" w:rsidR="00932007" w:rsidRDefault="00932007" w:rsidP="008636AA">
      <w:pPr>
        <w:pStyle w:val="Tekstpodstawowy2"/>
        <w:numPr>
          <w:ilvl w:val="0"/>
          <w:numId w:val="3"/>
        </w:numPr>
        <w:spacing w:line="240" w:lineRule="auto"/>
        <w:ind w:left="567" w:hanging="227"/>
        <w:rPr>
          <w:rFonts w:ascii="Roboto Condensed" w:hAnsi="Roboto Condensed"/>
          <w:sz w:val="20"/>
          <w:lang w:val="pl-PL"/>
        </w:rPr>
      </w:pPr>
      <w:r w:rsidRPr="00932007">
        <w:rPr>
          <w:rFonts w:ascii="Roboto Condensed" w:hAnsi="Roboto Condensed"/>
          <w:sz w:val="20"/>
          <w:lang w:val="pl-PL"/>
        </w:rPr>
        <w:t>Obszary o wysokich wartościach krajobrazowych (przyrodniczych i kulturowych)</w:t>
      </w:r>
      <w:r>
        <w:rPr>
          <w:rFonts w:ascii="Roboto Condensed" w:hAnsi="Roboto Condensed"/>
          <w:sz w:val="20"/>
          <w:lang w:val="pl-PL"/>
        </w:rPr>
        <w:t>: p</w:t>
      </w:r>
      <w:r w:rsidRPr="00932007">
        <w:rPr>
          <w:rFonts w:ascii="Roboto Condensed" w:hAnsi="Roboto Condensed"/>
          <w:sz w:val="20"/>
          <w:lang w:val="pl-PL"/>
        </w:rPr>
        <w:t xml:space="preserve">ołudniowa część gminy </w:t>
      </w:r>
      <w:r>
        <w:rPr>
          <w:rFonts w:ascii="Roboto Condensed" w:hAnsi="Roboto Condensed"/>
          <w:sz w:val="20"/>
          <w:lang w:val="pl-PL"/>
        </w:rPr>
        <w:t>(</w:t>
      </w:r>
      <w:r w:rsidRPr="00932007">
        <w:rPr>
          <w:rFonts w:ascii="Roboto Condensed" w:hAnsi="Roboto Condensed"/>
          <w:sz w:val="20"/>
          <w:lang w:val="pl-PL"/>
        </w:rPr>
        <w:t>dolina Warty</w:t>
      </w:r>
      <w:r>
        <w:rPr>
          <w:rFonts w:ascii="Roboto Condensed" w:hAnsi="Roboto Condensed"/>
          <w:sz w:val="20"/>
          <w:lang w:val="pl-PL"/>
        </w:rPr>
        <w:t>)</w:t>
      </w:r>
      <w:r w:rsidRPr="00932007">
        <w:rPr>
          <w:rFonts w:ascii="Roboto Condensed" w:hAnsi="Roboto Condensed"/>
          <w:sz w:val="20"/>
          <w:lang w:val="pl-PL"/>
        </w:rPr>
        <w:t xml:space="preserve"> </w:t>
      </w:r>
    </w:p>
    <w:p w14:paraId="760F68D9" w14:textId="357D1143" w:rsidR="0091440E" w:rsidRPr="00932007" w:rsidRDefault="0091440E" w:rsidP="008636AA">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Wody powierzchniowe (Rzeki Warta i Radomka)</w:t>
      </w:r>
    </w:p>
    <w:p w14:paraId="4B916FAC" w14:textId="238F8126" w:rsidR="00932007" w:rsidRPr="00C62C28" w:rsidRDefault="00932007" w:rsidP="008636AA">
      <w:pPr>
        <w:pStyle w:val="Tekstpodstawowy2"/>
        <w:numPr>
          <w:ilvl w:val="0"/>
          <w:numId w:val="3"/>
        </w:numPr>
        <w:spacing w:line="240" w:lineRule="auto"/>
        <w:ind w:left="567" w:hanging="227"/>
        <w:rPr>
          <w:rFonts w:ascii="Roboto Condensed" w:hAnsi="Roboto Condensed"/>
          <w:color w:val="EE0000"/>
          <w:sz w:val="20"/>
          <w:lang w:val="pl-PL"/>
        </w:rPr>
      </w:pPr>
      <w:r w:rsidRPr="00932007">
        <w:rPr>
          <w:rFonts w:ascii="Roboto Condensed" w:hAnsi="Roboto Condensed"/>
          <w:sz w:val="20"/>
          <w:lang w:val="pl-PL"/>
        </w:rPr>
        <w:t xml:space="preserve">Obszary </w:t>
      </w:r>
      <w:r>
        <w:rPr>
          <w:rFonts w:ascii="Roboto Condensed" w:hAnsi="Roboto Condensed"/>
          <w:sz w:val="20"/>
          <w:lang w:val="pl-PL"/>
        </w:rPr>
        <w:t>zagrożenia powodzią: (</w:t>
      </w:r>
      <w:r w:rsidRPr="00932007">
        <w:rPr>
          <w:rFonts w:ascii="Roboto Condensed" w:hAnsi="Roboto Condensed"/>
          <w:sz w:val="20"/>
          <w:lang w:val="pl-PL"/>
        </w:rPr>
        <w:t>dolina Warty</w:t>
      </w:r>
      <w:r w:rsidR="0091440E">
        <w:rPr>
          <w:rFonts w:ascii="Roboto Condensed" w:hAnsi="Roboto Condensed"/>
          <w:sz w:val="20"/>
          <w:lang w:val="pl-PL"/>
        </w:rPr>
        <w:t xml:space="preserve"> i Radomki</w:t>
      </w:r>
      <w:r>
        <w:rPr>
          <w:rFonts w:ascii="Roboto Condensed" w:hAnsi="Roboto Condensed"/>
          <w:sz w:val="20"/>
          <w:lang w:val="pl-PL"/>
        </w:rPr>
        <w:t>)</w:t>
      </w:r>
      <w:r w:rsidRPr="00932007">
        <w:rPr>
          <w:rFonts w:ascii="Roboto Condensed" w:hAnsi="Roboto Condensed"/>
          <w:sz w:val="20"/>
          <w:lang w:val="pl-PL"/>
        </w:rPr>
        <w:t xml:space="preserve"> </w:t>
      </w:r>
    </w:p>
    <w:p w14:paraId="3EBAA87D" w14:textId="63CDF089" w:rsidR="00AF60D7" w:rsidRDefault="00AF60D7" w:rsidP="00C62C28">
      <w:pPr>
        <w:pStyle w:val="Tekstpodstawowy2"/>
        <w:spacing w:before="120" w:line="240" w:lineRule="auto"/>
        <w:ind w:left="170"/>
        <w:rPr>
          <w:rFonts w:ascii="Roboto Condensed" w:hAnsi="Roboto Condensed"/>
          <w:color w:val="EE0000"/>
          <w:sz w:val="20"/>
          <w:lang w:val="pl-PL"/>
        </w:rPr>
      </w:pPr>
      <w:r w:rsidRPr="00AF60D7">
        <w:rPr>
          <w:rFonts w:ascii="Roboto Condensed" w:hAnsi="Roboto Condensed"/>
          <w:sz w:val="20"/>
          <w:lang w:val="pl-PL"/>
        </w:rPr>
        <w:t>Cele strategiczne</w:t>
      </w:r>
      <w:r>
        <w:rPr>
          <w:rFonts w:ascii="Roboto Condensed" w:hAnsi="Roboto Condensed"/>
          <w:sz w:val="20"/>
          <w:lang w:val="pl-PL"/>
        </w:rPr>
        <w:t xml:space="preserve"> - </w:t>
      </w:r>
      <w:r w:rsidRPr="00AF60D7">
        <w:rPr>
          <w:rFonts w:ascii="Roboto Condensed" w:hAnsi="Roboto Condensed"/>
          <w:sz w:val="20"/>
          <w:lang w:val="pl-PL"/>
        </w:rPr>
        <w:t>Strefa przestrzenna</w:t>
      </w:r>
      <w:r w:rsidR="00C62C28">
        <w:rPr>
          <w:rFonts w:ascii="Roboto Condensed" w:hAnsi="Roboto Condensed"/>
          <w:sz w:val="20"/>
          <w:lang w:val="pl-PL"/>
        </w:rPr>
        <w:t xml:space="preserve"> (w zakresie przedmiotu POG)</w:t>
      </w:r>
      <w:r w:rsidRPr="00AF60D7">
        <w:rPr>
          <w:rFonts w:ascii="Roboto Condensed" w:hAnsi="Roboto Condensed"/>
          <w:sz w:val="20"/>
          <w:lang w:val="pl-PL"/>
        </w:rPr>
        <w:t>: Atrakcyjna i dostępna przestrzeń:</w:t>
      </w:r>
    </w:p>
    <w:p w14:paraId="6EFB1BD2" w14:textId="3D1B1E9B" w:rsidR="00AF60D7" w:rsidRPr="00AF60D7" w:rsidRDefault="00AF60D7" w:rsidP="008636AA">
      <w:pPr>
        <w:pStyle w:val="Tekstpodstawowy2"/>
        <w:numPr>
          <w:ilvl w:val="0"/>
          <w:numId w:val="3"/>
        </w:numPr>
        <w:spacing w:line="240" w:lineRule="auto"/>
        <w:ind w:left="567" w:hanging="227"/>
        <w:rPr>
          <w:rFonts w:ascii="Roboto Condensed" w:hAnsi="Roboto Condensed"/>
          <w:color w:val="EE0000"/>
          <w:sz w:val="20"/>
          <w:lang w:val="pl-PL"/>
        </w:rPr>
      </w:pPr>
      <w:r w:rsidRPr="00AF60D7">
        <w:rPr>
          <w:rFonts w:ascii="Roboto Condensed" w:hAnsi="Roboto Condensed"/>
          <w:sz w:val="20"/>
          <w:lang w:val="pl-PL"/>
        </w:rPr>
        <w:t>3.1. Adaptacja do zmian klimatu i poprawa jakości zasobów środowiska:</w:t>
      </w:r>
    </w:p>
    <w:p w14:paraId="6F9EEDB8" w14:textId="634C891B" w:rsidR="00AF60D7" w:rsidRDefault="00AF60D7" w:rsidP="008636AA">
      <w:pPr>
        <w:pStyle w:val="Tekstpodstawowy2"/>
        <w:numPr>
          <w:ilvl w:val="1"/>
          <w:numId w:val="3"/>
        </w:numPr>
        <w:spacing w:line="240" w:lineRule="auto"/>
        <w:rPr>
          <w:rFonts w:ascii="Roboto Condensed" w:hAnsi="Roboto Condensed"/>
          <w:sz w:val="20"/>
          <w:lang w:val="pl-PL"/>
        </w:rPr>
      </w:pPr>
      <w:r w:rsidRPr="00AF60D7">
        <w:rPr>
          <w:rFonts w:ascii="Roboto Condensed" w:hAnsi="Roboto Condensed"/>
          <w:sz w:val="20"/>
          <w:lang w:val="pl-PL"/>
        </w:rPr>
        <w:t>3.1.1. Poprawa jakości powietrza</w:t>
      </w:r>
      <w:r w:rsidR="00364C90">
        <w:rPr>
          <w:rFonts w:ascii="Roboto Condensed" w:hAnsi="Roboto Condensed"/>
          <w:sz w:val="20"/>
          <w:lang w:val="pl-PL"/>
        </w:rPr>
        <w:t xml:space="preserve"> m.in. poprzez:</w:t>
      </w:r>
    </w:p>
    <w:p w14:paraId="21FF0E6B" w14:textId="15C7EE32" w:rsidR="00364C90" w:rsidRDefault="00364C90" w:rsidP="008636AA">
      <w:pPr>
        <w:pStyle w:val="Tekstpodstawowy2"/>
        <w:numPr>
          <w:ilvl w:val="2"/>
          <w:numId w:val="3"/>
        </w:numPr>
        <w:spacing w:line="240" w:lineRule="auto"/>
        <w:ind w:left="1967" w:hanging="357"/>
        <w:rPr>
          <w:rFonts w:ascii="Roboto Condensed" w:hAnsi="Roboto Condensed"/>
          <w:sz w:val="20"/>
          <w:lang w:val="pl-PL"/>
        </w:rPr>
      </w:pPr>
      <w:r w:rsidRPr="00364C90">
        <w:rPr>
          <w:rFonts w:ascii="Roboto Condensed" w:hAnsi="Roboto Condensed"/>
          <w:sz w:val="20"/>
          <w:lang w:val="pl-PL"/>
        </w:rPr>
        <w:t>rozwój spójnego systemu tras</w:t>
      </w:r>
      <w:r>
        <w:rPr>
          <w:rFonts w:ascii="Roboto Condensed" w:hAnsi="Roboto Condensed"/>
          <w:sz w:val="20"/>
          <w:lang w:val="pl-PL"/>
        </w:rPr>
        <w:t xml:space="preserve"> </w:t>
      </w:r>
      <w:r w:rsidRPr="00364C90">
        <w:rPr>
          <w:rFonts w:ascii="Roboto Condensed" w:hAnsi="Roboto Condensed"/>
          <w:sz w:val="20"/>
          <w:lang w:val="pl-PL"/>
        </w:rPr>
        <w:t>rowerowych</w:t>
      </w:r>
    </w:p>
    <w:p w14:paraId="3B4DE3C3" w14:textId="7B20BEEF" w:rsidR="00364C90" w:rsidRPr="00364C90" w:rsidRDefault="00364C90" w:rsidP="008636AA">
      <w:pPr>
        <w:pStyle w:val="Tekstpodstawowy2"/>
        <w:numPr>
          <w:ilvl w:val="2"/>
          <w:numId w:val="3"/>
        </w:numPr>
        <w:spacing w:line="240" w:lineRule="auto"/>
        <w:ind w:left="1967" w:hanging="357"/>
        <w:rPr>
          <w:rFonts w:ascii="Roboto Condensed" w:hAnsi="Roboto Condensed"/>
          <w:sz w:val="20"/>
          <w:lang w:val="pl-PL"/>
        </w:rPr>
      </w:pPr>
      <w:r w:rsidRPr="00364C90">
        <w:rPr>
          <w:rFonts w:ascii="Roboto Condensed" w:hAnsi="Roboto Condensed"/>
          <w:sz w:val="20"/>
          <w:lang w:val="pl-PL"/>
        </w:rPr>
        <w:t>budowa systemów zasilania pojazdów zero- i niskoemisyjnych</w:t>
      </w:r>
    </w:p>
    <w:p w14:paraId="3F12908C" w14:textId="44E1B36C" w:rsidR="00AF60D7" w:rsidRDefault="00AF60D7" w:rsidP="008636AA">
      <w:pPr>
        <w:pStyle w:val="Tekstpodstawowy2"/>
        <w:numPr>
          <w:ilvl w:val="1"/>
          <w:numId w:val="3"/>
        </w:numPr>
        <w:spacing w:line="240" w:lineRule="auto"/>
        <w:rPr>
          <w:rFonts w:ascii="Roboto Condensed" w:hAnsi="Roboto Condensed"/>
          <w:sz w:val="20"/>
          <w:lang w:val="pl-PL"/>
        </w:rPr>
      </w:pPr>
      <w:r w:rsidRPr="00AF60D7">
        <w:rPr>
          <w:rFonts w:ascii="Roboto Condensed" w:hAnsi="Roboto Condensed"/>
          <w:sz w:val="20"/>
          <w:lang w:val="pl-PL"/>
        </w:rPr>
        <w:lastRenderedPageBreak/>
        <w:t>3.1.2. Ochrona zasobów wód oraz poprawa ich jakości</w:t>
      </w:r>
      <w:r w:rsidR="00364C90">
        <w:rPr>
          <w:rFonts w:ascii="Roboto Condensed" w:hAnsi="Roboto Condensed"/>
          <w:sz w:val="20"/>
          <w:lang w:val="pl-PL"/>
        </w:rPr>
        <w:t xml:space="preserve"> m.in. poprzez:</w:t>
      </w:r>
    </w:p>
    <w:p w14:paraId="01C8C6EB" w14:textId="605E90CC" w:rsidR="00364C90" w:rsidRDefault="00364C90" w:rsidP="008636AA">
      <w:pPr>
        <w:pStyle w:val="Tekstpodstawowy2"/>
        <w:numPr>
          <w:ilvl w:val="2"/>
          <w:numId w:val="3"/>
        </w:numPr>
        <w:spacing w:line="240" w:lineRule="auto"/>
        <w:ind w:left="1967" w:hanging="357"/>
        <w:rPr>
          <w:rFonts w:ascii="Roboto Condensed" w:hAnsi="Roboto Condensed"/>
          <w:sz w:val="20"/>
          <w:lang w:val="pl-PL"/>
        </w:rPr>
      </w:pPr>
      <w:r w:rsidRPr="00364C90">
        <w:rPr>
          <w:rFonts w:ascii="Roboto Condensed" w:hAnsi="Roboto Condensed"/>
          <w:sz w:val="20"/>
          <w:lang w:val="pl-PL"/>
        </w:rPr>
        <w:t>rozwój systemów wodociągowych i kanalizacyjnych</w:t>
      </w:r>
    </w:p>
    <w:p w14:paraId="5AF176B3" w14:textId="0C7634F2" w:rsidR="00364C90" w:rsidRPr="00364C90" w:rsidRDefault="00364C90" w:rsidP="008636AA">
      <w:pPr>
        <w:pStyle w:val="Tekstpodstawowy2"/>
        <w:numPr>
          <w:ilvl w:val="2"/>
          <w:numId w:val="3"/>
        </w:numPr>
        <w:spacing w:line="240" w:lineRule="auto"/>
        <w:ind w:left="1967" w:hanging="357"/>
        <w:rPr>
          <w:rFonts w:ascii="Roboto Condensed" w:hAnsi="Roboto Condensed"/>
          <w:sz w:val="20"/>
          <w:lang w:val="pl-PL"/>
        </w:rPr>
      </w:pPr>
      <w:r w:rsidRPr="00364C90">
        <w:rPr>
          <w:rFonts w:ascii="Roboto Condensed" w:hAnsi="Roboto Condensed"/>
          <w:sz w:val="20"/>
          <w:lang w:val="pl-PL"/>
        </w:rPr>
        <w:t>budowa i rozbudowa kanalizacji oraz oczyszczalni ścieków na obszarach miejskich</w:t>
      </w:r>
      <w:r>
        <w:rPr>
          <w:rFonts w:ascii="Roboto Condensed" w:hAnsi="Roboto Condensed"/>
          <w:sz w:val="20"/>
          <w:lang w:val="pl-PL"/>
        </w:rPr>
        <w:t xml:space="preserve"> </w:t>
      </w:r>
      <w:r w:rsidRPr="00364C90">
        <w:rPr>
          <w:rFonts w:ascii="Roboto Condensed" w:hAnsi="Roboto Condensed"/>
          <w:sz w:val="20"/>
          <w:lang w:val="pl-PL"/>
        </w:rPr>
        <w:t>i wiejskich poza aglomeracjami ściekowymi</w:t>
      </w:r>
    </w:p>
    <w:p w14:paraId="4640297E" w14:textId="357F0348" w:rsidR="00AF60D7" w:rsidRDefault="00AF60D7" w:rsidP="008636AA">
      <w:pPr>
        <w:pStyle w:val="Tekstpodstawowy2"/>
        <w:numPr>
          <w:ilvl w:val="1"/>
          <w:numId w:val="3"/>
        </w:numPr>
        <w:spacing w:line="240" w:lineRule="auto"/>
        <w:rPr>
          <w:rFonts w:ascii="Roboto Condensed" w:hAnsi="Roboto Condensed"/>
          <w:sz w:val="20"/>
          <w:lang w:val="pl-PL"/>
        </w:rPr>
      </w:pPr>
      <w:r w:rsidRPr="00AF60D7">
        <w:rPr>
          <w:rFonts w:ascii="Roboto Condensed" w:hAnsi="Roboto Condensed"/>
          <w:sz w:val="20"/>
          <w:lang w:val="pl-PL"/>
        </w:rPr>
        <w:t>3.1.3. Przeciwdziałanie skutkom suszy i zmniejszanie niedoborów wody</w:t>
      </w:r>
      <w:r w:rsidR="000B027A">
        <w:rPr>
          <w:rFonts w:ascii="Roboto Condensed" w:hAnsi="Roboto Condensed"/>
          <w:sz w:val="20"/>
          <w:lang w:val="pl-PL"/>
        </w:rPr>
        <w:t xml:space="preserve"> m.in. poprzez:</w:t>
      </w:r>
    </w:p>
    <w:p w14:paraId="5CFA8316" w14:textId="5118329D" w:rsidR="00364C90" w:rsidRDefault="00364C90" w:rsidP="008636AA">
      <w:pPr>
        <w:pStyle w:val="Tekstpodstawowy2"/>
        <w:numPr>
          <w:ilvl w:val="2"/>
          <w:numId w:val="3"/>
        </w:numPr>
        <w:spacing w:line="240" w:lineRule="auto"/>
        <w:ind w:left="1967" w:hanging="357"/>
        <w:rPr>
          <w:rFonts w:ascii="Roboto Condensed" w:hAnsi="Roboto Condensed"/>
          <w:sz w:val="20"/>
          <w:lang w:val="pl-PL"/>
        </w:rPr>
      </w:pPr>
      <w:r w:rsidRPr="00364C90">
        <w:rPr>
          <w:rFonts w:ascii="Roboto Condensed" w:hAnsi="Roboto Condensed"/>
          <w:sz w:val="20"/>
          <w:lang w:val="pl-PL"/>
        </w:rPr>
        <w:t>poprawę zdolności retencyjnych, w tym m.in. zwiększanie naturalnej retencji oraz przywracanie</w:t>
      </w:r>
      <w:r>
        <w:rPr>
          <w:rFonts w:ascii="Roboto Condensed" w:hAnsi="Roboto Condensed"/>
          <w:sz w:val="20"/>
          <w:lang w:val="pl-PL"/>
        </w:rPr>
        <w:t xml:space="preserve"> </w:t>
      </w:r>
      <w:r w:rsidRPr="00364C90">
        <w:rPr>
          <w:rFonts w:ascii="Roboto Condensed" w:hAnsi="Roboto Condensed"/>
          <w:sz w:val="20"/>
          <w:lang w:val="pl-PL"/>
        </w:rPr>
        <w:t xml:space="preserve">naturalnych warunków przepływu za pomocą wprowadzania zalesień i </w:t>
      </w:r>
      <w:proofErr w:type="spellStart"/>
      <w:r w:rsidRPr="00364C90">
        <w:rPr>
          <w:rFonts w:ascii="Roboto Condensed" w:hAnsi="Roboto Condensed"/>
          <w:sz w:val="20"/>
          <w:lang w:val="pl-PL"/>
        </w:rPr>
        <w:t>zadrzewień</w:t>
      </w:r>
      <w:proofErr w:type="spellEnd"/>
    </w:p>
    <w:p w14:paraId="37FB3D9A" w14:textId="5F06060C" w:rsidR="00364C90" w:rsidRDefault="00364C90" w:rsidP="008636AA">
      <w:pPr>
        <w:pStyle w:val="Tekstpodstawowy2"/>
        <w:numPr>
          <w:ilvl w:val="2"/>
          <w:numId w:val="3"/>
        </w:numPr>
        <w:spacing w:line="240" w:lineRule="auto"/>
        <w:ind w:left="1967" w:hanging="357"/>
        <w:rPr>
          <w:rFonts w:ascii="Roboto Condensed" w:hAnsi="Roboto Condensed"/>
          <w:sz w:val="20"/>
          <w:lang w:val="pl-PL"/>
        </w:rPr>
      </w:pPr>
      <w:r w:rsidRPr="00364C90">
        <w:rPr>
          <w:rFonts w:ascii="Roboto Condensed" w:hAnsi="Roboto Condensed"/>
          <w:sz w:val="20"/>
          <w:lang w:val="pl-PL"/>
        </w:rPr>
        <w:t>ograniczenie</w:t>
      </w:r>
      <w:r>
        <w:rPr>
          <w:rFonts w:ascii="Roboto Condensed" w:hAnsi="Roboto Condensed"/>
          <w:sz w:val="20"/>
          <w:lang w:val="pl-PL"/>
        </w:rPr>
        <w:t xml:space="preserve"> </w:t>
      </w:r>
      <w:r w:rsidRPr="00364C90">
        <w:rPr>
          <w:rFonts w:ascii="Roboto Condensed" w:hAnsi="Roboto Condensed"/>
          <w:sz w:val="20"/>
          <w:lang w:val="pl-PL"/>
        </w:rPr>
        <w:t>przeznaczania gruntów leśnych na cele nieleśne;</w:t>
      </w:r>
    </w:p>
    <w:p w14:paraId="349B6D71" w14:textId="77777777" w:rsidR="00364C90" w:rsidRDefault="00364C90" w:rsidP="008636AA">
      <w:pPr>
        <w:pStyle w:val="Tekstpodstawowy2"/>
        <w:numPr>
          <w:ilvl w:val="2"/>
          <w:numId w:val="3"/>
        </w:numPr>
        <w:spacing w:line="240" w:lineRule="auto"/>
        <w:ind w:left="1967" w:hanging="357"/>
        <w:rPr>
          <w:rFonts w:ascii="Roboto Condensed" w:hAnsi="Roboto Condensed"/>
          <w:sz w:val="20"/>
          <w:lang w:val="pl-PL"/>
        </w:rPr>
      </w:pPr>
      <w:r w:rsidRPr="00364C90">
        <w:rPr>
          <w:rFonts w:ascii="Roboto Condensed" w:hAnsi="Roboto Condensed"/>
          <w:sz w:val="20"/>
          <w:lang w:val="pl-PL"/>
        </w:rPr>
        <w:t>ochrona obszarów źródliskowych, terenów podmokłych, zbiorników wodnych; odtwarzanie</w:t>
      </w:r>
      <w:r>
        <w:rPr>
          <w:rFonts w:ascii="Roboto Condensed" w:hAnsi="Roboto Condensed"/>
          <w:sz w:val="20"/>
          <w:lang w:val="pl-PL"/>
        </w:rPr>
        <w:t xml:space="preserve"> </w:t>
      </w:r>
      <w:r w:rsidRPr="00364C90">
        <w:rPr>
          <w:rFonts w:ascii="Roboto Condensed" w:hAnsi="Roboto Condensed"/>
          <w:sz w:val="20"/>
          <w:lang w:val="pl-PL"/>
        </w:rPr>
        <w:t xml:space="preserve">i ochrona mokradeł oraz starorzeczy; </w:t>
      </w:r>
    </w:p>
    <w:p w14:paraId="2891A7E5" w14:textId="61C5D36D" w:rsidR="00364C90" w:rsidRDefault="00364C90" w:rsidP="008636AA">
      <w:pPr>
        <w:pStyle w:val="Tekstpodstawowy2"/>
        <w:numPr>
          <w:ilvl w:val="2"/>
          <w:numId w:val="3"/>
        </w:numPr>
        <w:spacing w:line="240" w:lineRule="auto"/>
        <w:ind w:left="1967" w:hanging="357"/>
        <w:rPr>
          <w:rFonts w:ascii="Roboto Condensed" w:hAnsi="Roboto Condensed"/>
          <w:sz w:val="20"/>
          <w:lang w:val="pl-PL"/>
        </w:rPr>
      </w:pPr>
      <w:r w:rsidRPr="00364C90">
        <w:rPr>
          <w:rFonts w:ascii="Roboto Condensed" w:hAnsi="Roboto Condensed"/>
          <w:sz w:val="20"/>
          <w:lang w:val="pl-PL"/>
        </w:rPr>
        <w:t>budowa małych i średnich obiektów retencjonujących wodę</w:t>
      </w:r>
      <w:r>
        <w:rPr>
          <w:rFonts w:ascii="Roboto Condensed" w:hAnsi="Roboto Condensed"/>
          <w:sz w:val="20"/>
          <w:lang w:val="pl-PL"/>
        </w:rPr>
        <w:t xml:space="preserve"> </w:t>
      </w:r>
      <w:r w:rsidRPr="00364C90">
        <w:rPr>
          <w:rFonts w:ascii="Roboto Condensed" w:hAnsi="Roboto Condensed"/>
          <w:sz w:val="20"/>
          <w:lang w:val="pl-PL"/>
        </w:rPr>
        <w:t>(w tym wielofunkcyjnych zbiorników retencyjnych); odtwarzanie zdolności retencji dolinowej/korytowej;</w:t>
      </w:r>
    </w:p>
    <w:p w14:paraId="725A794F" w14:textId="77777777" w:rsidR="000B027A" w:rsidRDefault="00364C90" w:rsidP="008636AA">
      <w:pPr>
        <w:pStyle w:val="Tekstpodstawowy2"/>
        <w:numPr>
          <w:ilvl w:val="2"/>
          <w:numId w:val="3"/>
        </w:numPr>
        <w:spacing w:line="240" w:lineRule="auto"/>
        <w:ind w:left="1967" w:hanging="357"/>
        <w:rPr>
          <w:rFonts w:ascii="Roboto Condensed" w:hAnsi="Roboto Condensed"/>
          <w:sz w:val="20"/>
          <w:lang w:val="pl-PL"/>
        </w:rPr>
      </w:pPr>
      <w:r w:rsidRPr="00364C90">
        <w:rPr>
          <w:rFonts w:ascii="Roboto Condensed" w:hAnsi="Roboto Condensed"/>
          <w:sz w:val="20"/>
          <w:lang w:val="pl-PL"/>
        </w:rPr>
        <w:t>przebudowa systemów</w:t>
      </w:r>
      <w:r>
        <w:rPr>
          <w:rFonts w:ascii="Roboto Condensed" w:hAnsi="Roboto Condensed"/>
          <w:sz w:val="20"/>
          <w:lang w:val="pl-PL"/>
        </w:rPr>
        <w:t xml:space="preserve"> </w:t>
      </w:r>
      <w:r w:rsidRPr="00364C90">
        <w:rPr>
          <w:rFonts w:ascii="Roboto Condensed" w:hAnsi="Roboto Condensed"/>
          <w:sz w:val="20"/>
          <w:lang w:val="pl-PL"/>
        </w:rPr>
        <w:t>melioracyjnych odwadniających na odwadniająco-nawadniające wraz z uwzględnieniem systemu</w:t>
      </w:r>
      <w:r>
        <w:rPr>
          <w:rFonts w:ascii="Roboto Condensed" w:hAnsi="Roboto Condensed"/>
          <w:sz w:val="20"/>
          <w:lang w:val="pl-PL"/>
        </w:rPr>
        <w:t xml:space="preserve"> </w:t>
      </w:r>
      <w:r w:rsidRPr="00364C90">
        <w:rPr>
          <w:rFonts w:ascii="Roboto Condensed" w:hAnsi="Roboto Condensed"/>
          <w:sz w:val="20"/>
          <w:lang w:val="pl-PL"/>
        </w:rPr>
        <w:t xml:space="preserve">małej retencji; </w:t>
      </w:r>
    </w:p>
    <w:p w14:paraId="7CFB5E62" w14:textId="77777777" w:rsidR="000B027A" w:rsidRDefault="00364C90" w:rsidP="008636AA">
      <w:pPr>
        <w:pStyle w:val="Tekstpodstawowy2"/>
        <w:numPr>
          <w:ilvl w:val="2"/>
          <w:numId w:val="3"/>
        </w:numPr>
        <w:spacing w:line="240" w:lineRule="auto"/>
        <w:ind w:left="1967" w:hanging="357"/>
        <w:rPr>
          <w:rFonts w:ascii="Roboto Condensed" w:hAnsi="Roboto Condensed"/>
          <w:sz w:val="20"/>
          <w:lang w:val="pl-PL"/>
        </w:rPr>
      </w:pPr>
      <w:r w:rsidRPr="00364C90">
        <w:rPr>
          <w:rFonts w:ascii="Roboto Condensed" w:hAnsi="Roboto Condensed"/>
          <w:sz w:val="20"/>
          <w:lang w:val="pl-PL"/>
        </w:rPr>
        <w:t xml:space="preserve">odtwarzanie urządzeń piętrzących; </w:t>
      </w:r>
    </w:p>
    <w:p w14:paraId="194472AA" w14:textId="71EFA94A" w:rsidR="000B027A" w:rsidRDefault="00364C90" w:rsidP="008636AA">
      <w:pPr>
        <w:pStyle w:val="Tekstpodstawowy2"/>
        <w:numPr>
          <w:ilvl w:val="2"/>
          <w:numId w:val="3"/>
        </w:numPr>
        <w:spacing w:line="240" w:lineRule="auto"/>
        <w:ind w:left="1967" w:hanging="357"/>
        <w:rPr>
          <w:rFonts w:ascii="Roboto Condensed" w:hAnsi="Roboto Condensed"/>
          <w:sz w:val="20"/>
          <w:lang w:val="pl-PL"/>
        </w:rPr>
      </w:pPr>
      <w:r w:rsidRPr="00364C90">
        <w:rPr>
          <w:rFonts w:ascii="Roboto Condensed" w:hAnsi="Roboto Condensed"/>
          <w:sz w:val="20"/>
          <w:lang w:val="pl-PL"/>
        </w:rPr>
        <w:t>zachowanie trwałych użytków zielonych</w:t>
      </w:r>
      <w:r w:rsidR="000B027A">
        <w:rPr>
          <w:rFonts w:ascii="Roboto Condensed" w:hAnsi="Roboto Condensed"/>
          <w:sz w:val="20"/>
          <w:lang w:val="pl-PL"/>
        </w:rPr>
        <w:t>;</w:t>
      </w:r>
    </w:p>
    <w:p w14:paraId="3525EEE9" w14:textId="3D06CAF8" w:rsidR="00364C90" w:rsidRPr="000B027A" w:rsidRDefault="00364C90" w:rsidP="008636AA">
      <w:pPr>
        <w:pStyle w:val="Tekstpodstawowy2"/>
        <w:numPr>
          <w:ilvl w:val="2"/>
          <w:numId w:val="3"/>
        </w:numPr>
        <w:spacing w:line="240" w:lineRule="auto"/>
        <w:ind w:left="1967" w:hanging="357"/>
        <w:rPr>
          <w:rFonts w:ascii="Roboto Condensed" w:hAnsi="Roboto Condensed"/>
          <w:sz w:val="20"/>
          <w:lang w:val="pl-PL"/>
        </w:rPr>
      </w:pPr>
      <w:r w:rsidRPr="000B027A">
        <w:rPr>
          <w:rFonts w:ascii="Roboto Condensed" w:hAnsi="Roboto Condensed"/>
          <w:sz w:val="20"/>
          <w:lang w:val="pl-PL"/>
        </w:rPr>
        <w:t>utrzymywanie istniejących oraz tworzenie nowych ostoi różnorodności biologicznej</w:t>
      </w:r>
    </w:p>
    <w:p w14:paraId="45388936" w14:textId="76678BC4" w:rsidR="00AF60D7" w:rsidRPr="000B027A" w:rsidRDefault="00AF60D7" w:rsidP="008636AA">
      <w:pPr>
        <w:pStyle w:val="Tekstpodstawowy2"/>
        <w:numPr>
          <w:ilvl w:val="1"/>
          <w:numId w:val="3"/>
        </w:numPr>
        <w:spacing w:line="240" w:lineRule="auto"/>
        <w:rPr>
          <w:rFonts w:ascii="Roboto Condensed" w:hAnsi="Roboto Condensed"/>
          <w:color w:val="EE0000"/>
          <w:sz w:val="20"/>
          <w:lang w:val="pl-PL"/>
        </w:rPr>
      </w:pPr>
      <w:r w:rsidRPr="00AF60D7">
        <w:rPr>
          <w:rFonts w:ascii="Roboto Condensed" w:hAnsi="Roboto Condensed"/>
          <w:sz w:val="20"/>
          <w:lang w:val="pl-PL"/>
        </w:rPr>
        <w:t>3.1.4. Ograniczanie skutków zjawisk ekstremalnych</w:t>
      </w:r>
      <w:r w:rsidR="000B027A">
        <w:rPr>
          <w:rFonts w:ascii="Roboto Condensed" w:hAnsi="Roboto Condensed"/>
          <w:sz w:val="20"/>
          <w:lang w:val="pl-PL"/>
        </w:rPr>
        <w:t xml:space="preserve"> m.in. poprzez:</w:t>
      </w:r>
    </w:p>
    <w:p w14:paraId="7C0ECA50" w14:textId="179F549D" w:rsidR="000B027A" w:rsidRPr="000B027A" w:rsidRDefault="000B027A" w:rsidP="008636AA">
      <w:pPr>
        <w:pStyle w:val="Tekstpodstawowy2"/>
        <w:numPr>
          <w:ilvl w:val="2"/>
          <w:numId w:val="3"/>
        </w:numPr>
        <w:spacing w:line="240" w:lineRule="auto"/>
        <w:ind w:left="1967" w:hanging="357"/>
        <w:rPr>
          <w:rFonts w:ascii="Roboto Condensed" w:hAnsi="Roboto Condensed"/>
          <w:sz w:val="20"/>
          <w:lang w:val="pl-PL"/>
        </w:rPr>
      </w:pPr>
      <w:r w:rsidRPr="000B027A">
        <w:rPr>
          <w:rFonts w:ascii="Roboto Condensed" w:hAnsi="Roboto Condensed"/>
          <w:sz w:val="20"/>
          <w:lang w:val="pl-PL"/>
        </w:rPr>
        <w:t>realizację inwestycji przeciwpowodziowych, m.in. budowa i modernizacja obiektów hydrotechnicznych, w tym wielofunkcyjnych zbiorników retencyjnych i innych urządzeń wodnych, ekologicznych zabezpieczeń przeciwpowodziowych,</w:t>
      </w:r>
    </w:p>
    <w:p w14:paraId="541E1B9D" w14:textId="5E7463D5" w:rsidR="000B027A" w:rsidRPr="000B027A" w:rsidRDefault="000B027A" w:rsidP="008636AA">
      <w:pPr>
        <w:pStyle w:val="Tekstpodstawowy2"/>
        <w:numPr>
          <w:ilvl w:val="2"/>
          <w:numId w:val="3"/>
        </w:numPr>
        <w:spacing w:line="240" w:lineRule="auto"/>
        <w:ind w:left="1967" w:hanging="357"/>
        <w:rPr>
          <w:rFonts w:ascii="Roboto Condensed" w:hAnsi="Roboto Condensed"/>
          <w:sz w:val="20"/>
          <w:lang w:val="pl-PL"/>
        </w:rPr>
      </w:pPr>
      <w:r w:rsidRPr="000B027A">
        <w:rPr>
          <w:rFonts w:ascii="Roboto Condensed" w:hAnsi="Roboto Condensed"/>
          <w:sz w:val="20"/>
          <w:lang w:val="pl-PL"/>
        </w:rPr>
        <w:t>rozbudowa magazynów przeciwpowodziowych,</w:t>
      </w:r>
    </w:p>
    <w:p w14:paraId="221626CF" w14:textId="77777777" w:rsidR="000B027A" w:rsidRPr="000B027A" w:rsidRDefault="000B027A" w:rsidP="008636AA">
      <w:pPr>
        <w:pStyle w:val="Tekstpodstawowy2"/>
        <w:numPr>
          <w:ilvl w:val="2"/>
          <w:numId w:val="3"/>
        </w:numPr>
        <w:spacing w:line="240" w:lineRule="auto"/>
        <w:ind w:left="1967" w:hanging="357"/>
        <w:rPr>
          <w:rFonts w:ascii="Roboto Condensed" w:hAnsi="Roboto Condensed"/>
          <w:sz w:val="20"/>
          <w:lang w:val="pl-PL"/>
        </w:rPr>
      </w:pPr>
      <w:r w:rsidRPr="000B027A">
        <w:rPr>
          <w:rFonts w:ascii="Roboto Condensed" w:hAnsi="Roboto Condensed"/>
          <w:sz w:val="20"/>
          <w:lang w:val="pl-PL"/>
        </w:rPr>
        <w:t>racjonalne gospodarowanie obszarami zagrożenia powodziowego,</w:t>
      </w:r>
    </w:p>
    <w:p w14:paraId="2E30F269" w14:textId="6DCF2253" w:rsidR="000B027A" w:rsidRPr="000B027A" w:rsidRDefault="000B027A" w:rsidP="008636AA">
      <w:pPr>
        <w:pStyle w:val="Tekstpodstawowy2"/>
        <w:numPr>
          <w:ilvl w:val="2"/>
          <w:numId w:val="3"/>
        </w:numPr>
        <w:spacing w:line="240" w:lineRule="auto"/>
        <w:ind w:left="1967" w:hanging="357"/>
        <w:rPr>
          <w:rFonts w:ascii="Roboto Condensed" w:hAnsi="Roboto Condensed"/>
          <w:sz w:val="20"/>
          <w:lang w:val="pl-PL"/>
        </w:rPr>
      </w:pPr>
      <w:r w:rsidRPr="000B027A">
        <w:rPr>
          <w:rFonts w:ascii="Roboto Condensed" w:hAnsi="Roboto Condensed"/>
          <w:sz w:val="20"/>
          <w:lang w:val="pl-PL"/>
        </w:rPr>
        <w:t>realizację inwestycji przeciwpożarowych, m.in. budowa i modernizacja obiektów obserwacyjnych, dojazdów pożarowych i punktów czerpania wody, budowa zbiorników retencyjnych o funkcji przeciwpożarowej</w:t>
      </w:r>
      <w:r>
        <w:rPr>
          <w:rFonts w:ascii="Roboto Condensed" w:hAnsi="Roboto Condensed"/>
          <w:sz w:val="20"/>
          <w:lang w:val="pl-PL"/>
        </w:rPr>
        <w:t>;</w:t>
      </w:r>
    </w:p>
    <w:p w14:paraId="3C0C8287" w14:textId="036A5BDD" w:rsidR="00AF60D7" w:rsidRPr="005D7B3F" w:rsidRDefault="00AF60D7" w:rsidP="008636AA">
      <w:pPr>
        <w:pStyle w:val="Tekstpodstawowy2"/>
        <w:numPr>
          <w:ilvl w:val="0"/>
          <w:numId w:val="3"/>
        </w:numPr>
        <w:spacing w:line="240" w:lineRule="auto"/>
        <w:ind w:left="567" w:hanging="227"/>
        <w:rPr>
          <w:rFonts w:ascii="Roboto Condensed" w:hAnsi="Roboto Condensed"/>
          <w:sz w:val="20"/>
          <w:lang w:val="pl-PL"/>
        </w:rPr>
      </w:pPr>
      <w:r w:rsidRPr="00AF60D7">
        <w:rPr>
          <w:rFonts w:ascii="Roboto Condensed" w:hAnsi="Roboto Condensed"/>
          <w:sz w:val="20"/>
          <w:lang w:val="pl-PL"/>
        </w:rPr>
        <w:t>3.2</w:t>
      </w:r>
      <w:r w:rsidRPr="005D7B3F">
        <w:rPr>
          <w:rFonts w:ascii="Roboto Condensed" w:hAnsi="Roboto Condensed"/>
          <w:sz w:val="20"/>
          <w:lang w:val="pl-PL"/>
        </w:rPr>
        <w:t>. Ochrona i kształtowanie krajobrazu</w:t>
      </w:r>
    </w:p>
    <w:p w14:paraId="00F9E69F" w14:textId="426DA98B" w:rsidR="00364C90" w:rsidRPr="005D7B3F" w:rsidRDefault="00364C90" w:rsidP="008636AA">
      <w:pPr>
        <w:pStyle w:val="Tekstpodstawowy2"/>
        <w:numPr>
          <w:ilvl w:val="1"/>
          <w:numId w:val="3"/>
        </w:numPr>
        <w:spacing w:line="240" w:lineRule="auto"/>
        <w:rPr>
          <w:rFonts w:ascii="Roboto Condensed" w:hAnsi="Roboto Condensed"/>
          <w:sz w:val="20"/>
          <w:lang w:val="pl-PL"/>
        </w:rPr>
      </w:pPr>
      <w:r w:rsidRPr="005D7B3F">
        <w:rPr>
          <w:rFonts w:ascii="Roboto Condensed" w:hAnsi="Roboto Condensed"/>
          <w:sz w:val="20"/>
          <w:lang w:val="pl-PL"/>
        </w:rPr>
        <w:t>3.2.1. Ochrona wartości i kształtowanie dziedzictwa kulturowego</w:t>
      </w:r>
      <w:r w:rsidR="005D7B3F">
        <w:rPr>
          <w:rFonts w:ascii="Roboto Condensed" w:hAnsi="Roboto Condensed"/>
          <w:sz w:val="20"/>
          <w:lang w:val="pl-PL"/>
        </w:rPr>
        <w:t xml:space="preserve"> m.in. poprzez:</w:t>
      </w:r>
    </w:p>
    <w:p w14:paraId="2DE13881" w14:textId="0E7D10D1" w:rsidR="005D7B3F" w:rsidRPr="005D7B3F" w:rsidRDefault="005D7B3F" w:rsidP="008636AA">
      <w:pPr>
        <w:pStyle w:val="Tekstpodstawowy2"/>
        <w:numPr>
          <w:ilvl w:val="2"/>
          <w:numId w:val="3"/>
        </w:numPr>
        <w:spacing w:line="240" w:lineRule="auto"/>
        <w:ind w:left="1967" w:hanging="357"/>
        <w:rPr>
          <w:rFonts w:ascii="Roboto Condensed" w:hAnsi="Roboto Condensed"/>
          <w:sz w:val="20"/>
          <w:lang w:val="pl-PL"/>
        </w:rPr>
      </w:pPr>
      <w:r w:rsidRPr="005D7B3F">
        <w:rPr>
          <w:rFonts w:ascii="Roboto Condensed" w:hAnsi="Roboto Condensed"/>
          <w:sz w:val="20"/>
          <w:lang w:val="pl-PL"/>
        </w:rPr>
        <w:t>zachowanie kompletności i integralności zasobu jako czynnika definiującego krajobraz kulturowy i tożsamość regionalną,</w:t>
      </w:r>
    </w:p>
    <w:p w14:paraId="3769C835" w14:textId="5D4CFAA4" w:rsidR="000B027A" w:rsidRPr="005D7B3F" w:rsidRDefault="005D7B3F" w:rsidP="008636AA">
      <w:pPr>
        <w:pStyle w:val="Tekstpodstawowy2"/>
        <w:numPr>
          <w:ilvl w:val="2"/>
          <w:numId w:val="3"/>
        </w:numPr>
        <w:spacing w:line="240" w:lineRule="auto"/>
        <w:ind w:left="1967" w:hanging="357"/>
        <w:rPr>
          <w:rFonts w:ascii="Roboto Condensed" w:hAnsi="Roboto Condensed"/>
          <w:sz w:val="20"/>
          <w:lang w:val="pl-PL"/>
        </w:rPr>
      </w:pPr>
      <w:r w:rsidRPr="005D7B3F">
        <w:rPr>
          <w:rFonts w:ascii="Roboto Condensed" w:hAnsi="Roboto Condensed"/>
          <w:sz w:val="20"/>
          <w:lang w:val="pl-PL"/>
        </w:rPr>
        <w:t>wykorzystanie potencjału dziedzictwa do celów użytkowych (w tym komercyjnych) i promocyjnych (rewitalizacja obszarów zdegradowanych oraz zagospodarowanie obiektów zagrożonych i nieużytkowanych m.in. na funkcje kulturalne, naukowo-edukacyjne, turystyczne i rekreacyjne, zapewnienie należytego stanu zachowania zwłaszcza unikatowych komponentów), z uwzględnieniem walorów krajobrazowych i przyrodniczych,</w:t>
      </w:r>
    </w:p>
    <w:p w14:paraId="0E110BCD" w14:textId="2C812AF9" w:rsidR="00364C90" w:rsidRPr="005D7B3F" w:rsidRDefault="00364C90" w:rsidP="008636AA">
      <w:pPr>
        <w:pStyle w:val="Tekstpodstawowy2"/>
        <w:numPr>
          <w:ilvl w:val="1"/>
          <w:numId w:val="3"/>
        </w:numPr>
        <w:spacing w:line="240" w:lineRule="auto"/>
        <w:rPr>
          <w:rFonts w:ascii="Roboto Condensed" w:hAnsi="Roboto Condensed"/>
          <w:sz w:val="20"/>
          <w:lang w:val="pl-PL"/>
        </w:rPr>
      </w:pPr>
      <w:r w:rsidRPr="005D7B3F">
        <w:rPr>
          <w:rFonts w:ascii="Roboto Condensed" w:hAnsi="Roboto Condensed"/>
          <w:sz w:val="20"/>
          <w:lang w:val="pl-PL"/>
        </w:rPr>
        <w:t>3.2.2. Ochrona i wykorzystanie walorów przyrodniczych i krajobrazowych</w:t>
      </w:r>
      <w:r w:rsidR="005D7B3F" w:rsidRPr="005D7B3F">
        <w:rPr>
          <w:rFonts w:ascii="Roboto Condensed" w:hAnsi="Roboto Condensed"/>
          <w:sz w:val="20"/>
          <w:lang w:val="pl-PL"/>
        </w:rPr>
        <w:t xml:space="preserve"> m.in. poprzez:</w:t>
      </w:r>
    </w:p>
    <w:p w14:paraId="0E21068B" w14:textId="77777777" w:rsidR="005D7B3F" w:rsidRPr="005D7B3F" w:rsidRDefault="005D7B3F" w:rsidP="008636AA">
      <w:pPr>
        <w:pStyle w:val="Tekstpodstawowy2"/>
        <w:numPr>
          <w:ilvl w:val="2"/>
          <w:numId w:val="3"/>
        </w:numPr>
        <w:spacing w:line="240" w:lineRule="auto"/>
        <w:ind w:left="1967" w:hanging="357"/>
        <w:rPr>
          <w:rFonts w:ascii="Roboto Condensed" w:hAnsi="Roboto Condensed"/>
          <w:sz w:val="20"/>
          <w:lang w:val="pl-PL"/>
        </w:rPr>
      </w:pPr>
      <w:r w:rsidRPr="005D7B3F">
        <w:rPr>
          <w:rFonts w:ascii="Roboto Condensed" w:hAnsi="Roboto Condensed"/>
          <w:sz w:val="20"/>
          <w:lang w:val="pl-PL"/>
        </w:rPr>
        <w:t>utworzenie spójnego regionalnego systemu obszarów chronionych (</w:t>
      </w:r>
      <w:proofErr w:type="spellStart"/>
      <w:r w:rsidRPr="005D7B3F">
        <w:rPr>
          <w:rFonts w:ascii="Roboto Condensed" w:hAnsi="Roboto Condensed"/>
          <w:sz w:val="20"/>
          <w:lang w:val="pl-PL"/>
        </w:rPr>
        <w:t>SOCh</w:t>
      </w:r>
      <w:proofErr w:type="spellEnd"/>
      <w:r w:rsidRPr="005D7B3F">
        <w:rPr>
          <w:rFonts w:ascii="Roboto Condensed" w:hAnsi="Roboto Condensed"/>
          <w:sz w:val="20"/>
          <w:lang w:val="pl-PL"/>
        </w:rPr>
        <w:t>), utrzymanie ochrony istniejących elementów regionalnego systemu obszarów chronionych (</w:t>
      </w:r>
      <w:proofErr w:type="spellStart"/>
      <w:r w:rsidRPr="005D7B3F">
        <w:rPr>
          <w:rFonts w:ascii="Roboto Condensed" w:hAnsi="Roboto Condensed"/>
          <w:sz w:val="20"/>
          <w:lang w:val="pl-PL"/>
        </w:rPr>
        <w:t>SOCh</w:t>
      </w:r>
      <w:proofErr w:type="spellEnd"/>
      <w:r w:rsidRPr="005D7B3F">
        <w:rPr>
          <w:rFonts w:ascii="Roboto Condensed" w:hAnsi="Roboto Condensed"/>
          <w:sz w:val="20"/>
          <w:lang w:val="pl-PL"/>
        </w:rPr>
        <w:t xml:space="preserve">), </w:t>
      </w:r>
    </w:p>
    <w:p w14:paraId="34B85F5D" w14:textId="00927862" w:rsidR="005D7B3F" w:rsidRPr="005D7B3F" w:rsidRDefault="005D7B3F" w:rsidP="008636AA">
      <w:pPr>
        <w:pStyle w:val="Tekstpodstawowy2"/>
        <w:numPr>
          <w:ilvl w:val="2"/>
          <w:numId w:val="3"/>
        </w:numPr>
        <w:spacing w:line="240" w:lineRule="auto"/>
        <w:ind w:left="1967" w:hanging="357"/>
        <w:rPr>
          <w:rFonts w:ascii="Roboto Condensed" w:hAnsi="Roboto Condensed"/>
          <w:sz w:val="20"/>
          <w:lang w:val="pl-PL"/>
        </w:rPr>
      </w:pPr>
      <w:r w:rsidRPr="005D7B3F">
        <w:rPr>
          <w:rFonts w:ascii="Roboto Condensed" w:hAnsi="Roboto Condensed"/>
          <w:sz w:val="20"/>
          <w:lang w:val="pl-PL"/>
        </w:rPr>
        <w:t xml:space="preserve">przeciwdziałanie i niwelowanie procesów niekontrolowanej </w:t>
      </w:r>
      <w:proofErr w:type="spellStart"/>
      <w:r w:rsidRPr="005D7B3F">
        <w:rPr>
          <w:rFonts w:ascii="Roboto Condensed" w:hAnsi="Roboto Condensed"/>
          <w:sz w:val="20"/>
          <w:lang w:val="pl-PL"/>
        </w:rPr>
        <w:t>suburbanizacji</w:t>
      </w:r>
      <w:proofErr w:type="spellEnd"/>
      <w:r w:rsidRPr="005D7B3F">
        <w:rPr>
          <w:rFonts w:ascii="Roboto Condensed" w:hAnsi="Roboto Condensed"/>
          <w:sz w:val="20"/>
          <w:lang w:val="pl-PL"/>
        </w:rPr>
        <w:t xml:space="preserve"> oraz postępującego chaosu przestrzennego,</w:t>
      </w:r>
    </w:p>
    <w:p w14:paraId="377B44B3" w14:textId="77777777" w:rsidR="005D7B3F" w:rsidRPr="005D7B3F" w:rsidRDefault="005D7B3F" w:rsidP="008636AA">
      <w:pPr>
        <w:pStyle w:val="Tekstpodstawowy2"/>
        <w:numPr>
          <w:ilvl w:val="2"/>
          <w:numId w:val="3"/>
        </w:numPr>
        <w:spacing w:line="240" w:lineRule="auto"/>
        <w:ind w:left="1967" w:hanging="357"/>
        <w:rPr>
          <w:rFonts w:ascii="Roboto Condensed" w:hAnsi="Roboto Condensed"/>
          <w:sz w:val="20"/>
          <w:lang w:val="pl-PL"/>
        </w:rPr>
      </w:pPr>
      <w:r w:rsidRPr="005D7B3F">
        <w:rPr>
          <w:rFonts w:ascii="Roboto Condensed" w:hAnsi="Roboto Condensed"/>
          <w:sz w:val="20"/>
          <w:lang w:val="pl-PL"/>
        </w:rPr>
        <w:t xml:space="preserve">utrzymanie istniejących form ochrony przyrody spoza </w:t>
      </w:r>
      <w:proofErr w:type="spellStart"/>
      <w:r w:rsidRPr="005D7B3F">
        <w:rPr>
          <w:rFonts w:ascii="Roboto Condensed" w:hAnsi="Roboto Condensed"/>
          <w:sz w:val="20"/>
          <w:lang w:val="pl-PL"/>
        </w:rPr>
        <w:t>SOCh</w:t>
      </w:r>
      <w:proofErr w:type="spellEnd"/>
      <w:r w:rsidRPr="005D7B3F">
        <w:rPr>
          <w:rFonts w:ascii="Roboto Condensed" w:hAnsi="Roboto Condensed"/>
          <w:sz w:val="20"/>
          <w:lang w:val="pl-PL"/>
        </w:rPr>
        <w:t xml:space="preserve">, </w:t>
      </w:r>
      <w:proofErr w:type="spellStart"/>
      <w:r w:rsidRPr="005D7B3F">
        <w:rPr>
          <w:rFonts w:ascii="Roboto Condensed" w:hAnsi="Roboto Condensed"/>
          <w:sz w:val="20"/>
          <w:lang w:val="pl-PL"/>
        </w:rPr>
        <w:t>renaturyzację</w:t>
      </w:r>
      <w:proofErr w:type="spellEnd"/>
      <w:r w:rsidRPr="005D7B3F">
        <w:rPr>
          <w:rFonts w:ascii="Roboto Condensed" w:hAnsi="Roboto Condensed"/>
          <w:sz w:val="20"/>
          <w:lang w:val="pl-PL"/>
        </w:rPr>
        <w:t xml:space="preserve"> ekosystemów zdegradowanych, </w:t>
      </w:r>
    </w:p>
    <w:p w14:paraId="232A11FD" w14:textId="15451D0E" w:rsidR="005D7B3F" w:rsidRPr="00C62C28" w:rsidRDefault="005D7B3F" w:rsidP="008636AA">
      <w:pPr>
        <w:pStyle w:val="Tekstpodstawowy2"/>
        <w:numPr>
          <w:ilvl w:val="2"/>
          <w:numId w:val="3"/>
        </w:numPr>
        <w:spacing w:line="240" w:lineRule="auto"/>
        <w:ind w:left="1967" w:hanging="357"/>
        <w:rPr>
          <w:rFonts w:ascii="Roboto Condensed" w:hAnsi="Roboto Condensed"/>
          <w:sz w:val="20"/>
          <w:lang w:val="pl-PL"/>
        </w:rPr>
      </w:pPr>
      <w:r w:rsidRPr="00C62C28">
        <w:rPr>
          <w:rFonts w:ascii="Roboto Condensed" w:hAnsi="Roboto Condensed"/>
          <w:sz w:val="20"/>
          <w:lang w:val="pl-PL"/>
        </w:rPr>
        <w:t>wykorzystanie walorów przyrodniczo-krajobrazowych na potrzeby turystyki zrównoważonej.</w:t>
      </w:r>
    </w:p>
    <w:p w14:paraId="18F46CEB" w14:textId="62E9AEF7" w:rsidR="00AF60D7" w:rsidRPr="00C62C28" w:rsidRDefault="00AF60D7" w:rsidP="008636AA">
      <w:pPr>
        <w:pStyle w:val="Tekstpodstawowy2"/>
        <w:numPr>
          <w:ilvl w:val="0"/>
          <w:numId w:val="3"/>
        </w:numPr>
        <w:spacing w:line="240" w:lineRule="auto"/>
        <w:ind w:left="567" w:hanging="227"/>
        <w:rPr>
          <w:rFonts w:ascii="Roboto Condensed" w:hAnsi="Roboto Condensed"/>
          <w:sz w:val="20"/>
          <w:lang w:val="pl-PL"/>
        </w:rPr>
      </w:pPr>
      <w:r w:rsidRPr="00C62C28">
        <w:rPr>
          <w:rFonts w:ascii="Roboto Condensed" w:hAnsi="Roboto Condensed"/>
          <w:sz w:val="20"/>
          <w:lang w:val="pl-PL"/>
        </w:rPr>
        <w:t>3.3. Zwiększenie dostępności transportowej</w:t>
      </w:r>
    </w:p>
    <w:p w14:paraId="76ECC429" w14:textId="7B62203C" w:rsidR="00364C90" w:rsidRPr="00C62C28" w:rsidRDefault="00364C90" w:rsidP="008636AA">
      <w:pPr>
        <w:pStyle w:val="Tekstpodstawowy2"/>
        <w:numPr>
          <w:ilvl w:val="1"/>
          <w:numId w:val="3"/>
        </w:numPr>
        <w:spacing w:line="240" w:lineRule="auto"/>
        <w:rPr>
          <w:rFonts w:ascii="Roboto Condensed" w:hAnsi="Roboto Condensed"/>
          <w:sz w:val="20"/>
          <w:lang w:val="pl-PL"/>
        </w:rPr>
      </w:pPr>
      <w:r w:rsidRPr="00C62C28">
        <w:rPr>
          <w:rFonts w:ascii="Roboto Condensed" w:hAnsi="Roboto Condensed"/>
          <w:sz w:val="20"/>
          <w:lang w:val="pl-PL"/>
        </w:rPr>
        <w:t>3.3.1. Zwiększenie dostępności drogowej województwa</w:t>
      </w:r>
      <w:r w:rsidR="005D7B3F" w:rsidRPr="00C62C28">
        <w:rPr>
          <w:rFonts w:ascii="Roboto Condensed" w:hAnsi="Roboto Condensed"/>
          <w:sz w:val="20"/>
          <w:lang w:val="pl-PL"/>
        </w:rPr>
        <w:t xml:space="preserve"> m.in. poprzez:</w:t>
      </w:r>
    </w:p>
    <w:p w14:paraId="496A052D" w14:textId="3B7E3B55" w:rsidR="00C62C28" w:rsidRPr="00C62C28" w:rsidRDefault="00C62C28" w:rsidP="008636AA">
      <w:pPr>
        <w:pStyle w:val="Tekstpodstawowy2"/>
        <w:numPr>
          <w:ilvl w:val="2"/>
          <w:numId w:val="3"/>
        </w:numPr>
        <w:spacing w:line="240" w:lineRule="auto"/>
        <w:ind w:left="1967" w:hanging="357"/>
        <w:rPr>
          <w:rFonts w:ascii="Roboto Condensed" w:hAnsi="Roboto Condensed"/>
          <w:sz w:val="20"/>
          <w:lang w:val="pl-PL"/>
        </w:rPr>
      </w:pPr>
      <w:r w:rsidRPr="00C62C28">
        <w:rPr>
          <w:rFonts w:ascii="Roboto Condensed" w:hAnsi="Roboto Condensed"/>
          <w:sz w:val="20"/>
          <w:lang w:val="pl-PL"/>
        </w:rPr>
        <w:t>dopełnienie strategicznego układu drogowego wraz z realizacją sprawnych powiązań z węzłami,</w:t>
      </w:r>
    </w:p>
    <w:p w14:paraId="246729A5" w14:textId="4B40C270" w:rsidR="005D7B3F" w:rsidRPr="00C62C28" w:rsidRDefault="00C62C28" w:rsidP="008636AA">
      <w:pPr>
        <w:pStyle w:val="Tekstpodstawowy2"/>
        <w:numPr>
          <w:ilvl w:val="2"/>
          <w:numId w:val="3"/>
        </w:numPr>
        <w:spacing w:line="240" w:lineRule="auto"/>
        <w:ind w:left="1967" w:hanging="357"/>
        <w:rPr>
          <w:rFonts w:ascii="Roboto Condensed" w:hAnsi="Roboto Condensed"/>
          <w:sz w:val="20"/>
          <w:lang w:val="pl-PL"/>
        </w:rPr>
      </w:pPr>
      <w:r w:rsidRPr="00C62C28">
        <w:rPr>
          <w:rFonts w:ascii="Roboto Condensed" w:hAnsi="Roboto Condensed"/>
          <w:sz w:val="20"/>
          <w:lang w:val="pl-PL"/>
        </w:rPr>
        <w:t>rozwój i poprawę parametrów technicznych dróg,</w:t>
      </w:r>
    </w:p>
    <w:p w14:paraId="349BED61" w14:textId="649BB299" w:rsidR="00AF60D7" w:rsidRPr="00C62C28" w:rsidRDefault="00AF60D7" w:rsidP="008636AA">
      <w:pPr>
        <w:pStyle w:val="Tekstpodstawowy2"/>
        <w:numPr>
          <w:ilvl w:val="0"/>
          <w:numId w:val="3"/>
        </w:numPr>
        <w:spacing w:line="240" w:lineRule="auto"/>
        <w:ind w:left="567" w:hanging="227"/>
        <w:rPr>
          <w:rFonts w:ascii="Roboto Condensed" w:hAnsi="Roboto Condensed"/>
          <w:sz w:val="20"/>
          <w:lang w:val="pl-PL"/>
        </w:rPr>
      </w:pPr>
      <w:r w:rsidRPr="00C62C28">
        <w:rPr>
          <w:rFonts w:ascii="Roboto Condensed" w:hAnsi="Roboto Condensed"/>
          <w:sz w:val="20"/>
          <w:lang w:val="pl-PL"/>
        </w:rPr>
        <w:t>3.4. nowoczesna energetyka w województwie</w:t>
      </w:r>
    </w:p>
    <w:p w14:paraId="537C9531" w14:textId="3691A685" w:rsidR="00C62C28" w:rsidRPr="00C62C28" w:rsidRDefault="00364C90" w:rsidP="008636AA">
      <w:pPr>
        <w:pStyle w:val="Tekstpodstawowy2"/>
        <w:numPr>
          <w:ilvl w:val="1"/>
          <w:numId w:val="3"/>
        </w:numPr>
        <w:spacing w:line="240" w:lineRule="auto"/>
        <w:rPr>
          <w:rFonts w:ascii="Roboto Condensed" w:hAnsi="Roboto Condensed"/>
          <w:sz w:val="20"/>
          <w:lang w:val="pl-PL"/>
        </w:rPr>
      </w:pPr>
      <w:r w:rsidRPr="00C62C28">
        <w:rPr>
          <w:rFonts w:ascii="Roboto Condensed" w:hAnsi="Roboto Condensed"/>
          <w:sz w:val="20"/>
          <w:lang w:val="pl-PL"/>
        </w:rPr>
        <w:t>3.4.1. Rozwój strategicznego systemu elektroenergetycznego</w:t>
      </w:r>
      <w:r w:rsidR="005D7B3F" w:rsidRPr="00C62C28">
        <w:rPr>
          <w:rFonts w:ascii="Roboto Condensed" w:hAnsi="Roboto Condensed"/>
          <w:sz w:val="20"/>
          <w:lang w:val="pl-PL"/>
        </w:rPr>
        <w:t xml:space="preserve"> m.in. poprzez:</w:t>
      </w:r>
    </w:p>
    <w:p w14:paraId="6D74625F" w14:textId="11CB9460" w:rsidR="00C62C28" w:rsidRPr="00C62C28" w:rsidRDefault="00C62C28" w:rsidP="008636AA">
      <w:pPr>
        <w:pStyle w:val="Tekstpodstawowy2"/>
        <w:numPr>
          <w:ilvl w:val="2"/>
          <w:numId w:val="3"/>
        </w:numPr>
        <w:spacing w:line="240" w:lineRule="auto"/>
        <w:ind w:left="1967" w:hanging="357"/>
        <w:rPr>
          <w:rFonts w:ascii="Roboto Condensed" w:hAnsi="Roboto Condensed"/>
          <w:sz w:val="20"/>
          <w:lang w:val="pl-PL"/>
        </w:rPr>
      </w:pPr>
      <w:r w:rsidRPr="00C62C28">
        <w:rPr>
          <w:rFonts w:ascii="Roboto Condensed" w:hAnsi="Roboto Condensed"/>
          <w:sz w:val="20"/>
          <w:lang w:val="pl-PL"/>
        </w:rPr>
        <w:t>wspieranie budowy instalacji do pozyskiwania energii z OZE</w:t>
      </w:r>
    </w:p>
    <w:p w14:paraId="24EED418" w14:textId="1757F767" w:rsidR="00C62C28" w:rsidRPr="00C62C28" w:rsidRDefault="00C62C28" w:rsidP="008636AA">
      <w:pPr>
        <w:pStyle w:val="Tekstpodstawowy2"/>
        <w:numPr>
          <w:ilvl w:val="2"/>
          <w:numId w:val="3"/>
        </w:numPr>
        <w:spacing w:line="240" w:lineRule="auto"/>
        <w:ind w:left="1967" w:hanging="357"/>
        <w:rPr>
          <w:rFonts w:ascii="Roboto Condensed" w:hAnsi="Roboto Condensed"/>
          <w:sz w:val="20"/>
          <w:lang w:val="pl-PL"/>
        </w:rPr>
      </w:pPr>
      <w:r w:rsidRPr="00C62C28">
        <w:rPr>
          <w:rFonts w:ascii="Roboto Condensed" w:hAnsi="Roboto Condensed"/>
          <w:sz w:val="20"/>
          <w:lang w:val="pl-PL"/>
        </w:rPr>
        <w:t>wspieranie budowy magazynów energii,</w:t>
      </w:r>
    </w:p>
    <w:p w14:paraId="50637F41" w14:textId="6BF94E7A" w:rsidR="005D7B3F" w:rsidRPr="00C62C28" w:rsidRDefault="00C62C28" w:rsidP="008636AA">
      <w:pPr>
        <w:pStyle w:val="Tekstpodstawowy2"/>
        <w:numPr>
          <w:ilvl w:val="2"/>
          <w:numId w:val="3"/>
        </w:numPr>
        <w:spacing w:line="240" w:lineRule="auto"/>
        <w:ind w:left="1967" w:hanging="357"/>
        <w:rPr>
          <w:rFonts w:ascii="Roboto Condensed" w:hAnsi="Roboto Condensed"/>
          <w:sz w:val="20"/>
          <w:lang w:val="pl-PL"/>
        </w:rPr>
      </w:pPr>
      <w:r w:rsidRPr="00C62C28">
        <w:rPr>
          <w:rFonts w:ascii="Roboto Condensed" w:hAnsi="Roboto Condensed"/>
          <w:sz w:val="20"/>
          <w:lang w:val="pl-PL"/>
        </w:rPr>
        <w:t xml:space="preserve">wspieranie rozwoju energetyki </w:t>
      </w:r>
      <w:proofErr w:type="spellStart"/>
      <w:r w:rsidRPr="00C62C28">
        <w:rPr>
          <w:rFonts w:ascii="Roboto Condensed" w:hAnsi="Roboto Condensed"/>
          <w:sz w:val="20"/>
          <w:lang w:val="pl-PL"/>
        </w:rPr>
        <w:t>prosumenckiej</w:t>
      </w:r>
      <w:proofErr w:type="spellEnd"/>
      <w:r w:rsidRPr="00C62C28">
        <w:rPr>
          <w:rFonts w:ascii="Roboto Condensed" w:hAnsi="Roboto Condensed"/>
          <w:sz w:val="20"/>
          <w:lang w:val="pl-PL"/>
        </w:rPr>
        <w:t xml:space="preserve"> i rozproszonej,</w:t>
      </w:r>
    </w:p>
    <w:p w14:paraId="08E5EA69" w14:textId="77777777" w:rsidR="00420F68" w:rsidRDefault="00C62C28" w:rsidP="00F437FD">
      <w:pPr>
        <w:pStyle w:val="Tekstpodstawowy2"/>
        <w:spacing w:after="120" w:line="240" w:lineRule="auto"/>
        <w:ind w:left="170"/>
        <w:rPr>
          <w:rFonts w:ascii="Roboto Condensed" w:hAnsi="Roboto Condensed"/>
          <w:sz w:val="20"/>
          <w:lang w:val="pl-PL"/>
        </w:rPr>
      </w:pPr>
      <w:r w:rsidRPr="005D7B3F">
        <w:rPr>
          <w:rFonts w:ascii="Roboto Condensed" w:hAnsi="Roboto Condensed"/>
          <w:sz w:val="20"/>
          <w:lang w:val="pl-PL"/>
        </w:rPr>
        <w:t>Projekt: Strategia Rozwoju Województwa Łódzkiego 2030 aktualizacja (Uchwała Nr 359/25 Zarządu Województwa Łódzkiego z dnia 25 marca 2025 r.)</w:t>
      </w:r>
      <w:r>
        <w:rPr>
          <w:rFonts w:ascii="Roboto Condensed" w:hAnsi="Roboto Condensed"/>
          <w:sz w:val="20"/>
          <w:lang w:val="pl-PL"/>
        </w:rPr>
        <w:t xml:space="preserve"> nie proponuje wprowadzenia zmian w ww. celach i kierunkach działań</w:t>
      </w:r>
      <w:r w:rsidR="000C00AF">
        <w:rPr>
          <w:rFonts w:ascii="Roboto Condensed" w:hAnsi="Roboto Condensed"/>
          <w:sz w:val="20"/>
          <w:lang w:val="pl-PL"/>
        </w:rPr>
        <w:t xml:space="preserve">, gdyż </w:t>
      </w:r>
      <w:r w:rsidR="000C00AF" w:rsidRPr="000C00AF">
        <w:rPr>
          <w:rFonts w:ascii="Roboto Condensed" w:hAnsi="Roboto Condensed"/>
          <w:sz w:val="20"/>
          <w:lang w:val="pl-PL"/>
        </w:rPr>
        <w:t xml:space="preserve">celem </w:t>
      </w:r>
      <w:r w:rsidR="000C00AF">
        <w:rPr>
          <w:rFonts w:ascii="Roboto Condensed" w:hAnsi="Roboto Condensed"/>
          <w:sz w:val="20"/>
          <w:lang w:val="pl-PL"/>
        </w:rPr>
        <w:t xml:space="preserve">aktualizacji </w:t>
      </w:r>
      <w:r w:rsidR="000C00AF" w:rsidRPr="000C00AF">
        <w:rPr>
          <w:rFonts w:ascii="Roboto Condensed" w:hAnsi="Roboto Condensed"/>
          <w:sz w:val="20"/>
          <w:lang w:val="pl-PL"/>
        </w:rPr>
        <w:t>było uzupełnienie dokumentu o model struktury funkcjonalno-przestrzennej</w:t>
      </w:r>
      <w:r w:rsidR="000C00AF">
        <w:rPr>
          <w:rFonts w:ascii="Roboto Condensed" w:hAnsi="Roboto Condensed"/>
          <w:sz w:val="20"/>
          <w:lang w:val="pl-PL"/>
        </w:rPr>
        <w:t xml:space="preserve"> </w:t>
      </w:r>
      <w:r w:rsidR="000C00AF" w:rsidRPr="000C00AF">
        <w:rPr>
          <w:rFonts w:ascii="Roboto Condensed" w:hAnsi="Roboto Condensed"/>
          <w:sz w:val="20"/>
          <w:lang w:val="pl-PL"/>
        </w:rPr>
        <w:t>województwa oraz ustalenia i rekomendacje w zakresie kształtowania i prowadzenia polityki przestrzennej</w:t>
      </w:r>
      <w:r w:rsidR="000C00AF">
        <w:rPr>
          <w:rFonts w:ascii="Roboto Condensed" w:hAnsi="Roboto Condensed"/>
          <w:sz w:val="20"/>
          <w:lang w:val="pl-PL"/>
        </w:rPr>
        <w:t xml:space="preserve"> </w:t>
      </w:r>
      <w:r w:rsidR="000C00AF" w:rsidRPr="000C00AF">
        <w:rPr>
          <w:rFonts w:ascii="Roboto Condensed" w:hAnsi="Roboto Condensed"/>
          <w:sz w:val="20"/>
          <w:lang w:val="pl-PL"/>
        </w:rPr>
        <w:t>w województwie.</w:t>
      </w:r>
      <w:r w:rsidR="000C00AF">
        <w:rPr>
          <w:rFonts w:ascii="Roboto Condensed" w:hAnsi="Roboto Condensed"/>
          <w:sz w:val="20"/>
          <w:lang w:val="pl-PL"/>
        </w:rPr>
        <w:t xml:space="preserve"> Zaproponowany w aktualizacji model struktury funkcjonalno-przestrzennej nie wprowadza żadnych nowych rozwiązań na obszarze gminy</w:t>
      </w:r>
      <w:r w:rsidR="00854599">
        <w:rPr>
          <w:rFonts w:ascii="Roboto Condensed" w:hAnsi="Roboto Condensed"/>
          <w:sz w:val="20"/>
          <w:lang w:val="pl-PL"/>
        </w:rPr>
        <w:t xml:space="preserve">. </w:t>
      </w:r>
      <w:r w:rsidR="00F437FD" w:rsidRPr="00F437FD">
        <w:rPr>
          <w:rFonts w:ascii="Roboto Condensed" w:hAnsi="Roboto Condensed"/>
          <w:sz w:val="20"/>
          <w:lang w:val="pl-PL"/>
        </w:rPr>
        <w:t>Aktualizacja ma charakter porządkujący: systematyzuje, zgodnie z nowymi wytycznymi, zakres elementów strategii.</w:t>
      </w:r>
      <w:r w:rsidR="00420F68">
        <w:rPr>
          <w:rFonts w:ascii="Roboto Condensed" w:hAnsi="Roboto Condensed"/>
          <w:sz w:val="20"/>
          <w:lang w:val="pl-PL"/>
        </w:rPr>
        <w:t xml:space="preserve"> </w:t>
      </w:r>
    </w:p>
    <w:p w14:paraId="539750FF" w14:textId="56EE23F2" w:rsidR="00F17932" w:rsidRDefault="00F17932" w:rsidP="00AB658B">
      <w:pPr>
        <w:pStyle w:val="Tekstpodstawowy2"/>
        <w:spacing w:before="240" w:after="120" w:line="240" w:lineRule="auto"/>
        <w:ind w:left="170"/>
        <w:rPr>
          <w:rFonts w:ascii="Roboto Condensed" w:hAnsi="Roboto Condensed"/>
          <w:sz w:val="20"/>
          <w:lang w:val="pl-PL"/>
        </w:rPr>
      </w:pPr>
      <w:r w:rsidRPr="00F17932">
        <w:rPr>
          <w:rFonts w:ascii="Roboto Condensed" w:hAnsi="Roboto Condensed"/>
          <w:b/>
          <w:bCs/>
          <w:sz w:val="20"/>
          <w:u w:val="single"/>
          <w:lang w:val="pl-PL"/>
        </w:rPr>
        <w:t>Strategi</w:t>
      </w:r>
      <w:r>
        <w:rPr>
          <w:rFonts w:ascii="Roboto Condensed" w:hAnsi="Roboto Condensed"/>
          <w:b/>
          <w:bCs/>
          <w:sz w:val="20"/>
          <w:u w:val="single"/>
          <w:lang w:val="pl-PL"/>
        </w:rPr>
        <w:t>a</w:t>
      </w:r>
      <w:r w:rsidRPr="00F17932">
        <w:rPr>
          <w:rFonts w:ascii="Roboto Condensed" w:hAnsi="Roboto Condensed"/>
          <w:b/>
          <w:bCs/>
          <w:sz w:val="20"/>
          <w:u w:val="single"/>
          <w:lang w:val="pl-PL"/>
        </w:rPr>
        <w:t xml:space="preserve"> Rozwoju Powiatu Radomszczańskiego na lata 2021-2030</w:t>
      </w:r>
    </w:p>
    <w:p w14:paraId="11B661E2" w14:textId="5C1D75E7" w:rsidR="00600D2E" w:rsidRPr="00A666ED" w:rsidRDefault="00600D2E" w:rsidP="00600D2E">
      <w:pPr>
        <w:pStyle w:val="Tekstpodstawowy2"/>
        <w:spacing w:before="120" w:line="240" w:lineRule="auto"/>
        <w:ind w:left="170"/>
        <w:rPr>
          <w:rFonts w:ascii="Roboto Condensed" w:hAnsi="Roboto Condensed"/>
          <w:sz w:val="20"/>
          <w:lang w:val="pl-PL"/>
        </w:rPr>
      </w:pPr>
      <w:r>
        <w:rPr>
          <w:rFonts w:ascii="Roboto Condensed" w:hAnsi="Roboto Condensed"/>
          <w:sz w:val="20"/>
          <w:lang w:val="pl-PL"/>
        </w:rPr>
        <w:lastRenderedPageBreak/>
        <w:t xml:space="preserve">Dla określenia istotnych elementów polityki przestrzennej wymagających uwzględnienia w </w:t>
      </w:r>
      <w:r w:rsidR="00854599">
        <w:rPr>
          <w:rFonts w:ascii="Roboto Condensed" w:hAnsi="Roboto Condensed"/>
          <w:sz w:val="20"/>
          <w:lang w:val="pl-PL"/>
        </w:rPr>
        <w:t>POG</w:t>
      </w:r>
      <w:r>
        <w:rPr>
          <w:rFonts w:ascii="Roboto Condensed" w:hAnsi="Roboto Condensed"/>
          <w:sz w:val="20"/>
          <w:lang w:val="pl-PL"/>
        </w:rPr>
        <w:t xml:space="preserve"> przeanalizowano </w:t>
      </w:r>
      <w:r w:rsidRPr="00F17932">
        <w:rPr>
          <w:rFonts w:ascii="Roboto Condensed" w:hAnsi="Roboto Condensed"/>
          <w:sz w:val="20"/>
          <w:lang w:val="pl-PL"/>
        </w:rPr>
        <w:t>Strategię Rozwoju Powiatu Radomszczańskiego na lata 2021-2030</w:t>
      </w:r>
      <w:r w:rsidRPr="007B289B">
        <w:rPr>
          <w:rFonts w:ascii="Roboto Condensed" w:hAnsi="Roboto Condensed"/>
          <w:sz w:val="20"/>
          <w:lang w:val="pl-PL"/>
        </w:rPr>
        <w:t>, obejmując</w:t>
      </w:r>
      <w:r>
        <w:rPr>
          <w:rFonts w:ascii="Roboto Condensed" w:hAnsi="Roboto Condensed"/>
          <w:sz w:val="20"/>
          <w:lang w:val="pl-PL"/>
        </w:rPr>
        <w:t>ą</w:t>
      </w:r>
      <w:r w:rsidRPr="007B289B">
        <w:rPr>
          <w:rFonts w:ascii="Roboto Condensed" w:hAnsi="Roboto Condensed"/>
          <w:sz w:val="20"/>
          <w:lang w:val="pl-PL"/>
        </w:rPr>
        <w:t xml:space="preserve"> swym zasięgiem gminę Radomsko</w:t>
      </w:r>
      <w:r>
        <w:rPr>
          <w:rFonts w:ascii="Roboto Condensed" w:hAnsi="Roboto Condensed"/>
          <w:sz w:val="20"/>
          <w:lang w:val="pl-PL"/>
        </w:rPr>
        <w:t xml:space="preserve">. Strategia </w:t>
      </w:r>
      <w:r w:rsidRPr="007B289B">
        <w:rPr>
          <w:rFonts w:ascii="Roboto Condensed" w:hAnsi="Roboto Condensed"/>
          <w:sz w:val="20"/>
          <w:lang w:val="pl-PL"/>
        </w:rPr>
        <w:t xml:space="preserve">została przyjęta w 2023 roku w związku z czym </w:t>
      </w:r>
      <w:r w:rsidR="00F17932">
        <w:rPr>
          <w:rFonts w:ascii="Roboto Condensed" w:hAnsi="Roboto Condensed"/>
          <w:sz w:val="20"/>
          <w:lang w:val="pl-PL"/>
        </w:rPr>
        <w:t xml:space="preserve">uwzględnia wyniki </w:t>
      </w:r>
      <w:r w:rsidR="00F17932" w:rsidRPr="00F17932">
        <w:rPr>
          <w:rFonts w:ascii="Roboto Condensed" w:hAnsi="Roboto Condensed"/>
          <w:sz w:val="20"/>
          <w:lang w:val="pl-PL"/>
        </w:rPr>
        <w:t>Strategii Rozwoju Województwa Łódzkiego 2030</w:t>
      </w:r>
      <w:r w:rsidR="00F17932">
        <w:rPr>
          <w:rFonts w:ascii="Roboto Condensed" w:hAnsi="Roboto Condensed"/>
          <w:sz w:val="20"/>
          <w:lang w:val="pl-PL"/>
        </w:rPr>
        <w:t xml:space="preserve"> ale</w:t>
      </w:r>
      <w:r w:rsidR="00F17932" w:rsidRPr="00F17932">
        <w:rPr>
          <w:rFonts w:ascii="Roboto Condensed" w:hAnsi="Roboto Condensed"/>
          <w:sz w:val="20"/>
          <w:lang w:val="pl-PL"/>
        </w:rPr>
        <w:t xml:space="preserve"> </w:t>
      </w:r>
      <w:r w:rsidRPr="007B289B">
        <w:rPr>
          <w:rFonts w:ascii="Roboto Condensed" w:hAnsi="Roboto Condensed"/>
          <w:sz w:val="20"/>
          <w:lang w:val="pl-PL"/>
        </w:rPr>
        <w:t xml:space="preserve">również nie </w:t>
      </w:r>
      <w:r>
        <w:rPr>
          <w:rFonts w:ascii="Roboto Condensed" w:hAnsi="Roboto Condensed"/>
          <w:sz w:val="20"/>
          <w:lang w:val="pl-PL"/>
        </w:rPr>
        <w:t xml:space="preserve">spełnia wymagań </w:t>
      </w:r>
      <w:r w:rsidRPr="00895473">
        <w:rPr>
          <w:rFonts w:ascii="Roboto Condensed" w:hAnsi="Roboto Condensed"/>
          <w:sz w:val="20"/>
          <w:lang w:val="pl-PL"/>
        </w:rPr>
        <w:t>art. 10e ustawy z dnia 8 marca 1990 r. o samorządzie gminnym</w:t>
      </w:r>
      <w:r w:rsidRPr="002B132D">
        <w:rPr>
          <w:rFonts w:ascii="Roboto Condensed" w:hAnsi="Roboto Condensed"/>
          <w:sz w:val="20"/>
          <w:lang w:val="pl-PL"/>
        </w:rPr>
        <w:t>, ponadto nie formułuje żadnych wniosków, co do polityki przestrzennej i kierunków rozwoju w odniesieniu do gminy Radomsko, choć wskazuje pożądane</w:t>
      </w:r>
      <w:r>
        <w:rPr>
          <w:rFonts w:ascii="Roboto Condensed" w:hAnsi="Roboto Condensed"/>
          <w:sz w:val="20"/>
          <w:lang w:val="pl-PL"/>
        </w:rPr>
        <w:t>,</w:t>
      </w:r>
      <w:r w:rsidRPr="002B132D">
        <w:rPr>
          <w:rFonts w:ascii="Roboto Condensed" w:hAnsi="Roboto Condensed"/>
          <w:sz w:val="20"/>
          <w:lang w:val="pl-PL"/>
        </w:rPr>
        <w:t xml:space="preserve"> ogólne w skali powiatu kierunki działań, słabe i mocne strony powiatu wynikające z diagnozy, w tym ankiet</w:t>
      </w:r>
      <w:r w:rsidR="00F17932">
        <w:rPr>
          <w:rFonts w:ascii="Roboto Condensed" w:hAnsi="Roboto Condensed"/>
          <w:sz w:val="20"/>
          <w:lang w:val="pl-PL"/>
        </w:rPr>
        <w:t xml:space="preserve"> prowadzonych wśród mieszkańców</w:t>
      </w:r>
      <w:r w:rsidRPr="002B132D">
        <w:rPr>
          <w:rFonts w:ascii="Roboto Condensed" w:hAnsi="Roboto Condensed"/>
          <w:sz w:val="20"/>
          <w:lang w:val="pl-PL"/>
        </w:rPr>
        <w:t>. Spośró</w:t>
      </w:r>
      <w:r w:rsidRPr="00A666ED">
        <w:rPr>
          <w:rFonts w:ascii="Roboto Condensed" w:hAnsi="Roboto Condensed"/>
          <w:sz w:val="20"/>
          <w:lang w:val="pl-PL"/>
        </w:rPr>
        <w:t xml:space="preserve">d wniosków sformułowanych w strategii powiatu, jako istotne z punktu widzenia zakresu ustaleń planu ogólnego gminy Radomsko, można wyróżnić główne wyzwania i wynikające z nich cele operacyjne: </w:t>
      </w:r>
    </w:p>
    <w:p w14:paraId="1CD5DF10" w14:textId="77777777" w:rsidR="00600D2E" w:rsidRPr="00A666ED" w:rsidRDefault="00600D2E" w:rsidP="008636AA">
      <w:pPr>
        <w:pStyle w:val="Tekstpodstawowy2"/>
        <w:numPr>
          <w:ilvl w:val="0"/>
          <w:numId w:val="3"/>
        </w:numPr>
        <w:spacing w:line="240" w:lineRule="auto"/>
        <w:ind w:left="567" w:hanging="227"/>
        <w:rPr>
          <w:rFonts w:ascii="Roboto Condensed" w:hAnsi="Roboto Condensed"/>
          <w:sz w:val="20"/>
          <w:lang w:val="pl-PL"/>
        </w:rPr>
      </w:pPr>
      <w:r w:rsidRPr="00A666ED">
        <w:rPr>
          <w:rFonts w:ascii="Roboto Condensed" w:hAnsi="Roboto Condensed"/>
          <w:sz w:val="20"/>
          <w:lang w:val="pl-PL"/>
        </w:rPr>
        <w:t>przeciwdziałanie niekorzystnym procesom demograficznym, m.in. poprzez:</w:t>
      </w:r>
    </w:p>
    <w:p w14:paraId="53DB38FC" w14:textId="77777777" w:rsidR="00600D2E" w:rsidRPr="002B132D" w:rsidRDefault="00600D2E" w:rsidP="008636AA">
      <w:pPr>
        <w:pStyle w:val="Tekstpodstawowy2"/>
        <w:numPr>
          <w:ilvl w:val="1"/>
          <w:numId w:val="3"/>
        </w:numPr>
        <w:spacing w:line="240" w:lineRule="auto"/>
        <w:rPr>
          <w:rFonts w:ascii="Roboto Condensed" w:hAnsi="Roboto Condensed"/>
          <w:sz w:val="20"/>
          <w:lang w:val="pl-PL"/>
        </w:rPr>
      </w:pPr>
      <w:r w:rsidRPr="00A666ED">
        <w:rPr>
          <w:rFonts w:ascii="Roboto Condensed" w:hAnsi="Roboto Condensed"/>
          <w:sz w:val="20"/>
          <w:lang w:val="pl-PL"/>
        </w:rPr>
        <w:t>1.5. Roz</w:t>
      </w:r>
      <w:r w:rsidRPr="002B132D">
        <w:rPr>
          <w:rFonts w:ascii="Roboto Condensed" w:hAnsi="Roboto Condensed"/>
          <w:sz w:val="20"/>
          <w:lang w:val="pl-PL"/>
        </w:rPr>
        <w:t xml:space="preserve">wój oferty kulturalno- sportowej w powiecie </w:t>
      </w:r>
    </w:p>
    <w:p w14:paraId="1C260306" w14:textId="77777777" w:rsidR="00600D2E" w:rsidRPr="002B132D" w:rsidRDefault="00600D2E" w:rsidP="008636AA">
      <w:pPr>
        <w:pStyle w:val="Tekstpodstawowy2"/>
        <w:numPr>
          <w:ilvl w:val="1"/>
          <w:numId w:val="3"/>
        </w:numPr>
        <w:spacing w:line="240" w:lineRule="auto"/>
        <w:rPr>
          <w:rFonts w:ascii="Roboto Condensed" w:hAnsi="Roboto Condensed"/>
          <w:sz w:val="20"/>
          <w:lang w:val="pl-PL"/>
        </w:rPr>
      </w:pPr>
      <w:r w:rsidRPr="002B132D">
        <w:rPr>
          <w:rFonts w:ascii="Roboto Condensed" w:hAnsi="Roboto Condensed"/>
          <w:sz w:val="20"/>
          <w:lang w:val="pl-PL"/>
        </w:rPr>
        <w:t xml:space="preserve">1.6. Poprawa stanu infrastruktury pieszej, rowerowej i drogowej </w:t>
      </w:r>
    </w:p>
    <w:p w14:paraId="794ED119" w14:textId="77777777" w:rsidR="00600D2E" w:rsidRPr="002B132D" w:rsidRDefault="00600D2E" w:rsidP="008636AA">
      <w:pPr>
        <w:pStyle w:val="Tekstpodstawowy2"/>
        <w:numPr>
          <w:ilvl w:val="1"/>
          <w:numId w:val="3"/>
        </w:numPr>
        <w:spacing w:line="240" w:lineRule="auto"/>
        <w:rPr>
          <w:rFonts w:ascii="Roboto Condensed" w:hAnsi="Roboto Condensed"/>
          <w:sz w:val="20"/>
          <w:lang w:val="pl-PL"/>
        </w:rPr>
      </w:pPr>
      <w:r w:rsidRPr="002B132D">
        <w:rPr>
          <w:rFonts w:ascii="Roboto Condensed" w:hAnsi="Roboto Condensed"/>
          <w:sz w:val="20"/>
          <w:lang w:val="pl-PL"/>
        </w:rPr>
        <w:t xml:space="preserve">1.7. Zwiększenie dostępności komunikacyjnej powiatu </w:t>
      </w:r>
    </w:p>
    <w:p w14:paraId="5FB896B4" w14:textId="77777777" w:rsidR="00600D2E" w:rsidRPr="002B132D" w:rsidRDefault="00600D2E" w:rsidP="008636AA">
      <w:pPr>
        <w:pStyle w:val="Tekstpodstawowy2"/>
        <w:numPr>
          <w:ilvl w:val="1"/>
          <w:numId w:val="3"/>
        </w:numPr>
        <w:spacing w:line="240" w:lineRule="auto"/>
        <w:rPr>
          <w:rFonts w:ascii="Roboto Condensed" w:hAnsi="Roboto Condensed"/>
          <w:sz w:val="20"/>
          <w:lang w:val="pl-PL"/>
        </w:rPr>
      </w:pPr>
      <w:r w:rsidRPr="002B132D">
        <w:rPr>
          <w:rFonts w:ascii="Roboto Condensed" w:hAnsi="Roboto Condensed"/>
          <w:sz w:val="20"/>
          <w:lang w:val="pl-PL"/>
        </w:rPr>
        <w:t>5.2. Przeciwdziałanie niekorzystnym procesom demograficznym</w:t>
      </w:r>
      <w:r>
        <w:rPr>
          <w:rFonts w:ascii="Roboto Condensed" w:hAnsi="Roboto Condensed"/>
          <w:sz w:val="20"/>
          <w:lang w:val="pl-PL"/>
        </w:rPr>
        <w:t>,</w:t>
      </w:r>
      <w:r w:rsidRPr="002B132D">
        <w:rPr>
          <w:rFonts w:ascii="Roboto Condensed" w:hAnsi="Roboto Condensed"/>
          <w:sz w:val="20"/>
          <w:lang w:val="pl-PL"/>
        </w:rPr>
        <w:t xml:space="preserve"> </w:t>
      </w:r>
      <w:r>
        <w:rPr>
          <w:rFonts w:ascii="Roboto Condensed" w:hAnsi="Roboto Condensed"/>
          <w:sz w:val="20"/>
          <w:lang w:val="pl-PL"/>
        </w:rPr>
        <w:t>w tym:</w:t>
      </w:r>
    </w:p>
    <w:p w14:paraId="477A6383" w14:textId="77777777" w:rsidR="00600D2E" w:rsidRPr="00606623" w:rsidRDefault="00600D2E" w:rsidP="008636AA">
      <w:pPr>
        <w:pStyle w:val="Tekstpodstawowy2"/>
        <w:numPr>
          <w:ilvl w:val="2"/>
          <w:numId w:val="3"/>
        </w:numPr>
        <w:spacing w:line="240" w:lineRule="auto"/>
        <w:rPr>
          <w:rFonts w:ascii="Roboto Condensed" w:hAnsi="Roboto Condensed"/>
          <w:sz w:val="20"/>
          <w:lang w:val="pl-PL"/>
        </w:rPr>
      </w:pPr>
      <w:r w:rsidRPr="00606623">
        <w:rPr>
          <w:rFonts w:ascii="Roboto Condensed" w:hAnsi="Roboto Condensed"/>
          <w:sz w:val="20"/>
          <w:lang w:val="pl-PL"/>
        </w:rPr>
        <w:t xml:space="preserve">atrakcyjne miejsca pracy, </w:t>
      </w:r>
    </w:p>
    <w:p w14:paraId="3D48768D" w14:textId="77777777" w:rsidR="00600D2E" w:rsidRPr="00606623" w:rsidRDefault="00600D2E" w:rsidP="008636AA">
      <w:pPr>
        <w:pStyle w:val="Tekstpodstawowy2"/>
        <w:numPr>
          <w:ilvl w:val="2"/>
          <w:numId w:val="3"/>
        </w:numPr>
        <w:spacing w:line="240" w:lineRule="auto"/>
        <w:rPr>
          <w:rFonts w:ascii="Roboto Condensed" w:hAnsi="Roboto Condensed"/>
          <w:sz w:val="20"/>
          <w:lang w:val="pl-PL"/>
        </w:rPr>
      </w:pPr>
      <w:r w:rsidRPr="00606623">
        <w:rPr>
          <w:rFonts w:ascii="Roboto Condensed" w:hAnsi="Roboto Condensed"/>
          <w:sz w:val="20"/>
          <w:lang w:val="pl-PL"/>
        </w:rPr>
        <w:t xml:space="preserve">prowadzenie atrakcyjnej polityki prorodzinnej, w tym mieszkaniowej, </w:t>
      </w:r>
    </w:p>
    <w:p w14:paraId="1FF8D086" w14:textId="77777777" w:rsidR="00600D2E" w:rsidRPr="00606623" w:rsidRDefault="00600D2E" w:rsidP="008636AA">
      <w:pPr>
        <w:pStyle w:val="Tekstpodstawowy2"/>
        <w:numPr>
          <w:ilvl w:val="2"/>
          <w:numId w:val="3"/>
        </w:numPr>
        <w:spacing w:line="240" w:lineRule="auto"/>
        <w:rPr>
          <w:rFonts w:ascii="Roboto Condensed" w:hAnsi="Roboto Condensed"/>
          <w:sz w:val="20"/>
          <w:lang w:val="pl-PL"/>
        </w:rPr>
      </w:pPr>
      <w:r w:rsidRPr="00606623">
        <w:rPr>
          <w:rFonts w:ascii="Roboto Condensed" w:hAnsi="Roboto Condensed"/>
          <w:sz w:val="20"/>
          <w:lang w:val="pl-PL"/>
        </w:rPr>
        <w:t xml:space="preserve">zachowanie walorów krajobrazowych, </w:t>
      </w:r>
    </w:p>
    <w:p w14:paraId="27645B3B" w14:textId="77777777" w:rsidR="00600D2E" w:rsidRPr="00606623" w:rsidRDefault="00600D2E" w:rsidP="008636AA">
      <w:pPr>
        <w:pStyle w:val="Tekstpodstawowy2"/>
        <w:numPr>
          <w:ilvl w:val="2"/>
          <w:numId w:val="3"/>
        </w:numPr>
        <w:spacing w:line="240" w:lineRule="auto"/>
        <w:rPr>
          <w:rFonts w:ascii="Roboto Condensed" w:hAnsi="Roboto Condensed"/>
          <w:sz w:val="20"/>
          <w:lang w:val="pl-PL"/>
        </w:rPr>
      </w:pPr>
      <w:r w:rsidRPr="00606623">
        <w:rPr>
          <w:rFonts w:ascii="Roboto Condensed" w:hAnsi="Roboto Condensed"/>
          <w:sz w:val="20"/>
          <w:lang w:val="pl-PL"/>
        </w:rPr>
        <w:t xml:space="preserve">szeroka oferta spędzania wolnego czasu. </w:t>
      </w:r>
    </w:p>
    <w:p w14:paraId="500CA2E6" w14:textId="77777777" w:rsidR="00600D2E" w:rsidRPr="006D01A4" w:rsidRDefault="00600D2E" w:rsidP="008636AA">
      <w:pPr>
        <w:pStyle w:val="Tekstpodstawowy2"/>
        <w:numPr>
          <w:ilvl w:val="0"/>
          <w:numId w:val="3"/>
        </w:numPr>
        <w:spacing w:line="240" w:lineRule="auto"/>
        <w:ind w:left="567" w:hanging="227"/>
        <w:rPr>
          <w:rFonts w:ascii="Roboto Condensed" w:hAnsi="Roboto Condensed"/>
          <w:sz w:val="20"/>
          <w:lang w:val="pl-PL"/>
        </w:rPr>
      </w:pPr>
      <w:r w:rsidRPr="006F43BB">
        <w:rPr>
          <w:rFonts w:ascii="Roboto Condensed" w:hAnsi="Roboto Condensed"/>
          <w:sz w:val="20"/>
          <w:lang w:val="pl-PL"/>
        </w:rPr>
        <w:t>rozwój gospodarczy powiatu odpowiadający postępującemu rozwojowi</w:t>
      </w:r>
      <w:r>
        <w:rPr>
          <w:rFonts w:ascii="Roboto Condensed" w:hAnsi="Roboto Condensed"/>
          <w:sz w:val="20"/>
          <w:lang w:val="pl-PL"/>
        </w:rPr>
        <w:t xml:space="preserve"> </w:t>
      </w:r>
      <w:r w:rsidRPr="00606623">
        <w:rPr>
          <w:rFonts w:ascii="Roboto Condensed" w:hAnsi="Roboto Condensed"/>
          <w:sz w:val="20"/>
          <w:lang w:val="pl-PL"/>
        </w:rPr>
        <w:t>technologicznemu,</w:t>
      </w:r>
      <w:r>
        <w:rPr>
          <w:rFonts w:ascii="Roboto Condensed" w:hAnsi="Roboto Condensed"/>
          <w:sz w:val="20"/>
          <w:lang w:val="pl-PL"/>
        </w:rPr>
        <w:t xml:space="preserve"> m.in. poprzez:</w:t>
      </w:r>
    </w:p>
    <w:p w14:paraId="0FD241CD" w14:textId="77777777" w:rsidR="00600D2E" w:rsidRPr="006D01A4" w:rsidRDefault="00600D2E" w:rsidP="008636AA">
      <w:pPr>
        <w:pStyle w:val="Tekstpodstawowy2"/>
        <w:numPr>
          <w:ilvl w:val="1"/>
          <w:numId w:val="3"/>
        </w:numPr>
        <w:spacing w:line="240" w:lineRule="auto"/>
        <w:rPr>
          <w:rFonts w:ascii="Roboto Condensed" w:hAnsi="Roboto Condensed"/>
          <w:sz w:val="20"/>
          <w:lang w:val="pl-PL"/>
        </w:rPr>
      </w:pPr>
      <w:r w:rsidRPr="006D01A4">
        <w:rPr>
          <w:rFonts w:ascii="Roboto Condensed" w:hAnsi="Roboto Condensed"/>
          <w:sz w:val="20"/>
          <w:lang w:val="pl-PL"/>
        </w:rPr>
        <w:t xml:space="preserve">1.6. Poprawa stanu infrastruktury pieszej, rowerowej i drogowej </w:t>
      </w:r>
    </w:p>
    <w:p w14:paraId="10330CB3" w14:textId="77777777" w:rsidR="00600D2E" w:rsidRPr="006D01A4" w:rsidRDefault="00600D2E" w:rsidP="008636AA">
      <w:pPr>
        <w:pStyle w:val="Tekstpodstawowy2"/>
        <w:numPr>
          <w:ilvl w:val="1"/>
          <w:numId w:val="3"/>
        </w:numPr>
        <w:spacing w:line="240" w:lineRule="auto"/>
        <w:rPr>
          <w:rFonts w:ascii="Roboto Condensed" w:hAnsi="Roboto Condensed"/>
          <w:sz w:val="20"/>
          <w:lang w:val="pl-PL"/>
        </w:rPr>
      </w:pPr>
      <w:r w:rsidRPr="006D01A4">
        <w:rPr>
          <w:rFonts w:ascii="Roboto Condensed" w:hAnsi="Roboto Condensed"/>
          <w:sz w:val="20"/>
          <w:lang w:val="pl-PL"/>
        </w:rPr>
        <w:t>1.7. Zwiększenie dostępności komunikacyjnej powiatu</w:t>
      </w:r>
    </w:p>
    <w:p w14:paraId="117ADD7C" w14:textId="77777777" w:rsidR="00600D2E" w:rsidRDefault="00600D2E" w:rsidP="008636AA">
      <w:pPr>
        <w:pStyle w:val="Tekstpodstawowy2"/>
        <w:numPr>
          <w:ilvl w:val="1"/>
          <w:numId w:val="3"/>
        </w:numPr>
        <w:spacing w:line="240" w:lineRule="auto"/>
        <w:rPr>
          <w:rFonts w:ascii="Roboto Condensed" w:hAnsi="Roboto Condensed"/>
          <w:sz w:val="20"/>
          <w:lang w:val="pl-PL"/>
        </w:rPr>
      </w:pPr>
      <w:r w:rsidRPr="006D01A4">
        <w:rPr>
          <w:rFonts w:ascii="Roboto Condensed" w:hAnsi="Roboto Condensed"/>
          <w:sz w:val="20"/>
          <w:lang w:val="pl-PL"/>
        </w:rPr>
        <w:t>3.1. Wsparcie rozwoju gospodarczego powiatu</w:t>
      </w:r>
      <w:r>
        <w:rPr>
          <w:rFonts w:ascii="Roboto Condensed" w:hAnsi="Roboto Condensed"/>
          <w:sz w:val="20"/>
          <w:lang w:val="pl-PL"/>
        </w:rPr>
        <w:t>, w tym:</w:t>
      </w:r>
    </w:p>
    <w:p w14:paraId="318FA933" w14:textId="77777777" w:rsidR="00600D2E" w:rsidRDefault="00600D2E" w:rsidP="008636AA">
      <w:pPr>
        <w:pStyle w:val="Tekstpodstawowy2"/>
        <w:numPr>
          <w:ilvl w:val="2"/>
          <w:numId w:val="3"/>
        </w:numPr>
        <w:spacing w:line="240" w:lineRule="auto"/>
        <w:rPr>
          <w:rFonts w:ascii="Roboto Condensed" w:hAnsi="Roboto Condensed"/>
          <w:sz w:val="20"/>
          <w:lang w:val="pl-PL"/>
        </w:rPr>
      </w:pPr>
      <w:r w:rsidRPr="00606623">
        <w:rPr>
          <w:rFonts w:ascii="Roboto Condensed" w:hAnsi="Roboto Condensed"/>
          <w:sz w:val="20"/>
          <w:lang w:val="pl-PL"/>
        </w:rPr>
        <w:t>wykorzyst</w:t>
      </w:r>
      <w:r>
        <w:rPr>
          <w:rFonts w:ascii="Roboto Condensed" w:hAnsi="Roboto Condensed"/>
          <w:sz w:val="20"/>
          <w:lang w:val="pl-PL"/>
        </w:rPr>
        <w:t>anie</w:t>
      </w:r>
      <w:r w:rsidRPr="00606623">
        <w:rPr>
          <w:rFonts w:ascii="Roboto Condensed" w:hAnsi="Roboto Condensed"/>
          <w:sz w:val="20"/>
          <w:lang w:val="pl-PL"/>
        </w:rPr>
        <w:t xml:space="preserve"> potencjał</w:t>
      </w:r>
      <w:r>
        <w:rPr>
          <w:rFonts w:ascii="Roboto Condensed" w:hAnsi="Roboto Condensed"/>
          <w:sz w:val="20"/>
          <w:lang w:val="pl-PL"/>
        </w:rPr>
        <w:t>u</w:t>
      </w:r>
      <w:r w:rsidRPr="00606623">
        <w:rPr>
          <w:rFonts w:ascii="Roboto Condensed" w:hAnsi="Roboto Condensed"/>
          <w:sz w:val="20"/>
          <w:lang w:val="pl-PL"/>
        </w:rPr>
        <w:t xml:space="preserve"> turystyczn</w:t>
      </w:r>
      <w:r>
        <w:rPr>
          <w:rFonts w:ascii="Roboto Condensed" w:hAnsi="Roboto Condensed"/>
          <w:sz w:val="20"/>
          <w:lang w:val="pl-PL"/>
        </w:rPr>
        <w:t>ego,</w:t>
      </w:r>
    </w:p>
    <w:p w14:paraId="6F5AEA7B" w14:textId="77777777" w:rsidR="00600D2E" w:rsidRPr="006D01A4" w:rsidRDefault="00600D2E" w:rsidP="008636AA">
      <w:pPr>
        <w:pStyle w:val="Tekstpodstawowy2"/>
        <w:numPr>
          <w:ilvl w:val="2"/>
          <w:numId w:val="3"/>
        </w:numPr>
        <w:spacing w:line="240" w:lineRule="auto"/>
        <w:rPr>
          <w:rFonts w:ascii="Roboto Condensed" w:hAnsi="Roboto Condensed"/>
          <w:sz w:val="20"/>
          <w:lang w:val="pl-PL"/>
        </w:rPr>
      </w:pPr>
      <w:r w:rsidRPr="00606623">
        <w:rPr>
          <w:rFonts w:ascii="Roboto Condensed" w:hAnsi="Roboto Condensed"/>
          <w:sz w:val="20"/>
          <w:lang w:val="pl-PL"/>
        </w:rPr>
        <w:t>rozwój infrastruktury technologicznej, w tym szybkiego Internetu oraz łączności wykorzystującej standard 5G</w:t>
      </w:r>
      <w:r>
        <w:rPr>
          <w:rFonts w:ascii="Roboto Condensed" w:hAnsi="Roboto Condensed"/>
          <w:sz w:val="20"/>
          <w:lang w:val="pl-PL"/>
        </w:rPr>
        <w:t>,</w:t>
      </w:r>
    </w:p>
    <w:p w14:paraId="0DE2728A" w14:textId="77777777" w:rsidR="00600D2E" w:rsidRPr="006D01A4" w:rsidRDefault="00600D2E" w:rsidP="008636AA">
      <w:pPr>
        <w:pStyle w:val="Tekstpodstawowy2"/>
        <w:numPr>
          <w:ilvl w:val="1"/>
          <w:numId w:val="3"/>
        </w:numPr>
        <w:spacing w:line="240" w:lineRule="auto"/>
        <w:rPr>
          <w:rFonts w:ascii="Roboto Condensed" w:hAnsi="Roboto Condensed"/>
          <w:sz w:val="20"/>
          <w:lang w:val="pl-PL"/>
        </w:rPr>
      </w:pPr>
      <w:r w:rsidRPr="006D01A4">
        <w:rPr>
          <w:rFonts w:ascii="Roboto Condensed" w:hAnsi="Roboto Condensed"/>
          <w:sz w:val="20"/>
          <w:lang w:val="pl-PL"/>
        </w:rPr>
        <w:t>4.1. Dbałość o zachowanie walorów środowiskowych powiatu</w:t>
      </w:r>
      <w:r>
        <w:rPr>
          <w:rFonts w:ascii="Roboto Condensed" w:hAnsi="Roboto Condensed"/>
          <w:sz w:val="20"/>
          <w:lang w:val="pl-PL"/>
        </w:rPr>
        <w:t>,</w:t>
      </w:r>
    </w:p>
    <w:p w14:paraId="4350C35E" w14:textId="77777777" w:rsidR="00600D2E" w:rsidRPr="006D01A4" w:rsidRDefault="00600D2E" w:rsidP="008636AA">
      <w:pPr>
        <w:pStyle w:val="Tekstpodstawowy2"/>
        <w:numPr>
          <w:ilvl w:val="0"/>
          <w:numId w:val="3"/>
        </w:numPr>
        <w:spacing w:line="240" w:lineRule="auto"/>
        <w:ind w:left="567" w:hanging="227"/>
        <w:rPr>
          <w:rFonts w:ascii="Roboto Condensed" w:hAnsi="Roboto Condensed"/>
          <w:sz w:val="20"/>
          <w:lang w:val="pl-PL"/>
        </w:rPr>
      </w:pPr>
      <w:r w:rsidRPr="006F43BB">
        <w:rPr>
          <w:rFonts w:ascii="Roboto Condensed" w:hAnsi="Roboto Condensed"/>
          <w:sz w:val="20"/>
          <w:lang w:val="pl-PL"/>
        </w:rPr>
        <w:t>dbałość o środowisko i dostosowywanie do zmian klimatycznych, w tym w kontekście</w:t>
      </w:r>
      <w:r>
        <w:rPr>
          <w:rFonts w:ascii="Roboto Condensed" w:hAnsi="Roboto Condensed"/>
          <w:sz w:val="20"/>
          <w:lang w:val="pl-PL"/>
        </w:rPr>
        <w:t xml:space="preserve"> </w:t>
      </w:r>
      <w:r w:rsidRPr="00606623">
        <w:rPr>
          <w:rFonts w:ascii="Roboto Condensed" w:hAnsi="Roboto Condensed"/>
          <w:sz w:val="20"/>
          <w:lang w:val="pl-PL"/>
        </w:rPr>
        <w:t>transformacji energetycznej,</w:t>
      </w:r>
      <w:r>
        <w:rPr>
          <w:rFonts w:ascii="Roboto Condensed" w:hAnsi="Roboto Condensed"/>
          <w:sz w:val="20"/>
          <w:lang w:val="pl-PL"/>
        </w:rPr>
        <w:t xml:space="preserve"> m.in. poprzez:</w:t>
      </w:r>
    </w:p>
    <w:p w14:paraId="0C63BF93" w14:textId="77777777" w:rsidR="00600D2E" w:rsidRDefault="00600D2E" w:rsidP="008636AA">
      <w:pPr>
        <w:pStyle w:val="Tekstpodstawowy2"/>
        <w:numPr>
          <w:ilvl w:val="1"/>
          <w:numId w:val="3"/>
        </w:numPr>
        <w:spacing w:line="240" w:lineRule="auto"/>
        <w:rPr>
          <w:rFonts w:ascii="Roboto Condensed" w:hAnsi="Roboto Condensed"/>
          <w:sz w:val="20"/>
          <w:lang w:val="pl-PL"/>
        </w:rPr>
      </w:pPr>
      <w:r w:rsidRPr="006D01A4">
        <w:rPr>
          <w:rFonts w:ascii="Roboto Condensed" w:hAnsi="Roboto Condensed"/>
          <w:sz w:val="20"/>
          <w:lang w:val="pl-PL"/>
        </w:rPr>
        <w:t>4.1. Dbałość o zachowanie walorów środowiskowych powiatu</w:t>
      </w:r>
      <w:r>
        <w:rPr>
          <w:rFonts w:ascii="Roboto Condensed" w:hAnsi="Roboto Condensed"/>
          <w:sz w:val="20"/>
          <w:lang w:val="pl-PL"/>
        </w:rPr>
        <w:t>, w tym:</w:t>
      </w:r>
    </w:p>
    <w:p w14:paraId="69B91662" w14:textId="77777777" w:rsidR="00600D2E" w:rsidRDefault="00600D2E" w:rsidP="008636AA">
      <w:pPr>
        <w:pStyle w:val="Tekstpodstawowy2"/>
        <w:numPr>
          <w:ilvl w:val="2"/>
          <w:numId w:val="3"/>
        </w:numPr>
        <w:spacing w:line="240" w:lineRule="auto"/>
        <w:rPr>
          <w:rFonts w:ascii="Roboto Condensed" w:hAnsi="Roboto Condensed"/>
          <w:sz w:val="20"/>
          <w:lang w:val="pl-PL"/>
        </w:rPr>
      </w:pPr>
      <w:r w:rsidRPr="00606623">
        <w:rPr>
          <w:rFonts w:ascii="Roboto Condensed" w:hAnsi="Roboto Condensed"/>
          <w:sz w:val="20"/>
          <w:lang w:val="pl-PL"/>
        </w:rPr>
        <w:t>rozszerzeni</w:t>
      </w:r>
      <w:r>
        <w:rPr>
          <w:rFonts w:ascii="Roboto Condensed" w:hAnsi="Roboto Condensed"/>
          <w:sz w:val="20"/>
          <w:lang w:val="pl-PL"/>
        </w:rPr>
        <w:t>e</w:t>
      </w:r>
      <w:r w:rsidRPr="00606623">
        <w:rPr>
          <w:rFonts w:ascii="Roboto Condensed" w:hAnsi="Roboto Condensed"/>
          <w:sz w:val="20"/>
          <w:lang w:val="pl-PL"/>
        </w:rPr>
        <w:t xml:space="preserve"> sieci kanalizacyjnej</w:t>
      </w:r>
      <w:r>
        <w:rPr>
          <w:rFonts w:ascii="Roboto Condensed" w:hAnsi="Roboto Condensed"/>
          <w:sz w:val="20"/>
          <w:lang w:val="pl-PL"/>
        </w:rPr>
        <w:t>,</w:t>
      </w:r>
    </w:p>
    <w:p w14:paraId="7C9C9F57" w14:textId="77777777" w:rsidR="00600D2E" w:rsidRPr="006D01A4" w:rsidRDefault="00600D2E" w:rsidP="008636AA">
      <w:pPr>
        <w:pStyle w:val="Tekstpodstawowy2"/>
        <w:numPr>
          <w:ilvl w:val="2"/>
          <w:numId w:val="3"/>
        </w:numPr>
        <w:spacing w:line="240" w:lineRule="auto"/>
        <w:rPr>
          <w:rFonts w:ascii="Roboto Condensed" w:hAnsi="Roboto Condensed"/>
          <w:sz w:val="20"/>
          <w:lang w:val="pl-PL"/>
        </w:rPr>
      </w:pPr>
      <w:r w:rsidRPr="002B132D">
        <w:rPr>
          <w:rFonts w:ascii="Roboto Condensed" w:hAnsi="Roboto Condensed"/>
          <w:sz w:val="20"/>
          <w:lang w:val="pl-PL"/>
        </w:rPr>
        <w:t>pozyskiwani</w:t>
      </w:r>
      <w:r>
        <w:rPr>
          <w:rFonts w:ascii="Roboto Condensed" w:hAnsi="Roboto Condensed"/>
          <w:sz w:val="20"/>
          <w:lang w:val="pl-PL"/>
        </w:rPr>
        <w:t>e</w:t>
      </w:r>
      <w:r w:rsidRPr="002B132D">
        <w:rPr>
          <w:rFonts w:ascii="Roboto Condensed" w:hAnsi="Roboto Condensed"/>
          <w:sz w:val="20"/>
          <w:lang w:val="pl-PL"/>
        </w:rPr>
        <w:t xml:space="preserve"> energii ze źródeł odnawialnych i nie szkodzących środowisku</w:t>
      </w:r>
    </w:p>
    <w:p w14:paraId="1F99C278" w14:textId="77777777" w:rsidR="00600D2E" w:rsidRPr="006D01A4" w:rsidRDefault="00600D2E" w:rsidP="008636AA">
      <w:pPr>
        <w:pStyle w:val="Tekstpodstawowy2"/>
        <w:numPr>
          <w:ilvl w:val="0"/>
          <w:numId w:val="3"/>
        </w:numPr>
        <w:spacing w:line="240" w:lineRule="auto"/>
        <w:ind w:left="567" w:hanging="227"/>
        <w:rPr>
          <w:rFonts w:ascii="Roboto Condensed" w:hAnsi="Roboto Condensed"/>
          <w:sz w:val="20"/>
          <w:lang w:val="pl-PL"/>
        </w:rPr>
      </w:pPr>
      <w:r w:rsidRPr="006F43BB">
        <w:rPr>
          <w:rFonts w:ascii="Roboto Condensed" w:hAnsi="Roboto Condensed"/>
          <w:sz w:val="20"/>
          <w:lang w:val="pl-PL"/>
        </w:rPr>
        <w:t>spójne wykorzystanie potencjału turystycznego, przemysłowego, rolnego</w:t>
      </w:r>
      <w:r>
        <w:rPr>
          <w:rFonts w:ascii="Roboto Condensed" w:hAnsi="Roboto Condensed"/>
          <w:sz w:val="20"/>
          <w:lang w:val="pl-PL"/>
        </w:rPr>
        <w:t xml:space="preserve"> </w:t>
      </w:r>
      <w:r w:rsidRPr="00606623">
        <w:rPr>
          <w:rFonts w:ascii="Roboto Condensed" w:hAnsi="Roboto Condensed"/>
          <w:sz w:val="20"/>
          <w:lang w:val="pl-PL"/>
        </w:rPr>
        <w:t>i kulturowego do rozwoju gospodarczego powiatu,</w:t>
      </w:r>
      <w:r>
        <w:rPr>
          <w:rFonts w:ascii="Roboto Condensed" w:hAnsi="Roboto Condensed"/>
          <w:sz w:val="20"/>
          <w:lang w:val="pl-PL"/>
        </w:rPr>
        <w:t xml:space="preserve"> m.in. poprzez:</w:t>
      </w:r>
    </w:p>
    <w:p w14:paraId="68C644CA" w14:textId="77777777" w:rsidR="00600D2E" w:rsidRPr="006D01A4" w:rsidRDefault="00600D2E" w:rsidP="008636AA">
      <w:pPr>
        <w:pStyle w:val="Tekstpodstawowy2"/>
        <w:numPr>
          <w:ilvl w:val="1"/>
          <w:numId w:val="3"/>
        </w:numPr>
        <w:spacing w:line="240" w:lineRule="auto"/>
        <w:rPr>
          <w:rFonts w:ascii="Roboto Condensed" w:hAnsi="Roboto Condensed"/>
          <w:sz w:val="20"/>
          <w:lang w:val="pl-PL"/>
        </w:rPr>
      </w:pPr>
      <w:r w:rsidRPr="006D01A4">
        <w:rPr>
          <w:rFonts w:ascii="Roboto Condensed" w:hAnsi="Roboto Condensed"/>
          <w:sz w:val="20"/>
          <w:lang w:val="pl-PL"/>
        </w:rPr>
        <w:t xml:space="preserve">1.5. Rozwój oferty kulturalno- sportowej w powiecie </w:t>
      </w:r>
    </w:p>
    <w:p w14:paraId="1949F95D" w14:textId="77777777" w:rsidR="00600D2E" w:rsidRPr="006D01A4" w:rsidRDefault="00600D2E" w:rsidP="008636AA">
      <w:pPr>
        <w:pStyle w:val="Tekstpodstawowy2"/>
        <w:numPr>
          <w:ilvl w:val="1"/>
          <w:numId w:val="3"/>
        </w:numPr>
        <w:spacing w:line="240" w:lineRule="auto"/>
        <w:rPr>
          <w:rFonts w:ascii="Roboto Condensed" w:hAnsi="Roboto Condensed"/>
          <w:sz w:val="20"/>
          <w:lang w:val="pl-PL"/>
        </w:rPr>
      </w:pPr>
      <w:r w:rsidRPr="006D01A4">
        <w:rPr>
          <w:rFonts w:ascii="Roboto Condensed" w:hAnsi="Roboto Condensed"/>
          <w:sz w:val="20"/>
          <w:lang w:val="pl-PL"/>
        </w:rPr>
        <w:t xml:space="preserve">1.6. Poprawa stanu infrastruktury pieszej, rowerowej i drogowej </w:t>
      </w:r>
    </w:p>
    <w:p w14:paraId="45F0218D" w14:textId="77777777" w:rsidR="00600D2E" w:rsidRPr="006D01A4" w:rsidRDefault="00600D2E" w:rsidP="008636AA">
      <w:pPr>
        <w:pStyle w:val="Tekstpodstawowy2"/>
        <w:numPr>
          <w:ilvl w:val="1"/>
          <w:numId w:val="3"/>
        </w:numPr>
        <w:spacing w:line="240" w:lineRule="auto"/>
        <w:rPr>
          <w:rFonts w:ascii="Roboto Condensed" w:hAnsi="Roboto Condensed"/>
          <w:sz w:val="20"/>
          <w:lang w:val="pl-PL"/>
        </w:rPr>
      </w:pPr>
      <w:r w:rsidRPr="006D01A4">
        <w:rPr>
          <w:rFonts w:ascii="Roboto Condensed" w:hAnsi="Roboto Condensed"/>
          <w:sz w:val="20"/>
          <w:lang w:val="pl-PL"/>
        </w:rPr>
        <w:t xml:space="preserve">1.7. Zwiększenie dostępności komunikacyjnej powiatu </w:t>
      </w:r>
    </w:p>
    <w:p w14:paraId="284403FA" w14:textId="77777777" w:rsidR="00600D2E" w:rsidRDefault="00600D2E" w:rsidP="008636AA">
      <w:pPr>
        <w:pStyle w:val="Tekstpodstawowy2"/>
        <w:numPr>
          <w:ilvl w:val="1"/>
          <w:numId w:val="3"/>
        </w:numPr>
        <w:spacing w:line="240" w:lineRule="auto"/>
        <w:rPr>
          <w:rFonts w:ascii="Roboto Condensed" w:hAnsi="Roboto Condensed"/>
          <w:sz w:val="20"/>
          <w:lang w:val="pl-PL"/>
        </w:rPr>
      </w:pPr>
      <w:r w:rsidRPr="006D01A4">
        <w:rPr>
          <w:rFonts w:ascii="Roboto Condensed" w:hAnsi="Roboto Condensed"/>
          <w:sz w:val="20"/>
          <w:lang w:val="pl-PL"/>
        </w:rPr>
        <w:t>3.1. Wsparcie rozwoju gospodarczego powiatu</w:t>
      </w:r>
      <w:r>
        <w:rPr>
          <w:rFonts w:ascii="Roboto Condensed" w:hAnsi="Roboto Condensed"/>
          <w:sz w:val="20"/>
          <w:lang w:val="pl-PL"/>
        </w:rPr>
        <w:t>, w tym:</w:t>
      </w:r>
    </w:p>
    <w:p w14:paraId="54595AEC" w14:textId="77777777" w:rsidR="00600D2E" w:rsidRDefault="00600D2E" w:rsidP="008636AA">
      <w:pPr>
        <w:pStyle w:val="Tekstpodstawowy2"/>
        <w:numPr>
          <w:ilvl w:val="2"/>
          <w:numId w:val="3"/>
        </w:numPr>
        <w:spacing w:line="240" w:lineRule="auto"/>
        <w:rPr>
          <w:rFonts w:ascii="Roboto Condensed" w:hAnsi="Roboto Condensed"/>
          <w:sz w:val="20"/>
          <w:lang w:val="pl-PL"/>
        </w:rPr>
      </w:pPr>
      <w:r w:rsidRPr="002B132D">
        <w:rPr>
          <w:rFonts w:ascii="Roboto Condensed" w:hAnsi="Roboto Condensed"/>
          <w:sz w:val="20"/>
          <w:lang w:val="pl-PL"/>
        </w:rPr>
        <w:t xml:space="preserve">rozbudowanie infrastruktury turystycznej między innymi w postaci dróg, ścieżek i szlaków rowerowych, zagospodarowania nabrzeży rzek oraz w dalszej kolejności budowy obiektów małej architektury, ubogacających wykreowane trasy/szlaki. </w:t>
      </w:r>
    </w:p>
    <w:p w14:paraId="0301E60E" w14:textId="77777777" w:rsidR="00600D2E" w:rsidRDefault="00600D2E" w:rsidP="008636AA">
      <w:pPr>
        <w:pStyle w:val="Tekstpodstawowy2"/>
        <w:numPr>
          <w:ilvl w:val="2"/>
          <w:numId w:val="3"/>
        </w:numPr>
        <w:spacing w:line="240" w:lineRule="auto"/>
        <w:rPr>
          <w:rFonts w:ascii="Roboto Condensed" w:hAnsi="Roboto Condensed"/>
          <w:sz w:val="20"/>
          <w:lang w:val="pl-PL"/>
        </w:rPr>
      </w:pPr>
      <w:r w:rsidRPr="002B132D">
        <w:rPr>
          <w:rFonts w:ascii="Roboto Condensed" w:hAnsi="Roboto Condensed"/>
          <w:sz w:val="20"/>
          <w:lang w:val="pl-PL"/>
        </w:rPr>
        <w:t>turystyk</w:t>
      </w:r>
      <w:r>
        <w:rPr>
          <w:rFonts w:ascii="Roboto Condensed" w:hAnsi="Roboto Condensed"/>
          <w:sz w:val="20"/>
          <w:lang w:val="pl-PL"/>
        </w:rPr>
        <w:t>ę</w:t>
      </w:r>
      <w:r w:rsidRPr="002B132D">
        <w:rPr>
          <w:rFonts w:ascii="Roboto Condensed" w:hAnsi="Roboto Condensed"/>
          <w:sz w:val="20"/>
          <w:lang w:val="pl-PL"/>
        </w:rPr>
        <w:t xml:space="preserve"> preferująca aktywne spędzanie czasu np. rowerowa i kajakowa</w:t>
      </w:r>
      <w:r>
        <w:rPr>
          <w:rFonts w:ascii="Roboto Condensed" w:hAnsi="Roboto Condensed"/>
          <w:sz w:val="20"/>
          <w:lang w:val="pl-PL"/>
        </w:rPr>
        <w:t>,</w:t>
      </w:r>
    </w:p>
    <w:p w14:paraId="7AE36426" w14:textId="77777777" w:rsidR="00600D2E" w:rsidRPr="006D01A4" w:rsidRDefault="00600D2E" w:rsidP="008636AA">
      <w:pPr>
        <w:pStyle w:val="Tekstpodstawowy2"/>
        <w:numPr>
          <w:ilvl w:val="2"/>
          <w:numId w:val="3"/>
        </w:numPr>
        <w:spacing w:line="240" w:lineRule="auto"/>
        <w:rPr>
          <w:rFonts w:ascii="Roboto Condensed" w:hAnsi="Roboto Condensed"/>
          <w:sz w:val="20"/>
          <w:lang w:val="pl-PL"/>
        </w:rPr>
      </w:pPr>
      <w:r w:rsidRPr="002B132D">
        <w:rPr>
          <w:rFonts w:ascii="Roboto Condensed" w:hAnsi="Roboto Condensed"/>
          <w:sz w:val="20"/>
          <w:lang w:val="pl-PL"/>
        </w:rPr>
        <w:t>powiązani</w:t>
      </w:r>
      <w:r>
        <w:rPr>
          <w:rFonts w:ascii="Roboto Condensed" w:hAnsi="Roboto Condensed"/>
          <w:sz w:val="20"/>
          <w:lang w:val="pl-PL"/>
        </w:rPr>
        <w:t>e</w:t>
      </w:r>
      <w:r w:rsidRPr="002B132D">
        <w:rPr>
          <w:rFonts w:ascii="Roboto Condensed" w:hAnsi="Roboto Condensed"/>
          <w:sz w:val="20"/>
          <w:lang w:val="pl-PL"/>
        </w:rPr>
        <w:t xml:space="preserve"> usług turystycznych z lokalnym sektorem rolno-spożywczym</w:t>
      </w:r>
      <w:r>
        <w:rPr>
          <w:rFonts w:ascii="Roboto Condensed" w:hAnsi="Roboto Condensed"/>
          <w:sz w:val="20"/>
          <w:lang w:val="pl-PL"/>
        </w:rPr>
        <w:t>,</w:t>
      </w:r>
    </w:p>
    <w:p w14:paraId="00860770" w14:textId="77777777" w:rsidR="00600D2E" w:rsidRPr="006D01A4" w:rsidRDefault="00600D2E" w:rsidP="008636AA">
      <w:pPr>
        <w:pStyle w:val="Tekstpodstawowy2"/>
        <w:numPr>
          <w:ilvl w:val="1"/>
          <w:numId w:val="3"/>
        </w:numPr>
        <w:spacing w:line="240" w:lineRule="auto"/>
        <w:rPr>
          <w:rFonts w:ascii="Roboto Condensed" w:hAnsi="Roboto Condensed"/>
          <w:sz w:val="20"/>
          <w:lang w:val="pl-PL"/>
        </w:rPr>
      </w:pPr>
      <w:r w:rsidRPr="006D01A4">
        <w:rPr>
          <w:rFonts w:ascii="Roboto Condensed" w:hAnsi="Roboto Condensed"/>
          <w:sz w:val="20"/>
          <w:lang w:val="pl-PL"/>
        </w:rPr>
        <w:t>4.1. Dbałość o zachowanie walorów środowiskowych powiatu</w:t>
      </w:r>
    </w:p>
    <w:p w14:paraId="30D80105" w14:textId="77777777" w:rsidR="00600D2E" w:rsidRPr="006D01A4" w:rsidRDefault="00600D2E" w:rsidP="008636AA">
      <w:pPr>
        <w:pStyle w:val="Tekstpodstawowy2"/>
        <w:numPr>
          <w:ilvl w:val="0"/>
          <w:numId w:val="3"/>
        </w:numPr>
        <w:spacing w:line="240" w:lineRule="auto"/>
        <w:ind w:left="567" w:hanging="227"/>
        <w:rPr>
          <w:rFonts w:ascii="Roboto Condensed" w:hAnsi="Roboto Condensed"/>
          <w:sz w:val="20"/>
          <w:lang w:val="pl-PL"/>
        </w:rPr>
      </w:pPr>
      <w:r w:rsidRPr="006F43BB">
        <w:rPr>
          <w:rFonts w:ascii="Roboto Condensed" w:hAnsi="Roboto Condensed"/>
          <w:sz w:val="20"/>
          <w:lang w:val="pl-PL"/>
        </w:rPr>
        <w:t>poprawa mobilności i dostępności komunikacyjnej obszaru powiatu,</w:t>
      </w:r>
      <w:r>
        <w:rPr>
          <w:rFonts w:ascii="Roboto Condensed" w:hAnsi="Roboto Condensed"/>
          <w:sz w:val="20"/>
          <w:lang w:val="pl-PL"/>
        </w:rPr>
        <w:t xml:space="preserve"> m.in. poprzez:</w:t>
      </w:r>
    </w:p>
    <w:p w14:paraId="69ABF289" w14:textId="77777777" w:rsidR="00600D2E" w:rsidRPr="006D01A4" w:rsidRDefault="00600D2E" w:rsidP="008636AA">
      <w:pPr>
        <w:pStyle w:val="Tekstpodstawowy2"/>
        <w:numPr>
          <w:ilvl w:val="1"/>
          <w:numId w:val="3"/>
        </w:numPr>
        <w:spacing w:line="240" w:lineRule="auto"/>
        <w:rPr>
          <w:rFonts w:ascii="Roboto Condensed" w:hAnsi="Roboto Condensed"/>
          <w:sz w:val="20"/>
          <w:lang w:val="pl-PL"/>
        </w:rPr>
      </w:pPr>
      <w:r w:rsidRPr="006D01A4">
        <w:rPr>
          <w:rFonts w:ascii="Roboto Condensed" w:hAnsi="Roboto Condensed"/>
          <w:sz w:val="20"/>
          <w:lang w:val="pl-PL"/>
        </w:rPr>
        <w:t xml:space="preserve">1.6. Poprawa stanu infrastruktury pieszej, rowerowej i drogowej </w:t>
      </w:r>
    </w:p>
    <w:p w14:paraId="04844F52" w14:textId="77777777" w:rsidR="00600D2E" w:rsidRPr="006D01A4" w:rsidRDefault="00600D2E" w:rsidP="008636AA">
      <w:pPr>
        <w:pStyle w:val="Tekstpodstawowy2"/>
        <w:numPr>
          <w:ilvl w:val="1"/>
          <w:numId w:val="3"/>
        </w:numPr>
        <w:spacing w:line="240" w:lineRule="auto"/>
        <w:rPr>
          <w:rFonts w:ascii="Roboto Condensed" w:hAnsi="Roboto Condensed"/>
          <w:sz w:val="20"/>
          <w:lang w:val="pl-PL"/>
        </w:rPr>
      </w:pPr>
      <w:r w:rsidRPr="006D01A4">
        <w:rPr>
          <w:rFonts w:ascii="Roboto Condensed" w:hAnsi="Roboto Condensed"/>
          <w:sz w:val="20"/>
          <w:lang w:val="pl-PL"/>
        </w:rPr>
        <w:t xml:space="preserve">3.1. Wsparcie rozwoju gospodarczego powiatu </w:t>
      </w:r>
    </w:p>
    <w:p w14:paraId="62E3BAFA" w14:textId="77777777" w:rsidR="00600D2E" w:rsidRPr="00600D2E" w:rsidRDefault="00600D2E" w:rsidP="008636AA">
      <w:pPr>
        <w:pStyle w:val="Tekstpodstawowy2"/>
        <w:numPr>
          <w:ilvl w:val="1"/>
          <w:numId w:val="3"/>
        </w:numPr>
        <w:spacing w:line="240" w:lineRule="auto"/>
        <w:rPr>
          <w:rFonts w:ascii="Roboto Condensed" w:hAnsi="Roboto Condensed"/>
          <w:sz w:val="20"/>
          <w:lang w:val="pl-PL"/>
        </w:rPr>
      </w:pPr>
      <w:r w:rsidRPr="006D01A4">
        <w:rPr>
          <w:rFonts w:ascii="Roboto Condensed" w:hAnsi="Roboto Condensed"/>
          <w:sz w:val="20"/>
          <w:lang w:val="pl-PL"/>
        </w:rPr>
        <w:t>1.7. Zwiększeni</w:t>
      </w:r>
      <w:r w:rsidRPr="00600D2E">
        <w:rPr>
          <w:rFonts w:ascii="Roboto Condensed" w:hAnsi="Roboto Condensed"/>
          <w:sz w:val="20"/>
          <w:lang w:val="pl-PL"/>
        </w:rPr>
        <w:t>e dostępności komunikacyjnej powiatu, w tym:</w:t>
      </w:r>
    </w:p>
    <w:p w14:paraId="5588FFE1" w14:textId="77777777" w:rsidR="00600D2E" w:rsidRPr="00600D2E" w:rsidRDefault="00600D2E" w:rsidP="008636AA">
      <w:pPr>
        <w:pStyle w:val="Tekstpodstawowy2"/>
        <w:numPr>
          <w:ilvl w:val="2"/>
          <w:numId w:val="3"/>
        </w:numPr>
        <w:spacing w:line="240" w:lineRule="auto"/>
        <w:rPr>
          <w:rFonts w:ascii="Roboto Condensed" w:hAnsi="Roboto Condensed"/>
          <w:sz w:val="20"/>
          <w:lang w:val="pl-PL"/>
        </w:rPr>
      </w:pPr>
      <w:r w:rsidRPr="00600D2E">
        <w:rPr>
          <w:rFonts w:ascii="Roboto Condensed" w:hAnsi="Roboto Condensed"/>
          <w:sz w:val="20"/>
          <w:lang w:val="pl-PL"/>
        </w:rPr>
        <w:t>otworzenie nowych terenów do zagospodarowania inwestycyjnego oraz mieszkaniowego.</w:t>
      </w:r>
    </w:p>
    <w:p w14:paraId="4335B00F" w14:textId="673A439E" w:rsidR="00A038C8" w:rsidRDefault="00A038C8" w:rsidP="00A038C8">
      <w:pPr>
        <w:pStyle w:val="Tekstpodstawowy2"/>
        <w:spacing w:before="120" w:line="240" w:lineRule="auto"/>
        <w:ind w:left="170"/>
        <w:rPr>
          <w:rFonts w:ascii="Roboto Condensed" w:hAnsi="Roboto Condensed"/>
          <w:sz w:val="20"/>
          <w:lang w:val="pl-PL"/>
        </w:rPr>
      </w:pPr>
      <w:r>
        <w:rPr>
          <w:rFonts w:ascii="Roboto Condensed" w:hAnsi="Roboto Condensed"/>
          <w:sz w:val="20"/>
          <w:lang w:val="pl-PL"/>
        </w:rPr>
        <w:t>Ponadto wskazano projekty i działania</w:t>
      </w:r>
      <w:r w:rsidR="00A966A3">
        <w:rPr>
          <w:rFonts w:ascii="Roboto Condensed" w:hAnsi="Roboto Condensed"/>
          <w:sz w:val="20"/>
          <w:lang w:val="pl-PL"/>
        </w:rPr>
        <w:t>,</w:t>
      </w:r>
      <w:r>
        <w:rPr>
          <w:rFonts w:ascii="Roboto Condensed" w:hAnsi="Roboto Condensed"/>
          <w:sz w:val="20"/>
          <w:lang w:val="pl-PL"/>
        </w:rPr>
        <w:t xml:space="preserve"> które </w:t>
      </w:r>
      <w:r w:rsidR="00A966A3">
        <w:rPr>
          <w:rFonts w:ascii="Roboto Condensed" w:hAnsi="Roboto Condensed"/>
          <w:sz w:val="20"/>
          <w:lang w:val="pl-PL"/>
        </w:rPr>
        <w:t xml:space="preserve">bezpośrednio </w:t>
      </w:r>
      <w:r>
        <w:rPr>
          <w:rFonts w:ascii="Roboto Condensed" w:hAnsi="Roboto Condensed"/>
          <w:sz w:val="20"/>
          <w:lang w:val="pl-PL"/>
        </w:rPr>
        <w:t>dotyczą gminy Radomsko:</w:t>
      </w:r>
    </w:p>
    <w:p w14:paraId="672D18DC" w14:textId="12ED20EF" w:rsidR="00A038C8" w:rsidRDefault="00A038C8" w:rsidP="008636AA">
      <w:pPr>
        <w:pStyle w:val="Tekstpodstawowy2"/>
        <w:numPr>
          <w:ilvl w:val="0"/>
          <w:numId w:val="3"/>
        </w:numPr>
        <w:spacing w:line="240" w:lineRule="auto"/>
        <w:ind w:left="567" w:hanging="227"/>
        <w:rPr>
          <w:rFonts w:ascii="Roboto Condensed" w:hAnsi="Roboto Condensed"/>
          <w:sz w:val="20"/>
          <w:lang w:val="pl-PL"/>
        </w:rPr>
      </w:pPr>
      <w:r w:rsidRPr="00A038C8">
        <w:rPr>
          <w:rFonts w:ascii="Roboto Condensed" w:hAnsi="Roboto Condensed"/>
          <w:sz w:val="20"/>
          <w:lang w:val="pl-PL"/>
        </w:rPr>
        <w:t>Budowa południowego korytarza (obwodnicy) w Radomsku.</w:t>
      </w:r>
      <w:r w:rsidR="00A966A3">
        <w:rPr>
          <w:rFonts w:ascii="Roboto Condensed" w:hAnsi="Roboto Condensed"/>
          <w:sz w:val="20"/>
          <w:lang w:val="pl-PL"/>
        </w:rPr>
        <w:t xml:space="preserve"> (FP nr 31)</w:t>
      </w:r>
    </w:p>
    <w:p w14:paraId="368F19B5" w14:textId="658A6AEE" w:rsidR="00A038C8" w:rsidRDefault="00A966A3" w:rsidP="008636AA">
      <w:pPr>
        <w:pStyle w:val="Tekstpodstawowy2"/>
        <w:numPr>
          <w:ilvl w:val="0"/>
          <w:numId w:val="3"/>
        </w:numPr>
        <w:spacing w:line="240" w:lineRule="auto"/>
        <w:ind w:left="567" w:hanging="227"/>
        <w:rPr>
          <w:rFonts w:ascii="Roboto Condensed" w:hAnsi="Roboto Condensed"/>
          <w:sz w:val="20"/>
          <w:lang w:val="pl-PL"/>
        </w:rPr>
      </w:pPr>
      <w:r w:rsidRPr="00A966A3">
        <w:rPr>
          <w:rFonts w:ascii="Roboto Condensed" w:hAnsi="Roboto Condensed"/>
          <w:sz w:val="20"/>
          <w:lang w:val="pl-PL"/>
        </w:rPr>
        <w:t>Wykonanie instalacji fotowoltaicznej wraz z pompą ciepła dla budynku</w:t>
      </w:r>
      <w:r>
        <w:rPr>
          <w:rFonts w:ascii="Roboto Condensed" w:hAnsi="Roboto Condensed"/>
          <w:sz w:val="20"/>
          <w:lang w:val="pl-PL"/>
        </w:rPr>
        <w:t xml:space="preserve"> </w:t>
      </w:r>
      <w:r w:rsidRPr="00A966A3">
        <w:rPr>
          <w:rFonts w:ascii="Roboto Condensed" w:hAnsi="Roboto Condensed"/>
          <w:sz w:val="20"/>
          <w:lang w:val="pl-PL"/>
        </w:rPr>
        <w:t>Placówki Opiekuńczo-Wychowawczej „KAMIL” w Strzałkowie</w:t>
      </w:r>
      <w:r>
        <w:rPr>
          <w:rFonts w:ascii="Roboto Condensed" w:hAnsi="Roboto Condensed"/>
          <w:sz w:val="20"/>
          <w:lang w:val="pl-PL"/>
        </w:rPr>
        <w:t xml:space="preserve"> (FP nr 65)</w:t>
      </w:r>
    </w:p>
    <w:p w14:paraId="092CBD61" w14:textId="77EE131B" w:rsidR="00A038C8" w:rsidRPr="00F17932" w:rsidRDefault="00A966A3" w:rsidP="008636AA">
      <w:pPr>
        <w:pStyle w:val="Tekstpodstawowy2"/>
        <w:numPr>
          <w:ilvl w:val="0"/>
          <w:numId w:val="3"/>
        </w:numPr>
        <w:spacing w:line="240" w:lineRule="auto"/>
        <w:ind w:left="567" w:hanging="227"/>
        <w:rPr>
          <w:rFonts w:ascii="Roboto Condensed" w:hAnsi="Roboto Condensed"/>
          <w:sz w:val="20"/>
          <w:lang w:val="pl-PL"/>
        </w:rPr>
      </w:pPr>
      <w:r w:rsidRPr="00A966A3">
        <w:rPr>
          <w:rFonts w:ascii="Roboto Condensed" w:hAnsi="Roboto Condensed"/>
          <w:sz w:val="20"/>
          <w:lang w:val="pl-PL"/>
        </w:rPr>
        <w:t>Zagospodarowanie turystyczne nadbrzeża rzeki Warty</w:t>
      </w:r>
      <w:r>
        <w:rPr>
          <w:rFonts w:ascii="Roboto Condensed" w:hAnsi="Roboto Condensed"/>
          <w:sz w:val="20"/>
          <w:lang w:val="pl-PL"/>
        </w:rPr>
        <w:t xml:space="preserve"> (FP nr 71)</w:t>
      </w:r>
    </w:p>
    <w:p w14:paraId="312B0D20" w14:textId="77777777" w:rsidR="00C0757A" w:rsidRPr="00C0757A" w:rsidRDefault="00C0757A" w:rsidP="00AB658B">
      <w:pPr>
        <w:pStyle w:val="Tekstpodstawowy2"/>
        <w:spacing w:before="240" w:after="120" w:line="240" w:lineRule="auto"/>
        <w:ind w:left="170"/>
        <w:rPr>
          <w:rFonts w:ascii="Roboto Condensed" w:hAnsi="Roboto Condensed"/>
          <w:b/>
          <w:bCs/>
          <w:sz w:val="20"/>
          <w:u w:val="single"/>
          <w:lang w:val="pl-PL"/>
        </w:rPr>
      </w:pPr>
      <w:r w:rsidRPr="00C0757A">
        <w:rPr>
          <w:rFonts w:ascii="Roboto Condensed" w:hAnsi="Roboto Condensed"/>
          <w:b/>
          <w:bCs/>
          <w:sz w:val="20"/>
          <w:u w:val="single"/>
          <w:lang w:val="pl-PL"/>
        </w:rPr>
        <w:t>Ustalenia studium:</w:t>
      </w:r>
    </w:p>
    <w:p w14:paraId="5DC72050" w14:textId="445FFAF3" w:rsidR="00412942" w:rsidRPr="00412942" w:rsidRDefault="00344A16" w:rsidP="00412942">
      <w:pPr>
        <w:pStyle w:val="Tekstpodstawowy2"/>
        <w:spacing w:before="120" w:after="120" w:line="240" w:lineRule="auto"/>
        <w:ind w:left="170"/>
        <w:rPr>
          <w:rFonts w:ascii="Roboto Condensed" w:hAnsi="Roboto Condensed"/>
          <w:sz w:val="20"/>
          <w:lang w:val="pl-PL"/>
        </w:rPr>
      </w:pPr>
      <w:r w:rsidRPr="00A666ED">
        <w:rPr>
          <w:rFonts w:ascii="Roboto Condensed" w:hAnsi="Roboto Condensed"/>
          <w:sz w:val="20"/>
          <w:lang w:val="pl-PL"/>
        </w:rPr>
        <w:t xml:space="preserve">Tereny zabudowy wyznaczone w studium </w:t>
      </w:r>
      <w:r w:rsidR="0054355C">
        <w:rPr>
          <w:rFonts w:ascii="Roboto Condensed" w:hAnsi="Roboto Condensed"/>
          <w:sz w:val="20"/>
          <w:lang w:val="pl-PL"/>
        </w:rPr>
        <w:t xml:space="preserve">(1812 ha) </w:t>
      </w:r>
      <w:r w:rsidRPr="00A666ED">
        <w:rPr>
          <w:rFonts w:ascii="Roboto Condensed" w:hAnsi="Roboto Condensed"/>
          <w:sz w:val="20"/>
          <w:lang w:val="pl-PL"/>
        </w:rPr>
        <w:t>przekraczają zapotrzebowania gminy na nową zabudowę</w:t>
      </w:r>
      <w:r w:rsidR="00A666ED">
        <w:rPr>
          <w:rFonts w:ascii="Roboto Condensed" w:hAnsi="Roboto Condensed"/>
          <w:sz w:val="20"/>
          <w:lang w:val="pl-PL"/>
        </w:rPr>
        <w:t xml:space="preserve"> w stopniu bardzo znaczącym, stąd niezbędne </w:t>
      </w:r>
      <w:r w:rsidR="00412942">
        <w:rPr>
          <w:rFonts w:ascii="Roboto Condensed" w:hAnsi="Roboto Condensed"/>
          <w:sz w:val="20"/>
          <w:lang w:val="pl-PL"/>
        </w:rPr>
        <w:t>jest</w:t>
      </w:r>
      <w:r w:rsidR="00A666ED">
        <w:rPr>
          <w:rFonts w:ascii="Roboto Condensed" w:hAnsi="Roboto Condensed"/>
          <w:sz w:val="20"/>
          <w:lang w:val="pl-PL"/>
        </w:rPr>
        <w:t xml:space="preserve"> ograniczenie tych terenów w planie ogólnym w sposób jak najbardziej zbliżony do faktycznego</w:t>
      </w:r>
      <w:r w:rsidR="0054355C">
        <w:rPr>
          <w:rFonts w:ascii="Roboto Condensed" w:hAnsi="Roboto Condensed"/>
          <w:sz w:val="20"/>
          <w:lang w:val="pl-PL"/>
        </w:rPr>
        <w:t xml:space="preserve"> zagospodarowania</w:t>
      </w:r>
      <w:r w:rsidR="00A666ED">
        <w:rPr>
          <w:rFonts w:ascii="Roboto Condensed" w:hAnsi="Roboto Condensed"/>
          <w:sz w:val="20"/>
          <w:lang w:val="pl-PL"/>
        </w:rPr>
        <w:t xml:space="preserve"> oraz racjonalnego, z punku widzenia dostępności infrastruktury technicznej, rozmieszczenia </w:t>
      </w:r>
      <w:r w:rsidR="0054355C">
        <w:rPr>
          <w:rFonts w:ascii="Roboto Condensed" w:hAnsi="Roboto Condensed"/>
          <w:sz w:val="20"/>
          <w:lang w:val="pl-PL"/>
        </w:rPr>
        <w:t xml:space="preserve">nowych </w:t>
      </w:r>
      <w:r w:rsidR="00A666ED" w:rsidRPr="0054355C">
        <w:rPr>
          <w:rFonts w:ascii="Roboto Condensed" w:hAnsi="Roboto Condensed"/>
          <w:sz w:val="20"/>
          <w:lang w:val="pl-PL"/>
        </w:rPr>
        <w:t xml:space="preserve">terenów </w:t>
      </w:r>
      <w:r w:rsidR="0054355C" w:rsidRPr="0054355C">
        <w:rPr>
          <w:rFonts w:ascii="Roboto Condensed" w:hAnsi="Roboto Condensed"/>
          <w:sz w:val="20"/>
          <w:lang w:val="pl-PL"/>
        </w:rPr>
        <w:t xml:space="preserve">przeznaczonych do </w:t>
      </w:r>
      <w:r w:rsidR="00A666ED" w:rsidRPr="0054355C">
        <w:rPr>
          <w:rFonts w:ascii="Roboto Condensed" w:hAnsi="Roboto Condensed"/>
          <w:sz w:val="20"/>
          <w:lang w:val="pl-PL"/>
        </w:rPr>
        <w:t>zabudowy</w:t>
      </w:r>
      <w:r w:rsidRPr="0054355C">
        <w:rPr>
          <w:rFonts w:ascii="Roboto Condensed" w:hAnsi="Roboto Condensed"/>
          <w:sz w:val="20"/>
          <w:lang w:val="pl-PL"/>
        </w:rPr>
        <w:t xml:space="preserve">. </w:t>
      </w:r>
      <w:r w:rsidR="0054355C" w:rsidRPr="0054355C">
        <w:rPr>
          <w:rFonts w:ascii="Roboto Condensed" w:hAnsi="Roboto Condensed"/>
          <w:sz w:val="20"/>
          <w:lang w:val="pl-PL"/>
        </w:rPr>
        <w:t>W związku z powyższym p</w:t>
      </w:r>
      <w:r w:rsidRPr="0054355C">
        <w:rPr>
          <w:rFonts w:ascii="Roboto Condensed" w:hAnsi="Roboto Condensed"/>
          <w:sz w:val="20"/>
          <w:lang w:val="pl-PL"/>
        </w:rPr>
        <w:t xml:space="preserve">rzyjęto, iż to tereny wyznaczone w studium wraz z terenami faktycznie zabudowanymi, a zlokalizowanymi poza obszarami zabudowy studium, winny stanowić zasadnicze obszary przeznaczone do zabudowy w planie ogólnym ze względu na to, iż nie tylko uwzględniają istniejące uwarunkowania, </w:t>
      </w:r>
      <w:r w:rsidRPr="0054355C">
        <w:rPr>
          <w:rFonts w:ascii="Roboto Condensed" w:hAnsi="Roboto Condensed"/>
          <w:sz w:val="20"/>
          <w:lang w:val="pl-PL"/>
        </w:rPr>
        <w:lastRenderedPageBreak/>
        <w:t xml:space="preserve">w tym zapewniają najlepszy dostęp do infrastruktury technicznej i społecznej, ale wynikają z historycznego kształtowania się zabudowy, zwłaszcza jej zwartych obszarów, w obszarze gminy. </w:t>
      </w:r>
    </w:p>
    <w:p w14:paraId="419D856B" w14:textId="007372A2" w:rsidR="00894CE0" w:rsidRDefault="00894CE0" w:rsidP="002217F7">
      <w:pPr>
        <w:pStyle w:val="Tekstpodstawowy2"/>
        <w:spacing w:before="120" w:line="240" w:lineRule="auto"/>
        <w:ind w:left="170"/>
        <w:rPr>
          <w:rFonts w:ascii="Roboto Condensed" w:hAnsi="Roboto Condensed"/>
          <w:sz w:val="20"/>
          <w:lang w:val="pl-PL"/>
        </w:rPr>
      </w:pPr>
      <w:r w:rsidRPr="00162E15">
        <w:rPr>
          <w:rFonts w:ascii="Roboto Condensed" w:hAnsi="Roboto Condensed"/>
          <w:sz w:val="20"/>
          <w:lang w:val="pl-PL"/>
        </w:rPr>
        <w:t>Jednocześnie udział obszarów objętych planami miejscowymi, stanowiący</w:t>
      </w:r>
      <w:r w:rsidR="00DB5D64" w:rsidRPr="00162E15">
        <w:rPr>
          <w:rFonts w:ascii="Roboto Condensed" w:hAnsi="Roboto Condensed"/>
          <w:sz w:val="20"/>
          <w:lang w:val="pl-PL"/>
        </w:rPr>
        <w:t>mi</w:t>
      </w:r>
      <w:r w:rsidRPr="00162E15">
        <w:rPr>
          <w:rFonts w:ascii="Roboto Condensed" w:hAnsi="Roboto Condensed"/>
          <w:sz w:val="20"/>
          <w:lang w:val="pl-PL"/>
        </w:rPr>
        <w:t xml:space="preserve"> istotne uwarunkowanie planu ogólnego</w:t>
      </w:r>
      <w:r w:rsidR="00DB5D64" w:rsidRPr="00162E15">
        <w:rPr>
          <w:rFonts w:ascii="Roboto Condensed" w:hAnsi="Roboto Condensed"/>
          <w:sz w:val="20"/>
          <w:lang w:val="pl-PL"/>
        </w:rPr>
        <w:t>,</w:t>
      </w:r>
      <w:r w:rsidRPr="00162E15">
        <w:rPr>
          <w:rFonts w:ascii="Roboto Condensed" w:hAnsi="Roboto Condensed"/>
          <w:sz w:val="20"/>
          <w:lang w:val="pl-PL"/>
        </w:rPr>
        <w:t xml:space="preserve"> jest niewielki</w:t>
      </w:r>
      <w:r w:rsidR="00DB5D64" w:rsidRPr="00162E15">
        <w:rPr>
          <w:rFonts w:ascii="Roboto Condensed" w:hAnsi="Roboto Condensed"/>
          <w:sz w:val="20"/>
          <w:lang w:val="pl-PL"/>
        </w:rPr>
        <w:t xml:space="preserve"> – 4 obowiązujące plany miejscowe obejmują łącznie </w:t>
      </w:r>
      <w:r w:rsidR="00162E15" w:rsidRPr="00162E15">
        <w:rPr>
          <w:rFonts w:ascii="Roboto Condensed" w:hAnsi="Roboto Condensed"/>
          <w:sz w:val="20"/>
          <w:lang w:val="pl-PL"/>
        </w:rPr>
        <w:t>95</w:t>
      </w:r>
      <w:r w:rsidR="00DB5D64" w:rsidRPr="00162E15">
        <w:rPr>
          <w:rFonts w:ascii="Roboto Condensed" w:hAnsi="Roboto Condensed"/>
          <w:sz w:val="20"/>
          <w:lang w:val="pl-PL"/>
        </w:rPr>
        <w:t xml:space="preserve">,5 ha co stanowi </w:t>
      </w:r>
      <w:r w:rsidR="00162E15" w:rsidRPr="00162E15">
        <w:rPr>
          <w:rFonts w:ascii="Roboto Condensed" w:hAnsi="Roboto Condensed"/>
          <w:sz w:val="20"/>
          <w:lang w:val="pl-PL"/>
        </w:rPr>
        <w:t>zaledwie</w:t>
      </w:r>
      <w:r w:rsidR="00DB5D64" w:rsidRPr="00162E15">
        <w:rPr>
          <w:rFonts w:ascii="Roboto Condensed" w:hAnsi="Roboto Condensed"/>
          <w:sz w:val="20"/>
          <w:lang w:val="pl-PL"/>
        </w:rPr>
        <w:t xml:space="preserve"> </w:t>
      </w:r>
      <w:r w:rsidR="00162E15" w:rsidRPr="00162E15">
        <w:rPr>
          <w:rFonts w:ascii="Roboto Condensed" w:hAnsi="Roboto Condensed"/>
          <w:sz w:val="20"/>
          <w:lang w:val="pl-PL"/>
        </w:rPr>
        <w:t>1,1</w:t>
      </w:r>
      <w:r w:rsidR="00DB5D64" w:rsidRPr="00162E15">
        <w:rPr>
          <w:rFonts w:ascii="Roboto Condensed" w:hAnsi="Roboto Condensed"/>
          <w:sz w:val="20"/>
          <w:lang w:val="pl-PL"/>
        </w:rPr>
        <w:t>% powierzch</w:t>
      </w:r>
      <w:r w:rsidR="00DB5D64" w:rsidRPr="00853E06">
        <w:rPr>
          <w:rFonts w:ascii="Roboto Condensed" w:hAnsi="Roboto Condensed"/>
          <w:sz w:val="20"/>
          <w:lang w:val="pl-PL"/>
        </w:rPr>
        <w:t>ni gminy</w:t>
      </w:r>
      <w:r w:rsidR="0054355C" w:rsidRPr="00853E06">
        <w:rPr>
          <w:rFonts w:ascii="Roboto Condensed" w:hAnsi="Roboto Condensed"/>
          <w:sz w:val="20"/>
          <w:lang w:val="pl-PL"/>
        </w:rPr>
        <w:t xml:space="preserve"> z czego tylko 1 plan (uchwała Nr XLV/283/2022 w rejonie ulicy Broniewskiego w miejscowości Strzałków) w</w:t>
      </w:r>
      <w:r w:rsidR="00853E06" w:rsidRPr="00853E06">
        <w:rPr>
          <w:rFonts w:ascii="Roboto Condensed" w:hAnsi="Roboto Condensed"/>
          <w:sz w:val="20"/>
          <w:lang w:val="pl-PL"/>
        </w:rPr>
        <w:t>yznacza</w:t>
      </w:r>
      <w:r w:rsidR="0054355C" w:rsidRPr="00853E06">
        <w:rPr>
          <w:rFonts w:ascii="Roboto Condensed" w:hAnsi="Roboto Condensed"/>
          <w:sz w:val="20"/>
          <w:lang w:val="pl-PL"/>
        </w:rPr>
        <w:t xml:space="preserve"> istotne z punku widzenia obszary przeznaczone do zabudowy</w:t>
      </w:r>
      <w:r w:rsidR="00162E15">
        <w:rPr>
          <w:rFonts w:ascii="Roboto Condensed" w:hAnsi="Roboto Condensed"/>
          <w:sz w:val="20"/>
          <w:lang w:val="pl-PL"/>
        </w:rPr>
        <w:t xml:space="preserve"> – obejmuje 50,6 ha co stanowi 0,6% </w:t>
      </w:r>
      <w:r w:rsidR="00162E15" w:rsidRPr="00162E15">
        <w:rPr>
          <w:rFonts w:ascii="Roboto Condensed" w:hAnsi="Roboto Condensed"/>
          <w:sz w:val="20"/>
          <w:lang w:val="pl-PL"/>
        </w:rPr>
        <w:t>powierzch</w:t>
      </w:r>
      <w:r w:rsidR="00162E15" w:rsidRPr="00853E06">
        <w:rPr>
          <w:rFonts w:ascii="Roboto Condensed" w:hAnsi="Roboto Condensed"/>
          <w:sz w:val="20"/>
          <w:lang w:val="pl-PL"/>
        </w:rPr>
        <w:t>ni gminy</w:t>
      </w:r>
      <w:r w:rsidR="008B68E0">
        <w:rPr>
          <w:rFonts w:ascii="Roboto Condensed" w:hAnsi="Roboto Condensed"/>
          <w:sz w:val="20"/>
          <w:lang w:val="pl-PL"/>
        </w:rPr>
        <w:t>. Obowiązujące plany zagospodarowania przestrzennego to:</w:t>
      </w:r>
    </w:p>
    <w:p w14:paraId="2A739E3D" w14:textId="742D738C" w:rsidR="002217F7" w:rsidRPr="008B68E0" w:rsidRDefault="002217F7" w:rsidP="008636AA">
      <w:pPr>
        <w:pStyle w:val="Tekstpodstawowy2"/>
        <w:numPr>
          <w:ilvl w:val="0"/>
          <w:numId w:val="3"/>
        </w:numPr>
        <w:spacing w:line="240" w:lineRule="auto"/>
        <w:ind w:left="567" w:hanging="227"/>
        <w:rPr>
          <w:rFonts w:ascii="Roboto Condensed" w:hAnsi="Roboto Condensed"/>
          <w:sz w:val="20"/>
          <w:lang w:val="pl-PL"/>
        </w:rPr>
      </w:pPr>
      <w:r w:rsidRPr="008B68E0">
        <w:rPr>
          <w:rFonts w:ascii="Roboto Condensed" w:hAnsi="Roboto Condensed"/>
          <w:sz w:val="20"/>
          <w:lang w:val="pl-PL"/>
        </w:rPr>
        <w:t xml:space="preserve">uchwała Nr XVIII/72/96 Rady Gminy Radomsko z dnia 12 lipca 1996 r. w sprawie zmiany fragmentu miejscowego planu ogólnego zagospodarowania przestrzennego gminy Radomsko w jednostce strukturalnej "B"- Strzałków, w sołectwie </w:t>
      </w:r>
      <w:proofErr w:type="spellStart"/>
      <w:r w:rsidRPr="008B68E0">
        <w:rPr>
          <w:rFonts w:ascii="Roboto Condensed" w:hAnsi="Roboto Condensed"/>
          <w:sz w:val="20"/>
          <w:lang w:val="pl-PL"/>
        </w:rPr>
        <w:t>Dziepółć</w:t>
      </w:r>
      <w:proofErr w:type="spellEnd"/>
      <w:r w:rsidRPr="008B68E0">
        <w:rPr>
          <w:rFonts w:ascii="Roboto Condensed" w:hAnsi="Roboto Condensed"/>
          <w:sz w:val="20"/>
          <w:lang w:val="pl-PL"/>
        </w:rPr>
        <w:t>, w miejscowości Amelin (</w:t>
      </w:r>
      <w:r w:rsidR="008B68E0" w:rsidRPr="008B68E0">
        <w:rPr>
          <w:rFonts w:ascii="Roboto Condensed" w:hAnsi="Roboto Condensed"/>
          <w:sz w:val="20"/>
          <w:lang w:val="pl-PL"/>
        </w:rPr>
        <w:t>0</w:t>
      </w:r>
      <w:r w:rsidRPr="008B68E0">
        <w:rPr>
          <w:rFonts w:ascii="Roboto Condensed" w:hAnsi="Roboto Condensed"/>
          <w:sz w:val="20"/>
          <w:lang w:val="pl-PL"/>
        </w:rPr>
        <w:t>,</w:t>
      </w:r>
      <w:r w:rsidR="008B68E0" w:rsidRPr="008B68E0">
        <w:rPr>
          <w:rFonts w:ascii="Roboto Condensed" w:hAnsi="Roboto Condensed"/>
          <w:sz w:val="20"/>
          <w:lang w:val="pl-PL"/>
        </w:rPr>
        <w:t>7</w:t>
      </w:r>
      <w:r w:rsidRPr="008B68E0">
        <w:rPr>
          <w:rFonts w:ascii="Roboto Condensed" w:hAnsi="Roboto Condensed"/>
          <w:sz w:val="20"/>
          <w:lang w:val="pl-PL"/>
        </w:rPr>
        <w:t xml:space="preserve"> ha)</w:t>
      </w:r>
    </w:p>
    <w:p w14:paraId="308A6067" w14:textId="5846A9B0" w:rsidR="002217F7" w:rsidRPr="008B68E0" w:rsidRDefault="002217F7" w:rsidP="008636AA">
      <w:pPr>
        <w:pStyle w:val="Tekstpodstawowy2"/>
        <w:numPr>
          <w:ilvl w:val="0"/>
          <w:numId w:val="3"/>
        </w:numPr>
        <w:spacing w:line="240" w:lineRule="auto"/>
        <w:ind w:left="567" w:hanging="227"/>
        <w:rPr>
          <w:rFonts w:ascii="Roboto Condensed" w:hAnsi="Roboto Condensed"/>
          <w:sz w:val="20"/>
          <w:lang w:val="pl-PL"/>
        </w:rPr>
      </w:pPr>
      <w:r w:rsidRPr="008B68E0">
        <w:rPr>
          <w:rFonts w:ascii="Roboto Condensed" w:hAnsi="Roboto Condensed"/>
          <w:sz w:val="20"/>
          <w:lang w:val="pl-PL"/>
        </w:rPr>
        <w:t>uchwała Nr XVII/77/2000 Rady Gminy Radomsko z dnia 16 czerwca 2000 r. w sprawie zmiany w miejscowym planie ogólnym Gminy Radomsko (</w:t>
      </w:r>
      <w:r w:rsidR="008B68E0" w:rsidRPr="008B68E0">
        <w:rPr>
          <w:rFonts w:ascii="Roboto Condensed" w:hAnsi="Roboto Condensed"/>
          <w:sz w:val="20"/>
          <w:lang w:val="pl-PL"/>
        </w:rPr>
        <w:t>37</w:t>
      </w:r>
      <w:r w:rsidRPr="008B68E0">
        <w:rPr>
          <w:rFonts w:ascii="Roboto Condensed" w:hAnsi="Roboto Condensed"/>
          <w:sz w:val="20"/>
          <w:lang w:val="pl-PL"/>
        </w:rPr>
        <w:t>,</w:t>
      </w:r>
      <w:r w:rsidR="008B68E0" w:rsidRPr="008B68E0">
        <w:rPr>
          <w:rFonts w:ascii="Roboto Condensed" w:hAnsi="Roboto Condensed"/>
          <w:sz w:val="20"/>
          <w:lang w:val="pl-PL"/>
        </w:rPr>
        <w:t>5</w:t>
      </w:r>
      <w:r w:rsidRPr="008B68E0">
        <w:rPr>
          <w:rFonts w:ascii="Roboto Condensed" w:hAnsi="Roboto Condensed"/>
          <w:sz w:val="20"/>
          <w:lang w:val="pl-PL"/>
        </w:rPr>
        <w:t xml:space="preserve"> ha)</w:t>
      </w:r>
    </w:p>
    <w:p w14:paraId="47A12BE1" w14:textId="77777777" w:rsidR="002217F7" w:rsidRPr="008B68E0" w:rsidRDefault="002217F7" w:rsidP="008636AA">
      <w:pPr>
        <w:pStyle w:val="Tekstpodstawowy2"/>
        <w:numPr>
          <w:ilvl w:val="0"/>
          <w:numId w:val="3"/>
        </w:numPr>
        <w:spacing w:line="240" w:lineRule="auto"/>
        <w:ind w:left="567" w:hanging="227"/>
        <w:rPr>
          <w:rFonts w:ascii="Roboto Condensed" w:hAnsi="Roboto Condensed"/>
          <w:sz w:val="20"/>
          <w:lang w:val="pl-PL"/>
        </w:rPr>
      </w:pPr>
      <w:r w:rsidRPr="008B68E0">
        <w:rPr>
          <w:rFonts w:ascii="Roboto Condensed" w:hAnsi="Roboto Condensed"/>
          <w:sz w:val="20"/>
          <w:lang w:val="pl-PL"/>
        </w:rPr>
        <w:t xml:space="preserve">uchwała Nr XXV/177/2017 Rady Gminy Radomsko z dnia 4 sierpnia 2017 r. w sprawie miejscowego planu zagospodarowania przestrzennego w zakresie realizacji inwestycji celu publicznego – budowy linii dwutorowej napowietrzno-kablowej 110 </w:t>
      </w:r>
      <w:proofErr w:type="spellStart"/>
      <w:r w:rsidRPr="008B68E0">
        <w:rPr>
          <w:rFonts w:ascii="Roboto Condensed" w:hAnsi="Roboto Condensed"/>
          <w:sz w:val="20"/>
          <w:lang w:val="pl-PL"/>
        </w:rPr>
        <w:t>kV</w:t>
      </w:r>
      <w:proofErr w:type="spellEnd"/>
      <w:r w:rsidRPr="008B68E0">
        <w:rPr>
          <w:rFonts w:ascii="Roboto Condensed" w:hAnsi="Roboto Condensed"/>
          <w:sz w:val="20"/>
          <w:lang w:val="pl-PL"/>
        </w:rPr>
        <w:t xml:space="preserve"> do zasilenia stacji 110/15 </w:t>
      </w:r>
      <w:proofErr w:type="spellStart"/>
      <w:r w:rsidRPr="008B68E0">
        <w:rPr>
          <w:rFonts w:ascii="Roboto Condensed" w:hAnsi="Roboto Condensed"/>
          <w:sz w:val="20"/>
          <w:lang w:val="pl-PL"/>
        </w:rPr>
        <w:t>kV</w:t>
      </w:r>
      <w:proofErr w:type="spellEnd"/>
      <w:r w:rsidRPr="008B68E0">
        <w:rPr>
          <w:rFonts w:ascii="Roboto Condensed" w:hAnsi="Roboto Condensed"/>
          <w:sz w:val="20"/>
          <w:lang w:val="pl-PL"/>
        </w:rPr>
        <w:t xml:space="preserve"> Radomsko Południe (6,7 ha)</w:t>
      </w:r>
    </w:p>
    <w:p w14:paraId="3B053F6A" w14:textId="293D409E" w:rsidR="00536BA1" w:rsidRPr="00C74AE9" w:rsidRDefault="002217F7" w:rsidP="008636AA">
      <w:pPr>
        <w:pStyle w:val="Tekstpodstawowy2"/>
        <w:numPr>
          <w:ilvl w:val="0"/>
          <w:numId w:val="3"/>
        </w:numPr>
        <w:spacing w:line="240" w:lineRule="auto"/>
        <w:ind w:left="567" w:hanging="227"/>
        <w:rPr>
          <w:rFonts w:ascii="Roboto Condensed" w:hAnsi="Roboto Condensed"/>
          <w:i/>
          <w:iCs/>
          <w:color w:val="EE0000"/>
          <w:sz w:val="20"/>
          <w:lang w:val="pl-PL"/>
        </w:rPr>
      </w:pPr>
      <w:r w:rsidRPr="008B68E0">
        <w:rPr>
          <w:rFonts w:ascii="Roboto Condensed" w:hAnsi="Roboto Condensed"/>
          <w:sz w:val="20"/>
          <w:lang w:val="pl-PL"/>
        </w:rPr>
        <w:t>uchwała Nr XLV/283/2022 Rady Gminy Radomsko z dnia 12 grudnia 2022 r. w sprawie uchwalenia miejscowego planu zagospodarowania przestrzennego terenu w rejonie ulicy Broniewskiego w miejscowości Strzałków w gminie Radomsko (50,6 ha)</w:t>
      </w:r>
    </w:p>
    <w:p w14:paraId="5B9A67CB" w14:textId="74B7675D" w:rsidR="00344A16" w:rsidRPr="009A175C" w:rsidRDefault="00344A16" w:rsidP="00344A16">
      <w:pPr>
        <w:pStyle w:val="Tekstpodstawowy2"/>
        <w:spacing w:before="120" w:after="120" w:line="240" w:lineRule="auto"/>
        <w:ind w:left="170"/>
        <w:rPr>
          <w:rFonts w:ascii="Roboto Condensed" w:hAnsi="Roboto Condensed"/>
          <w:i/>
          <w:iCs/>
          <w:color w:val="EE0000"/>
          <w:sz w:val="20"/>
          <w:lang w:val="pl-PL"/>
        </w:rPr>
      </w:pPr>
      <w:bookmarkStart w:id="22" w:name="_Hlk198648779"/>
      <w:r w:rsidRPr="002217F7">
        <w:rPr>
          <w:rFonts w:ascii="Roboto Condensed" w:hAnsi="Roboto Condensed"/>
          <w:i/>
          <w:iCs/>
          <w:sz w:val="20"/>
          <w:lang w:val="pl-PL"/>
        </w:rPr>
        <w:t>Rys.1. Ustalenia studium oraz obszary usankcjonowane planami miejscowymi.</w:t>
      </w:r>
      <w:bookmarkEnd w:id="22"/>
    </w:p>
    <w:p w14:paraId="305CCE38" w14:textId="48019992" w:rsidR="00344A16" w:rsidRPr="009A175C" w:rsidRDefault="00E555BE" w:rsidP="008216E1">
      <w:pPr>
        <w:pStyle w:val="Tekstpodstawowy2"/>
        <w:spacing w:before="120" w:after="120" w:line="240" w:lineRule="auto"/>
        <w:ind w:left="170"/>
        <w:rPr>
          <w:color w:val="EE0000"/>
          <w:lang w:val="pl-PL"/>
        </w:rPr>
      </w:pPr>
      <w:r>
        <w:rPr>
          <w:rFonts w:ascii="Roboto Condensed" w:hAnsi="Roboto Condensed"/>
          <w:noProof/>
          <w:color w:val="EE0000"/>
          <w:sz w:val="20"/>
          <w:lang w:val="pl-PL"/>
        </w:rPr>
        <w:drawing>
          <wp:inline distT="0" distB="0" distL="0" distR="0" wp14:anchorId="55589EA5" wp14:editId="6E58B8BD">
            <wp:extent cx="6464300" cy="5981597"/>
            <wp:effectExtent l="0" t="0" r="0" b="635"/>
            <wp:docPr id="118522866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70023" cy="5986892"/>
                    </a:xfrm>
                    <a:prstGeom prst="rect">
                      <a:avLst/>
                    </a:prstGeom>
                    <a:noFill/>
                    <a:ln>
                      <a:noFill/>
                    </a:ln>
                  </pic:spPr>
                </pic:pic>
              </a:graphicData>
            </a:graphic>
          </wp:inline>
        </w:drawing>
      </w:r>
    </w:p>
    <w:p w14:paraId="67ABA27F" w14:textId="77777777" w:rsidR="00277C49" w:rsidRPr="009A175C" w:rsidRDefault="00277C49">
      <w:pPr>
        <w:rPr>
          <w:rFonts w:ascii="Roboto Condensed" w:hAnsi="Roboto Condensed"/>
          <w:color w:val="EE0000"/>
          <w:sz w:val="20"/>
          <w:szCs w:val="20"/>
        </w:rPr>
      </w:pPr>
      <w:r w:rsidRPr="009A175C">
        <w:rPr>
          <w:rFonts w:ascii="Roboto Condensed" w:hAnsi="Roboto Condensed"/>
          <w:color w:val="EE0000"/>
          <w:sz w:val="20"/>
        </w:rPr>
        <w:br w:type="page"/>
      </w:r>
    </w:p>
    <w:p w14:paraId="1FA86CE7" w14:textId="1DC11A7F" w:rsidR="00277C49" w:rsidRPr="009A175C" w:rsidRDefault="0068130D" w:rsidP="00536BA1">
      <w:pPr>
        <w:pStyle w:val="Tekstpodstawowy2"/>
        <w:spacing w:before="120" w:after="120" w:line="240" w:lineRule="auto"/>
        <w:rPr>
          <w:rFonts w:ascii="Roboto Condensed" w:hAnsi="Roboto Condensed"/>
          <w:color w:val="EE0000"/>
          <w:sz w:val="20"/>
          <w:lang w:val="pl-PL"/>
        </w:rPr>
      </w:pPr>
      <w:r w:rsidRPr="00051BA7">
        <w:rPr>
          <w:rFonts w:ascii="Roboto Condensed" w:hAnsi="Roboto Condensed"/>
          <w:sz w:val="20"/>
          <w:lang w:val="pl-PL"/>
        </w:rPr>
        <w:lastRenderedPageBreak/>
        <w:t xml:space="preserve">Dla zobrazowania </w:t>
      </w:r>
      <w:r w:rsidR="00051BA7" w:rsidRPr="00051BA7">
        <w:rPr>
          <w:rFonts w:ascii="Roboto Condensed" w:hAnsi="Roboto Condensed"/>
          <w:sz w:val="20"/>
          <w:lang w:val="pl-PL"/>
        </w:rPr>
        <w:t>rozbieżności stanu istniejącego z ustaleniami</w:t>
      </w:r>
      <w:r w:rsidRPr="00051BA7">
        <w:rPr>
          <w:rFonts w:ascii="Roboto Condensed" w:hAnsi="Roboto Condensed"/>
          <w:sz w:val="20"/>
          <w:lang w:val="pl-PL"/>
        </w:rPr>
        <w:t xml:space="preserve"> Studium uwarunkowań i kierunków zagospodarowania przestrzennego, poniżej zamieszczono </w:t>
      </w:r>
      <w:r w:rsidR="008216E1" w:rsidRPr="00051BA7">
        <w:rPr>
          <w:rFonts w:ascii="Roboto Condensed" w:hAnsi="Roboto Condensed"/>
          <w:sz w:val="20"/>
          <w:lang w:val="pl-PL"/>
        </w:rPr>
        <w:t>grafikę zawierającą inwentaryzację istniejącej zabudowy zlokalizowanej poza obszarami pr</w:t>
      </w:r>
      <w:r w:rsidR="008216E1" w:rsidRPr="004C4141">
        <w:rPr>
          <w:rFonts w:ascii="Roboto Condensed" w:hAnsi="Roboto Condensed"/>
          <w:sz w:val="20"/>
          <w:lang w:val="pl-PL"/>
        </w:rPr>
        <w:t>zewidzianymi w studium do zabudowy. Analiza wykazała, że obszary zabudowane poza ustaleniami studium obejmują łącznie</w:t>
      </w:r>
      <w:r w:rsidR="008B7AD5" w:rsidRPr="004C4141">
        <w:rPr>
          <w:rFonts w:ascii="Roboto Condensed" w:hAnsi="Roboto Condensed"/>
          <w:sz w:val="20"/>
          <w:lang w:val="pl-PL"/>
        </w:rPr>
        <w:t xml:space="preserve"> 94,6</w:t>
      </w:r>
      <w:r w:rsidR="008216E1" w:rsidRPr="004C4141">
        <w:rPr>
          <w:rFonts w:ascii="Roboto Condensed" w:hAnsi="Roboto Condensed"/>
          <w:sz w:val="20"/>
          <w:lang w:val="pl-PL"/>
        </w:rPr>
        <w:t xml:space="preserve"> ha</w:t>
      </w:r>
      <w:r w:rsidR="008B7AD5" w:rsidRPr="004C4141">
        <w:rPr>
          <w:rFonts w:ascii="Roboto Condensed" w:hAnsi="Roboto Condensed"/>
          <w:sz w:val="20"/>
          <w:lang w:val="pl-PL"/>
        </w:rPr>
        <w:t>, co stanowi aż 21,5%</w:t>
      </w:r>
      <w:r w:rsidR="008216E1" w:rsidRPr="004C4141">
        <w:rPr>
          <w:rFonts w:ascii="Roboto Condensed" w:hAnsi="Roboto Condensed"/>
          <w:sz w:val="20"/>
          <w:lang w:val="pl-PL"/>
        </w:rPr>
        <w:t xml:space="preserve">, </w:t>
      </w:r>
      <w:r w:rsidR="008B7AD5" w:rsidRPr="004C4141">
        <w:rPr>
          <w:rFonts w:ascii="Roboto Condensed" w:hAnsi="Roboto Condensed"/>
          <w:sz w:val="20"/>
          <w:lang w:val="pl-PL"/>
        </w:rPr>
        <w:t>a obszary zabudowane zgodnie z ustaleniami studium obejmują łącznie 347,0 ha czyli zaledwie 78,5%</w:t>
      </w:r>
      <w:r w:rsidR="004C4141" w:rsidRPr="004C4141">
        <w:rPr>
          <w:rFonts w:ascii="Roboto Condensed" w:hAnsi="Roboto Condensed"/>
          <w:sz w:val="20"/>
          <w:lang w:val="pl-PL"/>
        </w:rPr>
        <w:t xml:space="preserve">, </w:t>
      </w:r>
      <w:r w:rsidR="008216E1" w:rsidRPr="004C4141">
        <w:rPr>
          <w:rFonts w:ascii="Roboto Condensed" w:hAnsi="Roboto Condensed"/>
          <w:sz w:val="20"/>
          <w:lang w:val="pl-PL"/>
        </w:rPr>
        <w:t xml:space="preserve">co powoduje iż zapotrzebowanie w gminie na nową zabudowę, ze względu na brak planów miejscowych, w dużej mierze zostało przeniesione poza tereny przewidziane w studium na cele zabudowy. </w:t>
      </w:r>
    </w:p>
    <w:p w14:paraId="4CD1993F" w14:textId="4C2DF8C5" w:rsidR="00277C49" w:rsidRPr="009A175C" w:rsidRDefault="00277C49" w:rsidP="00536BA1">
      <w:pPr>
        <w:pStyle w:val="Tekstpodstawowy2"/>
        <w:spacing w:before="120" w:after="120" w:line="240" w:lineRule="auto"/>
        <w:rPr>
          <w:rFonts w:ascii="Roboto Condensed" w:hAnsi="Roboto Condensed"/>
          <w:color w:val="EE0000"/>
          <w:sz w:val="20"/>
          <w:lang w:val="pl-PL"/>
        </w:rPr>
      </w:pPr>
      <w:bookmarkStart w:id="23" w:name="_Hlk198648791"/>
      <w:r w:rsidRPr="00E555BE">
        <w:rPr>
          <w:rFonts w:ascii="Roboto Condensed" w:hAnsi="Roboto Condensed"/>
          <w:i/>
          <w:iCs/>
          <w:sz w:val="20"/>
          <w:lang w:val="pl-PL"/>
        </w:rPr>
        <w:t xml:space="preserve">Rys.2. </w:t>
      </w:r>
      <w:r w:rsidR="00E555BE" w:rsidRPr="00E555BE">
        <w:rPr>
          <w:rFonts w:ascii="Roboto Condensed" w:hAnsi="Roboto Condensed"/>
          <w:i/>
          <w:iCs/>
          <w:sz w:val="20"/>
          <w:lang w:val="pl-PL"/>
        </w:rPr>
        <w:t xml:space="preserve">Tereny </w:t>
      </w:r>
      <w:r w:rsidRPr="00E555BE">
        <w:rPr>
          <w:rFonts w:ascii="Roboto Condensed" w:hAnsi="Roboto Condensed"/>
          <w:i/>
          <w:iCs/>
          <w:sz w:val="20"/>
          <w:lang w:val="pl-PL"/>
        </w:rPr>
        <w:t>zabudow</w:t>
      </w:r>
      <w:r w:rsidR="00E555BE" w:rsidRPr="00E555BE">
        <w:rPr>
          <w:rFonts w:ascii="Roboto Condensed" w:hAnsi="Roboto Condensed"/>
          <w:i/>
          <w:iCs/>
          <w:sz w:val="20"/>
          <w:lang w:val="pl-PL"/>
        </w:rPr>
        <w:t>ane</w:t>
      </w:r>
      <w:r w:rsidRPr="00E555BE">
        <w:rPr>
          <w:rFonts w:ascii="Roboto Condensed" w:hAnsi="Roboto Condensed"/>
          <w:i/>
          <w:iCs/>
          <w:sz w:val="20"/>
          <w:lang w:val="pl-PL"/>
        </w:rPr>
        <w:t xml:space="preserve"> poza ustaleniami</w:t>
      </w:r>
      <w:r w:rsidR="00234E43" w:rsidRPr="00E555BE">
        <w:rPr>
          <w:rFonts w:ascii="Roboto Condensed" w:hAnsi="Roboto Condensed"/>
          <w:i/>
          <w:iCs/>
          <w:sz w:val="20"/>
          <w:lang w:val="pl-PL"/>
        </w:rPr>
        <w:t xml:space="preserve"> </w:t>
      </w:r>
      <w:r w:rsidRPr="00E555BE">
        <w:rPr>
          <w:rFonts w:ascii="Roboto Condensed" w:hAnsi="Roboto Condensed"/>
          <w:i/>
          <w:iCs/>
          <w:sz w:val="20"/>
          <w:lang w:val="pl-PL"/>
        </w:rPr>
        <w:t>studium.</w:t>
      </w:r>
      <w:bookmarkEnd w:id="23"/>
    </w:p>
    <w:p w14:paraId="75062849" w14:textId="5E25FD30" w:rsidR="00277C49" w:rsidRPr="009A175C" w:rsidRDefault="008B7AD5" w:rsidP="00510908">
      <w:pPr>
        <w:pStyle w:val="Tekstpodstawowy2"/>
        <w:spacing w:before="120" w:after="120" w:line="240" w:lineRule="auto"/>
        <w:jc w:val="center"/>
        <w:rPr>
          <w:rFonts w:ascii="Roboto Condensed" w:hAnsi="Roboto Condensed"/>
          <w:color w:val="EE0000"/>
          <w:sz w:val="20"/>
          <w:lang w:val="pl-PL"/>
        </w:rPr>
      </w:pPr>
      <w:r>
        <w:rPr>
          <w:rFonts w:ascii="Roboto Condensed" w:hAnsi="Roboto Condensed"/>
          <w:noProof/>
          <w:color w:val="EE0000"/>
          <w:sz w:val="20"/>
          <w:lang w:val="pl-PL"/>
        </w:rPr>
        <w:drawing>
          <wp:inline distT="0" distB="0" distL="0" distR="0" wp14:anchorId="3A882B85" wp14:editId="6E2EC499">
            <wp:extent cx="6292850" cy="5822950"/>
            <wp:effectExtent l="0" t="0" r="0" b="6350"/>
            <wp:docPr id="446498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92850" cy="5822950"/>
                    </a:xfrm>
                    <a:prstGeom prst="rect">
                      <a:avLst/>
                    </a:prstGeom>
                    <a:noFill/>
                    <a:ln>
                      <a:noFill/>
                    </a:ln>
                  </pic:spPr>
                </pic:pic>
              </a:graphicData>
            </a:graphic>
          </wp:inline>
        </w:drawing>
      </w:r>
    </w:p>
    <w:p w14:paraId="25FAFEFA" w14:textId="77777777" w:rsidR="001941B9" w:rsidRDefault="001941B9" w:rsidP="00536BA1">
      <w:pPr>
        <w:pStyle w:val="Tekstpodstawowy2"/>
        <w:spacing w:before="120" w:after="120" w:line="240" w:lineRule="auto"/>
        <w:rPr>
          <w:rFonts w:ascii="Roboto Condensed" w:hAnsi="Roboto Condensed"/>
          <w:sz w:val="20"/>
          <w:lang w:val="pl-PL"/>
        </w:rPr>
      </w:pPr>
    </w:p>
    <w:p w14:paraId="40D607DE" w14:textId="1EDF4933" w:rsidR="0068130D" w:rsidRPr="009A175C" w:rsidRDefault="008216E1" w:rsidP="00536BA1">
      <w:pPr>
        <w:pStyle w:val="Tekstpodstawowy2"/>
        <w:spacing w:before="120" w:after="120" w:line="240" w:lineRule="auto"/>
        <w:rPr>
          <w:rFonts w:ascii="Roboto Condensed" w:hAnsi="Roboto Condensed"/>
          <w:color w:val="EE0000"/>
          <w:sz w:val="20"/>
          <w:lang w:val="pl-PL"/>
        </w:rPr>
      </w:pPr>
      <w:r w:rsidRPr="00D37273">
        <w:rPr>
          <w:rFonts w:ascii="Roboto Condensed" w:hAnsi="Roboto Condensed"/>
          <w:sz w:val="20"/>
          <w:lang w:val="pl-PL"/>
        </w:rPr>
        <w:t>Biorąc pod uwagę</w:t>
      </w:r>
      <w:r w:rsidR="00277C49" w:rsidRPr="00D37273">
        <w:rPr>
          <w:rFonts w:ascii="Roboto Condensed" w:hAnsi="Roboto Condensed"/>
          <w:sz w:val="20"/>
          <w:lang w:val="pl-PL"/>
        </w:rPr>
        <w:t xml:space="preserve"> niewielkie zapotrzebowanie w gminie na nową zabudowę </w:t>
      </w:r>
      <w:r w:rsidR="00D37273" w:rsidRPr="00D37273">
        <w:rPr>
          <w:rFonts w:ascii="Roboto Condensed" w:hAnsi="Roboto Condensed"/>
          <w:sz w:val="20"/>
          <w:lang w:val="pl-PL"/>
        </w:rPr>
        <w:t>wynikające z niekorzystnej demografii</w:t>
      </w:r>
      <w:r w:rsidR="001941B9">
        <w:rPr>
          <w:rFonts w:ascii="Roboto Condensed" w:hAnsi="Roboto Condensed"/>
          <w:sz w:val="20"/>
          <w:lang w:val="pl-PL"/>
        </w:rPr>
        <w:t>,</w:t>
      </w:r>
      <w:r w:rsidR="00D37273" w:rsidRPr="00D37273">
        <w:rPr>
          <w:rFonts w:ascii="Roboto Condensed" w:hAnsi="Roboto Condensed"/>
          <w:sz w:val="20"/>
          <w:lang w:val="pl-PL"/>
        </w:rPr>
        <w:t xml:space="preserve"> ograniczając</w:t>
      </w:r>
      <w:r w:rsidR="001941B9">
        <w:rPr>
          <w:rFonts w:ascii="Roboto Condensed" w:hAnsi="Roboto Condensed"/>
          <w:sz w:val="20"/>
          <w:lang w:val="pl-PL"/>
        </w:rPr>
        <w:t>e</w:t>
      </w:r>
      <w:r w:rsidR="00D37273" w:rsidRPr="00D37273">
        <w:rPr>
          <w:rFonts w:ascii="Roboto Condensed" w:hAnsi="Roboto Condensed"/>
          <w:sz w:val="20"/>
          <w:lang w:val="pl-PL"/>
        </w:rPr>
        <w:t xml:space="preserve"> możliwość istotnego rozszerzenia obszaru przeznaczonego do zabudowy w stosunku do stanu obecnie istniejącego, </w:t>
      </w:r>
      <w:r w:rsidR="00277C49" w:rsidRPr="00D37273">
        <w:rPr>
          <w:rFonts w:ascii="Roboto Condensed" w:hAnsi="Roboto Condensed"/>
          <w:sz w:val="20"/>
          <w:lang w:val="pl-PL"/>
        </w:rPr>
        <w:t xml:space="preserve">znaczący areał terenów faktycznie zabudowanych poza ustaleniami studium </w:t>
      </w:r>
      <w:r w:rsidR="003A57AE">
        <w:rPr>
          <w:rFonts w:ascii="Roboto Condensed" w:hAnsi="Roboto Condensed"/>
          <w:sz w:val="20"/>
          <w:lang w:val="pl-PL"/>
        </w:rPr>
        <w:t xml:space="preserve">(94,6 ha) </w:t>
      </w:r>
      <w:r w:rsidR="00D37273" w:rsidRPr="00D37273">
        <w:rPr>
          <w:rFonts w:ascii="Roboto Condensed" w:hAnsi="Roboto Condensed"/>
          <w:sz w:val="20"/>
          <w:lang w:val="pl-PL"/>
        </w:rPr>
        <w:t>oraz ogromny areał terenów wskazanych w studium do zabudowy</w:t>
      </w:r>
      <w:r w:rsidR="003A57AE">
        <w:rPr>
          <w:rFonts w:ascii="Roboto Condensed" w:hAnsi="Roboto Condensed"/>
          <w:sz w:val="20"/>
          <w:lang w:val="pl-PL"/>
        </w:rPr>
        <w:t xml:space="preserve"> (1812 ha bez terenów infrastruktury technicznej)</w:t>
      </w:r>
      <w:r w:rsidR="001941B9">
        <w:rPr>
          <w:rFonts w:ascii="Roboto Condensed" w:hAnsi="Roboto Condensed"/>
          <w:sz w:val="20"/>
          <w:lang w:val="pl-PL"/>
        </w:rPr>
        <w:t>,</w:t>
      </w:r>
      <w:r w:rsidR="00D37273" w:rsidRPr="00D37273">
        <w:rPr>
          <w:rFonts w:ascii="Roboto Condensed" w:hAnsi="Roboto Condensed"/>
          <w:sz w:val="20"/>
          <w:lang w:val="pl-PL"/>
        </w:rPr>
        <w:t xml:space="preserve"> </w:t>
      </w:r>
      <w:r w:rsidR="00277C49" w:rsidRPr="00D37273">
        <w:rPr>
          <w:rFonts w:ascii="Roboto Condensed" w:hAnsi="Roboto Condensed"/>
          <w:sz w:val="20"/>
          <w:lang w:val="pl-PL"/>
        </w:rPr>
        <w:t xml:space="preserve">niezbędne okazało się </w:t>
      </w:r>
      <w:r w:rsidR="00D37273" w:rsidRPr="00D37273">
        <w:rPr>
          <w:rFonts w:ascii="Roboto Condensed" w:hAnsi="Roboto Condensed"/>
          <w:sz w:val="20"/>
          <w:lang w:val="pl-PL"/>
        </w:rPr>
        <w:t xml:space="preserve">bardzo znaczące </w:t>
      </w:r>
      <w:r w:rsidR="00277C49" w:rsidRPr="00D37273">
        <w:rPr>
          <w:rFonts w:ascii="Roboto Condensed" w:hAnsi="Roboto Condensed"/>
          <w:sz w:val="20"/>
          <w:lang w:val="pl-PL"/>
        </w:rPr>
        <w:t xml:space="preserve">ograniczenie terenów przewidywanych </w:t>
      </w:r>
      <w:r w:rsidR="003A57AE">
        <w:rPr>
          <w:rFonts w:ascii="Roboto Condensed" w:hAnsi="Roboto Condensed"/>
          <w:sz w:val="20"/>
          <w:lang w:val="pl-PL"/>
        </w:rPr>
        <w:t>do zabudowy w POG w stosunku do ustaleń</w:t>
      </w:r>
      <w:r w:rsidR="00277C49" w:rsidRPr="00D37273">
        <w:rPr>
          <w:rFonts w:ascii="Roboto Condensed" w:hAnsi="Roboto Condensed"/>
          <w:sz w:val="20"/>
          <w:lang w:val="pl-PL"/>
        </w:rPr>
        <w:t xml:space="preserve"> studium. Obliczenia maksymalnego zapotrzebowania gminy na nową zabudowę w </w:t>
      </w:r>
      <w:r w:rsidR="003A57AE">
        <w:rPr>
          <w:rFonts w:ascii="Roboto Condensed" w:hAnsi="Roboto Condensed"/>
          <w:sz w:val="20"/>
          <w:lang w:val="pl-PL"/>
        </w:rPr>
        <w:t>POG</w:t>
      </w:r>
      <w:r w:rsidR="00277C49" w:rsidRPr="00D37273">
        <w:rPr>
          <w:rFonts w:ascii="Roboto Condensed" w:hAnsi="Roboto Condensed"/>
          <w:sz w:val="20"/>
          <w:lang w:val="pl-PL"/>
        </w:rPr>
        <w:t xml:space="preserve"> wykazały, że niezbędne </w:t>
      </w:r>
      <w:r w:rsidR="00277C49" w:rsidRPr="00510908">
        <w:rPr>
          <w:rFonts w:ascii="Roboto Condensed" w:hAnsi="Roboto Condensed"/>
          <w:sz w:val="20"/>
          <w:lang w:val="pl-PL"/>
        </w:rPr>
        <w:t xml:space="preserve">będzie wyeliminowanie około </w:t>
      </w:r>
      <w:r w:rsidR="00510908" w:rsidRPr="00510908">
        <w:rPr>
          <w:rFonts w:ascii="Roboto Condensed" w:hAnsi="Roboto Condensed"/>
          <w:sz w:val="20"/>
          <w:lang w:val="pl-PL"/>
        </w:rPr>
        <w:t>3</w:t>
      </w:r>
      <w:r w:rsidR="00277C49" w:rsidRPr="00510908">
        <w:rPr>
          <w:rFonts w:ascii="Roboto Condensed" w:hAnsi="Roboto Condensed"/>
          <w:sz w:val="20"/>
          <w:lang w:val="pl-PL"/>
        </w:rPr>
        <w:t xml:space="preserve">/4 terenów </w:t>
      </w:r>
      <w:r w:rsidR="003A57AE">
        <w:rPr>
          <w:rFonts w:ascii="Roboto Condensed" w:hAnsi="Roboto Condensed"/>
          <w:sz w:val="20"/>
          <w:lang w:val="pl-PL"/>
        </w:rPr>
        <w:t>potencjalnie dopuszczonych</w:t>
      </w:r>
      <w:r w:rsidR="00277C49" w:rsidRPr="00510908">
        <w:rPr>
          <w:rFonts w:ascii="Roboto Condensed" w:hAnsi="Roboto Condensed"/>
          <w:sz w:val="20"/>
          <w:lang w:val="pl-PL"/>
        </w:rPr>
        <w:t xml:space="preserve"> </w:t>
      </w:r>
      <w:r w:rsidR="0023554F" w:rsidRPr="00510908">
        <w:rPr>
          <w:rFonts w:ascii="Roboto Condensed" w:hAnsi="Roboto Condensed"/>
          <w:sz w:val="20"/>
          <w:lang w:val="pl-PL"/>
        </w:rPr>
        <w:t>do</w:t>
      </w:r>
      <w:r w:rsidR="00277C49" w:rsidRPr="00510908">
        <w:rPr>
          <w:rFonts w:ascii="Roboto Condensed" w:hAnsi="Roboto Condensed"/>
          <w:sz w:val="20"/>
          <w:lang w:val="pl-PL"/>
        </w:rPr>
        <w:t xml:space="preserve"> zabudowy </w:t>
      </w:r>
      <w:r w:rsidR="0023554F" w:rsidRPr="00510908">
        <w:rPr>
          <w:rFonts w:ascii="Roboto Condensed" w:hAnsi="Roboto Condensed"/>
          <w:sz w:val="20"/>
          <w:lang w:val="pl-PL"/>
        </w:rPr>
        <w:t xml:space="preserve">mieszkaniowej </w:t>
      </w:r>
      <w:r w:rsidR="00277C49" w:rsidRPr="00510908">
        <w:rPr>
          <w:rFonts w:ascii="Roboto Condensed" w:hAnsi="Roboto Condensed"/>
          <w:sz w:val="20"/>
          <w:lang w:val="pl-PL"/>
        </w:rPr>
        <w:t>w studium</w:t>
      </w:r>
      <w:r w:rsidR="003A57AE">
        <w:rPr>
          <w:rFonts w:ascii="Roboto Condensed" w:hAnsi="Roboto Condensed"/>
          <w:sz w:val="20"/>
          <w:lang w:val="pl-PL"/>
        </w:rPr>
        <w:t>,</w:t>
      </w:r>
      <w:r w:rsidR="00277C49" w:rsidRPr="00510908">
        <w:rPr>
          <w:rFonts w:ascii="Roboto Condensed" w:hAnsi="Roboto Condensed"/>
          <w:sz w:val="20"/>
          <w:lang w:val="pl-PL"/>
        </w:rPr>
        <w:t xml:space="preserve"> w celu </w:t>
      </w:r>
      <w:r w:rsidR="0023554F" w:rsidRPr="00510908">
        <w:rPr>
          <w:rFonts w:ascii="Roboto Condensed" w:hAnsi="Roboto Condensed"/>
          <w:sz w:val="20"/>
          <w:lang w:val="pl-PL"/>
        </w:rPr>
        <w:t xml:space="preserve">ograniczenia, do wymaganego przepisami w </w:t>
      </w:r>
      <w:r w:rsidR="003A57AE">
        <w:rPr>
          <w:rFonts w:ascii="Roboto Condensed" w:hAnsi="Roboto Condensed"/>
          <w:sz w:val="20"/>
          <w:lang w:val="pl-PL"/>
        </w:rPr>
        <w:t>POG</w:t>
      </w:r>
      <w:r w:rsidR="0023554F" w:rsidRPr="00510908">
        <w:rPr>
          <w:rFonts w:ascii="Roboto Condensed" w:hAnsi="Roboto Condensed"/>
          <w:sz w:val="20"/>
          <w:lang w:val="pl-PL"/>
        </w:rPr>
        <w:t>, maksymalnego areału terenów mieszkaniowych. Niżej zamieszczony schemat obrazuje skalę i rozmieszczenie uszczuplenia terenów zabudowy ujęt</w:t>
      </w:r>
      <w:r w:rsidR="0015029C">
        <w:rPr>
          <w:rFonts w:ascii="Roboto Condensed" w:hAnsi="Roboto Condensed"/>
          <w:sz w:val="20"/>
          <w:lang w:val="pl-PL"/>
        </w:rPr>
        <w:t>ych</w:t>
      </w:r>
      <w:r w:rsidR="0023554F" w:rsidRPr="00510908">
        <w:rPr>
          <w:rFonts w:ascii="Roboto Condensed" w:hAnsi="Roboto Condensed"/>
          <w:sz w:val="20"/>
          <w:lang w:val="pl-PL"/>
        </w:rPr>
        <w:t xml:space="preserve"> w studium</w:t>
      </w:r>
      <w:r w:rsidR="0015029C">
        <w:rPr>
          <w:rFonts w:ascii="Roboto Condensed" w:hAnsi="Roboto Condensed"/>
          <w:sz w:val="20"/>
          <w:lang w:val="pl-PL"/>
        </w:rPr>
        <w:t>,</w:t>
      </w:r>
      <w:r w:rsidR="0023554F" w:rsidRPr="00510908">
        <w:rPr>
          <w:rFonts w:ascii="Roboto Condensed" w:hAnsi="Roboto Condensed"/>
          <w:sz w:val="20"/>
          <w:lang w:val="pl-PL"/>
        </w:rPr>
        <w:t xml:space="preserve"> w celu osiągnięcia parametrów </w:t>
      </w:r>
      <w:r w:rsidR="0015029C">
        <w:rPr>
          <w:rFonts w:ascii="Roboto Condensed" w:hAnsi="Roboto Condensed"/>
          <w:sz w:val="20"/>
          <w:lang w:val="pl-PL"/>
        </w:rPr>
        <w:t>dopuszczonych przepisami</w:t>
      </w:r>
      <w:r w:rsidR="0023554F" w:rsidRPr="00510908">
        <w:rPr>
          <w:rFonts w:ascii="Roboto Condensed" w:hAnsi="Roboto Condensed"/>
          <w:sz w:val="20"/>
          <w:lang w:val="pl-PL"/>
        </w:rPr>
        <w:t xml:space="preserve"> w </w:t>
      </w:r>
      <w:r w:rsidR="003A57AE">
        <w:rPr>
          <w:rFonts w:ascii="Roboto Condensed" w:hAnsi="Roboto Condensed"/>
          <w:sz w:val="20"/>
          <w:lang w:val="pl-PL"/>
        </w:rPr>
        <w:t>POG</w:t>
      </w:r>
      <w:r w:rsidR="0023554F" w:rsidRPr="00510908">
        <w:rPr>
          <w:rFonts w:ascii="Roboto Condensed" w:hAnsi="Roboto Condensed"/>
          <w:sz w:val="20"/>
          <w:lang w:val="pl-PL"/>
        </w:rPr>
        <w:t>.</w:t>
      </w:r>
    </w:p>
    <w:p w14:paraId="4B0CD98C" w14:textId="77777777" w:rsidR="00510908" w:rsidRDefault="00510908" w:rsidP="00536BA1">
      <w:pPr>
        <w:pStyle w:val="Tekstpodstawowy2"/>
        <w:spacing w:before="120" w:after="120" w:line="240" w:lineRule="auto"/>
        <w:rPr>
          <w:rFonts w:ascii="Roboto Condensed" w:hAnsi="Roboto Condensed"/>
          <w:i/>
          <w:iCs/>
          <w:sz w:val="20"/>
          <w:lang w:val="pl-PL"/>
        </w:rPr>
      </w:pPr>
      <w:bookmarkStart w:id="24" w:name="_Hlk198648823"/>
    </w:p>
    <w:p w14:paraId="3068AC89" w14:textId="77777777" w:rsidR="00510908" w:rsidRDefault="00510908" w:rsidP="00536BA1">
      <w:pPr>
        <w:pStyle w:val="Tekstpodstawowy2"/>
        <w:spacing w:before="120" w:after="120" w:line="240" w:lineRule="auto"/>
        <w:rPr>
          <w:rFonts w:ascii="Roboto Condensed" w:hAnsi="Roboto Condensed"/>
          <w:i/>
          <w:iCs/>
          <w:sz w:val="20"/>
          <w:lang w:val="pl-PL"/>
        </w:rPr>
      </w:pPr>
    </w:p>
    <w:p w14:paraId="04B09F8F" w14:textId="77777777" w:rsidR="00510908" w:rsidRDefault="00510908" w:rsidP="00536BA1">
      <w:pPr>
        <w:pStyle w:val="Tekstpodstawowy2"/>
        <w:spacing w:before="120" w:after="120" w:line="240" w:lineRule="auto"/>
        <w:rPr>
          <w:rFonts w:ascii="Roboto Condensed" w:hAnsi="Roboto Condensed"/>
          <w:i/>
          <w:iCs/>
          <w:sz w:val="20"/>
          <w:lang w:val="pl-PL"/>
        </w:rPr>
      </w:pPr>
    </w:p>
    <w:p w14:paraId="1490B25B" w14:textId="74BBC826" w:rsidR="0068130D" w:rsidRPr="009A175C" w:rsidRDefault="00277C49" w:rsidP="00536BA1">
      <w:pPr>
        <w:pStyle w:val="Tekstpodstawowy2"/>
        <w:spacing w:before="120" w:after="120" w:line="240" w:lineRule="auto"/>
        <w:rPr>
          <w:rFonts w:ascii="Roboto Condensed" w:hAnsi="Roboto Condensed"/>
          <w:color w:val="EE0000"/>
          <w:sz w:val="20"/>
          <w:lang w:val="pl-PL"/>
        </w:rPr>
      </w:pPr>
      <w:r w:rsidRPr="00D37273">
        <w:rPr>
          <w:rFonts w:ascii="Roboto Condensed" w:hAnsi="Roboto Condensed"/>
          <w:i/>
          <w:iCs/>
          <w:sz w:val="20"/>
          <w:lang w:val="pl-PL"/>
        </w:rPr>
        <w:lastRenderedPageBreak/>
        <w:t xml:space="preserve">Rys.3. Tereny zabudowy </w:t>
      </w:r>
      <w:r w:rsidR="00C0757A">
        <w:rPr>
          <w:rFonts w:ascii="Roboto Condensed" w:hAnsi="Roboto Condensed"/>
          <w:i/>
          <w:iCs/>
          <w:sz w:val="20"/>
          <w:lang w:val="pl-PL"/>
        </w:rPr>
        <w:t xml:space="preserve">w </w:t>
      </w:r>
      <w:r w:rsidRPr="00D37273">
        <w:rPr>
          <w:rFonts w:ascii="Roboto Condensed" w:hAnsi="Roboto Condensed"/>
          <w:i/>
          <w:iCs/>
          <w:sz w:val="20"/>
          <w:lang w:val="pl-PL"/>
        </w:rPr>
        <w:t>studium</w:t>
      </w:r>
      <w:r w:rsidR="00C0757A">
        <w:rPr>
          <w:rFonts w:ascii="Roboto Condensed" w:hAnsi="Roboto Condensed"/>
          <w:i/>
          <w:iCs/>
          <w:sz w:val="20"/>
          <w:lang w:val="pl-PL"/>
        </w:rPr>
        <w:t>,</w:t>
      </w:r>
      <w:r w:rsidRPr="00D37273">
        <w:rPr>
          <w:rFonts w:ascii="Roboto Condensed" w:hAnsi="Roboto Condensed"/>
          <w:i/>
          <w:iCs/>
          <w:sz w:val="20"/>
          <w:lang w:val="pl-PL"/>
        </w:rPr>
        <w:t xml:space="preserve"> nie ujęte w planie ogólnym.</w:t>
      </w:r>
      <w:bookmarkEnd w:id="24"/>
    </w:p>
    <w:p w14:paraId="39A999AA" w14:textId="4F1D939B" w:rsidR="0068130D" w:rsidRDefault="003A57AE" w:rsidP="0023554F">
      <w:pPr>
        <w:pStyle w:val="Tekstpodstawowy2"/>
        <w:spacing w:before="120" w:after="120" w:line="240" w:lineRule="auto"/>
        <w:jc w:val="center"/>
        <w:rPr>
          <w:rFonts w:ascii="Roboto Condensed" w:hAnsi="Roboto Condensed"/>
          <w:color w:val="EE0000"/>
          <w:sz w:val="20"/>
          <w:lang w:val="pl-PL"/>
        </w:rPr>
      </w:pPr>
      <w:r>
        <w:rPr>
          <w:rFonts w:ascii="Roboto Condensed" w:hAnsi="Roboto Condensed"/>
          <w:noProof/>
          <w:color w:val="EE0000"/>
          <w:sz w:val="20"/>
          <w:lang w:val="pl-PL"/>
        </w:rPr>
        <w:drawing>
          <wp:inline distT="0" distB="0" distL="0" distR="0" wp14:anchorId="6694AA1A" wp14:editId="7707FBF2">
            <wp:extent cx="6297295" cy="5831205"/>
            <wp:effectExtent l="0" t="0" r="8255" b="0"/>
            <wp:docPr id="1573029892"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97295" cy="5831205"/>
                    </a:xfrm>
                    <a:prstGeom prst="rect">
                      <a:avLst/>
                    </a:prstGeom>
                    <a:noFill/>
                    <a:ln>
                      <a:noFill/>
                    </a:ln>
                  </pic:spPr>
                </pic:pic>
              </a:graphicData>
            </a:graphic>
          </wp:inline>
        </w:drawing>
      </w:r>
    </w:p>
    <w:p w14:paraId="2049016A" w14:textId="77777777" w:rsidR="00A666ED" w:rsidRPr="009A175C" w:rsidRDefault="00A666ED" w:rsidP="0023554F">
      <w:pPr>
        <w:pStyle w:val="Tekstpodstawowy2"/>
        <w:spacing w:before="120" w:after="120" w:line="240" w:lineRule="auto"/>
        <w:jc w:val="center"/>
        <w:rPr>
          <w:rFonts w:ascii="Roboto Condensed" w:hAnsi="Roboto Condensed"/>
          <w:color w:val="EE0000"/>
          <w:sz w:val="20"/>
          <w:lang w:val="pl-PL"/>
        </w:rPr>
      </w:pPr>
    </w:p>
    <w:p w14:paraId="4C35B296" w14:textId="7CB623BE" w:rsidR="00F55599" w:rsidRPr="009A175C" w:rsidRDefault="00F55599" w:rsidP="008B0A32">
      <w:pPr>
        <w:pStyle w:val="Nagwek1"/>
        <w:spacing w:before="60" w:after="60" w:line="240" w:lineRule="auto"/>
        <w:ind w:left="737" w:hanging="567"/>
        <w:rPr>
          <w:rFonts w:ascii="Roboto Condensed" w:hAnsi="Roboto Condensed"/>
          <w:bCs/>
          <w:color w:val="EE0000"/>
          <w:sz w:val="22"/>
          <w:szCs w:val="22"/>
          <w:lang w:val="pl-PL"/>
        </w:rPr>
      </w:pPr>
      <w:bookmarkStart w:id="25" w:name="_Toc193697358"/>
      <w:bookmarkStart w:id="26" w:name="_Toc206769018"/>
      <w:r w:rsidRPr="00C0757A">
        <w:rPr>
          <w:rFonts w:ascii="Roboto Condensed" w:hAnsi="Roboto Condensed"/>
          <w:bCs/>
          <w:sz w:val="22"/>
          <w:szCs w:val="22"/>
          <w:lang w:val="pl-PL"/>
        </w:rPr>
        <w:t>2</w:t>
      </w:r>
      <w:r w:rsidR="003D31CA" w:rsidRPr="00C0757A">
        <w:rPr>
          <w:rFonts w:ascii="Roboto Condensed" w:hAnsi="Roboto Condensed"/>
          <w:bCs/>
          <w:sz w:val="22"/>
          <w:szCs w:val="22"/>
          <w:lang w:val="pl-PL"/>
        </w:rPr>
        <w:t>.2.</w:t>
      </w:r>
      <w:r w:rsidRPr="00C0757A">
        <w:rPr>
          <w:rFonts w:ascii="Roboto Condensed" w:hAnsi="Roboto Condensed"/>
          <w:bCs/>
          <w:sz w:val="22"/>
          <w:szCs w:val="22"/>
          <w:lang w:val="pl-PL"/>
        </w:rPr>
        <w:t xml:space="preserve"> </w:t>
      </w:r>
      <w:r w:rsidR="003D31CA" w:rsidRPr="00C0757A">
        <w:rPr>
          <w:rFonts w:ascii="Roboto Condensed" w:hAnsi="Roboto Condensed"/>
          <w:bCs/>
          <w:sz w:val="22"/>
          <w:szCs w:val="22"/>
          <w:lang w:val="pl-PL"/>
        </w:rPr>
        <w:t>U</w:t>
      </w:r>
      <w:r w:rsidRPr="00C0757A">
        <w:rPr>
          <w:rFonts w:ascii="Roboto Condensed" w:hAnsi="Roboto Condensed"/>
          <w:bCs/>
          <w:sz w:val="22"/>
          <w:szCs w:val="22"/>
          <w:lang w:val="pl-PL"/>
        </w:rPr>
        <w:t>stalenia planu zagospodarowania przestrzennego województwa</w:t>
      </w:r>
      <w:bookmarkEnd w:id="25"/>
      <w:bookmarkEnd w:id="26"/>
    </w:p>
    <w:p w14:paraId="57CBCC6B" w14:textId="7B8A9371" w:rsidR="001712A7" w:rsidRPr="009A175C" w:rsidRDefault="00B90D94" w:rsidP="00062AF6">
      <w:pPr>
        <w:pStyle w:val="Tekstpodstawowy2"/>
        <w:spacing w:before="120" w:after="120" w:line="240" w:lineRule="auto"/>
        <w:ind w:left="170"/>
        <w:rPr>
          <w:rFonts w:ascii="Roboto Condensed" w:hAnsi="Roboto Condensed"/>
          <w:color w:val="EE0000"/>
          <w:sz w:val="20"/>
          <w:lang w:val="pl-PL"/>
        </w:rPr>
      </w:pPr>
      <w:r w:rsidRPr="001712A7">
        <w:rPr>
          <w:rFonts w:ascii="Roboto Condensed" w:hAnsi="Roboto Condensed"/>
          <w:sz w:val="20"/>
          <w:lang w:val="pl-PL"/>
        </w:rPr>
        <w:t xml:space="preserve">Obowiązujący Plan Zagospodarowania Przestrzennego Województwa </w:t>
      </w:r>
      <w:r w:rsidR="001712A7" w:rsidRPr="001712A7">
        <w:rPr>
          <w:rFonts w:ascii="Roboto Condensed" w:hAnsi="Roboto Condensed"/>
          <w:sz w:val="20"/>
          <w:lang w:val="pl-PL"/>
        </w:rPr>
        <w:t>Łódzkiego</w:t>
      </w:r>
      <w:r w:rsidRPr="001712A7">
        <w:rPr>
          <w:rFonts w:ascii="Roboto Condensed" w:hAnsi="Roboto Condensed"/>
          <w:sz w:val="20"/>
          <w:lang w:val="pl-PL"/>
        </w:rPr>
        <w:t xml:space="preserve"> </w:t>
      </w:r>
      <w:r w:rsidR="001712A7" w:rsidRPr="001712A7">
        <w:rPr>
          <w:rFonts w:ascii="Roboto Condensed" w:hAnsi="Roboto Condensed"/>
          <w:sz w:val="20"/>
          <w:lang w:val="pl-PL"/>
        </w:rPr>
        <w:t xml:space="preserve">oraz planu zagospodarowania przestrzennego miejskiego obszaru funkcjonalnego Łodzi </w:t>
      </w:r>
      <w:r w:rsidR="008E6BDF" w:rsidRPr="001712A7">
        <w:rPr>
          <w:rFonts w:ascii="Roboto Condensed" w:hAnsi="Roboto Condensed"/>
          <w:sz w:val="20"/>
          <w:lang w:val="pl-PL"/>
        </w:rPr>
        <w:t>(dalej zwany „PZPW</w:t>
      </w:r>
      <w:r w:rsidR="001712A7" w:rsidRPr="001712A7">
        <w:rPr>
          <w:rFonts w:ascii="Roboto Condensed" w:hAnsi="Roboto Condensed"/>
          <w:sz w:val="20"/>
          <w:lang w:val="pl-PL"/>
        </w:rPr>
        <w:t>Ł</w:t>
      </w:r>
      <w:r w:rsidR="008E6BDF" w:rsidRPr="001712A7">
        <w:rPr>
          <w:rFonts w:ascii="Roboto Condensed" w:hAnsi="Roboto Condensed"/>
          <w:sz w:val="20"/>
          <w:lang w:val="pl-PL"/>
        </w:rPr>
        <w:t>”)</w:t>
      </w:r>
      <w:r w:rsidRPr="001712A7">
        <w:rPr>
          <w:rFonts w:ascii="Roboto Condensed" w:hAnsi="Roboto Condensed"/>
          <w:sz w:val="20"/>
          <w:lang w:val="pl-PL"/>
        </w:rPr>
        <w:t xml:space="preserve">, przyjęto Uchwałą Nr </w:t>
      </w:r>
      <w:r w:rsidR="001712A7" w:rsidRPr="001712A7">
        <w:rPr>
          <w:rFonts w:ascii="Roboto Condensed" w:hAnsi="Roboto Condensed"/>
          <w:sz w:val="20"/>
          <w:lang w:val="pl-PL"/>
        </w:rPr>
        <w:t>LV/679/18</w:t>
      </w:r>
      <w:r w:rsidRPr="001712A7">
        <w:rPr>
          <w:rFonts w:ascii="Roboto Condensed" w:hAnsi="Roboto Condensed"/>
          <w:sz w:val="20"/>
          <w:lang w:val="pl-PL"/>
        </w:rPr>
        <w:t xml:space="preserve"> Sejmiku Województwa </w:t>
      </w:r>
      <w:r w:rsidR="001712A7" w:rsidRPr="001712A7">
        <w:rPr>
          <w:rFonts w:ascii="Roboto Condensed" w:hAnsi="Roboto Condensed"/>
          <w:sz w:val="20"/>
          <w:lang w:val="pl-PL"/>
        </w:rPr>
        <w:t>Łódzkiego</w:t>
      </w:r>
      <w:r w:rsidRPr="001712A7">
        <w:rPr>
          <w:rFonts w:ascii="Roboto Condensed" w:hAnsi="Roboto Condensed"/>
          <w:sz w:val="20"/>
          <w:lang w:val="pl-PL"/>
        </w:rPr>
        <w:t xml:space="preserve"> z dnia 2</w:t>
      </w:r>
      <w:r w:rsidR="001712A7" w:rsidRPr="001712A7">
        <w:rPr>
          <w:rFonts w:ascii="Roboto Condensed" w:hAnsi="Roboto Condensed"/>
          <w:sz w:val="20"/>
          <w:lang w:val="pl-PL"/>
        </w:rPr>
        <w:t>8</w:t>
      </w:r>
      <w:r w:rsidRPr="001712A7">
        <w:rPr>
          <w:rFonts w:ascii="Roboto Condensed" w:hAnsi="Roboto Condensed"/>
          <w:sz w:val="20"/>
          <w:lang w:val="pl-PL"/>
        </w:rPr>
        <w:t xml:space="preserve"> sierpnia 2018 r.</w:t>
      </w:r>
    </w:p>
    <w:p w14:paraId="50A990CC" w14:textId="410B58BB" w:rsidR="001712A7" w:rsidRDefault="00B90D94" w:rsidP="001E0640">
      <w:pPr>
        <w:pStyle w:val="Tekstpodstawowy2"/>
        <w:spacing w:before="120" w:after="120" w:line="240" w:lineRule="auto"/>
        <w:ind w:left="170"/>
        <w:rPr>
          <w:rFonts w:ascii="Roboto Condensed" w:hAnsi="Roboto Condensed"/>
          <w:sz w:val="20"/>
          <w:lang w:val="pl-PL"/>
        </w:rPr>
      </w:pPr>
      <w:r w:rsidRPr="001712A7">
        <w:rPr>
          <w:rFonts w:ascii="Roboto Condensed" w:hAnsi="Roboto Condensed"/>
          <w:sz w:val="20"/>
          <w:lang w:val="pl-PL"/>
        </w:rPr>
        <w:t xml:space="preserve">Gmina </w:t>
      </w:r>
      <w:r w:rsidR="001712A7" w:rsidRPr="001712A7">
        <w:rPr>
          <w:rFonts w:ascii="Roboto Condensed" w:hAnsi="Roboto Condensed"/>
          <w:sz w:val="20"/>
          <w:lang w:val="pl-PL"/>
        </w:rPr>
        <w:t>Radomsko</w:t>
      </w:r>
      <w:r w:rsidRPr="001712A7">
        <w:rPr>
          <w:rFonts w:ascii="Roboto Condensed" w:hAnsi="Roboto Condensed"/>
          <w:sz w:val="20"/>
          <w:lang w:val="pl-PL"/>
        </w:rPr>
        <w:t xml:space="preserve"> została </w:t>
      </w:r>
      <w:r w:rsidR="001712A7">
        <w:rPr>
          <w:rFonts w:ascii="Roboto Condensed" w:hAnsi="Roboto Condensed"/>
          <w:sz w:val="20"/>
          <w:lang w:val="pl-PL"/>
        </w:rPr>
        <w:t>zaliczona</w:t>
      </w:r>
      <w:r w:rsidRPr="001712A7">
        <w:rPr>
          <w:rFonts w:ascii="Roboto Condensed" w:hAnsi="Roboto Condensed"/>
          <w:sz w:val="20"/>
          <w:lang w:val="pl-PL"/>
        </w:rPr>
        <w:t xml:space="preserve"> </w:t>
      </w:r>
      <w:r w:rsidR="001712A7">
        <w:rPr>
          <w:rFonts w:ascii="Roboto Condensed" w:hAnsi="Roboto Condensed"/>
          <w:sz w:val="20"/>
          <w:lang w:val="pl-PL"/>
        </w:rPr>
        <w:t xml:space="preserve">do </w:t>
      </w:r>
      <w:r w:rsidRPr="001712A7">
        <w:rPr>
          <w:rFonts w:ascii="Roboto Condensed" w:hAnsi="Roboto Condensed"/>
          <w:sz w:val="20"/>
          <w:lang w:val="pl-PL"/>
        </w:rPr>
        <w:t>„</w:t>
      </w:r>
      <w:r w:rsidR="001712A7" w:rsidRPr="001712A7">
        <w:rPr>
          <w:rFonts w:ascii="Roboto Condensed" w:hAnsi="Roboto Condensed"/>
          <w:sz w:val="20"/>
          <w:lang w:val="pl-PL"/>
        </w:rPr>
        <w:t>Miejski</w:t>
      </w:r>
      <w:r w:rsidR="001712A7">
        <w:rPr>
          <w:rFonts w:ascii="Roboto Condensed" w:hAnsi="Roboto Condensed"/>
          <w:sz w:val="20"/>
          <w:lang w:val="pl-PL"/>
        </w:rPr>
        <w:t>ego</w:t>
      </w:r>
      <w:r w:rsidRPr="001712A7">
        <w:rPr>
          <w:rFonts w:ascii="Roboto Condensed" w:hAnsi="Roboto Condensed"/>
          <w:sz w:val="20"/>
          <w:lang w:val="pl-PL"/>
        </w:rPr>
        <w:t xml:space="preserve"> Obszar</w:t>
      </w:r>
      <w:r w:rsidR="001712A7">
        <w:rPr>
          <w:rFonts w:ascii="Roboto Condensed" w:hAnsi="Roboto Condensed"/>
          <w:sz w:val="20"/>
          <w:lang w:val="pl-PL"/>
        </w:rPr>
        <w:t>u</w:t>
      </w:r>
      <w:r w:rsidRPr="001712A7">
        <w:rPr>
          <w:rFonts w:ascii="Roboto Condensed" w:hAnsi="Roboto Condensed"/>
          <w:sz w:val="20"/>
          <w:lang w:val="pl-PL"/>
        </w:rPr>
        <w:t xml:space="preserve"> Funkcjonaln</w:t>
      </w:r>
      <w:r w:rsidR="001712A7">
        <w:rPr>
          <w:rFonts w:ascii="Roboto Condensed" w:hAnsi="Roboto Condensed"/>
          <w:sz w:val="20"/>
          <w:lang w:val="pl-PL"/>
        </w:rPr>
        <w:t>ego</w:t>
      </w:r>
      <w:r w:rsidRPr="001712A7">
        <w:rPr>
          <w:rFonts w:ascii="Roboto Condensed" w:hAnsi="Roboto Condensed"/>
          <w:sz w:val="20"/>
          <w:lang w:val="pl-PL"/>
        </w:rPr>
        <w:t xml:space="preserve"> </w:t>
      </w:r>
      <w:r w:rsidR="001712A7" w:rsidRPr="001712A7">
        <w:rPr>
          <w:rFonts w:ascii="Roboto Condensed" w:hAnsi="Roboto Condensed"/>
          <w:sz w:val="20"/>
          <w:lang w:val="pl-PL"/>
        </w:rPr>
        <w:t>miasta powiatowego</w:t>
      </w:r>
      <w:r w:rsidRPr="001712A7">
        <w:rPr>
          <w:rFonts w:ascii="Roboto Condensed" w:hAnsi="Roboto Condensed"/>
          <w:sz w:val="20"/>
          <w:lang w:val="pl-PL"/>
        </w:rPr>
        <w:t>”</w:t>
      </w:r>
      <w:r w:rsidR="008E6BDF" w:rsidRPr="001712A7">
        <w:rPr>
          <w:rFonts w:ascii="Roboto Condensed" w:hAnsi="Roboto Condensed"/>
          <w:sz w:val="20"/>
          <w:lang w:val="pl-PL"/>
        </w:rPr>
        <w:t xml:space="preserve">, </w:t>
      </w:r>
      <w:r w:rsidR="001E0640">
        <w:rPr>
          <w:rFonts w:ascii="Roboto Condensed" w:hAnsi="Roboto Condensed"/>
          <w:sz w:val="20"/>
          <w:lang w:val="pl-PL"/>
        </w:rPr>
        <w:t xml:space="preserve">w obszarach uczestniczących w procesach rozwojowych, </w:t>
      </w:r>
      <w:r w:rsidR="001712A7">
        <w:rPr>
          <w:rFonts w:ascii="Roboto Condensed" w:hAnsi="Roboto Condensed"/>
          <w:sz w:val="20"/>
          <w:lang w:val="pl-PL"/>
        </w:rPr>
        <w:t xml:space="preserve">przy czym </w:t>
      </w:r>
      <w:r w:rsidR="00062AF6">
        <w:rPr>
          <w:rFonts w:ascii="Roboto Condensed" w:hAnsi="Roboto Condensed"/>
          <w:sz w:val="20"/>
          <w:lang w:val="pl-PL"/>
        </w:rPr>
        <w:t xml:space="preserve">sąsiadujący </w:t>
      </w:r>
      <w:r w:rsidR="001712A7">
        <w:rPr>
          <w:rFonts w:ascii="Roboto Condensed" w:hAnsi="Roboto Condensed"/>
          <w:sz w:val="20"/>
          <w:lang w:val="pl-PL"/>
        </w:rPr>
        <w:t>ośrodek miejski zaliczono do miast tracących funkcje społeczno-gospodarcze</w:t>
      </w:r>
      <w:r w:rsidR="00062AF6">
        <w:rPr>
          <w:rFonts w:ascii="Roboto Condensed" w:hAnsi="Roboto Condensed"/>
          <w:sz w:val="20"/>
          <w:lang w:val="pl-PL"/>
        </w:rPr>
        <w:t xml:space="preserve">. </w:t>
      </w:r>
      <w:r w:rsidR="001E0640">
        <w:rPr>
          <w:rFonts w:ascii="Roboto Condensed" w:hAnsi="Roboto Condensed"/>
          <w:sz w:val="20"/>
          <w:lang w:val="pl-PL"/>
        </w:rPr>
        <w:t xml:space="preserve">Gminę zaliczono również do obszarów rozwoju rolnictwa wielofunkcyjnego. </w:t>
      </w:r>
      <w:r w:rsidR="00062AF6">
        <w:rPr>
          <w:rFonts w:ascii="Roboto Condensed" w:hAnsi="Roboto Condensed"/>
          <w:sz w:val="20"/>
          <w:lang w:val="pl-PL"/>
        </w:rPr>
        <w:t xml:space="preserve">Obszary południowe gminy zaliczono do obszarów o niskim poziomie rozwoju i słabej dostępności do usług. </w:t>
      </w:r>
      <w:r w:rsidR="00F30CC2">
        <w:rPr>
          <w:rFonts w:ascii="Roboto Condensed" w:hAnsi="Roboto Condensed"/>
          <w:sz w:val="20"/>
          <w:lang w:val="pl-PL"/>
        </w:rPr>
        <w:t>Jednocześnie obszar gminy zaliczono do obszarów o słabo zrównoważonej sieci osadniczej.</w:t>
      </w:r>
    </w:p>
    <w:p w14:paraId="7DBE46AE" w14:textId="3BD79AA5" w:rsidR="00B90D94" w:rsidRPr="001F410C" w:rsidRDefault="00F30CC2" w:rsidP="001F410C">
      <w:pPr>
        <w:pStyle w:val="Tekstpodstawowy2"/>
        <w:spacing w:before="120" w:after="120" w:line="240" w:lineRule="auto"/>
        <w:ind w:left="170"/>
        <w:rPr>
          <w:rFonts w:ascii="Roboto Condensed" w:hAnsi="Roboto Condensed"/>
          <w:sz w:val="20"/>
          <w:lang w:val="pl-PL"/>
        </w:rPr>
      </w:pPr>
      <w:r w:rsidRPr="001F410C">
        <w:rPr>
          <w:rFonts w:ascii="Roboto Condensed" w:hAnsi="Roboto Condensed"/>
          <w:sz w:val="20"/>
          <w:lang w:val="pl-PL"/>
        </w:rPr>
        <w:t xml:space="preserve">Południowa część gminy w obszarze doliny rzeki Warty została zakwalifikowana do obszarów gdzie niezbędne jest przeciwdziałanie rozwojowi chaotycznej urbanizacji, w tym m.in. ograniczanie procesów </w:t>
      </w:r>
      <w:proofErr w:type="spellStart"/>
      <w:r w:rsidRPr="001F410C">
        <w:rPr>
          <w:rFonts w:ascii="Roboto Condensed" w:hAnsi="Roboto Condensed"/>
          <w:sz w:val="20"/>
          <w:lang w:val="pl-PL"/>
        </w:rPr>
        <w:t>suburbanizacji</w:t>
      </w:r>
      <w:proofErr w:type="spellEnd"/>
      <w:r w:rsidRPr="001F410C">
        <w:rPr>
          <w:rFonts w:ascii="Roboto Condensed" w:hAnsi="Roboto Condensed"/>
          <w:sz w:val="20"/>
          <w:lang w:val="pl-PL"/>
        </w:rPr>
        <w:t>, w szczególności na terenach cennych przyrodniczo i krajobrazowo.</w:t>
      </w:r>
    </w:p>
    <w:p w14:paraId="22657756" w14:textId="2AB3F681" w:rsidR="001F410C" w:rsidRPr="001F410C" w:rsidRDefault="001F410C" w:rsidP="001F410C">
      <w:pPr>
        <w:pStyle w:val="Tekstpodstawowy2"/>
        <w:spacing w:before="120" w:after="120" w:line="240" w:lineRule="auto"/>
        <w:ind w:left="170"/>
        <w:rPr>
          <w:rFonts w:ascii="Roboto Condensed" w:hAnsi="Roboto Condensed"/>
          <w:sz w:val="20"/>
          <w:lang w:val="pl-PL"/>
        </w:rPr>
      </w:pPr>
      <w:r w:rsidRPr="001F410C">
        <w:rPr>
          <w:rFonts w:ascii="Roboto Condensed" w:hAnsi="Roboto Condensed"/>
          <w:sz w:val="20"/>
          <w:lang w:val="pl-PL"/>
        </w:rPr>
        <w:t xml:space="preserve">Cała południowa część gminy została ujęta w „Turystycznym obszarze funkcjonalnym Warty”. Wyróżnione formy turystyki w obszarze funkcjonalnym Warty: uzdrowiskowa / zdrowotna, rehabilitacyjna / aktywna: rowerowa / konna / kajakowa / żeglarstwo / kulturowa / pielgrzymkowa / związana z kolejnictwem / związana z folklorem / filmowa / wypoczynkowa / przyrodnicza / ornitologiczna / </w:t>
      </w:r>
      <w:proofErr w:type="spellStart"/>
      <w:r w:rsidRPr="001F410C">
        <w:rPr>
          <w:rFonts w:ascii="Roboto Condensed" w:hAnsi="Roboto Condensed"/>
          <w:sz w:val="20"/>
          <w:lang w:val="pl-PL"/>
        </w:rPr>
        <w:t>geoturystyka</w:t>
      </w:r>
      <w:proofErr w:type="spellEnd"/>
      <w:r w:rsidRPr="001F410C">
        <w:rPr>
          <w:rFonts w:ascii="Roboto Condensed" w:hAnsi="Roboto Condensed"/>
          <w:sz w:val="20"/>
          <w:lang w:val="pl-PL"/>
        </w:rPr>
        <w:t xml:space="preserve"> / biznesowa, konferencyjna / rodzinna / kulinarna. Turystyka wodna planowana w ramach koryta rzeki Warty gdzie przewiduje się szlak kajakowy. Szlaki konne planuje się w dolinie rzeki Warty.</w:t>
      </w:r>
    </w:p>
    <w:p w14:paraId="06B9D678" w14:textId="20161E69" w:rsidR="001F410C" w:rsidRPr="009A175C" w:rsidRDefault="001F410C" w:rsidP="001F410C">
      <w:pPr>
        <w:pStyle w:val="Tekstpodstawowy2"/>
        <w:spacing w:before="120" w:after="120" w:line="240" w:lineRule="auto"/>
        <w:ind w:left="170"/>
        <w:rPr>
          <w:rFonts w:ascii="Roboto Condensed" w:hAnsi="Roboto Condensed"/>
          <w:color w:val="EE0000"/>
          <w:sz w:val="20"/>
          <w:lang w:val="pl-PL"/>
        </w:rPr>
      </w:pPr>
      <w:r w:rsidRPr="001F410C">
        <w:rPr>
          <w:rFonts w:ascii="Roboto Condensed" w:hAnsi="Roboto Condensed"/>
          <w:sz w:val="20"/>
          <w:lang w:val="pl-PL"/>
        </w:rPr>
        <w:lastRenderedPageBreak/>
        <w:t xml:space="preserve">PWPWŁ </w:t>
      </w:r>
      <w:r>
        <w:rPr>
          <w:rFonts w:ascii="Roboto Condensed" w:hAnsi="Roboto Condensed"/>
          <w:sz w:val="20"/>
          <w:lang w:val="pl-PL"/>
        </w:rPr>
        <w:t>wskazuje na zasadność</w:t>
      </w:r>
      <w:r w:rsidRPr="001F410C">
        <w:rPr>
          <w:rFonts w:ascii="Roboto Condensed" w:hAnsi="Roboto Condensed"/>
          <w:sz w:val="20"/>
          <w:lang w:val="pl-PL"/>
        </w:rPr>
        <w:t xml:space="preserve"> budow</w:t>
      </w:r>
      <w:r>
        <w:rPr>
          <w:rFonts w:ascii="Roboto Condensed" w:hAnsi="Roboto Condensed"/>
          <w:sz w:val="20"/>
          <w:lang w:val="pl-PL"/>
        </w:rPr>
        <w:t>y</w:t>
      </w:r>
      <w:r w:rsidRPr="001F410C">
        <w:rPr>
          <w:rFonts w:ascii="Roboto Condensed" w:hAnsi="Roboto Condensed"/>
          <w:sz w:val="20"/>
          <w:lang w:val="pl-PL"/>
        </w:rPr>
        <w:t xml:space="preserve"> w gminie Radomsko bazy sportowo-rekreacyjnej</w:t>
      </w:r>
      <w:r>
        <w:rPr>
          <w:rFonts w:ascii="Roboto Condensed" w:hAnsi="Roboto Condensed"/>
          <w:sz w:val="20"/>
          <w:lang w:val="pl-PL"/>
        </w:rPr>
        <w:t xml:space="preserve"> oraz</w:t>
      </w:r>
      <w:r w:rsidRPr="001F410C">
        <w:rPr>
          <w:rFonts w:ascii="Roboto Condensed" w:hAnsi="Roboto Condensed"/>
          <w:sz w:val="20"/>
          <w:lang w:val="pl-PL"/>
        </w:rPr>
        <w:t xml:space="preserve"> </w:t>
      </w:r>
      <w:r>
        <w:rPr>
          <w:rFonts w:ascii="Roboto Condensed" w:hAnsi="Roboto Condensed"/>
          <w:sz w:val="20"/>
          <w:lang w:val="pl-PL"/>
        </w:rPr>
        <w:t>r</w:t>
      </w:r>
      <w:r w:rsidRPr="001F410C">
        <w:rPr>
          <w:rFonts w:ascii="Roboto Condensed" w:hAnsi="Roboto Condensed"/>
          <w:sz w:val="20"/>
          <w:lang w:val="pl-PL"/>
        </w:rPr>
        <w:t>ozwój bazy noclegowej w obszarach wymagających doinwestowania w zakresie bazy noclegowej wysokiej jakości.</w:t>
      </w:r>
    </w:p>
    <w:p w14:paraId="692C3186" w14:textId="766CB2D3" w:rsidR="00C46407" w:rsidRPr="00A73610" w:rsidRDefault="002E1E84" w:rsidP="001F20D5">
      <w:pPr>
        <w:pStyle w:val="Tekstpodstawowy2"/>
        <w:spacing w:before="240" w:line="240" w:lineRule="auto"/>
        <w:ind w:left="170"/>
        <w:rPr>
          <w:rFonts w:ascii="Roboto Condensed" w:hAnsi="Roboto Condensed"/>
          <w:color w:val="EE0000"/>
          <w:sz w:val="20"/>
          <w:u w:val="single"/>
          <w:lang w:val="pl-PL"/>
        </w:rPr>
      </w:pPr>
      <w:r w:rsidRPr="00A73610">
        <w:rPr>
          <w:rFonts w:ascii="Roboto Condensed" w:hAnsi="Roboto Condensed"/>
          <w:sz w:val="20"/>
          <w:u w:val="single"/>
          <w:lang w:val="pl-PL"/>
        </w:rPr>
        <w:t>PZPW</w:t>
      </w:r>
      <w:r w:rsidR="00B9352C" w:rsidRPr="00A73610">
        <w:rPr>
          <w:rFonts w:ascii="Roboto Condensed" w:hAnsi="Roboto Condensed"/>
          <w:sz w:val="20"/>
          <w:u w:val="single"/>
          <w:lang w:val="pl-PL"/>
        </w:rPr>
        <w:t>Ł</w:t>
      </w:r>
      <w:r w:rsidRPr="00A73610">
        <w:rPr>
          <w:rFonts w:ascii="Roboto Condensed" w:hAnsi="Roboto Condensed"/>
          <w:sz w:val="20"/>
          <w:u w:val="single"/>
          <w:lang w:val="pl-PL"/>
        </w:rPr>
        <w:t xml:space="preserve"> w zakresie środowiska</w:t>
      </w:r>
      <w:r w:rsidR="005D0FE8" w:rsidRPr="00A73610">
        <w:rPr>
          <w:rFonts w:ascii="Roboto Condensed" w:hAnsi="Roboto Condensed"/>
          <w:sz w:val="20"/>
          <w:u w:val="single"/>
          <w:lang w:val="pl-PL"/>
        </w:rPr>
        <w:t xml:space="preserve"> i dziedzictwa kulturowego</w:t>
      </w:r>
      <w:r w:rsidR="00A73610">
        <w:rPr>
          <w:rFonts w:ascii="Roboto Condensed" w:hAnsi="Roboto Condensed"/>
          <w:sz w:val="20"/>
          <w:u w:val="single"/>
          <w:lang w:val="pl-PL"/>
        </w:rPr>
        <w:t xml:space="preserve"> </w:t>
      </w:r>
      <w:r w:rsidR="00A73610" w:rsidRPr="00A73610">
        <w:rPr>
          <w:rFonts w:ascii="Roboto Condensed" w:hAnsi="Roboto Condensed"/>
          <w:sz w:val="20"/>
          <w:u w:val="single"/>
          <w:lang w:val="pl-PL"/>
        </w:rPr>
        <w:t>wskazuje</w:t>
      </w:r>
      <w:r w:rsidR="00C46407" w:rsidRPr="00A73610">
        <w:rPr>
          <w:rFonts w:ascii="Roboto Condensed" w:hAnsi="Roboto Condensed"/>
          <w:sz w:val="20"/>
          <w:u w:val="single"/>
          <w:lang w:val="pl-PL"/>
        </w:rPr>
        <w:t>:</w:t>
      </w:r>
      <w:r w:rsidRPr="00A73610">
        <w:rPr>
          <w:rFonts w:ascii="Roboto Condensed" w:hAnsi="Roboto Condensed"/>
          <w:sz w:val="20"/>
          <w:u w:val="single"/>
          <w:lang w:val="pl-PL"/>
        </w:rPr>
        <w:t xml:space="preserve"> </w:t>
      </w:r>
    </w:p>
    <w:p w14:paraId="1BCE6C96" w14:textId="3328BCA2" w:rsidR="00B9352C" w:rsidRPr="006605EF" w:rsidRDefault="00B9352C" w:rsidP="008636AA">
      <w:pPr>
        <w:pStyle w:val="Tekstpodstawowy2"/>
        <w:numPr>
          <w:ilvl w:val="0"/>
          <w:numId w:val="3"/>
        </w:numPr>
        <w:spacing w:line="240" w:lineRule="auto"/>
        <w:ind w:left="567" w:hanging="227"/>
        <w:rPr>
          <w:rFonts w:ascii="Roboto Condensed" w:hAnsi="Roboto Condensed"/>
          <w:sz w:val="20"/>
          <w:lang w:val="pl-PL"/>
        </w:rPr>
      </w:pPr>
      <w:r w:rsidRPr="006605EF">
        <w:rPr>
          <w:rFonts w:ascii="Roboto Condensed" w:hAnsi="Roboto Condensed"/>
          <w:sz w:val="20"/>
          <w:lang w:val="pl-PL"/>
        </w:rPr>
        <w:t>Znaczące kompleksy leśne w dolinie Warty w południowej części gminy</w:t>
      </w:r>
      <w:r w:rsidR="001F410C">
        <w:rPr>
          <w:rFonts w:ascii="Roboto Condensed" w:hAnsi="Roboto Condensed"/>
          <w:sz w:val="20"/>
          <w:lang w:val="pl-PL"/>
        </w:rPr>
        <w:t xml:space="preserve"> wymagające ochrony</w:t>
      </w:r>
      <w:r w:rsidRPr="006605EF">
        <w:rPr>
          <w:rFonts w:ascii="Roboto Condensed" w:hAnsi="Roboto Condensed"/>
          <w:sz w:val="20"/>
          <w:lang w:val="pl-PL"/>
        </w:rPr>
        <w:t>.</w:t>
      </w:r>
    </w:p>
    <w:p w14:paraId="7B93511C" w14:textId="32ECA0CA" w:rsidR="00B9352C" w:rsidRPr="006605EF" w:rsidRDefault="006605EF" w:rsidP="008636AA">
      <w:pPr>
        <w:pStyle w:val="Tekstpodstawowy2"/>
        <w:numPr>
          <w:ilvl w:val="0"/>
          <w:numId w:val="3"/>
        </w:numPr>
        <w:spacing w:line="240" w:lineRule="auto"/>
        <w:ind w:left="567" w:hanging="227"/>
        <w:rPr>
          <w:rFonts w:ascii="Roboto Condensed" w:hAnsi="Roboto Condensed"/>
          <w:sz w:val="20"/>
          <w:lang w:val="pl-PL"/>
        </w:rPr>
      </w:pPr>
      <w:r w:rsidRPr="006605EF">
        <w:rPr>
          <w:rFonts w:ascii="Roboto Condensed" w:hAnsi="Roboto Condensed"/>
          <w:sz w:val="20"/>
          <w:lang w:val="pl-PL"/>
        </w:rPr>
        <w:t>Użytki ekologiczne w kompleksach leśnych doliny Warty w południowej części gminy.</w:t>
      </w:r>
    </w:p>
    <w:p w14:paraId="66645DA0" w14:textId="78CD3AC4" w:rsidR="006605EF" w:rsidRPr="006605EF" w:rsidRDefault="006605EF" w:rsidP="008636AA">
      <w:pPr>
        <w:pStyle w:val="Tekstpodstawowy2"/>
        <w:numPr>
          <w:ilvl w:val="0"/>
          <w:numId w:val="3"/>
        </w:numPr>
        <w:spacing w:line="240" w:lineRule="auto"/>
        <w:ind w:left="567" w:hanging="227"/>
        <w:rPr>
          <w:rFonts w:ascii="Roboto Condensed" w:hAnsi="Roboto Condensed"/>
          <w:color w:val="EE0000"/>
          <w:sz w:val="20"/>
          <w:lang w:val="pl-PL"/>
        </w:rPr>
      </w:pPr>
      <w:r w:rsidRPr="006605EF">
        <w:rPr>
          <w:rFonts w:ascii="Roboto Condensed" w:hAnsi="Roboto Condensed"/>
          <w:sz w:val="20"/>
          <w:lang w:val="pl-PL"/>
        </w:rPr>
        <w:t>Obszary najwartościowszych gleb I-IV w centralnej i północnej części gminy.</w:t>
      </w:r>
    </w:p>
    <w:p w14:paraId="0C3F49A4" w14:textId="38A672F5" w:rsidR="006605EF" w:rsidRPr="006605EF" w:rsidRDefault="001E0640" w:rsidP="008636AA">
      <w:pPr>
        <w:pStyle w:val="Tekstpodstawowy2"/>
        <w:numPr>
          <w:ilvl w:val="0"/>
          <w:numId w:val="3"/>
        </w:numPr>
        <w:spacing w:line="240" w:lineRule="auto"/>
        <w:ind w:left="567" w:hanging="227"/>
        <w:rPr>
          <w:rFonts w:ascii="Roboto Condensed" w:hAnsi="Roboto Condensed"/>
          <w:color w:val="EE0000"/>
          <w:sz w:val="20"/>
          <w:lang w:val="pl-PL"/>
        </w:rPr>
      </w:pPr>
      <w:r>
        <w:rPr>
          <w:rFonts w:ascii="Roboto Condensed" w:hAnsi="Roboto Condensed"/>
          <w:sz w:val="20"/>
          <w:lang w:val="pl-PL"/>
        </w:rPr>
        <w:t>Główny k</w:t>
      </w:r>
      <w:r w:rsidR="006605EF">
        <w:rPr>
          <w:rFonts w:ascii="Roboto Condensed" w:hAnsi="Roboto Condensed"/>
          <w:sz w:val="20"/>
          <w:lang w:val="pl-PL"/>
        </w:rPr>
        <w:t xml:space="preserve">orytarz ekologiczny </w:t>
      </w:r>
      <w:r>
        <w:rPr>
          <w:rFonts w:ascii="Roboto Condensed" w:hAnsi="Roboto Condensed"/>
          <w:sz w:val="20"/>
          <w:lang w:val="pl-PL"/>
        </w:rPr>
        <w:t xml:space="preserve">o znaczeniu paneuropejskim </w:t>
      </w:r>
      <w:r w:rsidR="006605EF">
        <w:rPr>
          <w:rFonts w:ascii="Roboto Condensed" w:hAnsi="Roboto Condensed"/>
          <w:sz w:val="20"/>
          <w:lang w:val="pl-PL"/>
        </w:rPr>
        <w:t>obejmujący południową część Gminy.</w:t>
      </w:r>
    </w:p>
    <w:p w14:paraId="520E15B1" w14:textId="6B2925A4" w:rsidR="00E0076C" w:rsidRPr="002957DE" w:rsidRDefault="006605EF" w:rsidP="008636AA">
      <w:pPr>
        <w:pStyle w:val="Tekstpodstawowy2"/>
        <w:numPr>
          <w:ilvl w:val="0"/>
          <w:numId w:val="3"/>
        </w:numPr>
        <w:spacing w:line="240" w:lineRule="auto"/>
        <w:ind w:left="567" w:hanging="227"/>
        <w:rPr>
          <w:rFonts w:ascii="Roboto Condensed" w:hAnsi="Roboto Condensed"/>
          <w:color w:val="EE0000"/>
          <w:sz w:val="20"/>
          <w:lang w:val="pl-PL"/>
        </w:rPr>
      </w:pPr>
      <w:r>
        <w:rPr>
          <w:rFonts w:ascii="Roboto Condensed" w:hAnsi="Roboto Condensed"/>
          <w:sz w:val="20"/>
          <w:lang w:val="pl-PL"/>
        </w:rPr>
        <w:t>Obszary zagrożenia powodzią o prawdopodobieństwie P=</w:t>
      </w:r>
      <w:r w:rsidR="00086FCC">
        <w:rPr>
          <w:rFonts w:ascii="Roboto Condensed" w:hAnsi="Roboto Condensed"/>
          <w:sz w:val="20"/>
          <w:lang w:val="pl-PL"/>
        </w:rPr>
        <w:t>0,2</w:t>
      </w:r>
      <w:r>
        <w:rPr>
          <w:rFonts w:ascii="Roboto Condensed" w:hAnsi="Roboto Condensed"/>
          <w:sz w:val="20"/>
          <w:lang w:val="pl-PL"/>
        </w:rPr>
        <w:t>% wzdłuż rzek Warta i Radomka</w:t>
      </w:r>
      <w:r w:rsidR="001E0640">
        <w:rPr>
          <w:rFonts w:ascii="Roboto Condensed" w:hAnsi="Roboto Condensed"/>
          <w:sz w:val="20"/>
          <w:lang w:val="pl-PL"/>
        </w:rPr>
        <w:t xml:space="preserve"> </w:t>
      </w:r>
      <w:r w:rsidR="001F410C">
        <w:rPr>
          <w:rFonts w:ascii="Roboto Condensed" w:hAnsi="Roboto Condensed"/>
          <w:sz w:val="20"/>
          <w:lang w:val="pl-PL"/>
        </w:rPr>
        <w:t>i wskazuje na potrzebę</w:t>
      </w:r>
      <w:r w:rsidR="001E0640">
        <w:rPr>
          <w:rFonts w:ascii="Roboto Condensed" w:hAnsi="Roboto Condensed"/>
          <w:sz w:val="20"/>
          <w:lang w:val="pl-PL"/>
        </w:rPr>
        <w:t xml:space="preserve"> zapobieganie presji inwestycyjnej na obszary zalewowe</w:t>
      </w:r>
      <w:r w:rsidR="001F410C">
        <w:rPr>
          <w:rFonts w:ascii="Roboto Condensed" w:hAnsi="Roboto Condensed"/>
          <w:sz w:val="20"/>
          <w:lang w:val="pl-PL"/>
        </w:rPr>
        <w:t>.</w:t>
      </w:r>
    </w:p>
    <w:p w14:paraId="635B3ED6" w14:textId="358B4F05" w:rsidR="002957DE" w:rsidRPr="006605EF" w:rsidRDefault="00AC3F4D" w:rsidP="008636AA">
      <w:pPr>
        <w:pStyle w:val="Tekstpodstawowy2"/>
        <w:numPr>
          <w:ilvl w:val="0"/>
          <w:numId w:val="3"/>
        </w:numPr>
        <w:spacing w:line="240" w:lineRule="auto"/>
        <w:ind w:left="567" w:hanging="227"/>
        <w:rPr>
          <w:rFonts w:ascii="Roboto Condensed" w:hAnsi="Roboto Condensed"/>
          <w:color w:val="EE0000"/>
          <w:sz w:val="20"/>
          <w:lang w:val="pl-PL"/>
        </w:rPr>
      </w:pPr>
      <w:r>
        <w:rPr>
          <w:rFonts w:ascii="Roboto Condensed" w:hAnsi="Roboto Condensed"/>
          <w:sz w:val="20"/>
          <w:lang w:val="pl-PL"/>
        </w:rPr>
        <w:t>Utworzenie nowych obszarów chronionego krajobrazu w południowej części gminy obejmujących docelowy system obszarów chronionych.</w:t>
      </w:r>
    </w:p>
    <w:p w14:paraId="65763BD9" w14:textId="19EBBF0D" w:rsidR="00536BA1" w:rsidRPr="00982EC8" w:rsidRDefault="005D0FE8" w:rsidP="008636AA">
      <w:pPr>
        <w:pStyle w:val="Tekstpodstawowy2"/>
        <w:numPr>
          <w:ilvl w:val="0"/>
          <w:numId w:val="3"/>
        </w:numPr>
        <w:spacing w:line="240" w:lineRule="auto"/>
        <w:ind w:left="567" w:hanging="227"/>
        <w:rPr>
          <w:rFonts w:ascii="Roboto Condensed" w:hAnsi="Roboto Condensed"/>
          <w:i/>
          <w:iCs/>
          <w:color w:val="EE0000"/>
          <w:sz w:val="20"/>
          <w:lang w:val="pl-PL"/>
        </w:rPr>
      </w:pPr>
      <w:r>
        <w:rPr>
          <w:rFonts w:ascii="Roboto Condensed" w:hAnsi="Roboto Condensed"/>
          <w:sz w:val="20"/>
          <w:lang w:val="pl-PL"/>
        </w:rPr>
        <w:t>P</w:t>
      </w:r>
      <w:r w:rsidR="00F30CC2">
        <w:rPr>
          <w:rFonts w:ascii="Roboto Condensed" w:hAnsi="Roboto Condensed"/>
          <w:sz w:val="20"/>
          <w:lang w:val="pl-PL"/>
        </w:rPr>
        <w:t>rzewiduje zachowanie i odtworzenie historycznych kompozycji zieleni</w:t>
      </w:r>
      <w:r w:rsidR="004F3D1F">
        <w:rPr>
          <w:rFonts w:ascii="Roboto Condensed" w:hAnsi="Roboto Condensed"/>
          <w:sz w:val="20"/>
          <w:lang w:val="pl-PL"/>
        </w:rPr>
        <w:t xml:space="preserve"> w obszarze dawnego założenia dworskiego w Strzałkowie</w:t>
      </w:r>
    </w:p>
    <w:p w14:paraId="2D2CD0E2" w14:textId="1C8C59E6" w:rsidR="00E0076C" w:rsidRPr="009A175C" w:rsidRDefault="00E0076C" w:rsidP="00A73610">
      <w:pPr>
        <w:pStyle w:val="Tekstpodstawowy2"/>
        <w:spacing w:before="240" w:after="240" w:line="240" w:lineRule="auto"/>
        <w:ind w:left="170"/>
        <w:rPr>
          <w:rFonts w:ascii="Roboto Condensed" w:hAnsi="Roboto Condensed"/>
          <w:color w:val="EE0000"/>
          <w:sz w:val="20"/>
          <w:lang w:val="pl-PL"/>
        </w:rPr>
      </w:pPr>
      <w:bookmarkStart w:id="27" w:name="_Hlk198648841"/>
      <w:r w:rsidRPr="00B9352C">
        <w:rPr>
          <w:rFonts w:ascii="Roboto Condensed" w:hAnsi="Roboto Condensed"/>
          <w:i/>
          <w:iCs/>
          <w:sz w:val="20"/>
          <w:lang w:val="pl-PL"/>
        </w:rPr>
        <w:t>Rys.</w:t>
      </w:r>
      <w:r w:rsidR="00234E43" w:rsidRPr="00B9352C">
        <w:rPr>
          <w:rFonts w:ascii="Roboto Condensed" w:hAnsi="Roboto Condensed"/>
          <w:i/>
          <w:iCs/>
          <w:sz w:val="20"/>
          <w:lang w:val="pl-PL"/>
        </w:rPr>
        <w:t>4</w:t>
      </w:r>
      <w:r w:rsidRPr="00B9352C">
        <w:rPr>
          <w:rFonts w:ascii="Roboto Condensed" w:hAnsi="Roboto Condensed"/>
          <w:i/>
          <w:iCs/>
          <w:sz w:val="20"/>
          <w:lang w:val="pl-PL"/>
        </w:rPr>
        <w:t xml:space="preserve">. </w:t>
      </w:r>
      <w:r w:rsidR="00EE1DBC" w:rsidRPr="00B9352C">
        <w:rPr>
          <w:rFonts w:ascii="Roboto Condensed" w:hAnsi="Roboto Condensed"/>
          <w:i/>
          <w:iCs/>
          <w:sz w:val="20"/>
          <w:lang w:val="pl-PL"/>
        </w:rPr>
        <w:t>Rozkład przestrzenny</w:t>
      </w:r>
      <w:r w:rsidRPr="00B9352C">
        <w:rPr>
          <w:rFonts w:ascii="Roboto Condensed" w:hAnsi="Roboto Condensed"/>
          <w:i/>
          <w:iCs/>
          <w:sz w:val="20"/>
          <w:lang w:val="pl-PL"/>
        </w:rPr>
        <w:t xml:space="preserve"> elementów środowiska</w:t>
      </w:r>
      <w:r w:rsidR="00E7075D">
        <w:rPr>
          <w:rFonts w:ascii="Roboto Condensed" w:hAnsi="Roboto Condensed"/>
          <w:i/>
          <w:iCs/>
          <w:sz w:val="20"/>
          <w:lang w:val="pl-PL"/>
        </w:rPr>
        <w:t xml:space="preserve"> i elementów kulturowych</w:t>
      </w:r>
      <w:r w:rsidRPr="00B9352C">
        <w:rPr>
          <w:rFonts w:ascii="Roboto Condensed" w:hAnsi="Roboto Condensed"/>
          <w:i/>
          <w:iCs/>
          <w:sz w:val="20"/>
          <w:lang w:val="pl-PL"/>
        </w:rPr>
        <w:t xml:space="preserve"> </w:t>
      </w:r>
      <w:r w:rsidR="00551839" w:rsidRPr="00B9352C">
        <w:rPr>
          <w:rFonts w:ascii="Roboto Condensed" w:hAnsi="Roboto Condensed"/>
          <w:i/>
          <w:iCs/>
          <w:sz w:val="20"/>
          <w:lang w:val="pl-PL"/>
        </w:rPr>
        <w:t>ujętych w PZPW</w:t>
      </w:r>
      <w:r w:rsidR="00B9352C" w:rsidRPr="00B9352C">
        <w:rPr>
          <w:rFonts w:ascii="Roboto Condensed" w:hAnsi="Roboto Condensed"/>
          <w:i/>
          <w:iCs/>
          <w:sz w:val="20"/>
          <w:lang w:val="pl-PL"/>
        </w:rPr>
        <w:t>Ł</w:t>
      </w:r>
      <w:r w:rsidRPr="00B9352C">
        <w:rPr>
          <w:rFonts w:ascii="Roboto Condensed" w:hAnsi="Roboto Condensed"/>
          <w:i/>
          <w:iCs/>
          <w:sz w:val="20"/>
          <w:lang w:val="pl-PL"/>
        </w:rPr>
        <w:t>.</w:t>
      </w:r>
    </w:p>
    <w:bookmarkEnd w:id="27"/>
    <w:p w14:paraId="24C3202E" w14:textId="0FEC79F2" w:rsidR="00B90D94" w:rsidRDefault="00A55C41" w:rsidP="00AA7D1F">
      <w:pPr>
        <w:pStyle w:val="Tekstpodstawowy2"/>
        <w:spacing w:line="240" w:lineRule="auto"/>
        <w:ind w:left="170"/>
        <w:jc w:val="center"/>
        <w:rPr>
          <w:rFonts w:ascii="Roboto Condensed" w:hAnsi="Roboto Condensed"/>
          <w:color w:val="EE0000"/>
          <w:sz w:val="20"/>
          <w:lang w:val="pl-PL"/>
        </w:rPr>
      </w:pPr>
      <w:r>
        <w:rPr>
          <w:rFonts w:ascii="Roboto Condensed" w:hAnsi="Roboto Condensed"/>
          <w:noProof/>
          <w:color w:val="EE0000"/>
          <w:sz w:val="20"/>
          <w:lang w:val="pl-PL"/>
        </w:rPr>
        <w:drawing>
          <wp:inline distT="0" distB="0" distL="0" distR="0" wp14:anchorId="1A86D5C7" wp14:editId="7E0EE425">
            <wp:extent cx="6289675" cy="5820410"/>
            <wp:effectExtent l="0" t="0" r="0" b="8890"/>
            <wp:docPr id="131931370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89675" cy="5820410"/>
                    </a:xfrm>
                    <a:prstGeom prst="rect">
                      <a:avLst/>
                    </a:prstGeom>
                    <a:noFill/>
                    <a:ln>
                      <a:noFill/>
                    </a:ln>
                  </pic:spPr>
                </pic:pic>
              </a:graphicData>
            </a:graphic>
          </wp:inline>
        </w:drawing>
      </w:r>
    </w:p>
    <w:p w14:paraId="6CB364AC" w14:textId="77777777" w:rsidR="00AA7D1F" w:rsidRPr="009A175C" w:rsidRDefault="00AA7D1F" w:rsidP="00AA7D1F">
      <w:pPr>
        <w:pStyle w:val="Tekstpodstawowy2"/>
        <w:spacing w:line="240" w:lineRule="auto"/>
        <w:ind w:left="170"/>
        <w:jc w:val="center"/>
        <w:rPr>
          <w:rFonts w:ascii="Roboto Condensed" w:hAnsi="Roboto Condensed"/>
          <w:color w:val="EE0000"/>
          <w:sz w:val="20"/>
          <w:lang w:val="pl-PL"/>
        </w:rPr>
      </w:pPr>
    </w:p>
    <w:p w14:paraId="399BB8F2" w14:textId="11864A16" w:rsidR="00642847" w:rsidRPr="00A73610" w:rsidRDefault="00140CFC" w:rsidP="00AA7D1F">
      <w:pPr>
        <w:pStyle w:val="Tekstpodstawowy2"/>
        <w:spacing w:line="240" w:lineRule="auto"/>
        <w:ind w:left="170"/>
        <w:rPr>
          <w:rFonts w:ascii="Roboto Condensed" w:hAnsi="Roboto Condensed"/>
          <w:color w:val="EE0000"/>
          <w:sz w:val="20"/>
          <w:u w:val="single"/>
          <w:lang w:val="pl-PL"/>
        </w:rPr>
      </w:pPr>
      <w:r w:rsidRPr="00A73610">
        <w:rPr>
          <w:rFonts w:ascii="Roboto Condensed" w:hAnsi="Roboto Condensed"/>
          <w:sz w:val="20"/>
          <w:u w:val="single"/>
          <w:lang w:val="pl-PL"/>
        </w:rPr>
        <w:t xml:space="preserve">Elementami infrastruktury komunikacyjnej istotnymi z punktu widzenia </w:t>
      </w:r>
      <w:r w:rsidR="00C51FE1" w:rsidRPr="00A73610">
        <w:rPr>
          <w:rFonts w:ascii="Roboto Condensed" w:hAnsi="Roboto Condensed"/>
          <w:sz w:val="20"/>
          <w:u w:val="single"/>
          <w:lang w:val="pl-PL"/>
        </w:rPr>
        <w:t>PZPW</w:t>
      </w:r>
      <w:r w:rsidR="00062AF6" w:rsidRPr="00A73610">
        <w:rPr>
          <w:rFonts w:ascii="Roboto Condensed" w:hAnsi="Roboto Condensed"/>
          <w:sz w:val="20"/>
          <w:u w:val="single"/>
          <w:lang w:val="pl-PL"/>
        </w:rPr>
        <w:t>Ł</w:t>
      </w:r>
      <w:r w:rsidRPr="00A73610">
        <w:rPr>
          <w:rFonts w:ascii="Roboto Condensed" w:hAnsi="Roboto Condensed"/>
          <w:sz w:val="20"/>
          <w:u w:val="single"/>
          <w:lang w:val="pl-PL"/>
        </w:rPr>
        <w:t xml:space="preserve"> </w:t>
      </w:r>
      <w:r w:rsidR="00C51FE1" w:rsidRPr="00A73610">
        <w:rPr>
          <w:rFonts w:ascii="Roboto Condensed" w:hAnsi="Roboto Condensed"/>
          <w:sz w:val="20"/>
          <w:u w:val="single"/>
          <w:lang w:val="pl-PL"/>
        </w:rPr>
        <w:t>są</w:t>
      </w:r>
      <w:r w:rsidR="00642847" w:rsidRPr="00A73610">
        <w:rPr>
          <w:rFonts w:ascii="Roboto Condensed" w:hAnsi="Roboto Condensed"/>
          <w:sz w:val="20"/>
          <w:u w:val="single"/>
          <w:lang w:val="pl-PL"/>
        </w:rPr>
        <w:t>:</w:t>
      </w:r>
      <w:r w:rsidR="00C51FE1" w:rsidRPr="00A73610">
        <w:rPr>
          <w:rFonts w:ascii="Roboto Condensed" w:hAnsi="Roboto Condensed"/>
          <w:sz w:val="20"/>
          <w:u w:val="single"/>
          <w:lang w:val="pl-PL"/>
        </w:rPr>
        <w:t xml:space="preserve"> </w:t>
      </w:r>
    </w:p>
    <w:p w14:paraId="3F82E747" w14:textId="40147DA3" w:rsidR="00062AF6" w:rsidRPr="00062AF6" w:rsidRDefault="00062AF6" w:rsidP="008636AA">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Autostrada A1</w:t>
      </w:r>
      <w:r w:rsidR="009035F1">
        <w:rPr>
          <w:rFonts w:ascii="Roboto Condensed" w:hAnsi="Roboto Condensed"/>
          <w:sz w:val="20"/>
          <w:lang w:val="pl-PL"/>
        </w:rPr>
        <w:t xml:space="preserve"> (E75)</w:t>
      </w:r>
      <w:r>
        <w:rPr>
          <w:rFonts w:ascii="Roboto Condensed" w:hAnsi="Roboto Condensed"/>
          <w:sz w:val="20"/>
          <w:lang w:val="pl-PL"/>
        </w:rPr>
        <w:t xml:space="preserve"> – </w:t>
      </w:r>
      <w:r w:rsidR="00AA4CAD">
        <w:rPr>
          <w:rFonts w:ascii="Roboto Condensed" w:hAnsi="Roboto Condensed"/>
          <w:sz w:val="20"/>
          <w:lang w:val="pl-PL"/>
        </w:rPr>
        <w:t>bazowa</w:t>
      </w:r>
      <w:r w:rsidRPr="00062AF6">
        <w:rPr>
          <w:rFonts w:ascii="Roboto Condensed" w:hAnsi="Roboto Condensed"/>
          <w:sz w:val="20"/>
          <w:lang w:val="pl-PL"/>
        </w:rPr>
        <w:t xml:space="preserve"> sieć TEN-T</w:t>
      </w:r>
    </w:p>
    <w:p w14:paraId="1BEF51EE" w14:textId="30A5DBBD" w:rsidR="00062AF6" w:rsidRDefault="00062AF6" w:rsidP="008636AA">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Drogi Krajowe nr 42 i 91</w:t>
      </w:r>
      <w:r w:rsidR="002530F7">
        <w:rPr>
          <w:rFonts w:ascii="Roboto Condensed" w:hAnsi="Roboto Condensed"/>
          <w:sz w:val="20"/>
          <w:lang w:val="pl-PL"/>
        </w:rPr>
        <w:t xml:space="preserve"> docelowo klasa GP</w:t>
      </w:r>
    </w:p>
    <w:p w14:paraId="4726E7B6" w14:textId="1BF8980B" w:rsidR="00062AF6" w:rsidRDefault="00062AF6" w:rsidP="008636AA">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Droga wojewódzka nr 784</w:t>
      </w:r>
      <w:r w:rsidR="002530F7">
        <w:rPr>
          <w:rFonts w:ascii="Roboto Condensed" w:hAnsi="Roboto Condensed"/>
          <w:sz w:val="20"/>
          <w:lang w:val="pl-PL"/>
        </w:rPr>
        <w:t xml:space="preserve"> docelowo klasa G</w:t>
      </w:r>
    </w:p>
    <w:p w14:paraId="0A7CF755" w14:textId="77293B29" w:rsidR="00AA7D1F" w:rsidRDefault="00AA7D1F" w:rsidP="008636AA">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Droga powiatowa nr 3934E – ważne powiązanie regionalne</w:t>
      </w:r>
    </w:p>
    <w:p w14:paraId="797D14FD" w14:textId="366C5BF6" w:rsidR="002530F7" w:rsidRPr="00AA7D1F" w:rsidRDefault="002530F7" w:rsidP="008636AA">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lastRenderedPageBreak/>
        <w:t xml:space="preserve">Budowa obwodnicy Radomska (północna część przez </w:t>
      </w:r>
      <w:r w:rsidR="002C5243">
        <w:rPr>
          <w:rFonts w:ascii="Roboto Condensed" w:hAnsi="Roboto Condensed"/>
          <w:sz w:val="20"/>
          <w:lang w:val="pl-PL"/>
        </w:rPr>
        <w:t>obręby</w:t>
      </w:r>
      <w:r>
        <w:rPr>
          <w:rFonts w:ascii="Roboto Condensed" w:hAnsi="Roboto Condensed"/>
          <w:sz w:val="20"/>
          <w:lang w:val="pl-PL"/>
        </w:rPr>
        <w:t xml:space="preserve"> Okrajszów, Płoszów, Kolonia K</w:t>
      </w:r>
      <w:r w:rsidR="00436069">
        <w:rPr>
          <w:rFonts w:ascii="Roboto Condensed" w:hAnsi="Roboto Condensed"/>
          <w:sz w:val="20"/>
          <w:lang w:val="pl-PL"/>
        </w:rPr>
        <w:t>i</w:t>
      </w:r>
      <w:r>
        <w:rPr>
          <w:rFonts w:ascii="Roboto Condensed" w:hAnsi="Roboto Condensed"/>
          <w:sz w:val="20"/>
          <w:lang w:val="pl-PL"/>
        </w:rPr>
        <w:t>etlin / południowa część w północnej części miejscowość Dąbrówka)</w:t>
      </w:r>
    </w:p>
    <w:p w14:paraId="32A3F272" w14:textId="55E946FD" w:rsidR="00B90D94" w:rsidRPr="009317B9" w:rsidRDefault="00062AF6" w:rsidP="008636AA">
      <w:pPr>
        <w:pStyle w:val="Tekstpodstawowy2"/>
        <w:numPr>
          <w:ilvl w:val="0"/>
          <w:numId w:val="3"/>
        </w:numPr>
        <w:spacing w:line="240" w:lineRule="auto"/>
        <w:ind w:left="567" w:hanging="227"/>
        <w:rPr>
          <w:rFonts w:ascii="Roboto Condensed" w:hAnsi="Roboto Condensed"/>
          <w:color w:val="EE0000"/>
          <w:sz w:val="20"/>
          <w:lang w:val="pl-PL"/>
        </w:rPr>
      </w:pPr>
      <w:r>
        <w:rPr>
          <w:rFonts w:ascii="Roboto Condensed" w:hAnsi="Roboto Condensed"/>
          <w:sz w:val="20"/>
          <w:lang w:val="pl-PL"/>
        </w:rPr>
        <w:t>Magistralna linia kole</w:t>
      </w:r>
      <w:r w:rsidRPr="00062AF6">
        <w:rPr>
          <w:rFonts w:ascii="Roboto Condensed" w:hAnsi="Roboto Condensed"/>
          <w:sz w:val="20"/>
          <w:lang w:val="pl-PL"/>
        </w:rPr>
        <w:t>jowa o znaczeniu międzynarodowym (nr 1) Warszawa-Katowi</w:t>
      </w:r>
      <w:r>
        <w:rPr>
          <w:rFonts w:ascii="Roboto Condensed" w:hAnsi="Roboto Condensed"/>
          <w:sz w:val="20"/>
          <w:lang w:val="pl-PL"/>
        </w:rPr>
        <w:t>ce</w:t>
      </w:r>
      <w:r w:rsidR="00AA4CAD">
        <w:rPr>
          <w:rFonts w:ascii="Roboto Condensed" w:hAnsi="Roboto Condensed"/>
          <w:sz w:val="20"/>
          <w:lang w:val="pl-PL"/>
        </w:rPr>
        <w:t xml:space="preserve"> – planowana poprawa parametrów technicznych w ramach sieci TEN-T.</w:t>
      </w:r>
    </w:p>
    <w:p w14:paraId="23BC6390" w14:textId="06025B64" w:rsidR="009317B9" w:rsidRPr="00A3502F" w:rsidRDefault="009317B9" w:rsidP="008636AA">
      <w:pPr>
        <w:pStyle w:val="Tekstpodstawowy2"/>
        <w:numPr>
          <w:ilvl w:val="0"/>
          <w:numId w:val="3"/>
        </w:numPr>
        <w:spacing w:line="240" w:lineRule="auto"/>
        <w:ind w:left="567" w:hanging="227"/>
        <w:rPr>
          <w:rFonts w:ascii="Roboto Condensed" w:hAnsi="Roboto Condensed"/>
          <w:color w:val="EE0000"/>
          <w:sz w:val="20"/>
          <w:lang w:val="pl-PL"/>
        </w:rPr>
      </w:pPr>
      <w:r w:rsidRPr="00A3502F">
        <w:rPr>
          <w:rFonts w:ascii="Roboto Condensed" w:hAnsi="Roboto Condensed"/>
          <w:sz w:val="20"/>
          <w:lang w:val="pl-PL"/>
        </w:rPr>
        <w:t>Szlak wodny Warty</w:t>
      </w:r>
    </w:p>
    <w:p w14:paraId="6BACA5F4" w14:textId="52A4F82B" w:rsidR="009317B9" w:rsidRPr="00062AF6" w:rsidRDefault="009317B9" w:rsidP="008636AA">
      <w:pPr>
        <w:pStyle w:val="Tekstpodstawowy2"/>
        <w:numPr>
          <w:ilvl w:val="0"/>
          <w:numId w:val="3"/>
        </w:numPr>
        <w:spacing w:line="240" w:lineRule="auto"/>
        <w:ind w:left="567" w:hanging="227"/>
        <w:rPr>
          <w:rFonts w:ascii="Roboto Condensed" w:hAnsi="Roboto Condensed"/>
          <w:color w:val="EE0000"/>
          <w:sz w:val="20"/>
          <w:lang w:val="pl-PL"/>
        </w:rPr>
      </w:pPr>
      <w:r w:rsidRPr="00A3502F">
        <w:rPr>
          <w:rFonts w:ascii="Roboto Condensed" w:hAnsi="Roboto Condensed"/>
          <w:sz w:val="20"/>
          <w:lang w:val="pl-PL"/>
        </w:rPr>
        <w:t>Magistrala rowerowa wzdłuż drogi powiatowej nr</w:t>
      </w:r>
      <w:r w:rsidR="00AA4CAD" w:rsidRPr="00A3502F">
        <w:rPr>
          <w:rFonts w:ascii="Roboto Condensed" w:hAnsi="Roboto Condensed"/>
          <w:sz w:val="20"/>
          <w:lang w:val="pl-PL"/>
        </w:rPr>
        <w:t xml:space="preserve"> 3934E</w:t>
      </w:r>
    </w:p>
    <w:p w14:paraId="79C1D2D6" w14:textId="60BF760C" w:rsidR="00B90D94" w:rsidRPr="00A73610" w:rsidRDefault="00C51FE1" w:rsidP="00AA7D1F">
      <w:pPr>
        <w:pStyle w:val="Tekstpodstawowy2"/>
        <w:spacing w:before="120" w:line="240" w:lineRule="auto"/>
        <w:ind w:left="170"/>
        <w:rPr>
          <w:rFonts w:ascii="Roboto Condensed" w:hAnsi="Roboto Condensed"/>
          <w:sz w:val="20"/>
          <w:u w:val="single"/>
          <w:lang w:val="pl-PL"/>
        </w:rPr>
      </w:pPr>
      <w:r w:rsidRPr="00A73610">
        <w:rPr>
          <w:rFonts w:ascii="Roboto Condensed" w:hAnsi="Roboto Condensed"/>
          <w:sz w:val="20"/>
          <w:u w:val="single"/>
          <w:lang w:val="pl-PL"/>
        </w:rPr>
        <w:t>Elementami infrastruktury technicznej istotnymi z punktu widzenia PZPW</w:t>
      </w:r>
      <w:r w:rsidR="00B9352C" w:rsidRPr="00A73610">
        <w:rPr>
          <w:rFonts w:ascii="Roboto Condensed" w:hAnsi="Roboto Condensed"/>
          <w:sz w:val="20"/>
          <w:u w:val="single"/>
          <w:lang w:val="pl-PL"/>
        </w:rPr>
        <w:t>Ł</w:t>
      </w:r>
      <w:r w:rsidRPr="00A73610">
        <w:rPr>
          <w:rFonts w:ascii="Roboto Condensed" w:hAnsi="Roboto Condensed"/>
          <w:sz w:val="20"/>
          <w:u w:val="single"/>
          <w:lang w:val="pl-PL"/>
        </w:rPr>
        <w:t xml:space="preserve"> są</w:t>
      </w:r>
    </w:p>
    <w:p w14:paraId="6C6BACE1" w14:textId="5D966AAA" w:rsidR="00B9352C" w:rsidRPr="00433713" w:rsidRDefault="00A3502F" w:rsidP="008636AA">
      <w:pPr>
        <w:pStyle w:val="Tekstpodstawowy2"/>
        <w:numPr>
          <w:ilvl w:val="0"/>
          <w:numId w:val="3"/>
        </w:numPr>
        <w:spacing w:line="240" w:lineRule="auto"/>
        <w:ind w:left="567" w:hanging="227"/>
        <w:rPr>
          <w:rFonts w:ascii="Roboto Condensed" w:hAnsi="Roboto Condensed"/>
          <w:sz w:val="20"/>
          <w:lang w:val="pl-PL"/>
        </w:rPr>
      </w:pPr>
      <w:r w:rsidRPr="00433713">
        <w:rPr>
          <w:rFonts w:ascii="Roboto Condensed" w:hAnsi="Roboto Condensed"/>
          <w:sz w:val="20"/>
          <w:lang w:val="pl-PL"/>
        </w:rPr>
        <w:t>Napowietrzne l</w:t>
      </w:r>
      <w:r w:rsidR="00B90D94" w:rsidRPr="00433713">
        <w:rPr>
          <w:rFonts w:ascii="Roboto Condensed" w:hAnsi="Roboto Condensed"/>
          <w:sz w:val="20"/>
          <w:lang w:val="pl-PL"/>
        </w:rPr>
        <w:t>ini</w:t>
      </w:r>
      <w:r w:rsidR="00B9352C" w:rsidRPr="00433713">
        <w:rPr>
          <w:rFonts w:ascii="Roboto Condensed" w:hAnsi="Roboto Condensed"/>
          <w:sz w:val="20"/>
          <w:lang w:val="pl-PL"/>
        </w:rPr>
        <w:t>e</w:t>
      </w:r>
      <w:r w:rsidR="00B90D94" w:rsidRPr="00433713">
        <w:rPr>
          <w:rFonts w:ascii="Roboto Condensed" w:hAnsi="Roboto Condensed"/>
          <w:sz w:val="20"/>
          <w:lang w:val="pl-PL"/>
        </w:rPr>
        <w:t xml:space="preserve"> elektroenergetyczn</w:t>
      </w:r>
      <w:r w:rsidR="00B9352C" w:rsidRPr="00433713">
        <w:rPr>
          <w:rFonts w:ascii="Roboto Condensed" w:hAnsi="Roboto Condensed"/>
          <w:sz w:val="20"/>
          <w:lang w:val="pl-PL"/>
        </w:rPr>
        <w:t>e</w:t>
      </w:r>
      <w:r w:rsidR="00B90D94" w:rsidRPr="00433713">
        <w:rPr>
          <w:rFonts w:ascii="Roboto Condensed" w:hAnsi="Roboto Condensed"/>
          <w:sz w:val="20"/>
          <w:lang w:val="pl-PL"/>
        </w:rPr>
        <w:t xml:space="preserve">: </w:t>
      </w:r>
    </w:p>
    <w:p w14:paraId="48EEC67E" w14:textId="515812A5" w:rsidR="00B9352C" w:rsidRPr="00433713" w:rsidRDefault="00A3502F" w:rsidP="008636AA">
      <w:pPr>
        <w:pStyle w:val="Tekstpodstawowy2"/>
        <w:numPr>
          <w:ilvl w:val="1"/>
          <w:numId w:val="3"/>
        </w:numPr>
        <w:spacing w:line="240" w:lineRule="auto"/>
        <w:ind w:left="794" w:hanging="227"/>
        <w:rPr>
          <w:rFonts w:ascii="Roboto Condensed" w:hAnsi="Roboto Condensed"/>
          <w:sz w:val="20"/>
          <w:lang w:val="pl-PL"/>
        </w:rPr>
      </w:pPr>
      <w:r w:rsidRPr="00433713">
        <w:rPr>
          <w:rFonts w:ascii="Roboto Condensed" w:hAnsi="Roboto Condensed"/>
          <w:sz w:val="20"/>
          <w:lang w:val="pl-PL"/>
        </w:rPr>
        <w:t xml:space="preserve">Linia 2 x 400kV Rogowiec - Joachimów / Rogowiec – </w:t>
      </w:r>
      <w:proofErr w:type="spellStart"/>
      <w:r w:rsidRPr="00433713">
        <w:rPr>
          <w:rFonts w:ascii="Roboto Condensed" w:hAnsi="Roboto Condensed"/>
          <w:sz w:val="20"/>
          <w:lang w:val="pl-PL"/>
        </w:rPr>
        <w:t>Tucznawa</w:t>
      </w:r>
      <w:proofErr w:type="spellEnd"/>
    </w:p>
    <w:p w14:paraId="17CA0277" w14:textId="05CEFA69" w:rsidR="00B9352C" w:rsidRPr="00433713" w:rsidRDefault="00433713" w:rsidP="008636AA">
      <w:pPr>
        <w:pStyle w:val="Tekstpodstawowy2"/>
        <w:numPr>
          <w:ilvl w:val="1"/>
          <w:numId w:val="3"/>
        </w:numPr>
        <w:spacing w:line="240" w:lineRule="auto"/>
        <w:ind w:left="794" w:hanging="227"/>
        <w:rPr>
          <w:rFonts w:ascii="Roboto Condensed" w:hAnsi="Roboto Condensed"/>
          <w:sz w:val="20"/>
          <w:lang w:val="pl-PL"/>
        </w:rPr>
      </w:pPr>
      <w:r w:rsidRPr="00433713">
        <w:rPr>
          <w:rFonts w:ascii="Roboto Condensed" w:hAnsi="Roboto Condensed"/>
          <w:sz w:val="20"/>
          <w:lang w:val="pl-PL"/>
        </w:rPr>
        <w:t xml:space="preserve">Linie: 220 </w:t>
      </w:r>
      <w:proofErr w:type="spellStart"/>
      <w:r w:rsidRPr="00433713">
        <w:rPr>
          <w:rFonts w:ascii="Roboto Condensed" w:hAnsi="Roboto Condensed"/>
          <w:sz w:val="20"/>
          <w:lang w:val="pl-PL"/>
        </w:rPr>
        <w:t>kV</w:t>
      </w:r>
      <w:proofErr w:type="spellEnd"/>
      <w:r w:rsidRPr="00433713">
        <w:rPr>
          <w:rFonts w:ascii="Roboto Condensed" w:hAnsi="Roboto Condensed"/>
          <w:sz w:val="20"/>
          <w:lang w:val="pl-PL"/>
        </w:rPr>
        <w:t xml:space="preserve"> Rogowiec - Joachimów tor 1 oraz tor 2</w:t>
      </w:r>
    </w:p>
    <w:p w14:paraId="589D3BBE" w14:textId="6A5F3D0F" w:rsidR="00B9352C" w:rsidRPr="00A3502F" w:rsidRDefault="00433713" w:rsidP="008636AA">
      <w:pPr>
        <w:pStyle w:val="Tekstpodstawowy2"/>
        <w:numPr>
          <w:ilvl w:val="1"/>
          <w:numId w:val="3"/>
        </w:numPr>
        <w:spacing w:line="240" w:lineRule="auto"/>
        <w:ind w:left="794" w:hanging="227"/>
        <w:rPr>
          <w:rFonts w:ascii="Roboto Condensed" w:hAnsi="Roboto Condensed"/>
          <w:color w:val="EE0000"/>
          <w:sz w:val="20"/>
          <w:lang w:val="pl-PL"/>
        </w:rPr>
      </w:pPr>
      <w:r w:rsidRPr="00433713">
        <w:rPr>
          <w:rFonts w:ascii="Roboto Condensed" w:hAnsi="Roboto Condensed"/>
          <w:sz w:val="20"/>
          <w:lang w:val="pl-PL"/>
        </w:rPr>
        <w:t xml:space="preserve">Linie: 110kV Wrzosowa - Radomsko Południe oraz 2x110kV </w:t>
      </w:r>
      <w:proofErr w:type="spellStart"/>
      <w:r w:rsidRPr="00433713">
        <w:rPr>
          <w:rFonts w:ascii="Roboto Condensed" w:hAnsi="Roboto Condensed"/>
          <w:sz w:val="20"/>
          <w:lang w:val="pl-PL"/>
        </w:rPr>
        <w:t>Wrzosowa-Radomsko</w:t>
      </w:r>
      <w:proofErr w:type="spellEnd"/>
      <w:r w:rsidRPr="00433713">
        <w:rPr>
          <w:rFonts w:ascii="Roboto Condensed" w:hAnsi="Roboto Condensed"/>
          <w:sz w:val="20"/>
          <w:lang w:val="pl-PL"/>
        </w:rPr>
        <w:t xml:space="preserve"> Płd./Radomsko Płd.-Stobiecko</w:t>
      </w:r>
    </w:p>
    <w:p w14:paraId="0BE1EF77" w14:textId="11C80DF5" w:rsidR="00B9352C" w:rsidRPr="00433713" w:rsidRDefault="00B90D94" w:rsidP="008636AA">
      <w:pPr>
        <w:pStyle w:val="Tekstpodstawowy2"/>
        <w:numPr>
          <w:ilvl w:val="0"/>
          <w:numId w:val="3"/>
        </w:numPr>
        <w:spacing w:line="240" w:lineRule="auto"/>
        <w:ind w:left="567" w:hanging="227"/>
        <w:rPr>
          <w:rFonts w:ascii="Roboto Condensed" w:hAnsi="Roboto Condensed"/>
          <w:sz w:val="20"/>
          <w:lang w:val="pl-PL"/>
        </w:rPr>
      </w:pPr>
      <w:r w:rsidRPr="00433713">
        <w:rPr>
          <w:rFonts w:ascii="Roboto Condensed" w:hAnsi="Roboto Condensed"/>
          <w:sz w:val="20"/>
          <w:lang w:val="pl-PL"/>
        </w:rPr>
        <w:t xml:space="preserve">Gazociąg o znaczeniu krajowym: DN </w:t>
      </w:r>
      <w:r w:rsidR="00B9352C" w:rsidRPr="00433713">
        <w:rPr>
          <w:rFonts w:ascii="Roboto Condensed" w:hAnsi="Roboto Condensed"/>
          <w:sz w:val="20"/>
          <w:lang w:val="pl-PL"/>
        </w:rPr>
        <w:t xml:space="preserve">350 MOP 3,2 </w:t>
      </w:r>
      <w:proofErr w:type="spellStart"/>
      <w:r w:rsidR="00B9352C" w:rsidRPr="00433713">
        <w:rPr>
          <w:rFonts w:ascii="Roboto Condensed" w:hAnsi="Roboto Condensed"/>
          <w:sz w:val="20"/>
          <w:lang w:val="pl-PL"/>
        </w:rPr>
        <w:t>MPa</w:t>
      </w:r>
      <w:proofErr w:type="spellEnd"/>
      <w:r w:rsidRPr="00433713">
        <w:rPr>
          <w:rFonts w:ascii="Roboto Condensed" w:hAnsi="Roboto Condensed"/>
          <w:sz w:val="20"/>
          <w:lang w:val="pl-PL"/>
        </w:rPr>
        <w:t xml:space="preserve"> </w:t>
      </w:r>
      <w:r w:rsidR="00433713" w:rsidRPr="00433713">
        <w:rPr>
          <w:rFonts w:ascii="Roboto Condensed" w:hAnsi="Roboto Condensed"/>
          <w:sz w:val="20"/>
          <w:lang w:val="pl-PL"/>
        </w:rPr>
        <w:t>Piotrków Trybunalski - Częstochowa</w:t>
      </w:r>
    </w:p>
    <w:p w14:paraId="512A15F7" w14:textId="69F89BF4" w:rsidR="00B90D94" w:rsidRPr="00A3502F" w:rsidRDefault="00A3615A" w:rsidP="008636AA">
      <w:pPr>
        <w:pStyle w:val="Tekstpodstawowy2"/>
        <w:numPr>
          <w:ilvl w:val="0"/>
          <w:numId w:val="3"/>
        </w:numPr>
        <w:spacing w:line="240" w:lineRule="auto"/>
        <w:ind w:left="567" w:hanging="227"/>
        <w:rPr>
          <w:rFonts w:ascii="Roboto Condensed" w:hAnsi="Roboto Condensed"/>
          <w:color w:val="EE0000"/>
          <w:sz w:val="20"/>
          <w:lang w:val="pl-PL"/>
        </w:rPr>
      </w:pPr>
      <w:r w:rsidRPr="00433713">
        <w:rPr>
          <w:rFonts w:ascii="Roboto Condensed" w:hAnsi="Roboto Condensed"/>
          <w:sz w:val="20"/>
          <w:lang w:val="pl-PL"/>
        </w:rPr>
        <w:t>Rurociąg paliwowy Płock – terminal paliwowy (Koluszki) – Boronów (woj. śląskie).</w:t>
      </w:r>
    </w:p>
    <w:p w14:paraId="40D01878" w14:textId="04D96207" w:rsidR="009D3CC3" w:rsidRPr="009D3CC3" w:rsidRDefault="009D3CC3" w:rsidP="009D3CC3">
      <w:pPr>
        <w:pStyle w:val="Tekstpodstawowy2"/>
        <w:numPr>
          <w:ilvl w:val="0"/>
          <w:numId w:val="3"/>
        </w:numPr>
        <w:spacing w:line="240" w:lineRule="auto"/>
        <w:ind w:left="567" w:hanging="227"/>
        <w:rPr>
          <w:rFonts w:ascii="Roboto Condensed" w:hAnsi="Roboto Condensed"/>
          <w:sz w:val="20"/>
          <w:lang w:val="pl-PL"/>
        </w:rPr>
      </w:pPr>
      <w:r w:rsidRPr="009D3CC3">
        <w:rPr>
          <w:rFonts w:ascii="Roboto Condensed" w:hAnsi="Roboto Condensed"/>
          <w:sz w:val="20"/>
          <w:lang w:val="pl-PL"/>
        </w:rPr>
        <w:t>Zakład Unieszkodliwiania Odpadów Komunalnych w Płoszowie:</w:t>
      </w:r>
    </w:p>
    <w:p w14:paraId="76DE636C" w14:textId="3929512A" w:rsidR="009D3CC3" w:rsidRPr="009D3CC3" w:rsidRDefault="009D3CC3" w:rsidP="009D3CC3">
      <w:pPr>
        <w:pStyle w:val="Tekstpodstawowy2"/>
        <w:numPr>
          <w:ilvl w:val="1"/>
          <w:numId w:val="3"/>
        </w:numPr>
        <w:spacing w:line="240" w:lineRule="auto"/>
        <w:rPr>
          <w:rFonts w:ascii="Roboto Condensed" w:hAnsi="Roboto Condensed"/>
          <w:sz w:val="20"/>
          <w:lang w:val="pl-PL"/>
        </w:rPr>
      </w:pPr>
      <w:r w:rsidRPr="009D3CC3">
        <w:rPr>
          <w:rFonts w:ascii="Roboto Condensed" w:hAnsi="Roboto Condensed"/>
          <w:sz w:val="20"/>
          <w:lang w:val="pl-PL"/>
        </w:rPr>
        <w:t>Instalacja do mechaniczno-biologicznego przetwarzania niesegregowanych odpadów komunalnych;</w:t>
      </w:r>
    </w:p>
    <w:p w14:paraId="2A9DE5D9" w14:textId="011B782D" w:rsidR="009D3CC3" w:rsidRPr="009D3CC3" w:rsidRDefault="009D3CC3" w:rsidP="009D3CC3">
      <w:pPr>
        <w:pStyle w:val="Tekstpodstawowy2"/>
        <w:numPr>
          <w:ilvl w:val="1"/>
          <w:numId w:val="3"/>
        </w:numPr>
        <w:spacing w:line="240" w:lineRule="auto"/>
        <w:rPr>
          <w:rFonts w:ascii="Roboto Condensed" w:hAnsi="Roboto Condensed"/>
          <w:sz w:val="20"/>
          <w:lang w:val="pl-PL"/>
        </w:rPr>
      </w:pPr>
      <w:r w:rsidRPr="009D3CC3">
        <w:rPr>
          <w:rFonts w:ascii="Roboto Condensed" w:hAnsi="Roboto Condensed"/>
          <w:sz w:val="20"/>
          <w:lang w:val="pl-PL"/>
        </w:rPr>
        <w:t>Instalacja do przetwarzania odpadów selektywnie zebranych innych niż niesegregowane odpady komunalne;</w:t>
      </w:r>
    </w:p>
    <w:p w14:paraId="19BF29BC" w14:textId="751AB7C5" w:rsidR="009D3CC3" w:rsidRPr="009D3CC3" w:rsidRDefault="009D3CC3" w:rsidP="009D3CC3">
      <w:pPr>
        <w:pStyle w:val="Tekstpodstawowy2"/>
        <w:numPr>
          <w:ilvl w:val="1"/>
          <w:numId w:val="3"/>
        </w:numPr>
        <w:spacing w:line="240" w:lineRule="auto"/>
        <w:rPr>
          <w:rFonts w:ascii="Roboto Condensed" w:hAnsi="Roboto Condensed"/>
          <w:sz w:val="20"/>
          <w:lang w:val="pl-PL"/>
        </w:rPr>
      </w:pPr>
      <w:r w:rsidRPr="009D3CC3">
        <w:rPr>
          <w:rFonts w:ascii="Roboto Condensed" w:hAnsi="Roboto Condensed"/>
          <w:sz w:val="20"/>
          <w:lang w:val="pl-PL"/>
        </w:rPr>
        <w:t>Instalacja do kompostowania bioodpadów i innych odpadów ulegających biodegradacji selektywnie zbieranych;</w:t>
      </w:r>
    </w:p>
    <w:p w14:paraId="7E1CDC30" w14:textId="552F52AB" w:rsidR="009D3CC3" w:rsidRPr="009D3CC3" w:rsidRDefault="009D3CC3" w:rsidP="009D3CC3">
      <w:pPr>
        <w:pStyle w:val="Tekstpodstawowy2"/>
        <w:numPr>
          <w:ilvl w:val="1"/>
          <w:numId w:val="3"/>
        </w:numPr>
        <w:spacing w:line="240" w:lineRule="auto"/>
        <w:rPr>
          <w:rFonts w:ascii="Roboto Condensed" w:hAnsi="Roboto Condensed"/>
          <w:sz w:val="20"/>
          <w:lang w:val="pl-PL"/>
        </w:rPr>
      </w:pPr>
      <w:r w:rsidRPr="009D3CC3">
        <w:rPr>
          <w:rFonts w:ascii="Roboto Condensed" w:hAnsi="Roboto Condensed"/>
          <w:sz w:val="20"/>
          <w:lang w:val="pl-PL"/>
        </w:rPr>
        <w:t>Instalacja do składowania odpadów innych niż niebezpieczne i obojętne;</w:t>
      </w:r>
    </w:p>
    <w:p w14:paraId="7532EC62" w14:textId="4C8D70FC" w:rsidR="009D3CC3" w:rsidRPr="009D3CC3" w:rsidRDefault="009D3CC3" w:rsidP="009D3CC3">
      <w:pPr>
        <w:pStyle w:val="Tekstpodstawowy2"/>
        <w:numPr>
          <w:ilvl w:val="1"/>
          <w:numId w:val="3"/>
        </w:numPr>
        <w:spacing w:line="240" w:lineRule="auto"/>
        <w:rPr>
          <w:rFonts w:ascii="Roboto Condensed" w:hAnsi="Roboto Condensed"/>
          <w:sz w:val="20"/>
          <w:lang w:val="pl-PL"/>
        </w:rPr>
      </w:pPr>
      <w:r w:rsidRPr="009D3CC3">
        <w:rPr>
          <w:rFonts w:ascii="Roboto Condensed" w:hAnsi="Roboto Condensed"/>
          <w:sz w:val="20"/>
          <w:lang w:val="pl-PL"/>
        </w:rPr>
        <w:t>Punkt Selektywnej Zbiórki Odpadów (PSZOK);</w:t>
      </w:r>
    </w:p>
    <w:p w14:paraId="62A3C0F3" w14:textId="2F2A8A51" w:rsidR="00B90D94" w:rsidRPr="009A175C" w:rsidRDefault="009317B9" w:rsidP="008636AA">
      <w:pPr>
        <w:pStyle w:val="Tekstpodstawowy2"/>
        <w:numPr>
          <w:ilvl w:val="0"/>
          <w:numId w:val="3"/>
        </w:numPr>
        <w:spacing w:line="240" w:lineRule="auto"/>
        <w:ind w:left="567" w:hanging="227"/>
        <w:rPr>
          <w:rFonts w:ascii="Roboto Condensed" w:hAnsi="Roboto Condensed"/>
          <w:color w:val="EE0000"/>
          <w:sz w:val="20"/>
          <w:lang w:val="pl-PL"/>
        </w:rPr>
      </w:pPr>
      <w:r w:rsidRPr="009317B9">
        <w:rPr>
          <w:rFonts w:ascii="Roboto Condensed" w:hAnsi="Roboto Condensed"/>
          <w:sz w:val="20"/>
          <w:lang w:val="pl-PL"/>
        </w:rPr>
        <w:t>Elektrownie wiatrowe</w:t>
      </w:r>
      <w:r w:rsidR="00117563">
        <w:rPr>
          <w:rFonts w:ascii="Roboto Condensed" w:hAnsi="Roboto Condensed"/>
          <w:sz w:val="20"/>
          <w:lang w:val="pl-PL"/>
        </w:rPr>
        <w:t xml:space="preserve"> w Okrajszowie (1), Jadwinówce (2) i </w:t>
      </w:r>
      <w:proofErr w:type="spellStart"/>
      <w:r w:rsidR="00117563">
        <w:rPr>
          <w:rFonts w:ascii="Roboto Condensed" w:hAnsi="Roboto Condensed"/>
          <w:sz w:val="20"/>
          <w:lang w:val="pl-PL"/>
        </w:rPr>
        <w:t>Dzećpółci</w:t>
      </w:r>
      <w:proofErr w:type="spellEnd"/>
      <w:r w:rsidR="00117563">
        <w:rPr>
          <w:rFonts w:ascii="Roboto Condensed" w:hAnsi="Roboto Condensed"/>
          <w:sz w:val="20"/>
          <w:lang w:val="pl-PL"/>
        </w:rPr>
        <w:t xml:space="preserve"> (2)</w:t>
      </w:r>
    </w:p>
    <w:p w14:paraId="0F3E3BDA" w14:textId="26F36740" w:rsidR="00D4153E" w:rsidRDefault="00D4153E" w:rsidP="00AA7D1F">
      <w:pPr>
        <w:pStyle w:val="Tekstpodstawowy2"/>
        <w:spacing w:before="120" w:line="240" w:lineRule="auto"/>
        <w:ind w:left="170"/>
        <w:rPr>
          <w:rFonts w:ascii="Roboto Condensed" w:hAnsi="Roboto Condensed"/>
          <w:sz w:val="20"/>
          <w:u w:val="single"/>
          <w:lang w:val="pl-PL"/>
        </w:rPr>
      </w:pPr>
      <w:r w:rsidRPr="00B9352C">
        <w:rPr>
          <w:rFonts w:ascii="Roboto Condensed" w:hAnsi="Roboto Condensed"/>
          <w:i/>
          <w:iCs/>
          <w:sz w:val="20"/>
          <w:lang w:val="pl-PL"/>
        </w:rPr>
        <w:t>Rys.</w:t>
      </w:r>
      <w:r>
        <w:rPr>
          <w:rFonts w:ascii="Roboto Condensed" w:hAnsi="Roboto Condensed"/>
          <w:i/>
          <w:iCs/>
          <w:sz w:val="20"/>
          <w:lang w:val="pl-PL"/>
        </w:rPr>
        <w:t>5</w:t>
      </w:r>
      <w:r w:rsidRPr="00B9352C">
        <w:rPr>
          <w:rFonts w:ascii="Roboto Condensed" w:hAnsi="Roboto Condensed"/>
          <w:i/>
          <w:iCs/>
          <w:sz w:val="20"/>
          <w:lang w:val="pl-PL"/>
        </w:rPr>
        <w:t>. Rozkład przestrzenny elementów</w:t>
      </w:r>
      <w:r>
        <w:rPr>
          <w:rFonts w:ascii="Roboto Condensed" w:hAnsi="Roboto Condensed"/>
          <w:i/>
          <w:iCs/>
          <w:sz w:val="20"/>
          <w:lang w:val="pl-PL"/>
        </w:rPr>
        <w:t xml:space="preserve"> infrastruktury komunikacyjnej i technicznej</w:t>
      </w:r>
      <w:r w:rsidRPr="00B9352C">
        <w:rPr>
          <w:rFonts w:ascii="Roboto Condensed" w:hAnsi="Roboto Condensed"/>
          <w:i/>
          <w:iCs/>
          <w:sz w:val="20"/>
          <w:lang w:val="pl-PL"/>
        </w:rPr>
        <w:t xml:space="preserve"> ujętych w PZPWŁ.</w:t>
      </w:r>
    </w:p>
    <w:p w14:paraId="25D8A775" w14:textId="7E824FDD" w:rsidR="00D4153E" w:rsidRDefault="009B4DAA" w:rsidP="00AA7D1F">
      <w:pPr>
        <w:pStyle w:val="Tekstpodstawowy2"/>
        <w:spacing w:line="240" w:lineRule="auto"/>
        <w:ind w:left="170"/>
        <w:rPr>
          <w:rFonts w:ascii="Roboto Condensed" w:hAnsi="Roboto Condensed"/>
          <w:sz w:val="20"/>
          <w:u w:val="single"/>
          <w:lang w:val="pl-PL"/>
        </w:rPr>
      </w:pPr>
      <w:r>
        <w:rPr>
          <w:rFonts w:ascii="Roboto Condensed" w:hAnsi="Roboto Condensed"/>
          <w:noProof/>
          <w:sz w:val="20"/>
          <w:u w:val="single"/>
          <w:lang w:val="pl-PL"/>
        </w:rPr>
        <w:drawing>
          <wp:inline distT="0" distB="0" distL="0" distR="0" wp14:anchorId="7818C592" wp14:editId="683ED5E8">
            <wp:extent cx="6289675" cy="5819775"/>
            <wp:effectExtent l="0" t="0" r="0" b="9525"/>
            <wp:docPr id="46138431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89675" cy="5819775"/>
                    </a:xfrm>
                    <a:prstGeom prst="rect">
                      <a:avLst/>
                    </a:prstGeom>
                    <a:noFill/>
                    <a:ln>
                      <a:noFill/>
                    </a:ln>
                  </pic:spPr>
                </pic:pic>
              </a:graphicData>
            </a:graphic>
          </wp:inline>
        </w:drawing>
      </w:r>
    </w:p>
    <w:p w14:paraId="001CE133" w14:textId="255E5939" w:rsidR="00433713" w:rsidRPr="007D1D0F" w:rsidRDefault="00433713" w:rsidP="00AA7D1F">
      <w:pPr>
        <w:pStyle w:val="Tekstpodstawowy2"/>
        <w:spacing w:before="240" w:line="240" w:lineRule="auto"/>
        <w:rPr>
          <w:rFonts w:ascii="Roboto Condensed" w:hAnsi="Roboto Condensed"/>
          <w:b/>
          <w:bCs/>
          <w:sz w:val="20"/>
          <w:u w:val="single"/>
          <w:lang w:val="pl-PL"/>
        </w:rPr>
      </w:pPr>
      <w:r w:rsidRPr="007D1D0F">
        <w:rPr>
          <w:rFonts w:ascii="Roboto Condensed" w:hAnsi="Roboto Condensed"/>
          <w:b/>
          <w:bCs/>
          <w:sz w:val="20"/>
          <w:u w:val="single"/>
          <w:lang w:val="pl-PL"/>
        </w:rPr>
        <w:lastRenderedPageBreak/>
        <w:t>Kierunki działań i działania wskazane w PZPWŁ</w:t>
      </w:r>
      <w:r w:rsidR="007D1D0F">
        <w:rPr>
          <w:rFonts w:ascii="Roboto Condensed" w:hAnsi="Roboto Condensed"/>
          <w:b/>
          <w:bCs/>
          <w:sz w:val="20"/>
          <w:u w:val="single"/>
          <w:lang w:val="pl-PL"/>
        </w:rPr>
        <w:t>,</w:t>
      </w:r>
      <w:r w:rsidRPr="007D1D0F">
        <w:rPr>
          <w:rFonts w:ascii="Roboto Condensed" w:hAnsi="Roboto Condensed"/>
          <w:b/>
          <w:bCs/>
          <w:sz w:val="20"/>
          <w:u w:val="single"/>
          <w:lang w:val="pl-PL"/>
        </w:rPr>
        <w:t xml:space="preserve"> mające </w:t>
      </w:r>
      <w:r w:rsidR="007D1D0F">
        <w:rPr>
          <w:rFonts w:ascii="Roboto Condensed" w:hAnsi="Roboto Condensed"/>
          <w:b/>
          <w:bCs/>
          <w:sz w:val="20"/>
          <w:u w:val="single"/>
          <w:lang w:val="pl-PL"/>
        </w:rPr>
        <w:t>przełożenie na ustalenia dokumentów z zakresu planowania przestrzennego:</w:t>
      </w:r>
    </w:p>
    <w:p w14:paraId="6568EA50" w14:textId="7DC6C6B5" w:rsidR="003D48AA" w:rsidRPr="007D1D0F" w:rsidRDefault="007D1D0F" w:rsidP="007D1D0F">
      <w:pPr>
        <w:pStyle w:val="Tekstpodstawowy2"/>
        <w:spacing w:before="120" w:after="120" w:line="240" w:lineRule="auto"/>
        <w:ind w:left="170"/>
        <w:rPr>
          <w:rFonts w:ascii="Roboto Condensed" w:hAnsi="Roboto Condensed"/>
          <w:b/>
          <w:bCs/>
          <w:i/>
          <w:iCs/>
          <w:sz w:val="20"/>
          <w:u w:val="single"/>
          <w:lang w:val="pl-PL"/>
        </w:rPr>
      </w:pPr>
      <w:r>
        <w:rPr>
          <w:rFonts w:ascii="Roboto Condensed" w:hAnsi="Roboto Condensed"/>
          <w:b/>
          <w:bCs/>
          <w:i/>
          <w:iCs/>
          <w:sz w:val="20"/>
          <w:u w:val="single"/>
          <w:lang w:val="pl-PL"/>
        </w:rPr>
        <w:t>w</w:t>
      </w:r>
      <w:r w:rsidRPr="007D1D0F">
        <w:rPr>
          <w:rFonts w:ascii="Roboto Condensed" w:hAnsi="Roboto Condensed"/>
          <w:b/>
          <w:bCs/>
          <w:i/>
          <w:iCs/>
          <w:sz w:val="20"/>
          <w:u w:val="single"/>
          <w:lang w:val="pl-PL"/>
        </w:rPr>
        <w:t xml:space="preserve"> </w:t>
      </w:r>
      <w:r w:rsidR="00D70C79" w:rsidRPr="007D1D0F">
        <w:rPr>
          <w:rFonts w:ascii="Roboto Condensed" w:hAnsi="Roboto Condensed"/>
          <w:b/>
          <w:bCs/>
          <w:i/>
          <w:iCs/>
          <w:sz w:val="20"/>
          <w:u w:val="single"/>
          <w:lang w:val="pl-PL"/>
        </w:rPr>
        <w:t>zakresie osadnictwa:</w:t>
      </w:r>
    </w:p>
    <w:p w14:paraId="040688DC" w14:textId="7C3E5466" w:rsidR="00D70C79" w:rsidRPr="00D70C79" w:rsidRDefault="00D70C79" w:rsidP="007D1D0F">
      <w:pPr>
        <w:pStyle w:val="Tekstpodstawowy2"/>
        <w:spacing w:line="240" w:lineRule="auto"/>
        <w:ind w:left="170"/>
        <w:rPr>
          <w:rFonts w:ascii="Roboto Condensed" w:hAnsi="Roboto Condensed"/>
          <w:sz w:val="20"/>
          <w:u w:val="single"/>
          <w:lang w:val="pl-PL"/>
        </w:rPr>
      </w:pPr>
      <w:r w:rsidRPr="00D70C79">
        <w:rPr>
          <w:rFonts w:ascii="Roboto Condensed" w:hAnsi="Roboto Condensed"/>
          <w:sz w:val="20"/>
          <w:lang w:val="pl-PL"/>
        </w:rPr>
        <w:t xml:space="preserve">Rozwój wysokiej jakości Miejskich Obszarów Funkcjonalnych miast powiatowych -  regionalnych, </w:t>
      </w:r>
      <w:proofErr w:type="spellStart"/>
      <w:r w:rsidRPr="00D70C79">
        <w:rPr>
          <w:rFonts w:ascii="Roboto Condensed" w:hAnsi="Roboto Condensed"/>
          <w:sz w:val="20"/>
          <w:lang w:val="pl-PL"/>
        </w:rPr>
        <w:t>subregionalnych</w:t>
      </w:r>
      <w:proofErr w:type="spellEnd"/>
      <w:r>
        <w:rPr>
          <w:rFonts w:ascii="Roboto Condensed" w:hAnsi="Roboto Condensed"/>
          <w:sz w:val="20"/>
          <w:lang w:val="pl-PL"/>
        </w:rPr>
        <w:t xml:space="preserve"> </w:t>
      </w:r>
      <w:r w:rsidRPr="00D70C79">
        <w:rPr>
          <w:rFonts w:ascii="Roboto Condensed" w:hAnsi="Roboto Condensed"/>
          <w:sz w:val="20"/>
          <w:lang w:val="pl-PL"/>
        </w:rPr>
        <w:t>i</w:t>
      </w:r>
      <w:r>
        <w:rPr>
          <w:rFonts w:ascii="Roboto Condensed" w:hAnsi="Roboto Condensed"/>
          <w:sz w:val="20"/>
          <w:lang w:val="pl-PL"/>
        </w:rPr>
        <w:t xml:space="preserve"> </w:t>
      </w:r>
      <w:r w:rsidRPr="00D70C79">
        <w:rPr>
          <w:rFonts w:ascii="Roboto Condensed" w:hAnsi="Roboto Condensed"/>
          <w:sz w:val="20"/>
          <w:lang w:val="pl-PL"/>
        </w:rPr>
        <w:t>ponadlokalnych biegunów wzrostu, m.in.</w:t>
      </w:r>
      <w:r>
        <w:rPr>
          <w:rFonts w:ascii="Roboto Condensed" w:hAnsi="Roboto Condensed"/>
          <w:sz w:val="20"/>
          <w:lang w:val="pl-PL"/>
        </w:rPr>
        <w:t xml:space="preserve"> </w:t>
      </w:r>
      <w:r w:rsidRPr="00D70C79">
        <w:rPr>
          <w:rFonts w:ascii="Roboto Condensed" w:hAnsi="Roboto Condensed"/>
          <w:sz w:val="20"/>
          <w:lang w:val="pl-PL"/>
        </w:rPr>
        <w:t>poprzez:</w:t>
      </w:r>
    </w:p>
    <w:p w14:paraId="09BD0C6F" w14:textId="77777777" w:rsidR="00D70C79" w:rsidRPr="00D70C79" w:rsidRDefault="00D70C79" w:rsidP="008636AA">
      <w:pPr>
        <w:pStyle w:val="Tekstpodstawowy2"/>
        <w:numPr>
          <w:ilvl w:val="0"/>
          <w:numId w:val="3"/>
        </w:numPr>
        <w:spacing w:line="240" w:lineRule="auto"/>
        <w:rPr>
          <w:rFonts w:ascii="Roboto Condensed" w:hAnsi="Roboto Condensed"/>
          <w:sz w:val="20"/>
          <w:u w:val="single"/>
          <w:lang w:val="pl-PL"/>
        </w:rPr>
      </w:pPr>
      <w:r w:rsidRPr="00D70C79">
        <w:rPr>
          <w:rFonts w:ascii="Roboto Condensed" w:hAnsi="Roboto Condensed"/>
          <w:sz w:val="20"/>
          <w:lang w:val="pl-PL"/>
        </w:rPr>
        <w:t xml:space="preserve">I.4.1. przeciwdziałanie procesom </w:t>
      </w:r>
      <w:proofErr w:type="spellStart"/>
      <w:r w:rsidRPr="00D70C79">
        <w:rPr>
          <w:rFonts w:ascii="Roboto Condensed" w:hAnsi="Roboto Condensed"/>
          <w:sz w:val="20"/>
          <w:lang w:val="pl-PL"/>
        </w:rPr>
        <w:t>suburbanizacji</w:t>
      </w:r>
      <w:proofErr w:type="spellEnd"/>
      <w:r w:rsidRPr="00D70C79">
        <w:rPr>
          <w:rFonts w:ascii="Roboto Condensed" w:hAnsi="Roboto Condensed"/>
          <w:sz w:val="20"/>
          <w:lang w:val="pl-PL"/>
        </w:rPr>
        <w:t xml:space="preserve"> i kształtowanie ładu przestrzennego, w tym m.in.:</w:t>
      </w:r>
    </w:p>
    <w:p w14:paraId="3492ADC1" w14:textId="1D072E96" w:rsidR="00D70C79" w:rsidRPr="00D70C79" w:rsidRDefault="00D70C79" w:rsidP="008636AA">
      <w:pPr>
        <w:pStyle w:val="Tekstpodstawowy2"/>
        <w:numPr>
          <w:ilvl w:val="1"/>
          <w:numId w:val="3"/>
        </w:numPr>
        <w:spacing w:line="240" w:lineRule="auto"/>
        <w:rPr>
          <w:rFonts w:ascii="Roboto Condensed" w:hAnsi="Roboto Condensed"/>
          <w:sz w:val="20"/>
          <w:lang w:val="pl-PL"/>
        </w:rPr>
      </w:pPr>
      <w:r w:rsidRPr="00D70C79">
        <w:rPr>
          <w:rFonts w:ascii="Roboto Condensed" w:hAnsi="Roboto Condensed"/>
          <w:sz w:val="20"/>
          <w:lang w:val="pl-PL"/>
        </w:rPr>
        <w:t>prowadzenie stabilnej polityki przestrzennej skorelowanej z prognozami demograficznymi;</w:t>
      </w:r>
    </w:p>
    <w:p w14:paraId="505F29BC" w14:textId="65EAB04A" w:rsidR="00D70C79" w:rsidRPr="00D70C79" w:rsidRDefault="00D70C79" w:rsidP="008636AA">
      <w:pPr>
        <w:pStyle w:val="Tekstpodstawowy2"/>
        <w:numPr>
          <w:ilvl w:val="1"/>
          <w:numId w:val="3"/>
        </w:numPr>
        <w:spacing w:line="240" w:lineRule="auto"/>
        <w:rPr>
          <w:rFonts w:ascii="Roboto Condensed" w:hAnsi="Roboto Condensed"/>
          <w:sz w:val="20"/>
          <w:lang w:val="pl-PL"/>
        </w:rPr>
      </w:pPr>
      <w:r w:rsidRPr="00D70C79">
        <w:rPr>
          <w:rFonts w:ascii="Roboto Condensed" w:hAnsi="Roboto Condensed"/>
          <w:sz w:val="20"/>
          <w:lang w:val="pl-PL"/>
        </w:rPr>
        <w:t>kształtowanie zwartych struktur funkcjonalno-przestrzennych i unikanie pasmowego</w:t>
      </w:r>
      <w:r>
        <w:rPr>
          <w:rFonts w:ascii="Roboto Condensed" w:hAnsi="Roboto Condensed"/>
          <w:sz w:val="20"/>
          <w:lang w:val="pl-PL"/>
        </w:rPr>
        <w:t xml:space="preserve"> </w:t>
      </w:r>
      <w:r w:rsidRPr="00D70C79">
        <w:rPr>
          <w:rFonts w:ascii="Roboto Condensed" w:hAnsi="Roboto Condensed"/>
          <w:sz w:val="20"/>
          <w:lang w:val="pl-PL"/>
        </w:rPr>
        <w:t>charakteru zabudowy wzdłuż tranzytowych ciągów komunikacyjnych;</w:t>
      </w:r>
    </w:p>
    <w:p w14:paraId="6DD0F1BA" w14:textId="7779E31E" w:rsidR="00D70C79" w:rsidRPr="00D70C79" w:rsidRDefault="00D70C79" w:rsidP="008636AA">
      <w:pPr>
        <w:pStyle w:val="Tekstpodstawowy2"/>
        <w:numPr>
          <w:ilvl w:val="1"/>
          <w:numId w:val="3"/>
        </w:numPr>
        <w:spacing w:line="240" w:lineRule="auto"/>
        <w:rPr>
          <w:rFonts w:ascii="Roboto Condensed" w:hAnsi="Roboto Condensed"/>
          <w:sz w:val="20"/>
          <w:lang w:val="pl-PL"/>
        </w:rPr>
      </w:pPr>
      <w:r w:rsidRPr="00D70C79">
        <w:rPr>
          <w:rFonts w:ascii="Roboto Condensed" w:hAnsi="Roboto Condensed"/>
          <w:sz w:val="20"/>
          <w:lang w:val="pl-PL"/>
        </w:rPr>
        <w:t>zachowanie czytelnych granic miedzy terenami zabudowy a terenami otwartymi;</w:t>
      </w:r>
    </w:p>
    <w:p w14:paraId="52C768E2" w14:textId="4F50DB6E" w:rsidR="00D70C79" w:rsidRPr="00D70C79" w:rsidRDefault="00D70C79" w:rsidP="008636AA">
      <w:pPr>
        <w:pStyle w:val="Tekstpodstawowy2"/>
        <w:numPr>
          <w:ilvl w:val="1"/>
          <w:numId w:val="3"/>
        </w:numPr>
        <w:spacing w:line="240" w:lineRule="auto"/>
        <w:rPr>
          <w:rFonts w:ascii="Roboto Condensed" w:hAnsi="Roboto Condensed"/>
          <w:sz w:val="20"/>
          <w:lang w:val="pl-PL"/>
        </w:rPr>
      </w:pPr>
      <w:r w:rsidRPr="00D70C79">
        <w:rPr>
          <w:rFonts w:ascii="Roboto Condensed" w:hAnsi="Roboto Condensed"/>
          <w:sz w:val="20"/>
          <w:lang w:val="pl-PL"/>
        </w:rPr>
        <w:t>dostosowanie charakteru i struktury zagospodarowania przestrzennego do walorów</w:t>
      </w:r>
      <w:r>
        <w:rPr>
          <w:rFonts w:ascii="Roboto Condensed" w:hAnsi="Roboto Condensed"/>
          <w:sz w:val="20"/>
          <w:lang w:val="pl-PL"/>
        </w:rPr>
        <w:t xml:space="preserve"> </w:t>
      </w:r>
      <w:r w:rsidRPr="00D70C79">
        <w:rPr>
          <w:rFonts w:ascii="Roboto Condensed" w:hAnsi="Roboto Condensed"/>
          <w:sz w:val="20"/>
          <w:lang w:val="pl-PL"/>
        </w:rPr>
        <w:t>środowiskowych;</w:t>
      </w:r>
    </w:p>
    <w:p w14:paraId="38363787" w14:textId="3883698C" w:rsidR="00D70C79" w:rsidRPr="00C953E9" w:rsidRDefault="00D70C79" w:rsidP="008636AA">
      <w:pPr>
        <w:pStyle w:val="Tekstpodstawowy2"/>
        <w:numPr>
          <w:ilvl w:val="1"/>
          <w:numId w:val="3"/>
        </w:numPr>
        <w:spacing w:line="240" w:lineRule="auto"/>
        <w:rPr>
          <w:rFonts w:ascii="Roboto Condensed" w:hAnsi="Roboto Condensed"/>
          <w:sz w:val="20"/>
          <w:lang w:val="pl-PL"/>
        </w:rPr>
      </w:pPr>
      <w:r w:rsidRPr="00D70C79">
        <w:rPr>
          <w:rFonts w:ascii="Roboto Condensed" w:hAnsi="Roboto Condensed"/>
          <w:sz w:val="20"/>
          <w:lang w:val="pl-PL"/>
        </w:rPr>
        <w:t>zachowanie zgodności poziomu intensywności zagospodarowania z naturalną chłonnością</w:t>
      </w:r>
      <w:r w:rsidR="00C953E9">
        <w:rPr>
          <w:rFonts w:ascii="Roboto Condensed" w:hAnsi="Roboto Condensed"/>
          <w:sz w:val="20"/>
          <w:lang w:val="pl-PL"/>
        </w:rPr>
        <w:t xml:space="preserve"> </w:t>
      </w:r>
      <w:r w:rsidRPr="00C953E9">
        <w:rPr>
          <w:rFonts w:ascii="Roboto Condensed" w:hAnsi="Roboto Condensed"/>
          <w:sz w:val="20"/>
          <w:lang w:val="pl-PL"/>
        </w:rPr>
        <w:t>środowiska,</w:t>
      </w:r>
    </w:p>
    <w:p w14:paraId="0DD92AFF" w14:textId="55CD58FC" w:rsidR="00D70C79" w:rsidRPr="00C953E9" w:rsidRDefault="00D70C79" w:rsidP="008636AA">
      <w:pPr>
        <w:pStyle w:val="Tekstpodstawowy2"/>
        <w:numPr>
          <w:ilvl w:val="1"/>
          <w:numId w:val="3"/>
        </w:numPr>
        <w:spacing w:line="240" w:lineRule="auto"/>
        <w:rPr>
          <w:rFonts w:ascii="Roboto Condensed" w:hAnsi="Roboto Condensed"/>
          <w:sz w:val="20"/>
          <w:lang w:val="pl-PL"/>
        </w:rPr>
      </w:pPr>
      <w:r w:rsidRPr="00D70C79">
        <w:rPr>
          <w:rFonts w:ascii="Roboto Condensed" w:hAnsi="Roboto Condensed"/>
          <w:sz w:val="20"/>
          <w:lang w:val="pl-PL"/>
        </w:rPr>
        <w:t>intensyfikacja zabudowy w obszarach dobrej dostępności do publicznego transportu</w:t>
      </w:r>
      <w:r w:rsidR="00C953E9">
        <w:rPr>
          <w:rFonts w:ascii="Roboto Condensed" w:hAnsi="Roboto Condensed"/>
          <w:sz w:val="20"/>
          <w:lang w:val="pl-PL"/>
        </w:rPr>
        <w:t xml:space="preserve"> </w:t>
      </w:r>
      <w:r w:rsidRPr="00C953E9">
        <w:rPr>
          <w:rFonts w:ascii="Roboto Condensed" w:hAnsi="Roboto Condensed"/>
          <w:sz w:val="20"/>
          <w:lang w:val="pl-PL"/>
        </w:rPr>
        <w:t>zbiorowego.</w:t>
      </w:r>
    </w:p>
    <w:p w14:paraId="0D831CA9" w14:textId="314B9840" w:rsidR="00D70C79" w:rsidRPr="00C953E9" w:rsidRDefault="00D70C79" w:rsidP="008636AA">
      <w:pPr>
        <w:pStyle w:val="Tekstpodstawowy2"/>
        <w:numPr>
          <w:ilvl w:val="0"/>
          <w:numId w:val="3"/>
        </w:numPr>
        <w:spacing w:line="240" w:lineRule="auto"/>
        <w:rPr>
          <w:rFonts w:ascii="Roboto Condensed" w:hAnsi="Roboto Condensed"/>
          <w:sz w:val="20"/>
          <w:u w:val="single"/>
          <w:lang w:val="pl-PL"/>
        </w:rPr>
      </w:pPr>
      <w:r w:rsidRPr="00C953E9">
        <w:rPr>
          <w:rFonts w:ascii="Roboto Condensed" w:hAnsi="Roboto Condensed"/>
          <w:sz w:val="20"/>
          <w:lang w:val="pl-PL"/>
        </w:rPr>
        <w:t>I.4.2. wzmocnienie powiąza</w:t>
      </w:r>
      <w:r w:rsidR="00C953E9">
        <w:rPr>
          <w:rFonts w:ascii="Roboto Condensed" w:hAnsi="Roboto Condensed"/>
          <w:sz w:val="20"/>
          <w:lang w:val="pl-PL"/>
        </w:rPr>
        <w:t>ń</w:t>
      </w:r>
      <w:r w:rsidRPr="00C953E9">
        <w:rPr>
          <w:rFonts w:ascii="Roboto Condensed" w:hAnsi="Roboto Condensed"/>
          <w:sz w:val="20"/>
          <w:lang w:val="pl-PL"/>
        </w:rPr>
        <w:t xml:space="preserve"> publicznym transportem zbiorowym i integrację systemów</w:t>
      </w:r>
      <w:r w:rsidR="00C953E9">
        <w:rPr>
          <w:rFonts w:ascii="Roboto Condensed" w:hAnsi="Roboto Condensed"/>
          <w:sz w:val="20"/>
          <w:u w:val="single"/>
          <w:lang w:val="pl-PL"/>
        </w:rPr>
        <w:t xml:space="preserve"> </w:t>
      </w:r>
      <w:r w:rsidRPr="00C953E9">
        <w:rPr>
          <w:rFonts w:ascii="Roboto Condensed" w:hAnsi="Roboto Condensed"/>
          <w:sz w:val="20"/>
          <w:lang w:val="pl-PL"/>
        </w:rPr>
        <w:t>transportowych:</w:t>
      </w:r>
    </w:p>
    <w:p w14:paraId="195BCBC3" w14:textId="4A0CB94D" w:rsidR="00D70C79" w:rsidRPr="00C953E9" w:rsidRDefault="00D70C79" w:rsidP="008636AA">
      <w:pPr>
        <w:pStyle w:val="Tekstpodstawowy2"/>
        <w:numPr>
          <w:ilvl w:val="0"/>
          <w:numId w:val="3"/>
        </w:numPr>
        <w:spacing w:line="240" w:lineRule="auto"/>
        <w:rPr>
          <w:rFonts w:ascii="Roboto Condensed" w:hAnsi="Roboto Condensed"/>
          <w:sz w:val="20"/>
          <w:u w:val="single"/>
          <w:lang w:val="pl-PL"/>
        </w:rPr>
      </w:pPr>
      <w:r w:rsidRPr="00C953E9">
        <w:rPr>
          <w:rFonts w:ascii="Roboto Condensed" w:hAnsi="Roboto Condensed"/>
          <w:sz w:val="20"/>
          <w:lang w:val="pl-PL"/>
        </w:rPr>
        <w:t>I.4.3. rozwój proekologicznych systemów transportu indywidualnego, w tym m.in.:</w:t>
      </w:r>
      <w:r w:rsidR="00C953E9" w:rsidRPr="00C953E9">
        <w:rPr>
          <w:rFonts w:ascii="Roboto Condensed" w:hAnsi="Roboto Condensed"/>
          <w:sz w:val="20"/>
          <w:lang w:val="pl-PL"/>
        </w:rPr>
        <w:t xml:space="preserve"> </w:t>
      </w:r>
      <w:r w:rsidRPr="00C953E9">
        <w:rPr>
          <w:rFonts w:ascii="Roboto Condensed" w:hAnsi="Roboto Condensed"/>
          <w:sz w:val="20"/>
          <w:lang w:val="pl-PL"/>
        </w:rPr>
        <w:t>modernizację i budowę wysokiej jakości dróg rowerowych wraz z infrastrukturą towarzyszącą;</w:t>
      </w:r>
    </w:p>
    <w:p w14:paraId="54F1183C" w14:textId="25FC6144" w:rsidR="00D70C79" w:rsidRPr="00C953E9" w:rsidRDefault="00D70C79" w:rsidP="008636AA">
      <w:pPr>
        <w:pStyle w:val="Tekstpodstawowy2"/>
        <w:numPr>
          <w:ilvl w:val="0"/>
          <w:numId w:val="3"/>
        </w:numPr>
        <w:spacing w:line="240" w:lineRule="auto"/>
        <w:rPr>
          <w:rFonts w:ascii="Roboto Condensed" w:hAnsi="Roboto Condensed"/>
          <w:sz w:val="20"/>
          <w:lang w:val="pl-PL"/>
        </w:rPr>
      </w:pPr>
      <w:r w:rsidRPr="00C953E9">
        <w:rPr>
          <w:rFonts w:ascii="Roboto Condensed" w:hAnsi="Roboto Condensed"/>
          <w:sz w:val="20"/>
          <w:lang w:val="pl-PL"/>
        </w:rPr>
        <w:t>I.4.4. rozwój proekologicznych systemów infrastrukturalnych i wprowadzanie rozwiąza</w:t>
      </w:r>
      <w:r w:rsidR="00C953E9">
        <w:rPr>
          <w:rFonts w:ascii="Roboto Condensed" w:hAnsi="Roboto Condensed"/>
          <w:sz w:val="20"/>
          <w:lang w:val="pl-PL"/>
        </w:rPr>
        <w:t xml:space="preserve">ń </w:t>
      </w:r>
      <w:r w:rsidRPr="00C953E9">
        <w:rPr>
          <w:rFonts w:ascii="Roboto Condensed" w:hAnsi="Roboto Condensed"/>
          <w:sz w:val="20"/>
          <w:lang w:val="pl-PL"/>
        </w:rPr>
        <w:t>energooszczędnych, w tym m.in.:</w:t>
      </w:r>
    </w:p>
    <w:p w14:paraId="403BA01F" w14:textId="2533FB56" w:rsidR="00D70C79" w:rsidRPr="00C953E9" w:rsidRDefault="00D70C79" w:rsidP="008636AA">
      <w:pPr>
        <w:pStyle w:val="Tekstpodstawowy2"/>
        <w:numPr>
          <w:ilvl w:val="1"/>
          <w:numId w:val="3"/>
        </w:numPr>
        <w:spacing w:line="240" w:lineRule="auto"/>
        <w:rPr>
          <w:rFonts w:ascii="Roboto Condensed" w:hAnsi="Roboto Condensed"/>
          <w:sz w:val="20"/>
          <w:lang w:val="pl-PL"/>
        </w:rPr>
      </w:pPr>
      <w:r w:rsidRPr="00C953E9">
        <w:rPr>
          <w:rFonts w:ascii="Roboto Condensed" w:hAnsi="Roboto Condensed"/>
          <w:sz w:val="20"/>
          <w:lang w:val="pl-PL"/>
        </w:rPr>
        <w:t xml:space="preserve">rozwój systemów </w:t>
      </w:r>
      <w:r w:rsidR="00C953E9" w:rsidRPr="00C953E9">
        <w:rPr>
          <w:rFonts w:ascii="Roboto Condensed" w:hAnsi="Roboto Condensed"/>
          <w:sz w:val="20"/>
          <w:lang w:val="pl-PL"/>
        </w:rPr>
        <w:t xml:space="preserve">[…] </w:t>
      </w:r>
      <w:r w:rsidRPr="00C953E9">
        <w:rPr>
          <w:rFonts w:ascii="Roboto Condensed" w:hAnsi="Roboto Condensed"/>
          <w:sz w:val="20"/>
          <w:lang w:val="pl-PL"/>
        </w:rPr>
        <w:t>gazowych, szczególnie na cele grzewcze;</w:t>
      </w:r>
    </w:p>
    <w:p w14:paraId="65E6622F" w14:textId="44E87D59" w:rsidR="00C953E9" w:rsidRPr="00C953E9" w:rsidRDefault="00D70C79" w:rsidP="008636AA">
      <w:pPr>
        <w:pStyle w:val="Tekstpodstawowy2"/>
        <w:numPr>
          <w:ilvl w:val="1"/>
          <w:numId w:val="3"/>
        </w:numPr>
        <w:spacing w:line="240" w:lineRule="auto"/>
        <w:rPr>
          <w:rFonts w:ascii="Roboto Condensed" w:hAnsi="Roboto Condensed"/>
          <w:sz w:val="20"/>
          <w:lang w:val="pl-PL"/>
        </w:rPr>
      </w:pPr>
      <w:r w:rsidRPr="00C953E9">
        <w:rPr>
          <w:rFonts w:ascii="Roboto Condensed" w:hAnsi="Roboto Condensed"/>
          <w:sz w:val="20"/>
          <w:lang w:val="pl-PL"/>
        </w:rPr>
        <w:t>rozwój sieci kanalizacyjnych;</w:t>
      </w:r>
    </w:p>
    <w:p w14:paraId="0BABFA96" w14:textId="44D1A085" w:rsidR="00C953E9" w:rsidRPr="00C953E9" w:rsidRDefault="00C953E9" w:rsidP="007D1D0F">
      <w:pPr>
        <w:pStyle w:val="Tekstpodstawowy2"/>
        <w:spacing w:before="120" w:line="240" w:lineRule="auto"/>
        <w:ind w:left="170"/>
        <w:rPr>
          <w:rFonts w:ascii="Roboto Condensed" w:hAnsi="Roboto Condensed"/>
          <w:sz w:val="20"/>
          <w:u w:val="single"/>
          <w:lang w:val="pl-PL"/>
        </w:rPr>
      </w:pPr>
      <w:r w:rsidRPr="00C953E9">
        <w:rPr>
          <w:rFonts w:ascii="Roboto Condensed" w:hAnsi="Roboto Condensed"/>
          <w:sz w:val="20"/>
          <w:lang w:val="pl-PL"/>
        </w:rPr>
        <w:t>Wielofunkcyjny rozwój obszarów wiejskich,</w:t>
      </w:r>
      <w:r>
        <w:rPr>
          <w:rFonts w:ascii="Roboto Condensed" w:hAnsi="Roboto Condensed"/>
          <w:sz w:val="20"/>
          <w:u w:val="single"/>
          <w:lang w:val="pl-PL"/>
        </w:rPr>
        <w:t xml:space="preserve"> </w:t>
      </w:r>
      <w:r w:rsidRPr="00C953E9">
        <w:rPr>
          <w:rFonts w:ascii="Roboto Condensed" w:hAnsi="Roboto Condensed"/>
          <w:sz w:val="20"/>
          <w:lang w:val="pl-PL"/>
        </w:rPr>
        <w:t>m.in. poprzez:</w:t>
      </w:r>
    </w:p>
    <w:p w14:paraId="5FB9158C" w14:textId="77777777" w:rsidR="00C953E9" w:rsidRPr="00C953E9" w:rsidRDefault="00C953E9" w:rsidP="008636AA">
      <w:pPr>
        <w:pStyle w:val="Tekstpodstawowy2"/>
        <w:numPr>
          <w:ilvl w:val="0"/>
          <w:numId w:val="3"/>
        </w:numPr>
        <w:spacing w:line="240" w:lineRule="auto"/>
        <w:rPr>
          <w:rFonts w:ascii="Roboto Condensed" w:hAnsi="Roboto Condensed"/>
          <w:sz w:val="20"/>
          <w:lang w:val="pl-PL"/>
        </w:rPr>
      </w:pPr>
      <w:r w:rsidRPr="00C953E9">
        <w:rPr>
          <w:rFonts w:ascii="Roboto Condensed" w:hAnsi="Roboto Condensed"/>
          <w:sz w:val="20"/>
          <w:lang w:val="pl-PL"/>
        </w:rPr>
        <w:t>I.5.1. wzrost zasięgu oddziaływania przestrzennego miast o znaczeniu lokalnym, w tym m.in.:</w:t>
      </w:r>
    </w:p>
    <w:p w14:paraId="654C5A6F" w14:textId="5FC8A478" w:rsidR="00C953E9" w:rsidRPr="00C953E9" w:rsidRDefault="00C953E9" w:rsidP="008636AA">
      <w:pPr>
        <w:pStyle w:val="Tekstpodstawowy2"/>
        <w:numPr>
          <w:ilvl w:val="1"/>
          <w:numId w:val="3"/>
        </w:numPr>
        <w:spacing w:line="240" w:lineRule="auto"/>
        <w:rPr>
          <w:rFonts w:ascii="Roboto Condensed" w:hAnsi="Roboto Condensed"/>
          <w:sz w:val="20"/>
          <w:u w:val="single"/>
          <w:lang w:val="pl-PL"/>
        </w:rPr>
      </w:pPr>
      <w:r w:rsidRPr="00C953E9">
        <w:rPr>
          <w:rFonts w:ascii="Roboto Condensed" w:hAnsi="Roboto Condensed"/>
          <w:sz w:val="20"/>
          <w:lang w:val="pl-PL"/>
        </w:rPr>
        <w:t>podnoszenie standardu wyposażenia infrastrukturalnego zasobów mieszkaniowych</w:t>
      </w:r>
      <w:r>
        <w:rPr>
          <w:rFonts w:ascii="Roboto Condensed" w:hAnsi="Roboto Condensed"/>
          <w:sz w:val="20"/>
          <w:lang w:val="pl-PL"/>
        </w:rPr>
        <w:t>,</w:t>
      </w:r>
    </w:p>
    <w:p w14:paraId="680DB3F2" w14:textId="0A00E7C8" w:rsidR="00C953E9" w:rsidRPr="00C953E9" w:rsidRDefault="00C953E9" w:rsidP="008636AA">
      <w:pPr>
        <w:pStyle w:val="Tekstpodstawowy2"/>
        <w:numPr>
          <w:ilvl w:val="1"/>
          <w:numId w:val="3"/>
        </w:numPr>
        <w:spacing w:line="240" w:lineRule="auto"/>
        <w:rPr>
          <w:rFonts w:ascii="Roboto Condensed" w:hAnsi="Roboto Condensed"/>
          <w:sz w:val="20"/>
          <w:lang w:val="pl-PL"/>
        </w:rPr>
      </w:pPr>
      <w:r w:rsidRPr="00C953E9">
        <w:rPr>
          <w:rFonts w:ascii="Roboto Condensed" w:hAnsi="Roboto Condensed"/>
          <w:sz w:val="20"/>
          <w:lang w:val="pl-PL"/>
        </w:rPr>
        <w:t>rozwój wysokiej jakości bazy i usług infrastruktury społecznej o znaczeniu lokalnym, w tym</w:t>
      </w:r>
      <w:r>
        <w:rPr>
          <w:rFonts w:ascii="Roboto Condensed" w:hAnsi="Roboto Condensed"/>
          <w:sz w:val="20"/>
          <w:lang w:val="pl-PL"/>
        </w:rPr>
        <w:t xml:space="preserve"> </w:t>
      </w:r>
      <w:r w:rsidRPr="00C953E9">
        <w:rPr>
          <w:rFonts w:ascii="Roboto Condensed" w:hAnsi="Roboto Condensed"/>
          <w:sz w:val="20"/>
          <w:lang w:val="pl-PL"/>
        </w:rPr>
        <w:t>usług edukacji przedszkolnej, ochrony zdrowia i pomocy społecznej oraz usług kultury</w:t>
      </w:r>
      <w:r>
        <w:rPr>
          <w:rFonts w:ascii="Roboto Condensed" w:hAnsi="Roboto Condensed"/>
          <w:sz w:val="20"/>
          <w:lang w:val="pl-PL"/>
        </w:rPr>
        <w:t>,</w:t>
      </w:r>
    </w:p>
    <w:p w14:paraId="1783B133" w14:textId="2FC0AEE0" w:rsidR="00C953E9" w:rsidRPr="00C953E9" w:rsidRDefault="00C953E9" w:rsidP="008636AA">
      <w:pPr>
        <w:pStyle w:val="Tekstpodstawowy2"/>
        <w:numPr>
          <w:ilvl w:val="1"/>
          <w:numId w:val="3"/>
        </w:numPr>
        <w:spacing w:line="240" w:lineRule="auto"/>
        <w:rPr>
          <w:rFonts w:ascii="Roboto Condensed" w:hAnsi="Roboto Condensed"/>
          <w:sz w:val="20"/>
          <w:lang w:val="pl-PL"/>
        </w:rPr>
      </w:pPr>
      <w:r w:rsidRPr="00C953E9">
        <w:rPr>
          <w:rFonts w:ascii="Roboto Condensed" w:hAnsi="Roboto Condensed"/>
          <w:sz w:val="20"/>
          <w:lang w:val="pl-PL"/>
        </w:rPr>
        <w:t>rozwój terenów rekreacyjnych i sportowych, z uwzględnieniem potrzeb różnych grup</w:t>
      </w:r>
      <w:r>
        <w:rPr>
          <w:rFonts w:ascii="Roboto Condensed" w:hAnsi="Roboto Condensed"/>
          <w:sz w:val="20"/>
          <w:lang w:val="pl-PL"/>
        </w:rPr>
        <w:t xml:space="preserve"> </w:t>
      </w:r>
      <w:r w:rsidRPr="00C953E9">
        <w:rPr>
          <w:rFonts w:ascii="Roboto Condensed" w:hAnsi="Roboto Condensed"/>
          <w:sz w:val="20"/>
          <w:lang w:val="pl-PL"/>
        </w:rPr>
        <w:t>wiekowych ludności;</w:t>
      </w:r>
    </w:p>
    <w:p w14:paraId="0E43A56B" w14:textId="7E16A515" w:rsidR="00C953E9" w:rsidRPr="00C953E9" w:rsidRDefault="00C953E9" w:rsidP="008636AA">
      <w:pPr>
        <w:pStyle w:val="Tekstpodstawowy2"/>
        <w:numPr>
          <w:ilvl w:val="1"/>
          <w:numId w:val="3"/>
        </w:numPr>
        <w:spacing w:line="240" w:lineRule="auto"/>
        <w:rPr>
          <w:rFonts w:ascii="Roboto Condensed" w:hAnsi="Roboto Condensed"/>
          <w:sz w:val="20"/>
          <w:lang w:val="pl-PL"/>
        </w:rPr>
      </w:pPr>
      <w:r w:rsidRPr="00C953E9">
        <w:rPr>
          <w:rFonts w:ascii="Roboto Condensed" w:hAnsi="Roboto Condensed"/>
          <w:sz w:val="20"/>
          <w:lang w:val="pl-PL"/>
        </w:rPr>
        <w:t>rozwój atrakcyjnych, wysokiej jakości terenów inwestycyjnych o dobrej dostępności</w:t>
      </w:r>
      <w:r>
        <w:rPr>
          <w:rFonts w:ascii="Roboto Condensed" w:hAnsi="Roboto Condensed"/>
          <w:sz w:val="20"/>
          <w:lang w:val="pl-PL"/>
        </w:rPr>
        <w:t xml:space="preserve"> </w:t>
      </w:r>
      <w:r w:rsidRPr="00C953E9">
        <w:rPr>
          <w:rFonts w:ascii="Roboto Condensed" w:hAnsi="Roboto Condensed"/>
          <w:sz w:val="20"/>
          <w:lang w:val="pl-PL"/>
        </w:rPr>
        <w:t>komunikacyjnej, wyposażonych w podstawowe elementy infrastruktury technicznej</w:t>
      </w:r>
      <w:r>
        <w:rPr>
          <w:rFonts w:ascii="Roboto Condensed" w:hAnsi="Roboto Condensed"/>
          <w:sz w:val="20"/>
          <w:lang w:val="pl-PL"/>
        </w:rPr>
        <w:t>.</w:t>
      </w:r>
    </w:p>
    <w:p w14:paraId="3806CED1" w14:textId="7EFC6B68" w:rsidR="00C953E9" w:rsidRPr="00CC61C2" w:rsidRDefault="00C953E9" w:rsidP="008636AA">
      <w:pPr>
        <w:pStyle w:val="Tekstpodstawowy2"/>
        <w:numPr>
          <w:ilvl w:val="0"/>
          <w:numId w:val="3"/>
        </w:numPr>
        <w:spacing w:line="240" w:lineRule="auto"/>
        <w:rPr>
          <w:rFonts w:ascii="Roboto Condensed" w:hAnsi="Roboto Condensed"/>
          <w:sz w:val="20"/>
          <w:u w:val="single"/>
          <w:lang w:val="pl-PL"/>
        </w:rPr>
      </w:pPr>
      <w:r w:rsidRPr="00C953E9">
        <w:rPr>
          <w:rFonts w:ascii="Roboto Condensed" w:hAnsi="Roboto Condensed"/>
          <w:sz w:val="20"/>
          <w:lang w:val="pl-PL"/>
        </w:rPr>
        <w:t>I.5.2. rozwój strefy żywicielskiej opartej na kompleksach najlepszych gleb, w tym m.in.:</w:t>
      </w:r>
      <w:r w:rsidR="00CC61C2">
        <w:rPr>
          <w:rFonts w:ascii="Roboto Condensed" w:hAnsi="Roboto Condensed"/>
          <w:sz w:val="20"/>
          <w:u w:val="single"/>
          <w:lang w:val="pl-PL"/>
        </w:rPr>
        <w:t xml:space="preserve"> </w:t>
      </w:r>
      <w:r w:rsidRPr="00CC61C2">
        <w:rPr>
          <w:rFonts w:ascii="Roboto Condensed" w:hAnsi="Roboto Condensed"/>
          <w:sz w:val="20"/>
          <w:lang w:val="pl-PL"/>
        </w:rPr>
        <w:t>racjonalne wykorzystanie dla produkcji rolnej obszarów o najlepszych uwarunkowaniach</w:t>
      </w:r>
      <w:r w:rsidR="00CC61C2" w:rsidRPr="00CC61C2">
        <w:rPr>
          <w:rFonts w:ascii="Roboto Condensed" w:hAnsi="Roboto Condensed"/>
          <w:sz w:val="20"/>
          <w:lang w:val="pl-PL"/>
        </w:rPr>
        <w:t xml:space="preserve"> </w:t>
      </w:r>
      <w:r w:rsidRPr="00CC61C2">
        <w:rPr>
          <w:rFonts w:ascii="Roboto Condensed" w:hAnsi="Roboto Condensed"/>
          <w:sz w:val="20"/>
          <w:lang w:val="pl-PL"/>
        </w:rPr>
        <w:t>środowiskowych</w:t>
      </w:r>
      <w:r w:rsidR="00CC61C2">
        <w:rPr>
          <w:rFonts w:ascii="Roboto Condensed" w:hAnsi="Roboto Condensed"/>
          <w:sz w:val="20"/>
          <w:lang w:val="pl-PL"/>
        </w:rPr>
        <w:t>,</w:t>
      </w:r>
    </w:p>
    <w:p w14:paraId="7838F3D3" w14:textId="77777777" w:rsidR="00C953E9" w:rsidRPr="00C953E9" w:rsidRDefault="00C953E9" w:rsidP="008636AA">
      <w:pPr>
        <w:pStyle w:val="Tekstpodstawowy2"/>
        <w:numPr>
          <w:ilvl w:val="0"/>
          <w:numId w:val="3"/>
        </w:numPr>
        <w:spacing w:line="240" w:lineRule="auto"/>
        <w:rPr>
          <w:rFonts w:ascii="Roboto Condensed" w:hAnsi="Roboto Condensed"/>
          <w:sz w:val="20"/>
          <w:u w:val="single"/>
          <w:lang w:val="pl-PL"/>
        </w:rPr>
      </w:pPr>
      <w:r w:rsidRPr="00CC61C2">
        <w:rPr>
          <w:rFonts w:ascii="Roboto Condensed" w:hAnsi="Roboto Condensed"/>
          <w:sz w:val="20"/>
          <w:lang w:val="pl-PL"/>
        </w:rPr>
        <w:t>I.5.3. rozwój funkcji środowiskowej obszarów wiejskich, w tym m.in.:</w:t>
      </w:r>
    </w:p>
    <w:p w14:paraId="60382114" w14:textId="1CE145EE" w:rsidR="00C953E9" w:rsidRPr="00CC61C2" w:rsidRDefault="00CC61C2" w:rsidP="008636AA">
      <w:pPr>
        <w:pStyle w:val="Tekstpodstawowy2"/>
        <w:numPr>
          <w:ilvl w:val="1"/>
          <w:numId w:val="3"/>
        </w:numPr>
        <w:spacing w:line="240" w:lineRule="auto"/>
        <w:rPr>
          <w:rFonts w:ascii="Roboto Condensed" w:hAnsi="Roboto Condensed"/>
          <w:sz w:val="20"/>
          <w:lang w:val="pl-PL"/>
        </w:rPr>
      </w:pPr>
      <w:r>
        <w:rPr>
          <w:rFonts w:ascii="Roboto Condensed" w:hAnsi="Roboto Condensed"/>
          <w:sz w:val="20"/>
          <w:lang w:val="pl-PL"/>
        </w:rPr>
        <w:t>r</w:t>
      </w:r>
      <w:r w:rsidR="00C953E9" w:rsidRPr="00CC61C2">
        <w:rPr>
          <w:rFonts w:ascii="Roboto Condensed" w:hAnsi="Roboto Condensed"/>
          <w:sz w:val="20"/>
          <w:lang w:val="pl-PL"/>
        </w:rPr>
        <w:t>acjonalne użytkowanie gruntów rolnych i wyłączenie z produkcji części gruntów najsłabszych;</w:t>
      </w:r>
    </w:p>
    <w:p w14:paraId="6A5A266F" w14:textId="5CDE1EFD" w:rsidR="00D70C79" w:rsidRPr="00CC61C2" w:rsidRDefault="00C953E9" w:rsidP="008636AA">
      <w:pPr>
        <w:pStyle w:val="Tekstpodstawowy2"/>
        <w:numPr>
          <w:ilvl w:val="1"/>
          <w:numId w:val="3"/>
        </w:numPr>
        <w:spacing w:line="240" w:lineRule="auto"/>
        <w:rPr>
          <w:rFonts w:ascii="Roboto Condensed" w:hAnsi="Roboto Condensed"/>
          <w:sz w:val="20"/>
          <w:lang w:val="pl-PL"/>
        </w:rPr>
      </w:pPr>
      <w:r w:rsidRPr="00CC61C2">
        <w:rPr>
          <w:rFonts w:ascii="Roboto Condensed" w:hAnsi="Roboto Condensed"/>
          <w:sz w:val="20"/>
          <w:lang w:val="pl-PL"/>
        </w:rPr>
        <w:t>eliminowanie lub ograniczanie zagroże</w:t>
      </w:r>
      <w:r w:rsidR="00CC61C2">
        <w:rPr>
          <w:rFonts w:ascii="Roboto Condensed" w:hAnsi="Roboto Condensed"/>
          <w:sz w:val="20"/>
          <w:lang w:val="pl-PL"/>
        </w:rPr>
        <w:t>ń</w:t>
      </w:r>
      <w:r w:rsidRPr="00CC61C2">
        <w:rPr>
          <w:rFonts w:ascii="Roboto Condensed" w:hAnsi="Roboto Condensed"/>
          <w:sz w:val="20"/>
          <w:lang w:val="pl-PL"/>
        </w:rPr>
        <w:t xml:space="preserve"> dla środowiska przyrodniczego w celu ochrony</w:t>
      </w:r>
      <w:r w:rsidR="00CC61C2">
        <w:rPr>
          <w:rFonts w:ascii="Roboto Condensed" w:hAnsi="Roboto Condensed"/>
          <w:sz w:val="20"/>
          <w:lang w:val="pl-PL"/>
        </w:rPr>
        <w:t xml:space="preserve"> </w:t>
      </w:r>
      <w:r w:rsidRPr="00CC61C2">
        <w:rPr>
          <w:rFonts w:ascii="Roboto Condensed" w:hAnsi="Roboto Condensed"/>
          <w:sz w:val="20"/>
          <w:lang w:val="pl-PL"/>
        </w:rPr>
        <w:t>bioróżnorodności;</w:t>
      </w:r>
    </w:p>
    <w:p w14:paraId="44259872" w14:textId="09488D88" w:rsidR="00D70C79" w:rsidRDefault="00CC61C2" w:rsidP="007D1D0F">
      <w:pPr>
        <w:pStyle w:val="Tekstpodstawowy2"/>
        <w:spacing w:before="120" w:after="120" w:line="240" w:lineRule="auto"/>
        <w:ind w:left="170"/>
        <w:rPr>
          <w:rFonts w:ascii="Roboto Condensed" w:hAnsi="Roboto Condensed"/>
          <w:sz w:val="20"/>
          <w:u w:val="single"/>
          <w:lang w:val="pl-PL"/>
        </w:rPr>
      </w:pPr>
      <w:r w:rsidRPr="007D1D0F">
        <w:rPr>
          <w:rFonts w:ascii="Roboto Condensed" w:hAnsi="Roboto Condensed"/>
          <w:b/>
          <w:bCs/>
          <w:i/>
          <w:iCs/>
          <w:sz w:val="20"/>
          <w:u w:val="single"/>
          <w:lang w:val="pl-PL"/>
        </w:rPr>
        <w:t>w zakresie transportu:</w:t>
      </w:r>
    </w:p>
    <w:p w14:paraId="13B93CEE" w14:textId="1BBF08E1" w:rsidR="00D70C79" w:rsidRDefault="00CC61C2" w:rsidP="008636AA">
      <w:pPr>
        <w:pStyle w:val="Tekstpodstawowy2"/>
        <w:numPr>
          <w:ilvl w:val="0"/>
          <w:numId w:val="3"/>
        </w:numPr>
        <w:spacing w:line="240" w:lineRule="auto"/>
        <w:ind w:left="567" w:hanging="227"/>
        <w:rPr>
          <w:rFonts w:ascii="Roboto Condensed" w:hAnsi="Roboto Condensed"/>
          <w:sz w:val="20"/>
          <w:lang w:val="pl-PL"/>
        </w:rPr>
      </w:pPr>
      <w:r w:rsidRPr="00CC61C2">
        <w:rPr>
          <w:rFonts w:ascii="Roboto Condensed" w:hAnsi="Roboto Condensed"/>
          <w:sz w:val="20"/>
          <w:lang w:val="pl-PL"/>
        </w:rPr>
        <w:t>II.1.4. realizację obwodnic miejscowości w ciągu dróg krajowych i wojewódzkich, w tym m.in.: budowę preferowanych obwodnic w ciągu dróg krajowych: Radomska (DK91/42), […];</w:t>
      </w:r>
    </w:p>
    <w:p w14:paraId="7694636D" w14:textId="6B1A5674" w:rsidR="00CC61C2" w:rsidRPr="00CC61C2" w:rsidRDefault="00CC61C2" w:rsidP="008636AA">
      <w:pPr>
        <w:pStyle w:val="Tekstpodstawowy2"/>
        <w:numPr>
          <w:ilvl w:val="0"/>
          <w:numId w:val="3"/>
        </w:numPr>
        <w:spacing w:line="240" w:lineRule="auto"/>
        <w:ind w:left="567" w:hanging="227"/>
        <w:rPr>
          <w:rFonts w:ascii="Roboto Condensed" w:hAnsi="Roboto Condensed"/>
          <w:sz w:val="20"/>
          <w:lang w:val="pl-PL"/>
        </w:rPr>
      </w:pPr>
      <w:r w:rsidRPr="00CC61C2">
        <w:rPr>
          <w:rFonts w:ascii="Roboto Condensed" w:hAnsi="Roboto Condensed"/>
          <w:sz w:val="20"/>
          <w:lang w:val="pl-PL"/>
        </w:rPr>
        <w:t>II.1.5. budowę, przebudowę lub rozbudowę wybranych dróg lokalnych (powiatowych, gminnych),</w:t>
      </w:r>
      <w:r>
        <w:rPr>
          <w:rFonts w:ascii="Roboto Condensed" w:hAnsi="Roboto Condensed"/>
          <w:sz w:val="20"/>
          <w:lang w:val="pl-PL"/>
        </w:rPr>
        <w:t xml:space="preserve"> </w:t>
      </w:r>
      <w:r w:rsidRPr="00CC61C2">
        <w:rPr>
          <w:rFonts w:ascii="Roboto Condensed" w:hAnsi="Roboto Condensed"/>
          <w:sz w:val="20"/>
          <w:lang w:val="pl-PL"/>
        </w:rPr>
        <w:t>ważnych w powiązaniach regionalnych, w tym m.in.:</w:t>
      </w:r>
      <w:r>
        <w:rPr>
          <w:rFonts w:ascii="Roboto Condensed" w:hAnsi="Roboto Condensed"/>
          <w:sz w:val="20"/>
          <w:lang w:val="pl-PL"/>
        </w:rPr>
        <w:t xml:space="preserve">  </w:t>
      </w:r>
      <w:r w:rsidRPr="00CC61C2">
        <w:rPr>
          <w:rFonts w:ascii="Roboto Condensed" w:hAnsi="Roboto Condensed"/>
          <w:sz w:val="20"/>
          <w:lang w:val="pl-PL"/>
        </w:rPr>
        <w:t>[…] pozostałych wybranych dróg – dostosowanie do parametrów Z (zbiorcza) zamiejskich</w:t>
      </w:r>
      <w:r>
        <w:rPr>
          <w:rFonts w:ascii="Roboto Condensed" w:hAnsi="Roboto Condensed"/>
          <w:sz w:val="20"/>
          <w:lang w:val="pl-PL"/>
        </w:rPr>
        <w:t>.</w:t>
      </w:r>
    </w:p>
    <w:p w14:paraId="7690E506" w14:textId="0C6BED35" w:rsidR="009035F1" w:rsidRPr="003D48AA" w:rsidRDefault="003D48AA" w:rsidP="007D1D0F">
      <w:pPr>
        <w:pStyle w:val="Tekstpodstawowy2"/>
        <w:spacing w:before="120" w:after="120" w:line="240" w:lineRule="auto"/>
        <w:ind w:left="170"/>
        <w:rPr>
          <w:rFonts w:ascii="Roboto Condensed" w:hAnsi="Roboto Condensed"/>
          <w:color w:val="EE0000"/>
          <w:sz w:val="20"/>
          <w:u w:val="single"/>
          <w:lang w:val="pl-PL"/>
        </w:rPr>
      </w:pPr>
      <w:r w:rsidRPr="007D1D0F">
        <w:rPr>
          <w:rFonts w:ascii="Roboto Condensed" w:hAnsi="Roboto Condensed"/>
          <w:b/>
          <w:bCs/>
          <w:i/>
          <w:iCs/>
          <w:sz w:val="20"/>
          <w:u w:val="single"/>
          <w:lang w:val="pl-PL"/>
        </w:rPr>
        <w:t>w zakresie infrastruktury technicznej:</w:t>
      </w:r>
    </w:p>
    <w:p w14:paraId="5E3C658F" w14:textId="747A2D0A" w:rsidR="009035F1" w:rsidRPr="009035F1" w:rsidRDefault="009035F1" w:rsidP="007D1D0F">
      <w:pPr>
        <w:pStyle w:val="Tekstpodstawowy2"/>
        <w:spacing w:line="240" w:lineRule="auto"/>
        <w:ind w:left="170"/>
        <w:rPr>
          <w:rFonts w:ascii="Roboto Condensed" w:hAnsi="Roboto Condensed"/>
          <w:color w:val="EE0000"/>
          <w:sz w:val="20"/>
          <w:lang w:val="pl-PL"/>
        </w:rPr>
      </w:pPr>
      <w:r w:rsidRPr="009035F1">
        <w:rPr>
          <w:rFonts w:ascii="Roboto Condensed" w:hAnsi="Roboto Condensed"/>
          <w:sz w:val="20"/>
          <w:lang w:val="pl-PL"/>
        </w:rPr>
        <w:t>Rozwój energetyki wykorzystującej OZE , m.in. poprzez:</w:t>
      </w:r>
    </w:p>
    <w:p w14:paraId="7C655B91" w14:textId="5D81EFF4" w:rsidR="009035F1" w:rsidRPr="009035F1" w:rsidRDefault="009035F1" w:rsidP="008636AA">
      <w:pPr>
        <w:pStyle w:val="Tekstpodstawowy2"/>
        <w:numPr>
          <w:ilvl w:val="0"/>
          <w:numId w:val="3"/>
        </w:numPr>
        <w:spacing w:line="240" w:lineRule="auto"/>
        <w:ind w:left="567" w:hanging="227"/>
        <w:rPr>
          <w:rFonts w:ascii="Roboto Condensed" w:hAnsi="Roboto Condensed"/>
          <w:sz w:val="20"/>
          <w:lang w:val="pl-PL"/>
        </w:rPr>
      </w:pPr>
      <w:r w:rsidRPr="009035F1">
        <w:rPr>
          <w:rFonts w:ascii="Roboto Condensed" w:hAnsi="Roboto Condensed"/>
          <w:sz w:val="20"/>
          <w:lang w:val="pl-PL"/>
        </w:rPr>
        <w:t>III.2.1. budowę elektrowni wiatrowych, w tym m.in. budowę elektrowni wiatrowych w strefie, gdzie</w:t>
      </w:r>
      <w:r>
        <w:rPr>
          <w:rFonts w:ascii="Roboto Condensed" w:hAnsi="Roboto Condensed"/>
          <w:sz w:val="20"/>
          <w:lang w:val="pl-PL"/>
        </w:rPr>
        <w:t xml:space="preserve"> </w:t>
      </w:r>
      <w:r w:rsidRPr="009035F1">
        <w:rPr>
          <w:rFonts w:ascii="Roboto Condensed" w:hAnsi="Roboto Condensed"/>
          <w:sz w:val="20"/>
          <w:lang w:val="pl-PL"/>
        </w:rPr>
        <w:t>nie obowiązuje zakaz ich lokalizacji określony w ustawie z dnia 20 maja 2016 r. o inwestycjach</w:t>
      </w:r>
      <w:r>
        <w:rPr>
          <w:rFonts w:ascii="Roboto Condensed" w:hAnsi="Roboto Condensed"/>
          <w:sz w:val="20"/>
          <w:lang w:val="pl-PL"/>
        </w:rPr>
        <w:t xml:space="preserve"> </w:t>
      </w:r>
      <w:r w:rsidRPr="009035F1">
        <w:rPr>
          <w:rFonts w:ascii="Roboto Condensed" w:hAnsi="Roboto Condensed"/>
          <w:sz w:val="20"/>
          <w:lang w:val="pl-PL"/>
        </w:rPr>
        <w:t xml:space="preserve">w zakresie elektrowni wiatrowych, rozwój energetyki </w:t>
      </w:r>
      <w:proofErr w:type="spellStart"/>
      <w:r w:rsidRPr="009035F1">
        <w:rPr>
          <w:rFonts w:ascii="Roboto Condensed" w:hAnsi="Roboto Condensed"/>
          <w:sz w:val="20"/>
          <w:lang w:val="pl-PL"/>
        </w:rPr>
        <w:t>prosumenckiej</w:t>
      </w:r>
      <w:proofErr w:type="spellEnd"/>
      <w:r w:rsidRPr="009035F1">
        <w:rPr>
          <w:rFonts w:ascii="Roboto Condensed" w:hAnsi="Roboto Condensed"/>
          <w:sz w:val="20"/>
          <w:lang w:val="pl-PL"/>
        </w:rPr>
        <w:t>;</w:t>
      </w:r>
    </w:p>
    <w:p w14:paraId="690FF424" w14:textId="0E9B3CC3" w:rsidR="009035F1" w:rsidRPr="009035F1" w:rsidRDefault="009035F1" w:rsidP="008636AA">
      <w:pPr>
        <w:pStyle w:val="Tekstpodstawowy2"/>
        <w:numPr>
          <w:ilvl w:val="0"/>
          <w:numId w:val="3"/>
        </w:numPr>
        <w:spacing w:line="240" w:lineRule="auto"/>
        <w:ind w:left="567" w:hanging="227"/>
        <w:rPr>
          <w:rFonts w:ascii="Roboto Condensed" w:hAnsi="Roboto Condensed"/>
          <w:sz w:val="20"/>
          <w:lang w:val="pl-PL"/>
        </w:rPr>
      </w:pPr>
      <w:r w:rsidRPr="009035F1">
        <w:rPr>
          <w:rFonts w:ascii="Roboto Condensed" w:hAnsi="Roboto Condensed"/>
          <w:sz w:val="20"/>
          <w:lang w:val="pl-PL"/>
        </w:rPr>
        <w:t>III.2.2. budowę elektrowni słonecznych, w tym m.in. budowę elektrowni fotowoltaicznych na obszarach</w:t>
      </w:r>
      <w:r>
        <w:rPr>
          <w:rFonts w:ascii="Roboto Condensed" w:hAnsi="Roboto Condensed"/>
          <w:sz w:val="20"/>
          <w:lang w:val="pl-PL"/>
        </w:rPr>
        <w:t xml:space="preserve"> </w:t>
      </w:r>
      <w:r w:rsidRPr="009035F1">
        <w:rPr>
          <w:rFonts w:ascii="Roboto Condensed" w:hAnsi="Roboto Condensed"/>
          <w:sz w:val="20"/>
          <w:lang w:val="pl-PL"/>
        </w:rPr>
        <w:t>nie objętych ochroną prawną oraz cennych przyrodniczo i krajobrazowo, rozwój energetyki</w:t>
      </w:r>
      <w:r>
        <w:rPr>
          <w:rFonts w:ascii="Roboto Condensed" w:hAnsi="Roboto Condensed"/>
          <w:sz w:val="20"/>
          <w:lang w:val="pl-PL"/>
        </w:rPr>
        <w:t xml:space="preserve"> </w:t>
      </w:r>
      <w:proofErr w:type="spellStart"/>
      <w:r w:rsidRPr="009035F1">
        <w:rPr>
          <w:rFonts w:ascii="Roboto Condensed" w:hAnsi="Roboto Condensed"/>
          <w:sz w:val="20"/>
          <w:lang w:val="pl-PL"/>
        </w:rPr>
        <w:t>prosumenckiej</w:t>
      </w:r>
      <w:proofErr w:type="spellEnd"/>
      <w:r w:rsidRPr="009035F1">
        <w:rPr>
          <w:rFonts w:ascii="Roboto Condensed" w:hAnsi="Roboto Condensed"/>
          <w:sz w:val="20"/>
          <w:lang w:val="pl-PL"/>
        </w:rPr>
        <w:t>;</w:t>
      </w:r>
    </w:p>
    <w:p w14:paraId="0AF4C167" w14:textId="4E555C2F" w:rsidR="009035F1" w:rsidRPr="009035F1" w:rsidRDefault="009035F1" w:rsidP="007D1D0F">
      <w:pPr>
        <w:pStyle w:val="Tekstpodstawowy2"/>
        <w:spacing w:before="120" w:line="240" w:lineRule="auto"/>
        <w:ind w:left="170"/>
        <w:rPr>
          <w:rFonts w:ascii="Roboto Condensed" w:hAnsi="Roboto Condensed"/>
          <w:sz w:val="20"/>
          <w:lang w:val="pl-PL"/>
        </w:rPr>
      </w:pPr>
      <w:r w:rsidRPr="009035F1">
        <w:rPr>
          <w:rFonts w:ascii="Roboto Condensed" w:hAnsi="Roboto Condensed"/>
          <w:sz w:val="20"/>
          <w:lang w:val="pl-PL"/>
        </w:rPr>
        <w:t xml:space="preserve">Rozwój systemów </w:t>
      </w:r>
      <w:r>
        <w:rPr>
          <w:rFonts w:ascii="Roboto Condensed" w:hAnsi="Roboto Condensed"/>
          <w:sz w:val="20"/>
          <w:lang w:val="pl-PL"/>
        </w:rPr>
        <w:t>wodociągowych</w:t>
      </w:r>
      <w:r w:rsidRPr="009035F1">
        <w:rPr>
          <w:rFonts w:ascii="Roboto Condensed" w:hAnsi="Roboto Condensed"/>
          <w:sz w:val="20"/>
          <w:lang w:val="pl-PL"/>
        </w:rPr>
        <w:t>, m.in. poprzez:</w:t>
      </w:r>
    </w:p>
    <w:p w14:paraId="55411575" w14:textId="26E90BAF" w:rsidR="009035F1" w:rsidRPr="009035F1" w:rsidRDefault="009035F1" w:rsidP="008636AA">
      <w:pPr>
        <w:pStyle w:val="Tekstpodstawowy2"/>
        <w:numPr>
          <w:ilvl w:val="0"/>
          <w:numId w:val="3"/>
        </w:numPr>
        <w:spacing w:line="240" w:lineRule="auto"/>
        <w:ind w:left="567" w:hanging="227"/>
        <w:rPr>
          <w:rFonts w:ascii="Roboto Condensed" w:hAnsi="Roboto Condensed"/>
          <w:sz w:val="20"/>
          <w:lang w:val="pl-PL"/>
        </w:rPr>
      </w:pPr>
      <w:r w:rsidRPr="009035F1">
        <w:rPr>
          <w:rFonts w:ascii="Roboto Condensed" w:hAnsi="Roboto Condensed"/>
          <w:sz w:val="20"/>
          <w:lang w:val="pl-PL"/>
        </w:rPr>
        <w:t>III.5.1. rozbudowę i modernizację sieci wodociągowych,</w:t>
      </w:r>
    </w:p>
    <w:p w14:paraId="7B758CBB" w14:textId="4771BFE3" w:rsidR="009035F1" w:rsidRDefault="009035F1" w:rsidP="008636AA">
      <w:pPr>
        <w:pStyle w:val="Tekstpodstawowy2"/>
        <w:numPr>
          <w:ilvl w:val="0"/>
          <w:numId w:val="3"/>
        </w:numPr>
        <w:spacing w:line="240" w:lineRule="auto"/>
        <w:ind w:left="567" w:hanging="227"/>
        <w:rPr>
          <w:rFonts w:ascii="Roboto Condensed" w:hAnsi="Roboto Condensed"/>
          <w:sz w:val="20"/>
          <w:lang w:val="pl-PL"/>
        </w:rPr>
      </w:pPr>
      <w:r w:rsidRPr="009035F1">
        <w:rPr>
          <w:rFonts w:ascii="Roboto Condensed" w:hAnsi="Roboto Condensed"/>
          <w:sz w:val="20"/>
          <w:lang w:val="pl-PL"/>
        </w:rPr>
        <w:t>III.5.2. rozbudowę i modernizację uję</w:t>
      </w:r>
      <w:r>
        <w:rPr>
          <w:rFonts w:ascii="Roboto Condensed" w:hAnsi="Roboto Condensed"/>
          <w:sz w:val="20"/>
          <w:lang w:val="pl-PL"/>
        </w:rPr>
        <w:t>ć</w:t>
      </w:r>
      <w:r w:rsidRPr="009035F1">
        <w:rPr>
          <w:rFonts w:ascii="Roboto Condensed" w:hAnsi="Roboto Condensed"/>
          <w:sz w:val="20"/>
          <w:lang w:val="pl-PL"/>
        </w:rPr>
        <w:t xml:space="preserve"> wody pitnej i urządze</w:t>
      </w:r>
      <w:r>
        <w:rPr>
          <w:rFonts w:ascii="Roboto Condensed" w:hAnsi="Roboto Condensed"/>
          <w:sz w:val="20"/>
          <w:lang w:val="pl-PL"/>
        </w:rPr>
        <w:t>ń</w:t>
      </w:r>
      <w:r w:rsidRPr="009035F1">
        <w:rPr>
          <w:rFonts w:ascii="Roboto Condensed" w:hAnsi="Roboto Condensed"/>
          <w:sz w:val="20"/>
          <w:lang w:val="pl-PL"/>
        </w:rPr>
        <w:t xml:space="preserve"> do jej uzdatniania.</w:t>
      </w:r>
    </w:p>
    <w:p w14:paraId="7C100518" w14:textId="5510AACE" w:rsidR="009035F1" w:rsidRPr="009035F1" w:rsidRDefault="009035F1" w:rsidP="007D1D0F">
      <w:pPr>
        <w:pStyle w:val="Tekstpodstawowy2"/>
        <w:spacing w:before="120" w:line="240" w:lineRule="auto"/>
        <w:ind w:left="170"/>
        <w:rPr>
          <w:rFonts w:ascii="Roboto Condensed" w:hAnsi="Roboto Condensed"/>
          <w:sz w:val="20"/>
          <w:lang w:val="pl-PL"/>
        </w:rPr>
      </w:pPr>
      <w:r w:rsidRPr="009035F1">
        <w:rPr>
          <w:rFonts w:ascii="Roboto Condensed" w:hAnsi="Roboto Condensed"/>
          <w:sz w:val="20"/>
          <w:lang w:val="pl-PL"/>
        </w:rPr>
        <w:t>Rozwój systemów kanalizacyjnych, m.in. poprzez:</w:t>
      </w:r>
    </w:p>
    <w:p w14:paraId="6BC2A320" w14:textId="60DE2A76" w:rsidR="009035F1" w:rsidRPr="009035F1" w:rsidRDefault="009035F1" w:rsidP="008636AA">
      <w:pPr>
        <w:pStyle w:val="Tekstpodstawowy2"/>
        <w:numPr>
          <w:ilvl w:val="0"/>
          <w:numId w:val="3"/>
        </w:numPr>
        <w:spacing w:line="240" w:lineRule="auto"/>
        <w:ind w:left="567" w:hanging="227"/>
        <w:rPr>
          <w:rFonts w:ascii="Roboto Condensed" w:hAnsi="Roboto Condensed"/>
          <w:sz w:val="20"/>
          <w:lang w:val="pl-PL"/>
        </w:rPr>
      </w:pPr>
      <w:r w:rsidRPr="009035F1">
        <w:rPr>
          <w:rFonts w:ascii="Roboto Condensed" w:hAnsi="Roboto Condensed"/>
          <w:sz w:val="20"/>
          <w:lang w:val="pl-PL"/>
        </w:rPr>
        <w:t>III.6.1. budowę, rozbudowę zbiorczych systemów kanalizacji w wyznaczonych zasięgach aglomeracji</w:t>
      </w:r>
    </w:p>
    <w:p w14:paraId="6BCE3AA6" w14:textId="46881C08" w:rsidR="009035F1" w:rsidRPr="009035F1" w:rsidRDefault="009035F1" w:rsidP="008636AA">
      <w:pPr>
        <w:pStyle w:val="Tekstpodstawowy2"/>
        <w:numPr>
          <w:ilvl w:val="0"/>
          <w:numId w:val="3"/>
        </w:numPr>
        <w:spacing w:line="240" w:lineRule="auto"/>
        <w:ind w:left="567" w:hanging="227"/>
        <w:rPr>
          <w:rFonts w:ascii="Roboto Condensed" w:hAnsi="Roboto Condensed"/>
          <w:color w:val="EE0000"/>
          <w:sz w:val="20"/>
          <w:lang w:val="pl-PL"/>
        </w:rPr>
      </w:pPr>
      <w:r w:rsidRPr="009035F1">
        <w:rPr>
          <w:rFonts w:ascii="Roboto Condensed" w:hAnsi="Roboto Condensed"/>
          <w:sz w:val="20"/>
          <w:lang w:val="pl-PL"/>
        </w:rPr>
        <w:t>III.6.2. budowę, rozbudowę zbiorczych systemów kanalizacji oraz budowę, rozbudowę i modernizację oczyszczalni ścieków poza zasięgami aglomeracjami w KPOŚK, szczególnie na obszarach gdzie występują duże dysproporcje między długościami sieci wodociągowych a kanalizacyjnych</w:t>
      </w:r>
    </w:p>
    <w:p w14:paraId="2FAE23E7" w14:textId="6645E6BA" w:rsidR="009035F1" w:rsidRPr="00B429F3" w:rsidRDefault="009035F1" w:rsidP="008636AA">
      <w:pPr>
        <w:pStyle w:val="Tekstpodstawowy2"/>
        <w:numPr>
          <w:ilvl w:val="0"/>
          <w:numId w:val="3"/>
        </w:numPr>
        <w:spacing w:line="240" w:lineRule="auto"/>
        <w:ind w:left="567" w:hanging="227"/>
        <w:rPr>
          <w:rFonts w:ascii="Roboto Condensed" w:hAnsi="Roboto Condensed"/>
          <w:color w:val="EE0000"/>
          <w:sz w:val="20"/>
          <w:lang w:val="pl-PL"/>
        </w:rPr>
      </w:pPr>
      <w:r w:rsidRPr="009035F1">
        <w:rPr>
          <w:rFonts w:ascii="Roboto Condensed" w:hAnsi="Roboto Condensed"/>
          <w:sz w:val="20"/>
          <w:lang w:val="pl-PL"/>
        </w:rPr>
        <w:t>III.6.4. budowę przydomowych oczyszczalni ścieków na terenach, których objęcie zbiorowym systemem kanalizacji jest ekonomicznie nieuzasadnione, tj. wskaźnik koncentracji wynosi poniżej 120 mieszka</w:t>
      </w:r>
      <w:r w:rsidR="002C5243">
        <w:rPr>
          <w:rFonts w:ascii="Roboto Condensed" w:hAnsi="Roboto Condensed"/>
          <w:sz w:val="20"/>
          <w:lang w:val="pl-PL"/>
        </w:rPr>
        <w:t>ń</w:t>
      </w:r>
      <w:r w:rsidRPr="009035F1">
        <w:rPr>
          <w:rFonts w:ascii="Roboto Condensed" w:hAnsi="Roboto Condensed"/>
          <w:sz w:val="20"/>
          <w:lang w:val="pl-PL"/>
        </w:rPr>
        <w:t>ców na 1 km budowanej sieci.</w:t>
      </w:r>
    </w:p>
    <w:p w14:paraId="3D828462" w14:textId="77777777" w:rsidR="00B429F3" w:rsidRDefault="00B429F3" w:rsidP="00B429F3">
      <w:pPr>
        <w:pStyle w:val="Tekstpodstawowy2"/>
        <w:spacing w:line="240" w:lineRule="auto"/>
        <w:rPr>
          <w:rFonts w:ascii="Roboto Condensed" w:hAnsi="Roboto Condensed"/>
          <w:sz w:val="20"/>
          <w:lang w:val="pl-PL"/>
        </w:rPr>
      </w:pPr>
    </w:p>
    <w:p w14:paraId="072DA354" w14:textId="329A8C1B" w:rsidR="0060525F" w:rsidRPr="0060525F" w:rsidRDefault="0060525F" w:rsidP="0060525F">
      <w:pPr>
        <w:pStyle w:val="Tekstpodstawowy2"/>
        <w:spacing w:before="120" w:line="240" w:lineRule="auto"/>
        <w:ind w:left="170"/>
        <w:rPr>
          <w:rFonts w:ascii="Roboto Condensed" w:hAnsi="Roboto Condensed"/>
          <w:color w:val="EE0000"/>
          <w:sz w:val="20"/>
          <w:lang w:val="pl-PL"/>
        </w:rPr>
      </w:pPr>
      <w:r w:rsidRPr="0060525F">
        <w:rPr>
          <w:rFonts w:ascii="Roboto Condensed" w:hAnsi="Roboto Condensed"/>
          <w:sz w:val="20"/>
          <w:lang w:val="pl-PL"/>
        </w:rPr>
        <w:t xml:space="preserve">Racjonalizacja gospodarki odpadami, m.in. poprzez: </w:t>
      </w:r>
    </w:p>
    <w:p w14:paraId="069BA007" w14:textId="0B2FCCDE" w:rsidR="0060525F" w:rsidRPr="0060525F" w:rsidRDefault="0060525F" w:rsidP="0060525F">
      <w:pPr>
        <w:pStyle w:val="Tekstpodstawowy2"/>
        <w:numPr>
          <w:ilvl w:val="0"/>
          <w:numId w:val="3"/>
        </w:numPr>
        <w:spacing w:line="240" w:lineRule="auto"/>
        <w:ind w:left="567" w:hanging="227"/>
        <w:rPr>
          <w:rFonts w:ascii="Roboto Condensed" w:hAnsi="Roboto Condensed"/>
          <w:sz w:val="20"/>
          <w:lang w:val="pl-PL"/>
        </w:rPr>
      </w:pPr>
      <w:r w:rsidRPr="0060525F">
        <w:rPr>
          <w:rFonts w:ascii="Roboto Condensed" w:hAnsi="Roboto Condensed"/>
          <w:sz w:val="20"/>
          <w:lang w:val="pl-PL"/>
        </w:rPr>
        <w:t xml:space="preserve">III.7.1. rozbudowę i modernizację Regionalnych Instalacji do Przetwarzania Odpadów Komunalnych (RIPOK), wyznaczonych do obsługi Regionów Gospodarki Odpadami Komunalnymi (RGOK), w tym m.in.: […] Płoszów (gm. Radomsko), […]. </w:t>
      </w:r>
    </w:p>
    <w:p w14:paraId="321C151D" w14:textId="2D929BA2" w:rsidR="00B429F3" w:rsidRPr="0060525F" w:rsidRDefault="0060525F" w:rsidP="00B429F3">
      <w:pPr>
        <w:pStyle w:val="Tekstpodstawowy2"/>
        <w:numPr>
          <w:ilvl w:val="0"/>
          <w:numId w:val="3"/>
        </w:numPr>
        <w:spacing w:line="240" w:lineRule="auto"/>
        <w:ind w:left="567" w:hanging="227"/>
        <w:rPr>
          <w:rFonts w:ascii="Roboto Condensed" w:hAnsi="Roboto Condensed"/>
          <w:sz w:val="20"/>
          <w:lang w:val="pl-PL"/>
        </w:rPr>
      </w:pPr>
      <w:r w:rsidRPr="0060525F">
        <w:rPr>
          <w:rFonts w:ascii="Roboto Condensed" w:hAnsi="Roboto Condensed"/>
          <w:sz w:val="20"/>
          <w:lang w:val="pl-PL"/>
        </w:rPr>
        <w:t xml:space="preserve">III.7.4. zmniejszenie udziału odpadów składowanych na składowiskach przemysłowych, zamykanie i rekultywację składowisk odpadów niespełniających wymogów ochrony środowiska oraz likwidację miejsc nielegalnego składowania odpadów, w tym m.in.: ograniczanie masy wytworzonych odpadów przemysłowych w stosunku do wielkości produkcji, zwiększanie udziału odpadów przemysłowych poddawanych procesom odzysku, rekultywację w kierunku leśnym. </w:t>
      </w:r>
    </w:p>
    <w:p w14:paraId="165D5423" w14:textId="262E9986" w:rsidR="003D48AA" w:rsidRDefault="003D48AA" w:rsidP="007D1D0F">
      <w:pPr>
        <w:pStyle w:val="Tekstpodstawowy2"/>
        <w:spacing w:before="120" w:after="120" w:line="240" w:lineRule="auto"/>
        <w:ind w:left="170"/>
        <w:rPr>
          <w:rFonts w:ascii="Roboto Condensed" w:hAnsi="Roboto Condensed"/>
          <w:color w:val="EE0000"/>
          <w:sz w:val="20"/>
          <w:lang w:val="pl-PL"/>
        </w:rPr>
      </w:pPr>
      <w:r w:rsidRPr="007D1D0F">
        <w:rPr>
          <w:rFonts w:ascii="Roboto Condensed" w:hAnsi="Roboto Condensed"/>
          <w:b/>
          <w:bCs/>
          <w:i/>
          <w:iCs/>
          <w:sz w:val="20"/>
          <w:u w:val="single"/>
          <w:lang w:val="pl-PL"/>
        </w:rPr>
        <w:t>w zakresie środowiska przyrodniczego:</w:t>
      </w:r>
    </w:p>
    <w:p w14:paraId="3E38AF3C" w14:textId="3CEA3AE7" w:rsidR="003D48AA" w:rsidRPr="003D48AA" w:rsidRDefault="003D48AA" w:rsidP="007D1D0F">
      <w:pPr>
        <w:pStyle w:val="Tekstpodstawowy2"/>
        <w:spacing w:line="240" w:lineRule="auto"/>
        <w:ind w:left="170"/>
        <w:rPr>
          <w:rFonts w:ascii="Roboto Condensed" w:hAnsi="Roboto Condensed"/>
          <w:color w:val="EE0000"/>
          <w:sz w:val="20"/>
          <w:lang w:val="pl-PL"/>
        </w:rPr>
      </w:pPr>
      <w:r w:rsidRPr="003D48AA">
        <w:rPr>
          <w:rFonts w:ascii="Roboto Condensed" w:hAnsi="Roboto Condensed"/>
          <w:sz w:val="20"/>
          <w:lang w:val="pl-PL"/>
        </w:rPr>
        <w:t>Racjonalne wykorzystanie powierzchni ziemi, m.in. poprzez:</w:t>
      </w:r>
    </w:p>
    <w:p w14:paraId="3086D008" w14:textId="0175EB84" w:rsidR="003D48AA" w:rsidRPr="003D48AA" w:rsidRDefault="003D48AA" w:rsidP="008636AA">
      <w:pPr>
        <w:pStyle w:val="Tekstpodstawowy2"/>
        <w:numPr>
          <w:ilvl w:val="0"/>
          <w:numId w:val="3"/>
        </w:numPr>
        <w:spacing w:line="240" w:lineRule="auto"/>
        <w:ind w:left="567" w:hanging="227"/>
        <w:rPr>
          <w:rFonts w:ascii="Roboto Condensed" w:hAnsi="Roboto Condensed"/>
          <w:sz w:val="20"/>
          <w:lang w:val="pl-PL"/>
        </w:rPr>
      </w:pPr>
      <w:r w:rsidRPr="003D48AA">
        <w:rPr>
          <w:rFonts w:ascii="Roboto Condensed" w:hAnsi="Roboto Condensed"/>
          <w:sz w:val="20"/>
          <w:lang w:val="pl-PL"/>
        </w:rPr>
        <w:t>IV.1.1.</w:t>
      </w:r>
      <w:r>
        <w:rPr>
          <w:rFonts w:ascii="Roboto Condensed" w:hAnsi="Roboto Condensed"/>
          <w:sz w:val="20"/>
          <w:lang w:val="pl-PL"/>
        </w:rPr>
        <w:t xml:space="preserve"> </w:t>
      </w:r>
      <w:r w:rsidRPr="003D48AA">
        <w:rPr>
          <w:rFonts w:ascii="Roboto Condensed" w:hAnsi="Roboto Condensed"/>
          <w:sz w:val="20"/>
          <w:lang w:val="pl-PL"/>
        </w:rPr>
        <w:t>ochronę gleb, w tym m.in.:</w:t>
      </w:r>
      <w:r>
        <w:rPr>
          <w:rFonts w:ascii="Roboto Condensed" w:hAnsi="Roboto Condensed"/>
          <w:sz w:val="20"/>
          <w:lang w:val="pl-PL"/>
        </w:rPr>
        <w:t xml:space="preserve"> </w:t>
      </w:r>
      <w:r w:rsidRPr="003D48AA">
        <w:rPr>
          <w:rFonts w:ascii="Roboto Condensed" w:hAnsi="Roboto Condensed"/>
          <w:sz w:val="20"/>
          <w:lang w:val="pl-PL"/>
        </w:rPr>
        <w:t>zachowanie gleb najwartościowszych klas bonitacyjnych (I-IV) i ograniczanie sposobu ich zagospodarowania na cele nie związane z funkcją rolniczą, w tym lokalizacją farm wiatrowych i fotowoltaicznych;</w:t>
      </w:r>
    </w:p>
    <w:p w14:paraId="3CB068E5" w14:textId="3F0964B8" w:rsidR="003D48AA" w:rsidRPr="003D48AA" w:rsidRDefault="003D48AA" w:rsidP="008636AA">
      <w:pPr>
        <w:pStyle w:val="Tekstpodstawowy2"/>
        <w:numPr>
          <w:ilvl w:val="0"/>
          <w:numId w:val="3"/>
        </w:numPr>
        <w:spacing w:line="240" w:lineRule="auto"/>
        <w:ind w:left="567" w:hanging="227"/>
        <w:rPr>
          <w:rFonts w:ascii="Roboto Condensed" w:hAnsi="Roboto Condensed"/>
          <w:sz w:val="20"/>
          <w:lang w:val="pl-PL"/>
        </w:rPr>
      </w:pPr>
      <w:r w:rsidRPr="003D48AA">
        <w:rPr>
          <w:rFonts w:ascii="Roboto Condensed" w:hAnsi="Roboto Condensed"/>
          <w:sz w:val="20"/>
          <w:lang w:val="pl-PL"/>
        </w:rPr>
        <w:t>IV.1.2. ochronę i racjonalne gospodarowanie złożami kopalin, w tym m.in.:</w:t>
      </w:r>
      <w:r>
        <w:rPr>
          <w:rFonts w:ascii="Roboto Condensed" w:hAnsi="Roboto Condensed"/>
          <w:sz w:val="20"/>
          <w:lang w:val="pl-PL"/>
        </w:rPr>
        <w:t xml:space="preserve"> </w:t>
      </w:r>
      <w:r w:rsidRPr="003D48AA">
        <w:rPr>
          <w:rFonts w:ascii="Roboto Condensed" w:hAnsi="Roboto Condensed"/>
          <w:sz w:val="20"/>
          <w:lang w:val="pl-PL"/>
        </w:rPr>
        <w:t>ochronę złóż umożliwiającą przyszłe ich wykorzystanie i racjonalną eksploatację</w:t>
      </w:r>
      <w:r>
        <w:rPr>
          <w:rFonts w:ascii="Roboto Condensed" w:hAnsi="Roboto Condensed"/>
          <w:sz w:val="20"/>
          <w:lang w:val="pl-PL"/>
        </w:rPr>
        <w:t xml:space="preserve"> </w:t>
      </w:r>
      <w:r w:rsidRPr="003D48AA">
        <w:rPr>
          <w:rFonts w:ascii="Roboto Condensed" w:hAnsi="Roboto Condensed"/>
          <w:sz w:val="20"/>
          <w:lang w:val="pl-PL"/>
        </w:rPr>
        <w:t>przy minimalizacji niekorzystnych skutków dla środowiska:</w:t>
      </w:r>
    </w:p>
    <w:p w14:paraId="5B2A5D3E" w14:textId="6BE400A8" w:rsidR="00E95A14" w:rsidRPr="00E95A14" w:rsidRDefault="00E95A14" w:rsidP="007D1D0F">
      <w:pPr>
        <w:pStyle w:val="Tekstpodstawowy2"/>
        <w:spacing w:before="120" w:line="240" w:lineRule="auto"/>
        <w:ind w:left="170"/>
        <w:rPr>
          <w:rFonts w:ascii="Roboto Condensed" w:hAnsi="Roboto Condensed"/>
          <w:color w:val="EE0000"/>
          <w:sz w:val="20"/>
          <w:lang w:val="pl-PL"/>
        </w:rPr>
      </w:pPr>
      <w:r w:rsidRPr="00E95A14">
        <w:rPr>
          <w:rFonts w:ascii="Roboto Condensed" w:hAnsi="Roboto Condensed"/>
          <w:sz w:val="20"/>
          <w:lang w:val="pl-PL"/>
        </w:rPr>
        <w:t>Zwiększanie i popraw</w:t>
      </w:r>
      <w:r>
        <w:rPr>
          <w:rFonts w:ascii="Roboto Condensed" w:hAnsi="Roboto Condensed"/>
          <w:sz w:val="20"/>
          <w:lang w:val="pl-PL"/>
        </w:rPr>
        <w:t>ę</w:t>
      </w:r>
      <w:r w:rsidRPr="00E95A14">
        <w:rPr>
          <w:rFonts w:ascii="Roboto Condensed" w:hAnsi="Roboto Condensed"/>
          <w:sz w:val="20"/>
          <w:lang w:val="pl-PL"/>
        </w:rPr>
        <w:t xml:space="preserve"> jakości zasobów wodnych, m.in. poprzez:</w:t>
      </w:r>
    </w:p>
    <w:p w14:paraId="7D10106C" w14:textId="4E638104" w:rsidR="00E95A14" w:rsidRPr="00E95A14" w:rsidRDefault="00E95A14" w:rsidP="008636AA">
      <w:pPr>
        <w:pStyle w:val="Tekstpodstawowy2"/>
        <w:numPr>
          <w:ilvl w:val="0"/>
          <w:numId w:val="3"/>
        </w:numPr>
        <w:spacing w:line="240" w:lineRule="auto"/>
        <w:ind w:left="567" w:hanging="227"/>
        <w:rPr>
          <w:rFonts w:ascii="Roboto Condensed" w:hAnsi="Roboto Condensed"/>
          <w:sz w:val="20"/>
          <w:lang w:val="pl-PL"/>
        </w:rPr>
      </w:pPr>
      <w:r w:rsidRPr="00E95A14">
        <w:rPr>
          <w:rFonts w:ascii="Roboto Condensed" w:hAnsi="Roboto Condensed"/>
          <w:sz w:val="20"/>
          <w:lang w:val="pl-PL"/>
        </w:rPr>
        <w:t>IV.2.1. ochronę zasobów wód powierzchniowych oraz poprawę zdolności retencyjnych zlewni,</w:t>
      </w:r>
      <w:r>
        <w:rPr>
          <w:rFonts w:ascii="Roboto Condensed" w:hAnsi="Roboto Condensed"/>
          <w:sz w:val="20"/>
          <w:lang w:val="pl-PL"/>
        </w:rPr>
        <w:t xml:space="preserve"> </w:t>
      </w:r>
      <w:r w:rsidRPr="00E95A14">
        <w:rPr>
          <w:rFonts w:ascii="Roboto Condensed" w:hAnsi="Roboto Condensed"/>
          <w:sz w:val="20"/>
          <w:lang w:val="pl-PL"/>
        </w:rPr>
        <w:t>w tym m.in.:</w:t>
      </w:r>
    </w:p>
    <w:p w14:paraId="478E6F65" w14:textId="54234414" w:rsidR="00E95A14" w:rsidRPr="00E95A14" w:rsidRDefault="00E95A14" w:rsidP="008636AA">
      <w:pPr>
        <w:pStyle w:val="Tekstpodstawowy2"/>
        <w:numPr>
          <w:ilvl w:val="1"/>
          <w:numId w:val="3"/>
        </w:numPr>
        <w:spacing w:line="240" w:lineRule="auto"/>
        <w:rPr>
          <w:rFonts w:ascii="Roboto Condensed" w:hAnsi="Roboto Condensed"/>
          <w:sz w:val="20"/>
          <w:lang w:val="pl-PL"/>
        </w:rPr>
      </w:pPr>
      <w:r w:rsidRPr="00E95A14">
        <w:rPr>
          <w:rFonts w:ascii="Roboto Condensed" w:hAnsi="Roboto Condensed"/>
          <w:sz w:val="20"/>
          <w:lang w:val="pl-PL"/>
        </w:rPr>
        <w:t>ochronę obszarów źródliskowych oraz istniejących zbiorników wodnych, m.in. starorzeczy,</w:t>
      </w:r>
      <w:r>
        <w:rPr>
          <w:rFonts w:ascii="Roboto Condensed" w:hAnsi="Roboto Condensed"/>
          <w:sz w:val="20"/>
          <w:lang w:val="pl-PL"/>
        </w:rPr>
        <w:t xml:space="preserve"> </w:t>
      </w:r>
      <w:r w:rsidRPr="00E95A14">
        <w:rPr>
          <w:rFonts w:ascii="Roboto Condensed" w:hAnsi="Roboto Condensed"/>
          <w:sz w:val="20"/>
          <w:lang w:val="pl-PL"/>
        </w:rPr>
        <w:t>oczek wodnych, torfowisk, bagien i mokradeł oraz rewitalizacja terenów bagienno</w:t>
      </w:r>
      <w:r>
        <w:rPr>
          <w:rFonts w:ascii="Roboto Condensed" w:hAnsi="Roboto Condensed"/>
          <w:sz w:val="20"/>
          <w:lang w:val="pl-PL"/>
        </w:rPr>
        <w:t>-</w:t>
      </w:r>
      <w:r w:rsidRPr="00E95A14">
        <w:rPr>
          <w:rFonts w:ascii="Roboto Condensed" w:hAnsi="Roboto Condensed"/>
          <w:sz w:val="20"/>
          <w:lang w:val="pl-PL"/>
        </w:rPr>
        <w:t>torfowiskowych;</w:t>
      </w:r>
    </w:p>
    <w:p w14:paraId="420636E4" w14:textId="44547E39" w:rsidR="00E95A14" w:rsidRPr="00E95A14" w:rsidRDefault="00E95A14" w:rsidP="008636AA">
      <w:pPr>
        <w:pStyle w:val="Tekstpodstawowy2"/>
        <w:numPr>
          <w:ilvl w:val="1"/>
          <w:numId w:val="3"/>
        </w:numPr>
        <w:spacing w:line="240" w:lineRule="auto"/>
        <w:rPr>
          <w:rFonts w:ascii="Roboto Condensed" w:hAnsi="Roboto Condensed"/>
          <w:sz w:val="20"/>
          <w:lang w:val="pl-PL"/>
        </w:rPr>
      </w:pPr>
      <w:r w:rsidRPr="00E95A14">
        <w:rPr>
          <w:rFonts w:ascii="Roboto Condensed" w:hAnsi="Roboto Condensed"/>
          <w:sz w:val="20"/>
          <w:lang w:val="pl-PL"/>
        </w:rPr>
        <w:t>zwiększanie naturalnej retencji dolin rzecznych z zachowaniem stanu lub potencjału</w:t>
      </w:r>
      <w:r>
        <w:rPr>
          <w:rFonts w:ascii="Roboto Condensed" w:hAnsi="Roboto Condensed"/>
          <w:sz w:val="20"/>
          <w:lang w:val="pl-PL"/>
        </w:rPr>
        <w:t xml:space="preserve"> </w:t>
      </w:r>
      <w:r w:rsidRPr="00E95A14">
        <w:rPr>
          <w:rFonts w:ascii="Roboto Condensed" w:hAnsi="Roboto Condensed"/>
          <w:sz w:val="20"/>
          <w:lang w:val="pl-PL"/>
        </w:rPr>
        <w:t>ekologicznego rzek;</w:t>
      </w:r>
    </w:p>
    <w:p w14:paraId="067B96C3" w14:textId="7A21E14E" w:rsidR="00E95A14" w:rsidRPr="00E95A14" w:rsidRDefault="00E95A14" w:rsidP="008636AA">
      <w:pPr>
        <w:pStyle w:val="Tekstpodstawowy2"/>
        <w:numPr>
          <w:ilvl w:val="1"/>
          <w:numId w:val="3"/>
        </w:numPr>
        <w:spacing w:line="240" w:lineRule="auto"/>
        <w:rPr>
          <w:rFonts w:ascii="Roboto Condensed" w:hAnsi="Roboto Condensed"/>
          <w:sz w:val="20"/>
          <w:lang w:val="pl-PL"/>
        </w:rPr>
      </w:pPr>
      <w:r w:rsidRPr="00E95A14">
        <w:rPr>
          <w:rFonts w:ascii="Roboto Condensed" w:hAnsi="Roboto Condensed"/>
          <w:sz w:val="20"/>
          <w:lang w:val="pl-PL"/>
        </w:rPr>
        <w:t>tworzenie warunków utrzymania pokrywy śnieżnej poprzez wprowadzanie zalesie</w:t>
      </w:r>
      <w:r>
        <w:rPr>
          <w:rFonts w:ascii="Roboto Condensed" w:hAnsi="Roboto Condensed"/>
          <w:sz w:val="20"/>
          <w:lang w:val="pl-PL"/>
        </w:rPr>
        <w:t xml:space="preserve">ń </w:t>
      </w:r>
      <w:r w:rsidRPr="00E95A14">
        <w:rPr>
          <w:rFonts w:ascii="Roboto Condensed" w:hAnsi="Roboto Condensed"/>
          <w:sz w:val="20"/>
          <w:lang w:val="pl-PL"/>
        </w:rPr>
        <w:t xml:space="preserve">i </w:t>
      </w:r>
      <w:proofErr w:type="spellStart"/>
      <w:r w:rsidRPr="00E95A14">
        <w:rPr>
          <w:rFonts w:ascii="Roboto Condensed" w:hAnsi="Roboto Condensed"/>
          <w:sz w:val="20"/>
          <w:lang w:val="pl-PL"/>
        </w:rPr>
        <w:t>zadrzewień</w:t>
      </w:r>
      <w:proofErr w:type="spellEnd"/>
      <w:r w:rsidRPr="00E95A14">
        <w:rPr>
          <w:rFonts w:ascii="Roboto Condensed" w:hAnsi="Roboto Condensed"/>
          <w:sz w:val="20"/>
          <w:lang w:val="pl-PL"/>
        </w:rPr>
        <w:t xml:space="preserve"> dla poprawy infiltracji wód roztopowych i retencji leśnej, szczególnie na obszarach</w:t>
      </w:r>
      <w:r>
        <w:rPr>
          <w:rFonts w:ascii="Roboto Condensed" w:hAnsi="Roboto Condensed"/>
          <w:sz w:val="20"/>
          <w:lang w:val="pl-PL"/>
        </w:rPr>
        <w:t xml:space="preserve"> </w:t>
      </w:r>
      <w:r w:rsidRPr="00E95A14">
        <w:rPr>
          <w:rFonts w:ascii="Roboto Condensed" w:hAnsi="Roboto Condensed"/>
          <w:sz w:val="20"/>
          <w:lang w:val="pl-PL"/>
        </w:rPr>
        <w:t>cennych przyrodniczo;</w:t>
      </w:r>
    </w:p>
    <w:p w14:paraId="32133FF6" w14:textId="7E34A854" w:rsidR="00E95A14" w:rsidRPr="00E95A14" w:rsidRDefault="00E95A14" w:rsidP="008636AA">
      <w:pPr>
        <w:pStyle w:val="Tekstpodstawowy2"/>
        <w:numPr>
          <w:ilvl w:val="0"/>
          <w:numId w:val="3"/>
        </w:numPr>
        <w:spacing w:line="240" w:lineRule="auto"/>
        <w:ind w:left="567" w:hanging="227"/>
        <w:rPr>
          <w:rFonts w:ascii="Roboto Condensed" w:hAnsi="Roboto Condensed"/>
          <w:color w:val="EE0000"/>
          <w:sz w:val="20"/>
          <w:lang w:val="pl-PL"/>
        </w:rPr>
      </w:pPr>
      <w:r w:rsidRPr="00E95A14">
        <w:rPr>
          <w:rFonts w:ascii="Roboto Condensed" w:hAnsi="Roboto Condensed"/>
          <w:sz w:val="20"/>
          <w:lang w:val="pl-PL"/>
        </w:rPr>
        <w:t>IV.2.2. poprawę jakości wód powierzchniowych, w tym m.in.:</w:t>
      </w:r>
    </w:p>
    <w:p w14:paraId="61899BFB" w14:textId="710E3859" w:rsidR="00E95A14" w:rsidRPr="00E95A14" w:rsidRDefault="00E95A14" w:rsidP="008636AA">
      <w:pPr>
        <w:pStyle w:val="Tekstpodstawowy2"/>
        <w:numPr>
          <w:ilvl w:val="1"/>
          <w:numId w:val="3"/>
        </w:numPr>
        <w:spacing w:line="240" w:lineRule="auto"/>
        <w:rPr>
          <w:rFonts w:ascii="Roboto Condensed" w:hAnsi="Roboto Condensed"/>
          <w:sz w:val="20"/>
          <w:lang w:val="pl-PL"/>
        </w:rPr>
      </w:pPr>
      <w:r w:rsidRPr="00E95A14">
        <w:rPr>
          <w:rFonts w:ascii="Roboto Condensed" w:hAnsi="Roboto Condensed"/>
          <w:sz w:val="20"/>
          <w:lang w:val="pl-PL"/>
        </w:rPr>
        <w:t xml:space="preserve">tworzenie stref </w:t>
      </w:r>
      <w:proofErr w:type="spellStart"/>
      <w:r w:rsidRPr="00E95A14">
        <w:rPr>
          <w:rFonts w:ascii="Roboto Condensed" w:hAnsi="Roboto Condensed"/>
          <w:sz w:val="20"/>
          <w:lang w:val="pl-PL"/>
        </w:rPr>
        <w:t>ekotonowych</w:t>
      </w:r>
      <w:proofErr w:type="spellEnd"/>
      <w:r w:rsidRPr="00E95A14">
        <w:rPr>
          <w:rFonts w:ascii="Roboto Condensed" w:hAnsi="Roboto Condensed"/>
          <w:sz w:val="20"/>
          <w:lang w:val="pl-PL"/>
        </w:rPr>
        <w:t xml:space="preserve"> wzdłuż głównych rzek województwa i ich dopływów oraz wokół</w:t>
      </w:r>
      <w:r>
        <w:rPr>
          <w:rFonts w:ascii="Roboto Condensed" w:hAnsi="Roboto Condensed"/>
          <w:sz w:val="20"/>
          <w:lang w:val="pl-PL"/>
        </w:rPr>
        <w:t xml:space="preserve"> </w:t>
      </w:r>
      <w:r w:rsidRPr="00E95A14">
        <w:rPr>
          <w:rFonts w:ascii="Roboto Condensed" w:hAnsi="Roboto Condensed"/>
          <w:sz w:val="20"/>
          <w:lang w:val="pl-PL"/>
        </w:rPr>
        <w:t>dużych zbiorników retencyjnych w celu ograniczenia migracji zanieczyszczeń do ich rzek;</w:t>
      </w:r>
    </w:p>
    <w:p w14:paraId="2B84CF75" w14:textId="499E3C7F" w:rsidR="00E95A14" w:rsidRPr="00E95A14" w:rsidRDefault="00E95A14" w:rsidP="008636AA">
      <w:pPr>
        <w:pStyle w:val="Tekstpodstawowy2"/>
        <w:numPr>
          <w:ilvl w:val="1"/>
          <w:numId w:val="3"/>
        </w:numPr>
        <w:spacing w:line="240" w:lineRule="auto"/>
        <w:rPr>
          <w:rFonts w:ascii="Roboto Condensed" w:hAnsi="Roboto Condensed"/>
          <w:sz w:val="20"/>
          <w:lang w:val="pl-PL"/>
        </w:rPr>
      </w:pPr>
      <w:r w:rsidRPr="00E95A14">
        <w:rPr>
          <w:rFonts w:ascii="Roboto Condensed" w:hAnsi="Roboto Condensed"/>
          <w:sz w:val="20"/>
          <w:lang w:val="pl-PL"/>
        </w:rPr>
        <w:t>ograniczenie presji urbanistycznej w dolinach rzek;</w:t>
      </w:r>
    </w:p>
    <w:p w14:paraId="16A84CA3" w14:textId="7D73B810" w:rsidR="00E95A14" w:rsidRPr="00E95A14" w:rsidRDefault="00E95A14" w:rsidP="007D1D0F">
      <w:pPr>
        <w:pStyle w:val="Tekstpodstawowy2"/>
        <w:spacing w:before="120" w:line="240" w:lineRule="auto"/>
        <w:ind w:left="170"/>
        <w:rPr>
          <w:rFonts w:ascii="Roboto Condensed" w:hAnsi="Roboto Condensed"/>
          <w:sz w:val="20"/>
          <w:lang w:val="pl-PL"/>
        </w:rPr>
      </w:pPr>
      <w:r w:rsidRPr="00E95A14">
        <w:rPr>
          <w:rFonts w:ascii="Roboto Condensed" w:hAnsi="Roboto Condensed"/>
          <w:sz w:val="20"/>
          <w:lang w:val="pl-PL"/>
        </w:rPr>
        <w:t>Kształtowanie zasobów leśnych, m.in. poprzez:</w:t>
      </w:r>
    </w:p>
    <w:p w14:paraId="06328E95" w14:textId="6B3897F8" w:rsidR="00E95A14" w:rsidRPr="00E95A14" w:rsidRDefault="00E95A14" w:rsidP="008636AA">
      <w:pPr>
        <w:pStyle w:val="Tekstpodstawowy2"/>
        <w:numPr>
          <w:ilvl w:val="0"/>
          <w:numId w:val="3"/>
        </w:numPr>
        <w:spacing w:line="240" w:lineRule="auto"/>
        <w:ind w:left="567" w:hanging="227"/>
        <w:rPr>
          <w:rFonts w:ascii="Roboto Condensed" w:hAnsi="Roboto Condensed"/>
          <w:sz w:val="20"/>
          <w:lang w:val="pl-PL"/>
        </w:rPr>
      </w:pPr>
      <w:r w:rsidRPr="00E95A14">
        <w:rPr>
          <w:rFonts w:ascii="Roboto Condensed" w:hAnsi="Roboto Condensed"/>
          <w:sz w:val="20"/>
          <w:lang w:val="pl-PL"/>
        </w:rPr>
        <w:t xml:space="preserve">IV.4.1. ochronę i wzbogacanie istniejących kompleksów leśnych i </w:t>
      </w:r>
      <w:proofErr w:type="spellStart"/>
      <w:r w:rsidRPr="00E95A14">
        <w:rPr>
          <w:rFonts w:ascii="Roboto Condensed" w:hAnsi="Roboto Condensed"/>
          <w:sz w:val="20"/>
          <w:lang w:val="pl-PL"/>
        </w:rPr>
        <w:t>zadrzewie</w:t>
      </w:r>
      <w:r>
        <w:rPr>
          <w:rFonts w:ascii="Roboto Condensed" w:hAnsi="Roboto Condensed"/>
          <w:sz w:val="20"/>
          <w:lang w:val="pl-PL"/>
        </w:rPr>
        <w:t>ń</w:t>
      </w:r>
      <w:proofErr w:type="spellEnd"/>
      <w:r w:rsidRPr="00E95A14">
        <w:rPr>
          <w:rFonts w:ascii="Roboto Condensed" w:hAnsi="Roboto Condensed"/>
          <w:sz w:val="20"/>
          <w:lang w:val="pl-PL"/>
        </w:rPr>
        <w:t>, w tym m.in.:</w:t>
      </w:r>
    </w:p>
    <w:p w14:paraId="4CA75DE5" w14:textId="17F87FC2" w:rsidR="00E95A14" w:rsidRPr="00E95A14" w:rsidRDefault="00E95A14" w:rsidP="008636AA">
      <w:pPr>
        <w:pStyle w:val="Tekstpodstawowy2"/>
        <w:numPr>
          <w:ilvl w:val="1"/>
          <w:numId w:val="3"/>
        </w:numPr>
        <w:spacing w:line="240" w:lineRule="auto"/>
        <w:rPr>
          <w:rFonts w:ascii="Roboto Condensed" w:hAnsi="Roboto Condensed"/>
          <w:sz w:val="20"/>
          <w:lang w:val="pl-PL"/>
        </w:rPr>
      </w:pPr>
      <w:r w:rsidRPr="00E95A14">
        <w:rPr>
          <w:rFonts w:ascii="Roboto Condensed" w:hAnsi="Roboto Condensed"/>
          <w:sz w:val="20"/>
          <w:lang w:val="pl-PL"/>
        </w:rPr>
        <w:t>utrzymanie terenów leśnych i stosowanie kompensacji przyrodniczej przy przeznaczaniu</w:t>
      </w:r>
      <w:r>
        <w:rPr>
          <w:rFonts w:ascii="Roboto Condensed" w:hAnsi="Roboto Condensed"/>
          <w:sz w:val="20"/>
          <w:lang w:val="pl-PL"/>
        </w:rPr>
        <w:t xml:space="preserve"> </w:t>
      </w:r>
      <w:r w:rsidRPr="00E95A14">
        <w:rPr>
          <w:rFonts w:ascii="Roboto Condensed" w:hAnsi="Roboto Condensed"/>
          <w:sz w:val="20"/>
          <w:lang w:val="pl-PL"/>
        </w:rPr>
        <w:t>ich na cele nieleśne, szczególnie obszarów leśnych o charakterze zbliżonym do naturalnego</w:t>
      </w:r>
      <w:r>
        <w:rPr>
          <w:rFonts w:ascii="Roboto Condensed" w:hAnsi="Roboto Condensed"/>
          <w:sz w:val="20"/>
          <w:lang w:val="pl-PL"/>
        </w:rPr>
        <w:t xml:space="preserve"> </w:t>
      </w:r>
      <w:r w:rsidRPr="00E95A14">
        <w:rPr>
          <w:rFonts w:ascii="Roboto Condensed" w:hAnsi="Roboto Condensed"/>
          <w:sz w:val="20"/>
          <w:lang w:val="pl-PL"/>
        </w:rPr>
        <w:t>oraz lasów w dolinach rzek i cieków, tworzących korytarze i ciągi ekologiczne;</w:t>
      </w:r>
    </w:p>
    <w:p w14:paraId="4BC9F587" w14:textId="3349F7F0" w:rsidR="00E95A14" w:rsidRPr="00E95A14" w:rsidRDefault="00E95A14" w:rsidP="008636AA">
      <w:pPr>
        <w:pStyle w:val="Tekstpodstawowy2"/>
        <w:numPr>
          <w:ilvl w:val="1"/>
          <w:numId w:val="3"/>
        </w:numPr>
        <w:spacing w:line="240" w:lineRule="auto"/>
        <w:rPr>
          <w:rFonts w:ascii="Roboto Condensed" w:hAnsi="Roboto Condensed"/>
          <w:sz w:val="20"/>
          <w:lang w:val="pl-PL"/>
        </w:rPr>
      </w:pPr>
      <w:r w:rsidRPr="00E95A14">
        <w:rPr>
          <w:rFonts w:ascii="Roboto Condensed" w:hAnsi="Roboto Condensed"/>
          <w:sz w:val="20"/>
          <w:lang w:val="pl-PL"/>
        </w:rPr>
        <w:t xml:space="preserve">zachowanie i tworzenie stref </w:t>
      </w:r>
      <w:proofErr w:type="spellStart"/>
      <w:r w:rsidRPr="00E95A14">
        <w:rPr>
          <w:rFonts w:ascii="Roboto Condensed" w:hAnsi="Roboto Condensed"/>
          <w:sz w:val="20"/>
          <w:lang w:val="pl-PL"/>
        </w:rPr>
        <w:t>ekotonowych</w:t>
      </w:r>
      <w:proofErr w:type="spellEnd"/>
      <w:r w:rsidRPr="00E95A14">
        <w:rPr>
          <w:rFonts w:ascii="Roboto Condensed" w:hAnsi="Roboto Condensed"/>
          <w:sz w:val="20"/>
          <w:lang w:val="pl-PL"/>
        </w:rPr>
        <w:t>;</w:t>
      </w:r>
    </w:p>
    <w:p w14:paraId="0AF4949D" w14:textId="0956C13B" w:rsidR="00E95A14" w:rsidRPr="00E95A14" w:rsidRDefault="00E95A14" w:rsidP="008636AA">
      <w:pPr>
        <w:pStyle w:val="Tekstpodstawowy2"/>
        <w:numPr>
          <w:ilvl w:val="1"/>
          <w:numId w:val="3"/>
        </w:numPr>
        <w:spacing w:line="240" w:lineRule="auto"/>
        <w:rPr>
          <w:rFonts w:ascii="Roboto Condensed" w:hAnsi="Roboto Condensed"/>
          <w:sz w:val="20"/>
          <w:lang w:val="pl-PL"/>
        </w:rPr>
      </w:pPr>
      <w:r w:rsidRPr="00E95A14">
        <w:rPr>
          <w:rFonts w:ascii="Roboto Condensed" w:hAnsi="Roboto Condensed"/>
          <w:sz w:val="20"/>
          <w:lang w:val="pl-PL"/>
        </w:rPr>
        <w:t>zachowanie torfowisk, bagien, śródleśnych oczek i cieków wodnych oraz realizacja obiektów</w:t>
      </w:r>
      <w:r>
        <w:rPr>
          <w:rFonts w:ascii="Roboto Condensed" w:hAnsi="Roboto Condensed"/>
          <w:sz w:val="20"/>
          <w:lang w:val="pl-PL"/>
        </w:rPr>
        <w:t xml:space="preserve"> </w:t>
      </w:r>
      <w:r w:rsidRPr="00E95A14">
        <w:rPr>
          <w:rFonts w:ascii="Roboto Condensed" w:hAnsi="Roboto Condensed"/>
          <w:sz w:val="20"/>
          <w:lang w:val="pl-PL"/>
        </w:rPr>
        <w:t>małej retencji;</w:t>
      </w:r>
    </w:p>
    <w:p w14:paraId="56393672" w14:textId="577D78A3" w:rsidR="00E95A14" w:rsidRPr="002863DC" w:rsidRDefault="00E95A14" w:rsidP="008636AA">
      <w:pPr>
        <w:pStyle w:val="Tekstpodstawowy2"/>
        <w:numPr>
          <w:ilvl w:val="1"/>
          <w:numId w:val="3"/>
        </w:numPr>
        <w:spacing w:line="240" w:lineRule="auto"/>
        <w:rPr>
          <w:rFonts w:ascii="Roboto Condensed" w:hAnsi="Roboto Condensed"/>
          <w:sz w:val="20"/>
          <w:lang w:val="pl-PL"/>
        </w:rPr>
      </w:pPr>
      <w:r w:rsidRPr="00E95A14">
        <w:rPr>
          <w:rFonts w:ascii="Roboto Condensed" w:hAnsi="Roboto Condensed"/>
          <w:sz w:val="20"/>
          <w:lang w:val="pl-PL"/>
        </w:rPr>
        <w:t>ograniczenie presji urbanistycznej na ekosystemy leśne.</w:t>
      </w:r>
    </w:p>
    <w:p w14:paraId="4D13FEFA" w14:textId="77777777" w:rsidR="00E95A14" w:rsidRPr="00E95A14" w:rsidRDefault="00E95A14" w:rsidP="008636AA">
      <w:pPr>
        <w:pStyle w:val="Tekstpodstawowy2"/>
        <w:numPr>
          <w:ilvl w:val="0"/>
          <w:numId w:val="3"/>
        </w:numPr>
        <w:spacing w:line="240" w:lineRule="auto"/>
        <w:ind w:left="567" w:hanging="227"/>
        <w:rPr>
          <w:rFonts w:ascii="Roboto Condensed" w:hAnsi="Roboto Condensed"/>
          <w:sz w:val="20"/>
          <w:lang w:val="pl-PL"/>
        </w:rPr>
      </w:pPr>
      <w:r w:rsidRPr="00E95A14">
        <w:rPr>
          <w:rFonts w:ascii="Roboto Condensed" w:hAnsi="Roboto Condensed"/>
          <w:sz w:val="20"/>
          <w:lang w:val="pl-PL"/>
        </w:rPr>
        <w:t>IV.4.2. zwiększanie lesistości, w tym m.in.:</w:t>
      </w:r>
    </w:p>
    <w:p w14:paraId="3DDEBF0F" w14:textId="6785D0AD" w:rsidR="00E95A14" w:rsidRPr="002863DC" w:rsidRDefault="00E95A14" w:rsidP="008636AA">
      <w:pPr>
        <w:pStyle w:val="Tekstpodstawowy2"/>
        <w:numPr>
          <w:ilvl w:val="1"/>
          <w:numId w:val="3"/>
        </w:numPr>
        <w:spacing w:line="240" w:lineRule="auto"/>
        <w:rPr>
          <w:rFonts w:ascii="Roboto Condensed" w:hAnsi="Roboto Condensed"/>
          <w:sz w:val="20"/>
          <w:lang w:val="pl-PL"/>
        </w:rPr>
      </w:pPr>
      <w:r w:rsidRPr="00E95A14">
        <w:rPr>
          <w:rFonts w:ascii="Roboto Condensed" w:hAnsi="Roboto Condensed"/>
          <w:sz w:val="20"/>
          <w:lang w:val="pl-PL"/>
        </w:rPr>
        <w:t>zalesianie gruntów o niskiej przydatności dla rolnictwa oraz nieużytków w sposób zapewniający</w:t>
      </w:r>
      <w:r w:rsidR="002863DC">
        <w:rPr>
          <w:rFonts w:ascii="Roboto Condensed" w:hAnsi="Roboto Condensed"/>
          <w:sz w:val="20"/>
          <w:lang w:val="pl-PL"/>
        </w:rPr>
        <w:t xml:space="preserve"> </w:t>
      </w:r>
      <w:r w:rsidRPr="002863DC">
        <w:rPr>
          <w:rFonts w:ascii="Roboto Condensed" w:hAnsi="Roboto Condensed"/>
          <w:sz w:val="20"/>
          <w:lang w:val="pl-PL"/>
        </w:rPr>
        <w:t>optymalną ochronę różnorodności biologicznej i walorów krajobrazowych;</w:t>
      </w:r>
    </w:p>
    <w:p w14:paraId="3AA24A24" w14:textId="09BAB1AB" w:rsidR="00E95A14" w:rsidRDefault="00E95A14" w:rsidP="008636AA">
      <w:pPr>
        <w:pStyle w:val="Tekstpodstawowy2"/>
        <w:numPr>
          <w:ilvl w:val="1"/>
          <w:numId w:val="3"/>
        </w:numPr>
        <w:spacing w:line="240" w:lineRule="auto"/>
        <w:rPr>
          <w:rFonts w:ascii="Roboto Condensed" w:hAnsi="Roboto Condensed"/>
          <w:sz w:val="20"/>
          <w:lang w:val="pl-PL"/>
        </w:rPr>
      </w:pPr>
      <w:r w:rsidRPr="00E95A14">
        <w:rPr>
          <w:rFonts w:ascii="Roboto Condensed" w:hAnsi="Roboto Condensed"/>
          <w:sz w:val="20"/>
          <w:lang w:val="pl-PL"/>
        </w:rPr>
        <w:t>konsolidację zalesie</w:t>
      </w:r>
      <w:r w:rsidR="002863DC">
        <w:rPr>
          <w:rFonts w:ascii="Roboto Condensed" w:hAnsi="Roboto Condensed"/>
          <w:sz w:val="20"/>
          <w:lang w:val="pl-PL"/>
        </w:rPr>
        <w:t>ń</w:t>
      </w:r>
      <w:r w:rsidRPr="00E95A14">
        <w:rPr>
          <w:rFonts w:ascii="Roboto Condensed" w:hAnsi="Roboto Condensed"/>
          <w:sz w:val="20"/>
          <w:lang w:val="pl-PL"/>
        </w:rPr>
        <w:t>, szczególnie w obrębie korytarzy ekologicznych, na terenach łączących</w:t>
      </w:r>
      <w:r w:rsidR="002863DC">
        <w:rPr>
          <w:rFonts w:ascii="Roboto Condensed" w:hAnsi="Roboto Condensed"/>
          <w:sz w:val="20"/>
          <w:lang w:val="pl-PL"/>
        </w:rPr>
        <w:t xml:space="preserve"> </w:t>
      </w:r>
      <w:r w:rsidRPr="002863DC">
        <w:rPr>
          <w:rFonts w:ascii="Roboto Condensed" w:hAnsi="Roboto Condensed"/>
          <w:sz w:val="20"/>
          <w:lang w:val="pl-PL"/>
        </w:rPr>
        <w:t>istniejące kompleksy leśne lub zapewniających powiązania z innymi ekosystemami</w:t>
      </w:r>
      <w:r w:rsidR="002863DC">
        <w:rPr>
          <w:rFonts w:ascii="Roboto Condensed" w:hAnsi="Roboto Condensed"/>
          <w:sz w:val="20"/>
          <w:lang w:val="pl-PL"/>
        </w:rPr>
        <w:t xml:space="preserve"> </w:t>
      </w:r>
      <w:r w:rsidRPr="002863DC">
        <w:rPr>
          <w:rFonts w:ascii="Roboto Condensed" w:hAnsi="Roboto Condensed"/>
          <w:sz w:val="20"/>
          <w:lang w:val="pl-PL"/>
        </w:rPr>
        <w:t>(z wyłączeniem półnaturalnych i naturalnych zbiorowisk nieleśnych: źródliskowych,</w:t>
      </w:r>
      <w:r w:rsidR="002863DC">
        <w:rPr>
          <w:rFonts w:ascii="Roboto Condensed" w:hAnsi="Roboto Condensed"/>
          <w:sz w:val="20"/>
          <w:lang w:val="pl-PL"/>
        </w:rPr>
        <w:t xml:space="preserve"> </w:t>
      </w:r>
      <w:r w:rsidRPr="002863DC">
        <w:rPr>
          <w:rFonts w:ascii="Roboto Condensed" w:hAnsi="Roboto Condensed"/>
          <w:sz w:val="20"/>
          <w:lang w:val="pl-PL"/>
        </w:rPr>
        <w:t>torfowiskowych, bagiennych), na obszarach wododziałowych, w rejonach największego</w:t>
      </w:r>
      <w:r w:rsidR="002863DC">
        <w:rPr>
          <w:rFonts w:ascii="Roboto Condensed" w:hAnsi="Roboto Condensed"/>
          <w:sz w:val="20"/>
          <w:lang w:val="pl-PL"/>
        </w:rPr>
        <w:t xml:space="preserve"> </w:t>
      </w:r>
      <w:r w:rsidRPr="002863DC">
        <w:rPr>
          <w:rFonts w:ascii="Roboto Condensed" w:hAnsi="Roboto Condensed"/>
          <w:sz w:val="20"/>
          <w:lang w:val="pl-PL"/>
        </w:rPr>
        <w:t>deficytu wód oraz w sąsiedztwie dużych ośrodków miejskich;</w:t>
      </w:r>
    </w:p>
    <w:p w14:paraId="08E1A3D1" w14:textId="0DBAD531" w:rsidR="002863DC" w:rsidRPr="002863DC" w:rsidRDefault="002863DC" w:rsidP="008636AA">
      <w:pPr>
        <w:pStyle w:val="Tekstpodstawowy2"/>
        <w:numPr>
          <w:ilvl w:val="1"/>
          <w:numId w:val="3"/>
        </w:numPr>
        <w:spacing w:line="240" w:lineRule="auto"/>
        <w:rPr>
          <w:rFonts w:ascii="Roboto Condensed" w:hAnsi="Roboto Condensed"/>
          <w:sz w:val="20"/>
          <w:lang w:val="pl-PL"/>
        </w:rPr>
      </w:pPr>
      <w:r w:rsidRPr="002863DC">
        <w:rPr>
          <w:rFonts w:ascii="Roboto Condensed" w:hAnsi="Roboto Condensed"/>
          <w:sz w:val="20"/>
          <w:lang w:val="pl-PL"/>
        </w:rPr>
        <w:t xml:space="preserve">zwiększanie powierzchni </w:t>
      </w:r>
      <w:proofErr w:type="spellStart"/>
      <w:r w:rsidRPr="002863DC">
        <w:rPr>
          <w:rFonts w:ascii="Roboto Condensed" w:hAnsi="Roboto Condensed"/>
          <w:sz w:val="20"/>
          <w:lang w:val="pl-PL"/>
        </w:rPr>
        <w:t>zadrzewie</w:t>
      </w:r>
      <w:r>
        <w:rPr>
          <w:rFonts w:ascii="Roboto Condensed" w:hAnsi="Roboto Condensed"/>
          <w:sz w:val="20"/>
          <w:lang w:val="pl-PL"/>
        </w:rPr>
        <w:t>ń</w:t>
      </w:r>
      <w:proofErr w:type="spellEnd"/>
      <w:r w:rsidRPr="002863DC">
        <w:rPr>
          <w:rFonts w:ascii="Roboto Condensed" w:hAnsi="Roboto Condensed"/>
          <w:sz w:val="20"/>
          <w:lang w:val="pl-PL"/>
        </w:rPr>
        <w:t xml:space="preserve"> i </w:t>
      </w:r>
      <w:proofErr w:type="spellStart"/>
      <w:r w:rsidRPr="002863DC">
        <w:rPr>
          <w:rFonts w:ascii="Roboto Condensed" w:hAnsi="Roboto Condensed"/>
          <w:sz w:val="20"/>
          <w:lang w:val="pl-PL"/>
        </w:rPr>
        <w:t>zakrzewie</w:t>
      </w:r>
      <w:r>
        <w:rPr>
          <w:rFonts w:ascii="Roboto Condensed" w:hAnsi="Roboto Condensed"/>
          <w:sz w:val="20"/>
          <w:lang w:val="pl-PL"/>
        </w:rPr>
        <w:t>ń</w:t>
      </w:r>
      <w:proofErr w:type="spellEnd"/>
      <w:r w:rsidRPr="002863DC">
        <w:rPr>
          <w:rFonts w:ascii="Roboto Condensed" w:hAnsi="Roboto Condensed"/>
          <w:sz w:val="20"/>
          <w:lang w:val="pl-PL"/>
        </w:rPr>
        <w:t>, szczególnie na terenach o niskiej lesistości,</w:t>
      </w:r>
      <w:r>
        <w:rPr>
          <w:rFonts w:ascii="Roboto Condensed" w:hAnsi="Roboto Condensed"/>
          <w:sz w:val="20"/>
          <w:lang w:val="pl-PL"/>
        </w:rPr>
        <w:t xml:space="preserve"> </w:t>
      </w:r>
      <w:r w:rsidRPr="002863DC">
        <w:rPr>
          <w:rFonts w:ascii="Roboto Condensed" w:hAnsi="Roboto Condensed"/>
          <w:sz w:val="20"/>
          <w:lang w:val="pl-PL"/>
        </w:rPr>
        <w:t>w rejonach występowania gleb najwyższych klas bonitacyjnych (w tym związanych</w:t>
      </w:r>
      <w:r>
        <w:rPr>
          <w:rFonts w:ascii="Roboto Condensed" w:hAnsi="Roboto Condensed"/>
          <w:sz w:val="20"/>
          <w:lang w:val="pl-PL"/>
        </w:rPr>
        <w:t xml:space="preserve"> </w:t>
      </w:r>
      <w:r w:rsidRPr="002863DC">
        <w:rPr>
          <w:rFonts w:ascii="Roboto Condensed" w:hAnsi="Roboto Condensed"/>
          <w:sz w:val="20"/>
          <w:lang w:val="pl-PL"/>
        </w:rPr>
        <w:t>z intensywną produkcją rolną i dużym zagrożeniem procesami erozji gleb) oraz niekorzystnego</w:t>
      </w:r>
      <w:r>
        <w:rPr>
          <w:rFonts w:ascii="Roboto Condensed" w:hAnsi="Roboto Condensed"/>
          <w:sz w:val="20"/>
          <w:lang w:val="pl-PL"/>
        </w:rPr>
        <w:t xml:space="preserve"> </w:t>
      </w:r>
      <w:r w:rsidRPr="002863DC">
        <w:rPr>
          <w:rFonts w:ascii="Roboto Condensed" w:hAnsi="Roboto Condensed"/>
          <w:sz w:val="20"/>
          <w:lang w:val="pl-PL"/>
        </w:rPr>
        <w:t>bilansu wodnego.</w:t>
      </w:r>
    </w:p>
    <w:p w14:paraId="0C39E8A7" w14:textId="6486D187" w:rsidR="002863DC" w:rsidRPr="002863DC" w:rsidRDefault="002863DC" w:rsidP="007D1D0F">
      <w:pPr>
        <w:pStyle w:val="Tekstpodstawowy2"/>
        <w:spacing w:before="120" w:line="240" w:lineRule="auto"/>
        <w:ind w:left="170"/>
        <w:rPr>
          <w:rFonts w:ascii="Roboto Condensed" w:hAnsi="Roboto Condensed"/>
          <w:sz w:val="20"/>
          <w:lang w:val="pl-PL"/>
        </w:rPr>
      </w:pPr>
      <w:r w:rsidRPr="002863DC">
        <w:rPr>
          <w:rFonts w:ascii="Roboto Condensed" w:hAnsi="Roboto Condensed"/>
          <w:sz w:val="20"/>
          <w:lang w:val="pl-PL"/>
        </w:rPr>
        <w:t>Zachowanie i wzrost różnorodności biologicznej, m.in. poprzez:</w:t>
      </w:r>
    </w:p>
    <w:p w14:paraId="249F03F2" w14:textId="77777777" w:rsidR="002863DC" w:rsidRPr="002863DC" w:rsidRDefault="002863DC" w:rsidP="008636AA">
      <w:pPr>
        <w:pStyle w:val="Tekstpodstawowy2"/>
        <w:numPr>
          <w:ilvl w:val="0"/>
          <w:numId w:val="3"/>
        </w:numPr>
        <w:spacing w:line="240" w:lineRule="auto"/>
        <w:ind w:left="567" w:hanging="227"/>
        <w:rPr>
          <w:rFonts w:ascii="Roboto Condensed" w:hAnsi="Roboto Condensed"/>
          <w:sz w:val="20"/>
          <w:lang w:val="pl-PL"/>
        </w:rPr>
      </w:pPr>
      <w:r w:rsidRPr="002863DC">
        <w:rPr>
          <w:rFonts w:ascii="Roboto Condensed" w:hAnsi="Roboto Condensed"/>
          <w:sz w:val="20"/>
          <w:lang w:val="pl-PL"/>
        </w:rPr>
        <w:t>IV.5.1. ochronę, wzbogacanie lub odtwarzanie różnorodności biologicznej, w tym m.in.:</w:t>
      </w:r>
    </w:p>
    <w:p w14:paraId="317FC8C0" w14:textId="3CE25F4C" w:rsidR="002863DC" w:rsidRPr="002863DC" w:rsidRDefault="002863DC" w:rsidP="008636AA">
      <w:pPr>
        <w:pStyle w:val="Tekstpodstawowy2"/>
        <w:numPr>
          <w:ilvl w:val="1"/>
          <w:numId w:val="3"/>
        </w:numPr>
        <w:spacing w:line="240" w:lineRule="auto"/>
        <w:rPr>
          <w:rFonts w:ascii="Roboto Condensed" w:hAnsi="Roboto Condensed"/>
          <w:sz w:val="20"/>
          <w:lang w:val="pl-PL"/>
        </w:rPr>
      </w:pPr>
      <w:r w:rsidRPr="002863DC">
        <w:rPr>
          <w:rFonts w:ascii="Roboto Condensed" w:hAnsi="Roboto Condensed"/>
          <w:sz w:val="20"/>
          <w:lang w:val="pl-PL"/>
        </w:rPr>
        <w:t>ochronę obszarów charakteryzujących się najwyższą bioróżnorodnością: oczek wodnych, rzek</w:t>
      </w:r>
      <w:r>
        <w:rPr>
          <w:rFonts w:ascii="Roboto Condensed" w:hAnsi="Roboto Condensed"/>
          <w:sz w:val="20"/>
          <w:lang w:val="pl-PL"/>
        </w:rPr>
        <w:t xml:space="preserve"> </w:t>
      </w:r>
      <w:r w:rsidRPr="002863DC">
        <w:rPr>
          <w:rFonts w:ascii="Roboto Condensed" w:hAnsi="Roboto Condensed"/>
          <w:sz w:val="20"/>
          <w:lang w:val="pl-PL"/>
        </w:rPr>
        <w:t xml:space="preserve">i ich dolin, ekosystemów bagienno-torfowiskowych, </w:t>
      </w:r>
      <w:proofErr w:type="spellStart"/>
      <w:r w:rsidRPr="002863DC">
        <w:rPr>
          <w:rFonts w:ascii="Roboto Condensed" w:hAnsi="Roboto Condensed"/>
          <w:sz w:val="20"/>
          <w:lang w:val="pl-PL"/>
        </w:rPr>
        <w:t>mokradłowych</w:t>
      </w:r>
      <w:proofErr w:type="spellEnd"/>
      <w:r w:rsidRPr="002863DC">
        <w:rPr>
          <w:rFonts w:ascii="Roboto Condensed" w:hAnsi="Roboto Condensed"/>
          <w:sz w:val="20"/>
          <w:lang w:val="pl-PL"/>
        </w:rPr>
        <w:t xml:space="preserve"> i leśnych oraz </w:t>
      </w:r>
      <w:proofErr w:type="spellStart"/>
      <w:r w:rsidRPr="002863DC">
        <w:rPr>
          <w:rFonts w:ascii="Roboto Condensed" w:hAnsi="Roboto Condensed"/>
          <w:sz w:val="20"/>
          <w:lang w:val="pl-PL"/>
        </w:rPr>
        <w:t>renaturyzację</w:t>
      </w:r>
      <w:proofErr w:type="spellEnd"/>
      <w:r>
        <w:rPr>
          <w:rFonts w:ascii="Roboto Condensed" w:hAnsi="Roboto Condensed"/>
          <w:sz w:val="20"/>
          <w:lang w:val="pl-PL"/>
        </w:rPr>
        <w:t xml:space="preserve"> </w:t>
      </w:r>
      <w:r w:rsidRPr="002863DC">
        <w:rPr>
          <w:rFonts w:ascii="Roboto Condensed" w:hAnsi="Roboto Condensed"/>
          <w:sz w:val="20"/>
          <w:lang w:val="pl-PL"/>
        </w:rPr>
        <w:t>zdegradowanych ekosystemów i siedlisk przyrodniczych;</w:t>
      </w:r>
    </w:p>
    <w:p w14:paraId="7EF9B49F" w14:textId="2D544E7B" w:rsidR="002863DC" w:rsidRPr="002863DC" w:rsidRDefault="002863DC" w:rsidP="008636AA">
      <w:pPr>
        <w:pStyle w:val="Tekstpodstawowy2"/>
        <w:numPr>
          <w:ilvl w:val="1"/>
          <w:numId w:val="3"/>
        </w:numPr>
        <w:spacing w:line="240" w:lineRule="auto"/>
        <w:rPr>
          <w:rFonts w:ascii="Roboto Condensed" w:hAnsi="Roboto Condensed"/>
          <w:sz w:val="20"/>
          <w:lang w:val="pl-PL"/>
        </w:rPr>
      </w:pPr>
      <w:r w:rsidRPr="002863DC">
        <w:rPr>
          <w:rFonts w:ascii="Roboto Condensed" w:hAnsi="Roboto Condensed"/>
          <w:sz w:val="20"/>
          <w:lang w:val="pl-PL"/>
        </w:rPr>
        <w:t xml:space="preserve">utrzymanie i zwiększanie powierzchni terenów zieleni, szczególnie </w:t>
      </w:r>
      <w:r>
        <w:rPr>
          <w:rFonts w:ascii="Roboto Condensed" w:hAnsi="Roboto Condensed"/>
          <w:sz w:val="20"/>
          <w:lang w:val="pl-PL"/>
        </w:rPr>
        <w:t>[…]</w:t>
      </w:r>
      <w:r w:rsidRPr="002863DC">
        <w:rPr>
          <w:rFonts w:ascii="Roboto Condensed" w:hAnsi="Roboto Condensed"/>
          <w:sz w:val="20"/>
          <w:lang w:val="pl-PL"/>
        </w:rPr>
        <w:t xml:space="preserve">, </w:t>
      </w:r>
      <w:proofErr w:type="spellStart"/>
      <w:r w:rsidRPr="002863DC">
        <w:rPr>
          <w:rFonts w:ascii="Roboto Condensed" w:hAnsi="Roboto Condensed"/>
          <w:sz w:val="20"/>
          <w:lang w:val="pl-PL"/>
        </w:rPr>
        <w:t>zadrzewie</w:t>
      </w:r>
      <w:r>
        <w:rPr>
          <w:rFonts w:ascii="Roboto Condensed" w:hAnsi="Roboto Condensed"/>
          <w:sz w:val="20"/>
          <w:lang w:val="pl-PL"/>
        </w:rPr>
        <w:t>ń</w:t>
      </w:r>
      <w:proofErr w:type="spellEnd"/>
      <w:r>
        <w:rPr>
          <w:rFonts w:ascii="Roboto Condensed" w:hAnsi="Roboto Condensed"/>
          <w:sz w:val="20"/>
          <w:lang w:val="pl-PL"/>
        </w:rPr>
        <w:t xml:space="preserve"> </w:t>
      </w:r>
      <w:r w:rsidRPr="002863DC">
        <w:rPr>
          <w:rFonts w:ascii="Roboto Condensed" w:hAnsi="Roboto Condensed"/>
          <w:sz w:val="20"/>
          <w:lang w:val="pl-PL"/>
        </w:rPr>
        <w:t xml:space="preserve">i </w:t>
      </w:r>
      <w:proofErr w:type="spellStart"/>
      <w:r w:rsidRPr="002863DC">
        <w:rPr>
          <w:rFonts w:ascii="Roboto Condensed" w:hAnsi="Roboto Condensed"/>
          <w:sz w:val="20"/>
          <w:lang w:val="pl-PL"/>
        </w:rPr>
        <w:t>zakrzewień</w:t>
      </w:r>
      <w:proofErr w:type="spellEnd"/>
      <w:r w:rsidRPr="002863DC">
        <w:rPr>
          <w:rFonts w:ascii="Roboto Condensed" w:hAnsi="Roboto Condensed"/>
          <w:sz w:val="20"/>
          <w:lang w:val="pl-PL"/>
        </w:rPr>
        <w:t>, zachowanie drożności systemów dolinnych.</w:t>
      </w:r>
    </w:p>
    <w:p w14:paraId="11B5EA98" w14:textId="34DAED1F" w:rsidR="002863DC" w:rsidRDefault="002863DC" w:rsidP="007D1D0F">
      <w:pPr>
        <w:pStyle w:val="Tekstpodstawowy2"/>
        <w:spacing w:before="120" w:line="240" w:lineRule="auto"/>
        <w:ind w:left="170"/>
        <w:rPr>
          <w:rFonts w:ascii="Roboto Condensed" w:hAnsi="Roboto Condensed"/>
          <w:sz w:val="20"/>
          <w:lang w:val="pl-PL"/>
        </w:rPr>
      </w:pPr>
      <w:r w:rsidRPr="002863DC">
        <w:rPr>
          <w:rFonts w:ascii="Roboto Condensed" w:hAnsi="Roboto Condensed"/>
          <w:sz w:val="20"/>
          <w:lang w:val="pl-PL"/>
        </w:rPr>
        <w:t>Zachowanie</w:t>
      </w:r>
      <w:r>
        <w:rPr>
          <w:rFonts w:ascii="Roboto Condensed" w:hAnsi="Roboto Condensed"/>
          <w:sz w:val="20"/>
          <w:lang w:val="pl-PL"/>
        </w:rPr>
        <w:t xml:space="preserve"> </w:t>
      </w:r>
      <w:r w:rsidRPr="002863DC">
        <w:rPr>
          <w:rFonts w:ascii="Roboto Condensed" w:hAnsi="Roboto Condensed"/>
          <w:sz w:val="20"/>
          <w:lang w:val="pl-PL"/>
        </w:rPr>
        <w:t>najcenniejszych</w:t>
      </w:r>
      <w:r>
        <w:rPr>
          <w:rFonts w:ascii="Roboto Condensed" w:hAnsi="Roboto Condensed"/>
          <w:sz w:val="20"/>
          <w:lang w:val="pl-PL"/>
        </w:rPr>
        <w:t xml:space="preserve"> </w:t>
      </w:r>
      <w:r w:rsidRPr="002863DC">
        <w:rPr>
          <w:rFonts w:ascii="Roboto Condensed" w:hAnsi="Roboto Condensed"/>
          <w:sz w:val="20"/>
          <w:lang w:val="pl-PL"/>
        </w:rPr>
        <w:t>zasobów</w:t>
      </w:r>
      <w:r>
        <w:rPr>
          <w:rFonts w:ascii="Roboto Condensed" w:hAnsi="Roboto Condensed"/>
          <w:sz w:val="20"/>
          <w:lang w:val="pl-PL"/>
        </w:rPr>
        <w:t xml:space="preserve"> </w:t>
      </w:r>
      <w:r w:rsidRPr="002863DC">
        <w:rPr>
          <w:rFonts w:ascii="Roboto Condensed" w:hAnsi="Roboto Condensed"/>
          <w:sz w:val="20"/>
          <w:lang w:val="pl-PL"/>
        </w:rPr>
        <w:t>przyrodniczych</w:t>
      </w:r>
      <w:r>
        <w:rPr>
          <w:rFonts w:ascii="Roboto Condensed" w:hAnsi="Roboto Condensed"/>
          <w:sz w:val="20"/>
          <w:lang w:val="pl-PL"/>
        </w:rPr>
        <w:t xml:space="preserve"> </w:t>
      </w:r>
      <w:r w:rsidRPr="002863DC">
        <w:rPr>
          <w:rFonts w:ascii="Roboto Condensed" w:hAnsi="Roboto Condensed"/>
          <w:sz w:val="20"/>
          <w:lang w:val="pl-PL"/>
        </w:rPr>
        <w:t>i</w:t>
      </w:r>
      <w:r>
        <w:rPr>
          <w:rFonts w:ascii="Roboto Condensed" w:hAnsi="Roboto Condensed"/>
          <w:sz w:val="20"/>
          <w:lang w:val="pl-PL"/>
        </w:rPr>
        <w:t xml:space="preserve"> </w:t>
      </w:r>
      <w:r w:rsidRPr="002863DC">
        <w:rPr>
          <w:rFonts w:ascii="Roboto Condensed" w:hAnsi="Roboto Condensed"/>
          <w:sz w:val="20"/>
          <w:lang w:val="pl-PL"/>
        </w:rPr>
        <w:t>krajobrazowych</w:t>
      </w:r>
      <w:r>
        <w:rPr>
          <w:rFonts w:ascii="Roboto Condensed" w:hAnsi="Roboto Condensed"/>
          <w:sz w:val="20"/>
          <w:lang w:val="pl-PL"/>
        </w:rPr>
        <w:t xml:space="preserve"> </w:t>
      </w:r>
      <w:r w:rsidRPr="002863DC">
        <w:rPr>
          <w:rFonts w:ascii="Roboto Condensed" w:hAnsi="Roboto Condensed"/>
          <w:sz w:val="20"/>
          <w:lang w:val="pl-PL"/>
        </w:rPr>
        <w:t>oraz</w:t>
      </w:r>
      <w:r>
        <w:rPr>
          <w:rFonts w:ascii="Roboto Condensed" w:hAnsi="Roboto Condensed"/>
          <w:sz w:val="20"/>
          <w:lang w:val="pl-PL"/>
        </w:rPr>
        <w:t xml:space="preserve"> </w:t>
      </w:r>
      <w:r w:rsidRPr="002863DC">
        <w:rPr>
          <w:rFonts w:ascii="Roboto Condensed" w:hAnsi="Roboto Condensed"/>
          <w:sz w:val="20"/>
          <w:lang w:val="pl-PL"/>
        </w:rPr>
        <w:t>zapewnienie</w:t>
      </w:r>
      <w:r>
        <w:rPr>
          <w:rFonts w:ascii="Roboto Condensed" w:hAnsi="Roboto Condensed"/>
          <w:sz w:val="20"/>
          <w:lang w:val="pl-PL"/>
        </w:rPr>
        <w:t xml:space="preserve"> </w:t>
      </w:r>
      <w:r w:rsidRPr="002863DC">
        <w:rPr>
          <w:rFonts w:ascii="Roboto Condensed" w:hAnsi="Roboto Condensed"/>
          <w:sz w:val="20"/>
          <w:lang w:val="pl-PL"/>
        </w:rPr>
        <w:t>ciągłości</w:t>
      </w:r>
      <w:r>
        <w:rPr>
          <w:rFonts w:ascii="Roboto Condensed" w:hAnsi="Roboto Condensed"/>
          <w:sz w:val="20"/>
          <w:lang w:val="pl-PL"/>
        </w:rPr>
        <w:t xml:space="preserve"> </w:t>
      </w:r>
      <w:r w:rsidRPr="002863DC">
        <w:rPr>
          <w:rFonts w:ascii="Roboto Condensed" w:hAnsi="Roboto Condensed"/>
          <w:sz w:val="20"/>
          <w:lang w:val="pl-PL"/>
        </w:rPr>
        <w:t>systemu</w:t>
      </w:r>
      <w:r>
        <w:rPr>
          <w:rFonts w:ascii="Roboto Condensed" w:hAnsi="Roboto Condensed"/>
          <w:sz w:val="20"/>
          <w:lang w:val="pl-PL"/>
        </w:rPr>
        <w:t xml:space="preserve"> </w:t>
      </w:r>
      <w:r w:rsidRPr="002863DC">
        <w:rPr>
          <w:rFonts w:ascii="Roboto Condensed" w:hAnsi="Roboto Condensed"/>
          <w:sz w:val="20"/>
          <w:lang w:val="pl-PL"/>
        </w:rPr>
        <w:t>ekologicznego,</w:t>
      </w:r>
      <w:r>
        <w:rPr>
          <w:rFonts w:ascii="Roboto Condensed" w:hAnsi="Roboto Condensed"/>
          <w:sz w:val="20"/>
          <w:lang w:val="pl-PL"/>
        </w:rPr>
        <w:t xml:space="preserve"> </w:t>
      </w:r>
      <w:r w:rsidRPr="002863DC">
        <w:rPr>
          <w:rFonts w:ascii="Roboto Condensed" w:hAnsi="Roboto Condensed"/>
          <w:sz w:val="20"/>
          <w:lang w:val="pl-PL"/>
        </w:rPr>
        <w:t>m.in.</w:t>
      </w:r>
      <w:r>
        <w:rPr>
          <w:rFonts w:ascii="Roboto Condensed" w:hAnsi="Roboto Condensed"/>
          <w:sz w:val="20"/>
          <w:lang w:val="pl-PL"/>
        </w:rPr>
        <w:t xml:space="preserve"> </w:t>
      </w:r>
      <w:r w:rsidRPr="002863DC">
        <w:rPr>
          <w:rFonts w:ascii="Roboto Condensed" w:hAnsi="Roboto Condensed"/>
          <w:sz w:val="20"/>
          <w:lang w:val="pl-PL"/>
        </w:rPr>
        <w:t>poprzez:</w:t>
      </w:r>
    </w:p>
    <w:p w14:paraId="21525380" w14:textId="4A596DC7" w:rsidR="002863DC" w:rsidRDefault="002863DC" w:rsidP="008636AA">
      <w:pPr>
        <w:pStyle w:val="Tekstpodstawowy2"/>
        <w:numPr>
          <w:ilvl w:val="0"/>
          <w:numId w:val="3"/>
        </w:numPr>
        <w:spacing w:line="240" w:lineRule="auto"/>
        <w:ind w:left="567" w:hanging="227"/>
        <w:rPr>
          <w:rFonts w:ascii="Roboto Condensed" w:hAnsi="Roboto Condensed"/>
          <w:sz w:val="20"/>
          <w:lang w:val="pl-PL"/>
        </w:rPr>
      </w:pPr>
      <w:r w:rsidRPr="002863DC">
        <w:rPr>
          <w:rFonts w:ascii="Roboto Condensed" w:hAnsi="Roboto Condensed"/>
          <w:sz w:val="20"/>
          <w:lang w:val="pl-PL"/>
        </w:rPr>
        <w:t>IV.6.3. kształtowanie korytarzy ekologicznych, w tym m.in.:</w:t>
      </w:r>
      <w:r>
        <w:rPr>
          <w:rFonts w:ascii="Roboto Condensed" w:hAnsi="Roboto Condensed"/>
          <w:sz w:val="20"/>
          <w:lang w:val="pl-PL"/>
        </w:rPr>
        <w:t xml:space="preserve"> </w:t>
      </w:r>
      <w:r w:rsidRPr="002863DC">
        <w:rPr>
          <w:rFonts w:ascii="Roboto Condensed" w:hAnsi="Roboto Condensed"/>
          <w:sz w:val="20"/>
          <w:lang w:val="pl-PL"/>
        </w:rPr>
        <w:t>utrzymanie korytarzy ekologicznych zapewniających ciągłość przyrodniczą, w tym m.in. przy wyznaczaniu terenów urbanizacji oraz ponadlokalnej infrastruktury komunikacyjnej i energetycznej;</w:t>
      </w:r>
    </w:p>
    <w:p w14:paraId="074B80B8" w14:textId="3443621A" w:rsidR="002863DC" w:rsidRDefault="002863DC" w:rsidP="007D1D0F">
      <w:pPr>
        <w:pStyle w:val="Tekstpodstawowy2"/>
        <w:spacing w:before="120" w:line="240" w:lineRule="auto"/>
        <w:ind w:left="170"/>
        <w:rPr>
          <w:rFonts w:ascii="Roboto Condensed" w:hAnsi="Roboto Condensed"/>
          <w:sz w:val="20"/>
          <w:lang w:val="pl-PL"/>
        </w:rPr>
      </w:pPr>
      <w:r w:rsidRPr="002863DC">
        <w:rPr>
          <w:rFonts w:ascii="Roboto Condensed" w:hAnsi="Roboto Condensed"/>
          <w:sz w:val="20"/>
          <w:lang w:val="pl-PL"/>
        </w:rPr>
        <w:t>Przeciwdziałanie</w:t>
      </w:r>
      <w:r>
        <w:rPr>
          <w:rFonts w:ascii="Roboto Condensed" w:hAnsi="Roboto Condensed"/>
          <w:sz w:val="20"/>
          <w:lang w:val="pl-PL"/>
        </w:rPr>
        <w:t xml:space="preserve"> </w:t>
      </w:r>
      <w:r w:rsidRPr="002863DC">
        <w:rPr>
          <w:rFonts w:ascii="Roboto Condensed" w:hAnsi="Roboto Condensed"/>
          <w:sz w:val="20"/>
          <w:lang w:val="pl-PL"/>
        </w:rPr>
        <w:t>zagrożeniom, m.in. poprzez:</w:t>
      </w:r>
    </w:p>
    <w:p w14:paraId="3CAA9FDD" w14:textId="27B376B4" w:rsidR="00D70C79" w:rsidRPr="00D70C79" w:rsidRDefault="00D70C79" w:rsidP="008636AA">
      <w:pPr>
        <w:pStyle w:val="Tekstpodstawowy2"/>
        <w:numPr>
          <w:ilvl w:val="0"/>
          <w:numId w:val="3"/>
        </w:numPr>
        <w:spacing w:line="240" w:lineRule="auto"/>
        <w:ind w:left="567" w:hanging="227"/>
        <w:rPr>
          <w:rFonts w:ascii="Roboto Condensed" w:hAnsi="Roboto Condensed"/>
          <w:sz w:val="20"/>
          <w:lang w:val="pl-PL"/>
        </w:rPr>
      </w:pPr>
      <w:r w:rsidRPr="00D70C79">
        <w:rPr>
          <w:rFonts w:ascii="Roboto Condensed" w:hAnsi="Roboto Condensed"/>
          <w:sz w:val="20"/>
          <w:lang w:val="pl-PL"/>
        </w:rPr>
        <w:lastRenderedPageBreak/>
        <w:t>IV.7.5. ograniczenie zagrożenia powodzioweg</w:t>
      </w:r>
      <w:r>
        <w:rPr>
          <w:rFonts w:ascii="Roboto Condensed" w:hAnsi="Roboto Condensed"/>
          <w:sz w:val="20"/>
          <w:lang w:val="pl-PL"/>
        </w:rPr>
        <w:t>o</w:t>
      </w:r>
      <w:r w:rsidRPr="00D70C79">
        <w:rPr>
          <w:rFonts w:ascii="Roboto Condensed" w:hAnsi="Roboto Condensed"/>
          <w:sz w:val="20"/>
          <w:lang w:val="pl-PL"/>
        </w:rPr>
        <w:t>, w tym m.in.:</w:t>
      </w:r>
    </w:p>
    <w:p w14:paraId="574B488A" w14:textId="1C60C286" w:rsidR="00D70C79" w:rsidRPr="00D70C79" w:rsidRDefault="00D70C79" w:rsidP="008636AA">
      <w:pPr>
        <w:pStyle w:val="Tekstpodstawowy2"/>
        <w:numPr>
          <w:ilvl w:val="1"/>
          <w:numId w:val="3"/>
        </w:numPr>
        <w:spacing w:line="240" w:lineRule="auto"/>
        <w:rPr>
          <w:rFonts w:ascii="Roboto Condensed" w:hAnsi="Roboto Condensed"/>
          <w:sz w:val="20"/>
          <w:lang w:val="pl-PL"/>
        </w:rPr>
      </w:pPr>
      <w:r>
        <w:rPr>
          <w:rFonts w:ascii="Roboto Condensed" w:hAnsi="Roboto Condensed"/>
          <w:sz w:val="20"/>
          <w:lang w:val="pl-PL"/>
        </w:rPr>
        <w:t xml:space="preserve">[…] </w:t>
      </w:r>
      <w:r w:rsidRPr="00D70C79">
        <w:rPr>
          <w:rFonts w:ascii="Roboto Condensed" w:hAnsi="Roboto Condensed"/>
          <w:sz w:val="20"/>
          <w:lang w:val="pl-PL"/>
        </w:rPr>
        <w:t>odtwarzanie naturalnych</w:t>
      </w:r>
      <w:r>
        <w:rPr>
          <w:rFonts w:ascii="Roboto Condensed" w:hAnsi="Roboto Condensed"/>
          <w:sz w:val="20"/>
          <w:lang w:val="pl-PL"/>
        </w:rPr>
        <w:t xml:space="preserve"> </w:t>
      </w:r>
      <w:r w:rsidRPr="00D70C79">
        <w:rPr>
          <w:rFonts w:ascii="Roboto Condensed" w:hAnsi="Roboto Condensed"/>
          <w:sz w:val="20"/>
          <w:lang w:val="pl-PL"/>
        </w:rPr>
        <w:t>terenów zalewowych, ochronę naturalnych lasów łęgowych i olsowych w dolinach rzek;</w:t>
      </w:r>
    </w:p>
    <w:p w14:paraId="69425C57" w14:textId="0D5398B0" w:rsidR="002863DC" w:rsidRPr="00D70C79" w:rsidRDefault="00D70C79" w:rsidP="008636AA">
      <w:pPr>
        <w:pStyle w:val="Tekstpodstawowy2"/>
        <w:numPr>
          <w:ilvl w:val="1"/>
          <w:numId w:val="3"/>
        </w:numPr>
        <w:spacing w:line="240" w:lineRule="auto"/>
        <w:rPr>
          <w:rFonts w:ascii="Roboto Condensed" w:hAnsi="Roboto Condensed"/>
          <w:sz w:val="20"/>
          <w:lang w:val="pl-PL"/>
        </w:rPr>
      </w:pPr>
      <w:r w:rsidRPr="00D70C79">
        <w:rPr>
          <w:rFonts w:ascii="Roboto Condensed" w:hAnsi="Roboto Condensed"/>
          <w:sz w:val="20"/>
          <w:lang w:val="pl-PL"/>
        </w:rPr>
        <w:t>zapobieganie presji inwestycyjnej na obszary zalewowe (prowadzenie skutecznej polityki</w:t>
      </w:r>
      <w:r>
        <w:rPr>
          <w:rFonts w:ascii="Roboto Condensed" w:hAnsi="Roboto Condensed"/>
          <w:sz w:val="20"/>
          <w:lang w:val="pl-PL"/>
        </w:rPr>
        <w:t xml:space="preserve"> </w:t>
      </w:r>
      <w:r w:rsidRPr="00D70C79">
        <w:rPr>
          <w:rFonts w:ascii="Roboto Condensed" w:hAnsi="Roboto Condensed"/>
          <w:sz w:val="20"/>
          <w:lang w:val="pl-PL"/>
        </w:rPr>
        <w:t>przestrzennej na poziomie lokalnym wprowadzającej zakazy lub ograniczenia zabudowy</w:t>
      </w:r>
      <w:r>
        <w:rPr>
          <w:rFonts w:ascii="Roboto Condensed" w:hAnsi="Roboto Condensed"/>
          <w:sz w:val="20"/>
          <w:lang w:val="pl-PL"/>
        </w:rPr>
        <w:t xml:space="preserve"> </w:t>
      </w:r>
      <w:r w:rsidRPr="00D70C79">
        <w:rPr>
          <w:rFonts w:ascii="Roboto Condensed" w:hAnsi="Roboto Condensed"/>
          <w:sz w:val="20"/>
          <w:lang w:val="pl-PL"/>
        </w:rPr>
        <w:t>na terenach zagrożenia powodzią).</w:t>
      </w:r>
    </w:p>
    <w:p w14:paraId="2B01BDDA" w14:textId="1CD2D92C" w:rsidR="00CC61C2" w:rsidRPr="0060525F" w:rsidRDefault="00D70C79" w:rsidP="00A60AF4">
      <w:pPr>
        <w:pStyle w:val="Tekstpodstawowy2"/>
        <w:numPr>
          <w:ilvl w:val="0"/>
          <w:numId w:val="3"/>
        </w:numPr>
        <w:spacing w:line="240" w:lineRule="auto"/>
        <w:ind w:left="567" w:hanging="227"/>
        <w:rPr>
          <w:rFonts w:ascii="Roboto Condensed" w:hAnsi="Roboto Condensed"/>
          <w:sz w:val="20"/>
          <w:lang w:val="pl-PL"/>
        </w:rPr>
      </w:pPr>
      <w:r w:rsidRPr="00D70C79">
        <w:rPr>
          <w:rFonts w:ascii="Roboto Condensed" w:hAnsi="Roboto Condensed"/>
          <w:sz w:val="20"/>
          <w:lang w:val="pl-PL"/>
        </w:rPr>
        <w:t>IV.7.6. przeciwdziałanie skutkom i adaptacja do zmian klimatu, w tym m.in.</w:t>
      </w:r>
      <w:r>
        <w:rPr>
          <w:rFonts w:ascii="Roboto Condensed" w:hAnsi="Roboto Condensed"/>
          <w:sz w:val="20"/>
          <w:lang w:val="pl-PL"/>
        </w:rPr>
        <w:t xml:space="preserve"> </w:t>
      </w:r>
      <w:r w:rsidRPr="00D70C79">
        <w:rPr>
          <w:rFonts w:ascii="Roboto Condensed" w:hAnsi="Roboto Condensed"/>
          <w:sz w:val="20"/>
          <w:lang w:val="pl-PL"/>
        </w:rPr>
        <w:t xml:space="preserve">zwiększanie naturalnej retencji (wprowadzanie zalesień i </w:t>
      </w:r>
      <w:proofErr w:type="spellStart"/>
      <w:r w:rsidRPr="00D70C79">
        <w:rPr>
          <w:rFonts w:ascii="Roboto Condensed" w:hAnsi="Roboto Condensed"/>
          <w:sz w:val="20"/>
          <w:lang w:val="pl-PL"/>
        </w:rPr>
        <w:t>zadrzewień</w:t>
      </w:r>
      <w:proofErr w:type="spellEnd"/>
      <w:r w:rsidRPr="00D70C79">
        <w:rPr>
          <w:rFonts w:ascii="Roboto Condensed" w:hAnsi="Roboto Condensed"/>
          <w:sz w:val="20"/>
          <w:lang w:val="pl-PL"/>
        </w:rPr>
        <w:t>) oraz ochrona obszarów źródliskowych, istniejących zbiorników wodnych, w tym starorzeczy, oczek wodnych, torfowisk, bagien i mokradeł;</w:t>
      </w:r>
    </w:p>
    <w:p w14:paraId="354FA200" w14:textId="20D22EF9" w:rsidR="00CC61C2" w:rsidRDefault="00CC61C2" w:rsidP="007D1D0F">
      <w:pPr>
        <w:pStyle w:val="Tekstpodstawowy2"/>
        <w:spacing w:before="120" w:after="120" w:line="240" w:lineRule="auto"/>
        <w:ind w:left="170"/>
        <w:rPr>
          <w:rFonts w:ascii="Roboto Condensed" w:hAnsi="Roboto Condensed"/>
          <w:color w:val="EE0000"/>
          <w:sz w:val="20"/>
          <w:lang w:val="pl-PL"/>
        </w:rPr>
      </w:pPr>
      <w:r w:rsidRPr="007D1D0F">
        <w:rPr>
          <w:rFonts w:ascii="Roboto Condensed" w:hAnsi="Roboto Condensed"/>
          <w:b/>
          <w:bCs/>
          <w:i/>
          <w:iCs/>
          <w:sz w:val="20"/>
          <w:u w:val="single"/>
          <w:lang w:val="pl-PL"/>
        </w:rPr>
        <w:t>w zakresie dziedzictwa kulturowego:</w:t>
      </w:r>
    </w:p>
    <w:p w14:paraId="566B10DE" w14:textId="77777777" w:rsidR="00BF32C5" w:rsidRPr="00BF32C5" w:rsidRDefault="00BF32C5" w:rsidP="008636AA">
      <w:pPr>
        <w:pStyle w:val="Tekstpodstawowy2"/>
        <w:numPr>
          <w:ilvl w:val="0"/>
          <w:numId w:val="3"/>
        </w:numPr>
        <w:spacing w:line="240" w:lineRule="auto"/>
        <w:ind w:left="567" w:hanging="227"/>
        <w:rPr>
          <w:rFonts w:ascii="Roboto Condensed" w:hAnsi="Roboto Condensed"/>
          <w:sz w:val="20"/>
          <w:lang w:val="pl-PL"/>
        </w:rPr>
      </w:pPr>
      <w:r w:rsidRPr="00BF32C5">
        <w:rPr>
          <w:rFonts w:ascii="Roboto Condensed" w:hAnsi="Roboto Condensed"/>
          <w:sz w:val="20"/>
          <w:lang w:val="pl-PL"/>
        </w:rPr>
        <w:t>V.1.3. zapewnienie ochrony prawnej dziedzictwa kulturowego regionu, w tym m.in.:</w:t>
      </w:r>
    </w:p>
    <w:p w14:paraId="2C85A2F4" w14:textId="374F8B43" w:rsidR="00BF32C5" w:rsidRPr="00BF32C5" w:rsidRDefault="00BF32C5" w:rsidP="008636AA">
      <w:pPr>
        <w:pStyle w:val="Tekstpodstawowy2"/>
        <w:numPr>
          <w:ilvl w:val="1"/>
          <w:numId w:val="3"/>
        </w:numPr>
        <w:spacing w:line="240" w:lineRule="auto"/>
        <w:rPr>
          <w:rFonts w:ascii="Roboto Condensed" w:hAnsi="Roboto Condensed"/>
          <w:sz w:val="20"/>
          <w:lang w:val="pl-PL"/>
        </w:rPr>
      </w:pPr>
      <w:r w:rsidRPr="00BF32C5">
        <w:rPr>
          <w:rFonts w:ascii="Roboto Condensed" w:hAnsi="Roboto Condensed"/>
          <w:sz w:val="20"/>
          <w:lang w:val="pl-PL"/>
        </w:rPr>
        <w:t>podejmowanie działa</w:t>
      </w:r>
      <w:r>
        <w:rPr>
          <w:rFonts w:ascii="Roboto Condensed" w:hAnsi="Roboto Condensed"/>
          <w:sz w:val="20"/>
          <w:lang w:val="pl-PL"/>
        </w:rPr>
        <w:t>ń</w:t>
      </w:r>
      <w:r w:rsidRPr="00BF32C5">
        <w:rPr>
          <w:rFonts w:ascii="Roboto Condensed" w:hAnsi="Roboto Condensed"/>
          <w:sz w:val="20"/>
          <w:lang w:val="pl-PL"/>
        </w:rPr>
        <w:t xml:space="preserve"> na rzecz utrzymania ustanowionych form ochrony dla zabytków:</w:t>
      </w:r>
      <w:r>
        <w:rPr>
          <w:rFonts w:ascii="Roboto Condensed" w:hAnsi="Roboto Condensed"/>
          <w:sz w:val="20"/>
          <w:lang w:val="pl-PL"/>
        </w:rPr>
        <w:t xml:space="preserve"> </w:t>
      </w:r>
      <w:r w:rsidRPr="00BF32C5">
        <w:rPr>
          <w:rFonts w:ascii="Roboto Condensed" w:hAnsi="Roboto Condensed"/>
          <w:sz w:val="20"/>
          <w:lang w:val="pl-PL"/>
        </w:rPr>
        <w:t>wpisanych do rejestru zabytków nieruchomych;</w:t>
      </w:r>
    </w:p>
    <w:p w14:paraId="4C35814A" w14:textId="7603F638" w:rsidR="00BF32C5" w:rsidRPr="00BF32C5" w:rsidRDefault="00BF32C5" w:rsidP="008636AA">
      <w:pPr>
        <w:pStyle w:val="Tekstpodstawowy2"/>
        <w:numPr>
          <w:ilvl w:val="1"/>
          <w:numId w:val="3"/>
        </w:numPr>
        <w:spacing w:line="240" w:lineRule="auto"/>
        <w:rPr>
          <w:rFonts w:ascii="Roboto Condensed" w:hAnsi="Roboto Condensed"/>
          <w:sz w:val="20"/>
          <w:lang w:val="pl-PL"/>
        </w:rPr>
      </w:pPr>
      <w:r w:rsidRPr="00BF32C5">
        <w:rPr>
          <w:rFonts w:ascii="Roboto Condensed" w:hAnsi="Roboto Condensed"/>
          <w:sz w:val="20"/>
          <w:lang w:val="pl-PL"/>
        </w:rPr>
        <w:t xml:space="preserve">stanowienie ochrony zabytków w </w:t>
      </w:r>
      <w:r w:rsidR="007D4CA2">
        <w:rPr>
          <w:rFonts w:ascii="Roboto Condensed" w:hAnsi="Roboto Condensed"/>
          <w:sz w:val="20"/>
          <w:lang w:val="pl-PL"/>
        </w:rPr>
        <w:t>miejscowych plana</w:t>
      </w:r>
      <w:r w:rsidR="00C4257C">
        <w:rPr>
          <w:rFonts w:ascii="Roboto Condensed" w:hAnsi="Roboto Condensed"/>
          <w:sz w:val="20"/>
          <w:lang w:val="pl-PL"/>
        </w:rPr>
        <w:t xml:space="preserve">ch zagospodarowania przestrzennego, zwanych dalej </w:t>
      </w:r>
      <w:proofErr w:type="spellStart"/>
      <w:r w:rsidRPr="00BF32C5">
        <w:rPr>
          <w:rFonts w:ascii="Roboto Condensed" w:hAnsi="Roboto Condensed"/>
          <w:sz w:val="20"/>
          <w:lang w:val="pl-PL"/>
        </w:rPr>
        <w:t>mpzp</w:t>
      </w:r>
      <w:proofErr w:type="spellEnd"/>
      <w:r w:rsidRPr="00BF32C5">
        <w:rPr>
          <w:rFonts w:ascii="Roboto Condensed" w:hAnsi="Roboto Condensed"/>
          <w:sz w:val="20"/>
          <w:lang w:val="pl-PL"/>
        </w:rPr>
        <w:t>, w szczególności z uwzględnieniem określenia zasad</w:t>
      </w:r>
      <w:r>
        <w:rPr>
          <w:rFonts w:ascii="Roboto Condensed" w:hAnsi="Roboto Condensed"/>
          <w:sz w:val="20"/>
          <w:lang w:val="pl-PL"/>
        </w:rPr>
        <w:t xml:space="preserve"> </w:t>
      </w:r>
      <w:r w:rsidRPr="00BF32C5">
        <w:rPr>
          <w:rFonts w:ascii="Roboto Condensed" w:hAnsi="Roboto Condensed"/>
          <w:sz w:val="20"/>
          <w:lang w:val="pl-PL"/>
        </w:rPr>
        <w:t>zapewniających:</w:t>
      </w:r>
    </w:p>
    <w:p w14:paraId="142D55BB" w14:textId="73F9CA5E" w:rsidR="00BF32C5" w:rsidRPr="00BF32C5" w:rsidRDefault="00BF32C5" w:rsidP="008636AA">
      <w:pPr>
        <w:pStyle w:val="Tekstpodstawowy2"/>
        <w:numPr>
          <w:ilvl w:val="2"/>
          <w:numId w:val="3"/>
        </w:numPr>
        <w:spacing w:line="240" w:lineRule="auto"/>
        <w:rPr>
          <w:rFonts w:ascii="Roboto Condensed" w:hAnsi="Roboto Condensed"/>
          <w:sz w:val="20"/>
          <w:lang w:val="pl-PL"/>
        </w:rPr>
      </w:pPr>
      <w:r w:rsidRPr="00BF32C5">
        <w:rPr>
          <w:rFonts w:ascii="Roboto Condensed" w:hAnsi="Roboto Condensed"/>
          <w:sz w:val="20"/>
          <w:lang w:val="pl-PL"/>
        </w:rPr>
        <w:t xml:space="preserve">zachowanie autentyzmu i integralności zabytków, </w:t>
      </w:r>
      <w:r>
        <w:rPr>
          <w:rFonts w:ascii="Roboto Condensed" w:hAnsi="Roboto Condensed"/>
          <w:sz w:val="20"/>
          <w:lang w:val="pl-PL"/>
        </w:rPr>
        <w:t xml:space="preserve">[…] </w:t>
      </w:r>
      <w:r w:rsidRPr="00BF32C5">
        <w:rPr>
          <w:rFonts w:ascii="Roboto Condensed" w:hAnsi="Roboto Condensed"/>
          <w:sz w:val="20"/>
          <w:lang w:val="pl-PL"/>
        </w:rPr>
        <w:t>oraz zapobieganie zagrożeniom i ochronę;</w:t>
      </w:r>
    </w:p>
    <w:p w14:paraId="2A3E9338" w14:textId="50D57A26" w:rsidR="00BF32C5" w:rsidRPr="00BF32C5" w:rsidRDefault="00BF32C5" w:rsidP="008636AA">
      <w:pPr>
        <w:pStyle w:val="Tekstpodstawowy2"/>
        <w:numPr>
          <w:ilvl w:val="2"/>
          <w:numId w:val="3"/>
        </w:numPr>
        <w:spacing w:line="240" w:lineRule="auto"/>
        <w:rPr>
          <w:rFonts w:ascii="Roboto Condensed" w:hAnsi="Roboto Condensed"/>
          <w:sz w:val="20"/>
          <w:lang w:val="pl-PL"/>
        </w:rPr>
      </w:pPr>
      <w:r w:rsidRPr="00BF32C5">
        <w:rPr>
          <w:rFonts w:ascii="Roboto Condensed" w:hAnsi="Roboto Condensed"/>
          <w:sz w:val="20"/>
          <w:lang w:val="pl-PL"/>
        </w:rPr>
        <w:t>wykorzystanie zabytków z poszanowaniem i eksponowaniem ich wartości;</w:t>
      </w:r>
    </w:p>
    <w:p w14:paraId="4BC3E5B1" w14:textId="57FCEA83" w:rsidR="00CC61C2" w:rsidRPr="00BF32C5" w:rsidRDefault="00BF32C5" w:rsidP="008636AA">
      <w:pPr>
        <w:pStyle w:val="Tekstpodstawowy2"/>
        <w:numPr>
          <w:ilvl w:val="2"/>
          <w:numId w:val="3"/>
        </w:numPr>
        <w:spacing w:line="240" w:lineRule="auto"/>
        <w:rPr>
          <w:rFonts w:ascii="Roboto Condensed" w:hAnsi="Roboto Condensed"/>
          <w:sz w:val="20"/>
          <w:lang w:val="pl-PL"/>
        </w:rPr>
      </w:pPr>
      <w:r w:rsidRPr="00BF32C5">
        <w:rPr>
          <w:rFonts w:ascii="Roboto Condensed" w:hAnsi="Roboto Condensed"/>
          <w:sz w:val="20"/>
          <w:lang w:val="pl-PL"/>
        </w:rPr>
        <w:t>utrzymanie i tworzenie właściwego sąsiedztwa dla zabytków, w szczególności</w:t>
      </w:r>
      <w:r>
        <w:rPr>
          <w:rFonts w:ascii="Roboto Condensed" w:hAnsi="Roboto Condensed"/>
          <w:sz w:val="20"/>
          <w:lang w:val="pl-PL"/>
        </w:rPr>
        <w:t xml:space="preserve"> </w:t>
      </w:r>
      <w:r w:rsidRPr="00BF32C5">
        <w:rPr>
          <w:rFonts w:ascii="Roboto Condensed" w:hAnsi="Roboto Condensed"/>
          <w:sz w:val="20"/>
          <w:lang w:val="pl-PL"/>
        </w:rPr>
        <w:t>eliminowanie konfliktów i uciążliwości ograniczających możliwoś</w:t>
      </w:r>
      <w:r>
        <w:rPr>
          <w:rFonts w:ascii="Roboto Condensed" w:hAnsi="Roboto Condensed"/>
          <w:sz w:val="20"/>
          <w:lang w:val="pl-PL"/>
        </w:rPr>
        <w:t>ci</w:t>
      </w:r>
      <w:r w:rsidRPr="00BF32C5">
        <w:rPr>
          <w:rFonts w:ascii="Roboto Condensed" w:hAnsi="Roboto Condensed"/>
          <w:sz w:val="20"/>
          <w:lang w:val="pl-PL"/>
        </w:rPr>
        <w:t xml:space="preserve"> korzystania z zabytku</w:t>
      </w:r>
      <w:r>
        <w:rPr>
          <w:rFonts w:ascii="Roboto Condensed" w:hAnsi="Roboto Condensed"/>
          <w:sz w:val="20"/>
          <w:lang w:val="pl-PL"/>
        </w:rPr>
        <w:t xml:space="preserve"> </w:t>
      </w:r>
      <w:r w:rsidRPr="00BF32C5">
        <w:rPr>
          <w:rFonts w:ascii="Roboto Condensed" w:hAnsi="Roboto Condensed"/>
          <w:sz w:val="20"/>
          <w:lang w:val="pl-PL"/>
        </w:rPr>
        <w:t>i trwałego zachowania jego wartości;</w:t>
      </w:r>
    </w:p>
    <w:p w14:paraId="1C267B41" w14:textId="0457C582" w:rsidR="00BF32C5" w:rsidRPr="00BF32C5" w:rsidRDefault="00BF32C5" w:rsidP="008636AA">
      <w:pPr>
        <w:pStyle w:val="Tekstpodstawowy2"/>
        <w:numPr>
          <w:ilvl w:val="2"/>
          <w:numId w:val="3"/>
        </w:numPr>
        <w:spacing w:line="240" w:lineRule="auto"/>
        <w:rPr>
          <w:rFonts w:ascii="Roboto Condensed" w:hAnsi="Roboto Condensed"/>
          <w:sz w:val="20"/>
          <w:lang w:val="pl-PL"/>
        </w:rPr>
      </w:pPr>
      <w:r w:rsidRPr="00BF32C5">
        <w:rPr>
          <w:rFonts w:ascii="Roboto Condensed" w:hAnsi="Roboto Condensed"/>
          <w:sz w:val="20"/>
          <w:lang w:val="pl-PL"/>
        </w:rPr>
        <w:t>ochronę ekspozycji historycznych sylwet i panoram, w szczególności zachowanie</w:t>
      </w:r>
      <w:r>
        <w:rPr>
          <w:rFonts w:ascii="Roboto Condensed" w:hAnsi="Roboto Condensed"/>
          <w:sz w:val="20"/>
          <w:lang w:val="pl-PL"/>
        </w:rPr>
        <w:t xml:space="preserve"> </w:t>
      </w:r>
      <w:r w:rsidRPr="00BF32C5">
        <w:rPr>
          <w:rFonts w:ascii="Roboto Condensed" w:hAnsi="Roboto Condensed"/>
          <w:sz w:val="20"/>
          <w:lang w:val="pl-PL"/>
        </w:rPr>
        <w:t>w niezakłóconej postaci otwarć oraz osi widokowych na zabytki i z zabytków;</w:t>
      </w:r>
    </w:p>
    <w:p w14:paraId="68BAED31" w14:textId="3E1DFA48" w:rsidR="00BF32C5" w:rsidRPr="00BF32C5" w:rsidRDefault="00BF32C5" w:rsidP="008636AA">
      <w:pPr>
        <w:pStyle w:val="Tekstpodstawowy2"/>
        <w:numPr>
          <w:ilvl w:val="2"/>
          <w:numId w:val="3"/>
        </w:numPr>
        <w:spacing w:line="240" w:lineRule="auto"/>
        <w:rPr>
          <w:rFonts w:ascii="Roboto Condensed" w:hAnsi="Roboto Condensed"/>
          <w:sz w:val="20"/>
          <w:lang w:val="pl-PL"/>
        </w:rPr>
      </w:pPr>
      <w:r w:rsidRPr="00BF32C5">
        <w:rPr>
          <w:rFonts w:ascii="Roboto Condensed" w:hAnsi="Roboto Condensed"/>
          <w:sz w:val="20"/>
          <w:lang w:val="pl-PL"/>
        </w:rPr>
        <w:t>wyznaczania stref ochronnych, w których obowiązują ograniczenia dotyczące sposobu</w:t>
      </w:r>
      <w:r>
        <w:rPr>
          <w:rFonts w:ascii="Roboto Condensed" w:hAnsi="Roboto Condensed"/>
          <w:sz w:val="20"/>
          <w:lang w:val="pl-PL"/>
        </w:rPr>
        <w:t xml:space="preserve"> </w:t>
      </w:r>
      <w:r w:rsidRPr="00BF32C5">
        <w:rPr>
          <w:rFonts w:ascii="Roboto Condensed" w:hAnsi="Roboto Condensed"/>
          <w:sz w:val="20"/>
          <w:lang w:val="pl-PL"/>
        </w:rPr>
        <w:t>zagospodarowania terenu oraz rodzaju dopuszczalnej działalności gospodarczej.</w:t>
      </w:r>
    </w:p>
    <w:p w14:paraId="17B99E39" w14:textId="6E494BE5" w:rsidR="00BF32C5" w:rsidRPr="00BF32C5" w:rsidRDefault="00BF32C5" w:rsidP="008636AA">
      <w:pPr>
        <w:pStyle w:val="Tekstpodstawowy2"/>
        <w:numPr>
          <w:ilvl w:val="0"/>
          <w:numId w:val="3"/>
        </w:numPr>
        <w:spacing w:line="240" w:lineRule="auto"/>
        <w:ind w:left="567" w:hanging="227"/>
        <w:rPr>
          <w:rFonts w:ascii="Roboto Condensed" w:hAnsi="Roboto Condensed"/>
          <w:sz w:val="20"/>
          <w:lang w:val="pl-PL"/>
        </w:rPr>
      </w:pPr>
      <w:r w:rsidRPr="00BF32C5">
        <w:rPr>
          <w:rFonts w:ascii="Roboto Condensed" w:hAnsi="Roboto Condensed"/>
          <w:sz w:val="20"/>
          <w:lang w:val="pl-PL"/>
        </w:rPr>
        <w:t>V.1.6. poprawę stanu zachowania i właściwe wykorzystanie dziedzictwa kulturowego regionu, w tym</w:t>
      </w:r>
      <w:r>
        <w:rPr>
          <w:rFonts w:ascii="Roboto Condensed" w:hAnsi="Roboto Condensed"/>
          <w:sz w:val="20"/>
          <w:lang w:val="pl-PL"/>
        </w:rPr>
        <w:t xml:space="preserve"> </w:t>
      </w:r>
      <w:r w:rsidRPr="00BF32C5">
        <w:rPr>
          <w:rFonts w:ascii="Roboto Condensed" w:hAnsi="Roboto Condensed"/>
          <w:sz w:val="20"/>
          <w:lang w:val="pl-PL"/>
        </w:rPr>
        <w:t>m.in.:</w:t>
      </w:r>
      <w:r>
        <w:rPr>
          <w:rFonts w:ascii="Roboto Condensed" w:hAnsi="Roboto Condensed"/>
          <w:sz w:val="20"/>
          <w:lang w:val="pl-PL"/>
        </w:rPr>
        <w:t xml:space="preserve"> </w:t>
      </w:r>
      <w:r w:rsidRPr="00BF32C5">
        <w:rPr>
          <w:rFonts w:ascii="Roboto Condensed" w:hAnsi="Roboto Condensed"/>
          <w:sz w:val="20"/>
          <w:lang w:val="pl-PL"/>
        </w:rPr>
        <w:t>rewitalizację historycznych założeń przestrzennych miejskich i wiejskich, z uwzględnieniem zachowania specyficznych cech ich struktury budowlanej,</w:t>
      </w:r>
      <w:r w:rsidR="005D0FE8">
        <w:rPr>
          <w:rFonts w:ascii="Roboto Condensed" w:hAnsi="Roboto Condensed"/>
          <w:sz w:val="20"/>
          <w:lang w:val="pl-PL"/>
        </w:rPr>
        <w:t xml:space="preserve"> dotyczy </w:t>
      </w:r>
    </w:p>
    <w:p w14:paraId="77129E93" w14:textId="6630CF54" w:rsidR="002863DC" w:rsidRDefault="00BF32C5" w:rsidP="007D1D0F">
      <w:pPr>
        <w:pStyle w:val="Tekstpodstawowy2"/>
        <w:spacing w:before="120" w:after="120" w:line="240" w:lineRule="auto"/>
        <w:ind w:left="170"/>
        <w:rPr>
          <w:rFonts w:ascii="Roboto Condensed" w:hAnsi="Roboto Condensed"/>
          <w:sz w:val="20"/>
          <w:u w:val="single"/>
          <w:lang w:val="pl-PL"/>
        </w:rPr>
      </w:pPr>
      <w:r w:rsidRPr="007D1D0F">
        <w:rPr>
          <w:rFonts w:ascii="Roboto Condensed" w:hAnsi="Roboto Condensed"/>
          <w:b/>
          <w:bCs/>
          <w:i/>
          <w:iCs/>
          <w:sz w:val="20"/>
          <w:u w:val="single"/>
          <w:lang w:val="pl-PL"/>
        </w:rPr>
        <w:t>w zakresie turystyki i rekreacji:</w:t>
      </w:r>
    </w:p>
    <w:p w14:paraId="0BBB9CE2" w14:textId="04DDA85B" w:rsidR="00BF32C5" w:rsidRPr="00BF32C5" w:rsidRDefault="00BF32C5" w:rsidP="007D1D0F">
      <w:pPr>
        <w:pStyle w:val="Tekstpodstawowy2"/>
        <w:spacing w:line="240" w:lineRule="auto"/>
        <w:ind w:left="170"/>
        <w:rPr>
          <w:rFonts w:ascii="Roboto Condensed" w:hAnsi="Roboto Condensed"/>
          <w:sz w:val="20"/>
          <w:lang w:val="pl-PL"/>
        </w:rPr>
      </w:pPr>
      <w:r w:rsidRPr="00BF32C5">
        <w:rPr>
          <w:rFonts w:ascii="Roboto Condensed" w:hAnsi="Roboto Condensed"/>
          <w:sz w:val="20"/>
          <w:lang w:val="pl-PL"/>
        </w:rPr>
        <w:t>Rozwój</w:t>
      </w:r>
      <w:r w:rsidR="00344812">
        <w:rPr>
          <w:rFonts w:ascii="Roboto Condensed" w:hAnsi="Roboto Condensed"/>
          <w:sz w:val="20"/>
          <w:lang w:val="pl-PL"/>
        </w:rPr>
        <w:t xml:space="preserve"> </w:t>
      </w:r>
      <w:r w:rsidRPr="00BF32C5">
        <w:rPr>
          <w:rFonts w:ascii="Roboto Condensed" w:hAnsi="Roboto Condensed"/>
          <w:sz w:val="20"/>
          <w:lang w:val="pl-PL"/>
        </w:rPr>
        <w:t>różnorodnych</w:t>
      </w:r>
      <w:r w:rsidR="00344812">
        <w:rPr>
          <w:rFonts w:ascii="Roboto Condensed" w:hAnsi="Roboto Condensed"/>
          <w:sz w:val="20"/>
          <w:lang w:val="pl-PL"/>
        </w:rPr>
        <w:t xml:space="preserve"> </w:t>
      </w:r>
      <w:r w:rsidRPr="00BF32C5">
        <w:rPr>
          <w:rFonts w:ascii="Roboto Condensed" w:hAnsi="Roboto Condensed"/>
          <w:sz w:val="20"/>
          <w:lang w:val="pl-PL"/>
        </w:rPr>
        <w:t>form</w:t>
      </w:r>
      <w:r w:rsidR="00344812">
        <w:rPr>
          <w:rFonts w:ascii="Roboto Condensed" w:hAnsi="Roboto Condensed"/>
          <w:sz w:val="20"/>
          <w:lang w:val="pl-PL"/>
        </w:rPr>
        <w:t xml:space="preserve"> </w:t>
      </w:r>
      <w:r w:rsidRPr="00BF32C5">
        <w:rPr>
          <w:rFonts w:ascii="Roboto Condensed" w:hAnsi="Roboto Condensed"/>
          <w:sz w:val="20"/>
          <w:lang w:val="pl-PL"/>
        </w:rPr>
        <w:t>turystyki</w:t>
      </w:r>
      <w:r w:rsidR="00344812">
        <w:rPr>
          <w:rFonts w:ascii="Roboto Condensed" w:hAnsi="Roboto Condensed"/>
          <w:sz w:val="20"/>
          <w:lang w:val="pl-PL"/>
        </w:rPr>
        <w:t xml:space="preserve"> </w:t>
      </w:r>
      <w:r w:rsidRPr="00BF32C5">
        <w:rPr>
          <w:rFonts w:ascii="Roboto Condensed" w:hAnsi="Roboto Condensed"/>
          <w:sz w:val="20"/>
          <w:lang w:val="pl-PL"/>
        </w:rPr>
        <w:t>w</w:t>
      </w:r>
      <w:r w:rsidR="00344812">
        <w:rPr>
          <w:rFonts w:ascii="Roboto Condensed" w:hAnsi="Roboto Condensed"/>
          <w:sz w:val="20"/>
          <w:lang w:val="pl-PL"/>
        </w:rPr>
        <w:t xml:space="preserve"> </w:t>
      </w:r>
      <w:r w:rsidRPr="00BF32C5">
        <w:rPr>
          <w:rFonts w:ascii="Roboto Condensed" w:hAnsi="Roboto Condensed"/>
          <w:sz w:val="20"/>
          <w:lang w:val="pl-PL"/>
        </w:rPr>
        <w:t>obszarach</w:t>
      </w:r>
      <w:r w:rsidR="00344812">
        <w:rPr>
          <w:rFonts w:ascii="Roboto Condensed" w:hAnsi="Roboto Condensed"/>
          <w:sz w:val="20"/>
          <w:lang w:val="pl-PL"/>
        </w:rPr>
        <w:t xml:space="preserve"> </w:t>
      </w:r>
      <w:r w:rsidRPr="00BF32C5">
        <w:rPr>
          <w:rFonts w:ascii="Roboto Condensed" w:hAnsi="Roboto Condensed"/>
          <w:sz w:val="20"/>
          <w:lang w:val="pl-PL"/>
        </w:rPr>
        <w:t>i</w:t>
      </w:r>
      <w:r w:rsidR="00344812">
        <w:rPr>
          <w:rFonts w:ascii="Roboto Condensed" w:hAnsi="Roboto Condensed"/>
          <w:sz w:val="20"/>
          <w:lang w:val="pl-PL"/>
        </w:rPr>
        <w:t xml:space="preserve"> </w:t>
      </w:r>
      <w:r w:rsidRPr="00BF32C5">
        <w:rPr>
          <w:rFonts w:ascii="Roboto Condensed" w:hAnsi="Roboto Condensed"/>
          <w:sz w:val="20"/>
          <w:lang w:val="pl-PL"/>
        </w:rPr>
        <w:t>ośrodkach</w:t>
      </w:r>
      <w:r w:rsidR="00344812">
        <w:rPr>
          <w:rFonts w:ascii="Roboto Condensed" w:hAnsi="Roboto Condensed"/>
          <w:sz w:val="20"/>
          <w:lang w:val="pl-PL"/>
        </w:rPr>
        <w:t xml:space="preserve"> </w:t>
      </w:r>
      <w:r w:rsidRPr="00BF32C5">
        <w:rPr>
          <w:rFonts w:ascii="Roboto Condensed" w:hAnsi="Roboto Condensed"/>
          <w:sz w:val="20"/>
          <w:lang w:val="pl-PL"/>
        </w:rPr>
        <w:t>recepcji</w:t>
      </w:r>
      <w:r w:rsidR="00344812">
        <w:rPr>
          <w:rFonts w:ascii="Roboto Condensed" w:hAnsi="Roboto Condensed"/>
          <w:sz w:val="20"/>
          <w:lang w:val="pl-PL"/>
        </w:rPr>
        <w:t xml:space="preserve"> </w:t>
      </w:r>
      <w:r w:rsidRPr="00BF32C5">
        <w:rPr>
          <w:rFonts w:ascii="Roboto Condensed" w:hAnsi="Roboto Condensed"/>
          <w:sz w:val="20"/>
          <w:lang w:val="pl-PL"/>
        </w:rPr>
        <w:t>turystycznej,</w:t>
      </w:r>
      <w:r w:rsidR="00344812">
        <w:rPr>
          <w:rFonts w:ascii="Roboto Condensed" w:hAnsi="Roboto Condensed"/>
          <w:sz w:val="20"/>
          <w:lang w:val="pl-PL"/>
        </w:rPr>
        <w:t xml:space="preserve"> </w:t>
      </w:r>
      <w:r w:rsidRPr="00BF32C5">
        <w:rPr>
          <w:rFonts w:ascii="Roboto Condensed" w:hAnsi="Roboto Condensed"/>
          <w:sz w:val="20"/>
          <w:lang w:val="pl-PL"/>
        </w:rPr>
        <w:t>m.in. poprzez:</w:t>
      </w:r>
    </w:p>
    <w:p w14:paraId="011A3DEB" w14:textId="31CB459C" w:rsidR="00BF32C5" w:rsidRPr="008E1800" w:rsidRDefault="00BF32C5" w:rsidP="008636AA">
      <w:pPr>
        <w:pStyle w:val="Tekstpodstawowy2"/>
        <w:numPr>
          <w:ilvl w:val="0"/>
          <w:numId w:val="3"/>
        </w:numPr>
        <w:spacing w:line="240" w:lineRule="auto"/>
        <w:ind w:left="567" w:hanging="227"/>
        <w:rPr>
          <w:rFonts w:ascii="Roboto Condensed" w:hAnsi="Roboto Condensed"/>
          <w:sz w:val="20"/>
          <w:lang w:val="pl-PL"/>
        </w:rPr>
      </w:pPr>
      <w:r w:rsidRPr="00BF32C5">
        <w:rPr>
          <w:rFonts w:ascii="Roboto Condensed" w:hAnsi="Roboto Condensed"/>
          <w:sz w:val="20"/>
          <w:lang w:val="pl-PL"/>
        </w:rPr>
        <w:t>VI.1.1. wzmacnianie infrastruktury turystycznej i rekreacyjnej, w tym m.in.:</w:t>
      </w:r>
      <w:r w:rsidR="008E1800">
        <w:rPr>
          <w:rFonts w:ascii="Roboto Condensed" w:hAnsi="Roboto Condensed"/>
          <w:sz w:val="20"/>
          <w:lang w:val="pl-PL"/>
        </w:rPr>
        <w:t xml:space="preserve"> </w:t>
      </w:r>
      <w:r w:rsidRPr="008E1800">
        <w:rPr>
          <w:rFonts w:ascii="Roboto Condensed" w:hAnsi="Roboto Condensed"/>
          <w:sz w:val="20"/>
          <w:lang w:val="pl-PL"/>
        </w:rPr>
        <w:t>budowa, rozbudowa i poprawa jakości bazy oraz oznakowanie atrakcji na rzecz kształtowani</w:t>
      </w:r>
      <w:r w:rsidR="00344812" w:rsidRPr="008E1800">
        <w:rPr>
          <w:rFonts w:ascii="Roboto Condensed" w:hAnsi="Roboto Condensed"/>
          <w:sz w:val="20"/>
          <w:lang w:val="pl-PL"/>
        </w:rPr>
        <w:t xml:space="preserve">a </w:t>
      </w:r>
      <w:r w:rsidRPr="008E1800">
        <w:rPr>
          <w:rFonts w:ascii="Roboto Condensed" w:hAnsi="Roboto Condensed"/>
          <w:sz w:val="20"/>
          <w:lang w:val="pl-PL"/>
        </w:rPr>
        <w:t>różnych form turystyki w tym m.in.:</w:t>
      </w:r>
    </w:p>
    <w:p w14:paraId="4CC386AF" w14:textId="675DA21E" w:rsidR="00344812" w:rsidRPr="00344812" w:rsidRDefault="00344812" w:rsidP="008636AA">
      <w:pPr>
        <w:pStyle w:val="Tekstpodstawowy2"/>
        <w:numPr>
          <w:ilvl w:val="1"/>
          <w:numId w:val="3"/>
        </w:numPr>
        <w:spacing w:line="240" w:lineRule="auto"/>
        <w:rPr>
          <w:rFonts w:ascii="Roboto Condensed" w:hAnsi="Roboto Condensed"/>
          <w:sz w:val="20"/>
          <w:lang w:val="pl-PL"/>
        </w:rPr>
      </w:pPr>
      <w:r w:rsidRPr="00344812">
        <w:rPr>
          <w:rFonts w:ascii="Roboto Condensed" w:hAnsi="Roboto Condensed"/>
          <w:sz w:val="20"/>
          <w:lang w:val="pl-PL"/>
        </w:rPr>
        <w:t>turystyki aktywnej:</w:t>
      </w:r>
      <w:r>
        <w:rPr>
          <w:rFonts w:ascii="Roboto Condensed" w:hAnsi="Roboto Condensed"/>
          <w:sz w:val="20"/>
          <w:lang w:val="pl-PL"/>
        </w:rPr>
        <w:t xml:space="preserve"> </w:t>
      </w:r>
      <w:r w:rsidRPr="00344812">
        <w:rPr>
          <w:rFonts w:ascii="Roboto Condensed" w:hAnsi="Roboto Condensed"/>
          <w:sz w:val="20"/>
          <w:lang w:val="pl-PL"/>
        </w:rPr>
        <w:t>rowerowej na ponadregionalnych i regionalnych szlakach</w:t>
      </w:r>
      <w:r>
        <w:rPr>
          <w:rFonts w:ascii="Roboto Condensed" w:hAnsi="Roboto Condensed"/>
          <w:sz w:val="20"/>
          <w:lang w:val="pl-PL"/>
        </w:rPr>
        <w:t xml:space="preserve">, </w:t>
      </w:r>
      <w:r w:rsidRPr="00344812">
        <w:rPr>
          <w:rFonts w:ascii="Roboto Condensed" w:hAnsi="Roboto Condensed"/>
          <w:sz w:val="20"/>
          <w:lang w:val="pl-PL"/>
        </w:rPr>
        <w:t>konnej z wykorzystaniem ośrodków jazdy konnej i oznakowanych szlaków konnych (m.in. Łódzki Szlak Konny)</w:t>
      </w:r>
      <w:r>
        <w:rPr>
          <w:rFonts w:ascii="Roboto Condensed" w:hAnsi="Roboto Condensed"/>
          <w:sz w:val="20"/>
          <w:lang w:val="pl-PL"/>
        </w:rPr>
        <w:t xml:space="preserve">, </w:t>
      </w:r>
      <w:r w:rsidRPr="00344812">
        <w:rPr>
          <w:rFonts w:ascii="Roboto Condensed" w:hAnsi="Roboto Condensed"/>
          <w:sz w:val="20"/>
          <w:lang w:val="pl-PL"/>
        </w:rPr>
        <w:t>wodnej, w tym kajakowej na rzekach […] Warcie;</w:t>
      </w:r>
    </w:p>
    <w:p w14:paraId="6AF8EE70" w14:textId="1CEDA70F" w:rsidR="00344812" w:rsidRDefault="00344812" w:rsidP="008636AA">
      <w:pPr>
        <w:pStyle w:val="Tekstpodstawowy2"/>
        <w:numPr>
          <w:ilvl w:val="1"/>
          <w:numId w:val="3"/>
        </w:numPr>
        <w:spacing w:line="240" w:lineRule="auto"/>
        <w:rPr>
          <w:rFonts w:ascii="Roboto Condensed" w:hAnsi="Roboto Condensed"/>
          <w:sz w:val="20"/>
          <w:lang w:val="pl-PL"/>
        </w:rPr>
      </w:pPr>
      <w:r w:rsidRPr="00344812">
        <w:rPr>
          <w:rFonts w:ascii="Roboto Condensed" w:hAnsi="Roboto Condensed"/>
          <w:sz w:val="20"/>
          <w:lang w:val="pl-PL"/>
        </w:rPr>
        <w:t xml:space="preserve">turystyki wypoczynkowej (m.in. </w:t>
      </w:r>
      <w:r>
        <w:rPr>
          <w:rFonts w:ascii="Roboto Condensed" w:hAnsi="Roboto Condensed"/>
          <w:sz w:val="20"/>
          <w:lang w:val="pl-PL"/>
        </w:rPr>
        <w:t xml:space="preserve">[…] </w:t>
      </w:r>
      <w:r w:rsidRPr="00344812">
        <w:rPr>
          <w:rFonts w:ascii="Roboto Condensed" w:hAnsi="Roboto Condensed"/>
          <w:sz w:val="20"/>
          <w:lang w:val="pl-PL"/>
        </w:rPr>
        <w:t xml:space="preserve">w dolinach rzek </w:t>
      </w:r>
      <w:r>
        <w:rPr>
          <w:rFonts w:ascii="Roboto Condensed" w:hAnsi="Roboto Condensed"/>
          <w:sz w:val="20"/>
          <w:lang w:val="pl-PL"/>
        </w:rPr>
        <w:t xml:space="preserve">[…] </w:t>
      </w:r>
      <w:r w:rsidRPr="00344812">
        <w:rPr>
          <w:rFonts w:ascii="Roboto Condensed" w:hAnsi="Roboto Condensed"/>
          <w:sz w:val="20"/>
          <w:lang w:val="pl-PL"/>
        </w:rPr>
        <w:t>Warty,</w:t>
      </w:r>
      <w:r>
        <w:rPr>
          <w:rFonts w:ascii="Roboto Condensed" w:hAnsi="Roboto Condensed"/>
          <w:sz w:val="20"/>
          <w:lang w:val="pl-PL"/>
        </w:rPr>
        <w:t xml:space="preserve"> </w:t>
      </w:r>
      <w:r w:rsidRPr="00344812">
        <w:rPr>
          <w:rFonts w:ascii="Roboto Condensed" w:hAnsi="Roboto Condensed"/>
          <w:sz w:val="20"/>
          <w:lang w:val="pl-PL"/>
        </w:rPr>
        <w:t>na terenach wiejskich, przede wszystkim poprzez rozwój agroturystyki, budownictwa</w:t>
      </w:r>
      <w:r>
        <w:rPr>
          <w:rFonts w:ascii="Roboto Condensed" w:hAnsi="Roboto Condensed"/>
          <w:sz w:val="20"/>
          <w:lang w:val="pl-PL"/>
        </w:rPr>
        <w:t xml:space="preserve"> </w:t>
      </w:r>
      <w:r w:rsidRPr="00344812">
        <w:rPr>
          <w:rFonts w:ascii="Roboto Condensed" w:hAnsi="Roboto Condensed"/>
          <w:sz w:val="20"/>
          <w:lang w:val="pl-PL"/>
        </w:rPr>
        <w:t>letniskowego);</w:t>
      </w:r>
    </w:p>
    <w:p w14:paraId="536B33FF" w14:textId="3A065DA7" w:rsidR="00344812" w:rsidRDefault="00344812" w:rsidP="005D0FE8">
      <w:pPr>
        <w:pStyle w:val="Tekstpodstawowy2"/>
        <w:spacing w:before="120" w:after="120" w:line="240" w:lineRule="auto"/>
        <w:ind w:left="170"/>
        <w:rPr>
          <w:rFonts w:ascii="Roboto Condensed" w:hAnsi="Roboto Condensed"/>
          <w:sz w:val="20"/>
          <w:u w:val="single"/>
          <w:lang w:val="pl-PL"/>
        </w:rPr>
      </w:pPr>
      <w:r w:rsidRPr="005D0FE8">
        <w:rPr>
          <w:rFonts w:ascii="Roboto Condensed" w:hAnsi="Roboto Condensed"/>
          <w:b/>
          <w:bCs/>
          <w:i/>
          <w:iCs/>
          <w:sz w:val="20"/>
          <w:u w:val="single"/>
          <w:lang w:val="pl-PL"/>
        </w:rPr>
        <w:t>w zakresie krajobrazu i ładu przestrzennego:</w:t>
      </w:r>
    </w:p>
    <w:p w14:paraId="5B2E4A0C" w14:textId="1C32D4CC" w:rsidR="00344812" w:rsidRPr="00344812" w:rsidRDefault="00344812" w:rsidP="005D0FE8">
      <w:pPr>
        <w:pStyle w:val="Tekstpodstawowy2"/>
        <w:spacing w:line="240" w:lineRule="auto"/>
        <w:ind w:left="170"/>
        <w:rPr>
          <w:rFonts w:ascii="Roboto Condensed" w:hAnsi="Roboto Condensed"/>
          <w:sz w:val="20"/>
          <w:lang w:val="pl-PL"/>
        </w:rPr>
      </w:pPr>
      <w:r w:rsidRPr="00344812">
        <w:rPr>
          <w:rFonts w:ascii="Roboto Condensed" w:hAnsi="Roboto Condensed"/>
          <w:sz w:val="20"/>
          <w:lang w:val="pl-PL"/>
        </w:rPr>
        <w:t>Ochrona</w:t>
      </w:r>
      <w:r>
        <w:rPr>
          <w:rFonts w:ascii="Roboto Condensed" w:hAnsi="Roboto Condensed"/>
          <w:sz w:val="20"/>
          <w:lang w:val="pl-PL"/>
        </w:rPr>
        <w:t xml:space="preserve"> </w:t>
      </w:r>
      <w:r w:rsidRPr="00344812">
        <w:rPr>
          <w:rFonts w:ascii="Roboto Condensed" w:hAnsi="Roboto Condensed"/>
          <w:sz w:val="20"/>
          <w:lang w:val="pl-PL"/>
        </w:rPr>
        <w:t>i</w:t>
      </w:r>
      <w:r>
        <w:rPr>
          <w:rFonts w:ascii="Roboto Condensed" w:hAnsi="Roboto Condensed"/>
          <w:sz w:val="20"/>
          <w:lang w:val="pl-PL"/>
        </w:rPr>
        <w:t xml:space="preserve"> </w:t>
      </w:r>
      <w:r w:rsidRPr="00344812">
        <w:rPr>
          <w:rFonts w:ascii="Roboto Condensed" w:hAnsi="Roboto Condensed"/>
          <w:sz w:val="20"/>
          <w:lang w:val="pl-PL"/>
        </w:rPr>
        <w:t>wzmacnianie</w:t>
      </w:r>
      <w:r>
        <w:rPr>
          <w:rFonts w:ascii="Roboto Condensed" w:hAnsi="Roboto Condensed"/>
          <w:sz w:val="20"/>
          <w:lang w:val="pl-PL"/>
        </w:rPr>
        <w:t xml:space="preserve"> </w:t>
      </w:r>
      <w:r w:rsidRPr="00344812">
        <w:rPr>
          <w:rFonts w:ascii="Roboto Condensed" w:hAnsi="Roboto Condensed"/>
          <w:sz w:val="20"/>
          <w:lang w:val="pl-PL"/>
        </w:rPr>
        <w:t>walorów</w:t>
      </w:r>
      <w:r>
        <w:rPr>
          <w:rFonts w:ascii="Roboto Condensed" w:hAnsi="Roboto Condensed"/>
          <w:sz w:val="20"/>
          <w:lang w:val="pl-PL"/>
        </w:rPr>
        <w:t xml:space="preserve"> </w:t>
      </w:r>
      <w:r w:rsidRPr="00344812">
        <w:rPr>
          <w:rFonts w:ascii="Roboto Condensed" w:hAnsi="Roboto Condensed"/>
          <w:sz w:val="20"/>
          <w:lang w:val="pl-PL"/>
        </w:rPr>
        <w:t>krajobrazu</w:t>
      </w:r>
      <w:r>
        <w:rPr>
          <w:rFonts w:ascii="Roboto Condensed" w:hAnsi="Roboto Condensed"/>
          <w:sz w:val="20"/>
          <w:lang w:val="pl-PL"/>
        </w:rPr>
        <w:t xml:space="preserve"> </w:t>
      </w:r>
      <w:r w:rsidRPr="00344812">
        <w:rPr>
          <w:rFonts w:ascii="Roboto Condensed" w:hAnsi="Roboto Condensed"/>
          <w:sz w:val="20"/>
          <w:lang w:val="pl-PL"/>
        </w:rPr>
        <w:t>przyrodniczego, m.in. poprzez:</w:t>
      </w:r>
    </w:p>
    <w:p w14:paraId="3202A18D" w14:textId="5081FA9E" w:rsidR="00344812" w:rsidRPr="00344812" w:rsidRDefault="00344812" w:rsidP="008636AA">
      <w:pPr>
        <w:pStyle w:val="Tekstpodstawowy2"/>
        <w:numPr>
          <w:ilvl w:val="0"/>
          <w:numId w:val="3"/>
        </w:numPr>
        <w:spacing w:line="240" w:lineRule="auto"/>
        <w:ind w:left="567" w:hanging="227"/>
        <w:rPr>
          <w:rFonts w:ascii="Roboto Condensed" w:hAnsi="Roboto Condensed"/>
          <w:sz w:val="20"/>
          <w:lang w:val="pl-PL"/>
        </w:rPr>
      </w:pPr>
      <w:r w:rsidRPr="00344812">
        <w:rPr>
          <w:rFonts w:ascii="Roboto Condensed" w:hAnsi="Roboto Condensed"/>
          <w:sz w:val="20"/>
          <w:lang w:val="pl-PL"/>
        </w:rPr>
        <w:t xml:space="preserve">VII.1.1. zachowanie </w:t>
      </w:r>
      <w:proofErr w:type="spellStart"/>
      <w:r w:rsidRPr="00344812">
        <w:rPr>
          <w:rFonts w:ascii="Roboto Condensed" w:hAnsi="Roboto Condensed"/>
          <w:sz w:val="20"/>
          <w:lang w:val="pl-PL"/>
        </w:rPr>
        <w:t>makrownętrz</w:t>
      </w:r>
      <w:proofErr w:type="spellEnd"/>
      <w:r w:rsidRPr="00344812">
        <w:rPr>
          <w:rFonts w:ascii="Roboto Condensed" w:hAnsi="Roboto Condensed"/>
          <w:sz w:val="20"/>
          <w:lang w:val="pl-PL"/>
        </w:rPr>
        <w:t xml:space="preserve"> krajobrazowych w krajobrazie dolinnym, ze szczególnym</w:t>
      </w:r>
      <w:r>
        <w:rPr>
          <w:rFonts w:ascii="Roboto Condensed" w:hAnsi="Roboto Condensed"/>
          <w:sz w:val="20"/>
          <w:lang w:val="pl-PL"/>
        </w:rPr>
        <w:t xml:space="preserve"> </w:t>
      </w:r>
      <w:r w:rsidRPr="00344812">
        <w:rPr>
          <w:rFonts w:ascii="Roboto Condensed" w:hAnsi="Roboto Condensed"/>
          <w:sz w:val="20"/>
          <w:lang w:val="pl-PL"/>
        </w:rPr>
        <w:t>uwzględnieniem naturalnych ekosystemów rzek i półnaturalnych ekosystemów łąkowych,</w:t>
      </w:r>
      <w:r>
        <w:rPr>
          <w:rFonts w:ascii="Roboto Condensed" w:hAnsi="Roboto Condensed"/>
          <w:sz w:val="20"/>
          <w:lang w:val="pl-PL"/>
        </w:rPr>
        <w:t xml:space="preserve"> </w:t>
      </w:r>
      <w:r w:rsidRPr="00344812">
        <w:rPr>
          <w:rFonts w:ascii="Roboto Condensed" w:hAnsi="Roboto Condensed"/>
          <w:sz w:val="20"/>
          <w:lang w:val="pl-PL"/>
        </w:rPr>
        <w:t>w tym m.in.:</w:t>
      </w:r>
    </w:p>
    <w:p w14:paraId="51C85B53" w14:textId="41DB87A2" w:rsidR="00344812" w:rsidRPr="00344812" w:rsidRDefault="00344812" w:rsidP="008636AA">
      <w:pPr>
        <w:pStyle w:val="Tekstpodstawowy2"/>
        <w:numPr>
          <w:ilvl w:val="1"/>
          <w:numId w:val="3"/>
        </w:numPr>
        <w:spacing w:line="240" w:lineRule="auto"/>
        <w:rPr>
          <w:rFonts w:ascii="Roboto Condensed" w:hAnsi="Roboto Condensed"/>
          <w:sz w:val="20"/>
          <w:lang w:val="pl-PL"/>
        </w:rPr>
      </w:pPr>
      <w:r w:rsidRPr="00344812">
        <w:rPr>
          <w:rFonts w:ascii="Roboto Condensed" w:hAnsi="Roboto Condensed"/>
          <w:sz w:val="20"/>
          <w:lang w:val="pl-PL"/>
        </w:rPr>
        <w:t>ochronę przed zabudowaniem oraz przesłonięciem przełomów rzecznych i wysokich stoków</w:t>
      </w:r>
      <w:r>
        <w:rPr>
          <w:rFonts w:ascii="Roboto Condensed" w:hAnsi="Roboto Condensed"/>
          <w:sz w:val="20"/>
          <w:lang w:val="pl-PL"/>
        </w:rPr>
        <w:t xml:space="preserve"> </w:t>
      </w:r>
      <w:r w:rsidRPr="00344812">
        <w:rPr>
          <w:rFonts w:ascii="Roboto Condensed" w:hAnsi="Roboto Condensed"/>
          <w:sz w:val="20"/>
          <w:lang w:val="pl-PL"/>
        </w:rPr>
        <w:t>dolin o charakterze punktów i otwarć widokowych;</w:t>
      </w:r>
    </w:p>
    <w:p w14:paraId="3D09DF2D" w14:textId="1BCCD1BF" w:rsidR="00344812" w:rsidRPr="00344812" w:rsidRDefault="00344812" w:rsidP="008636AA">
      <w:pPr>
        <w:pStyle w:val="Tekstpodstawowy2"/>
        <w:numPr>
          <w:ilvl w:val="1"/>
          <w:numId w:val="3"/>
        </w:numPr>
        <w:spacing w:line="240" w:lineRule="auto"/>
        <w:rPr>
          <w:rFonts w:ascii="Roboto Condensed" w:hAnsi="Roboto Condensed"/>
          <w:sz w:val="20"/>
          <w:lang w:val="pl-PL"/>
        </w:rPr>
      </w:pPr>
      <w:r w:rsidRPr="00344812">
        <w:rPr>
          <w:rFonts w:ascii="Roboto Condensed" w:hAnsi="Roboto Condensed"/>
          <w:sz w:val="20"/>
          <w:lang w:val="pl-PL"/>
        </w:rPr>
        <w:t>ograniczanie lokalizacji wielkogabarytowych inwestycji infrastrukturalnych i obiektów</w:t>
      </w:r>
      <w:r>
        <w:rPr>
          <w:rFonts w:ascii="Roboto Condensed" w:hAnsi="Roboto Condensed"/>
          <w:sz w:val="20"/>
          <w:lang w:val="pl-PL"/>
        </w:rPr>
        <w:t xml:space="preserve"> </w:t>
      </w:r>
      <w:r w:rsidRPr="00344812">
        <w:rPr>
          <w:rFonts w:ascii="Roboto Condensed" w:hAnsi="Roboto Condensed"/>
          <w:sz w:val="20"/>
          <w:lang w:val="pl-PL"/>
        </w:rPr>
        <w:t>inżynieryjnych we wnętrzach dolin;</w:t>
      </w:r>
    </w:p>
    <w:p w14:paraId="6FB84288" w14:textId="0848A8AC" w:rsidR="00344812" w:rsidRPr="00344812" w:rsidRDefault="00344812" w:rsidP="008636AA">
      <w:pPr>
        <w:pStyle w:val="Tekstpodstawowy2"/>
        <w:numPr>
          <w:ilvl w:val="1"/>
          <w:numId w:val="3"/>
        </w:numPr>
        <w:spacing w:line="240" w:lineRule="auto"/>
        <w:rPr>
          <w:rFonts w:ascii="Roboto Condensed" w:hAnsi="Roboto Condensed"/>
          <w:sz w:val="20"/>
          <w:lang w:val="pl-PL"/>
        </w:rPr>
      </w:pPr>
      <w:r w:rsidRPr="00344812">
        <w:rPr>
          <w:rFonts w:ascii="Roboto Condensed" w:hAnsi="Roboto Condensed"/>
          <w:sz w:val="20"/>
          <w:lang w:val="pl-PL"/>
        </w:rPr>
        <w:t>prowadzenie skutecznej polityki przestrzennej na poziomie lokalnym służącej wyeliminowaniu</w:t>
      </w:r>
      <w:r>
        <w:rPr>
          <w:rFonts w:ascii="Roboto Condensed" w:hAnsi="Roboto Condensed"/>
          <w:sz w:val="20"/>
          <w:lang w:val="pl-PL"/>
        </w:rPr>
        <w:t xml:space="preserve"> </w:t>
      </w:r>
      <w:r w:rsidRPr="00344812">
        <w:rPr>
          <w:rFonts w:ascii="Roboto Condensed" w:hAnsi="Roboto Condensed"/>
          <w:sz w:val="20"/>
          <w:lang w:val="pl-PL"/>
        </w:rPr>
        <w:t>zabudowy dna dolin, zwłaszcza na obszarach szczególnego zagrożenia powodzią.</w:t>
      </w:r>
    </w:p>
    <w:p w14:paraId="45B138C4" w14:textId="583B14A0" w:rsidR="00344812" w:rsidRPr="008E1800" w:rsidRDefault="00344812" w:rsidP="008636AA">
      <w:pPr>
        <w:pStyle w:val="Tekstpodstawowy2"/>
        <w:numPr>
          <w:ilvl w:val="0"/>
          <w:numId w:val="3"/>
        </w:numPr>
        <w:spacing w:line="240" w:lineRule="auto"/>
        <w:ind w:left="567" w:hanging="227"/>
        <w:rPr>
          <w:rFonts w:ascii="Roboto Condensed" w:hAnsi="Roboto Condensed"/>
          <w:sz w:val="20"/>
          <w:lang w:val="pl-PL"/>
        </w:rPr>
      </w:pPr>
      <w:r w:rsidRPr="00344812">
        <w:rPr>
          <w:rFonts w:ascii="Roboto Condensed" w:hAnsi="Roboto Condensed"/>
          <w:sz w:val="20"/>
          <w:lang w:val="pl-PL"/>
        </w:rPr>
        <w:t>VII.1.2. ochronę cennych form rzeźby terenu, w tym m.in. ograniczenie niwelacji terenu.</w:t>
      </w:r>
    </w:p>
    <w:p w14:paraId="12417CBA" w14:textId="2ABE2E97" w:rsidR="00344812" w:rsidRPr="008E1800" w:rsidRDefault="00344812" w:rsidP="008636AA">
      <w:pPr>
        <w:pStyle w:val="Tekstpodstawowy2"/>
        <w:numPr>
          <w:ilvl w:val="0"/>
          <w:numId w:val="3"/>
        </w:numPr>
        <w:spacing w:line="240" w:lineRule="auto"/>
        <w:ind w:left="567" w:hanging="227"/>
        <w:rPr>
          <w:rFonts w:ascii="Roboto Condensed" w:hAnsi="Roboto Condensed"/>
          <w:sz w:val="20"/>
          <w:lang w:val="pl-PL"/>
        </w:rPr>
      </w:pPr>
      <w:r w:rsidRPr="00344812">
        <w:rPr>
          <w:rFonts w:ascii="Roboto Condensed" w:hAnsi="Roboto Condensed"/>
          <w:sz w:val="20"/>
          <w:lang w:val="pl-PL"/>
        </w:rPr>
        <w:t>VII.1.4. ochronę obszarów występowania cennych krajobrazowo zbiorowisk roślinności, w tym m.in.</w:t>
      </w:r>
      <w:r w:rsidR="008E1800">
        <w:rPr>
          <w:rFonts w:ascii="Roboto Condensed" w:hAnsi="Roboto Condensed"/>
          <w:sz w:val="20"/>
          <w:lang w:val="pl-PL"/>
        </w:rPr>
        <w:t xml:space="preserve"> </w:t>
      </w:r>
      <w:r w:rsidRPr="008E1800">
        <w:rPr>
          <w:rFonts w:ascii="Roboto Condensed" w:hAnsi="Roboto Condensed"/>
          <w:sz w:val="20"/>
          <w:lang w:val="pl-PL"/>
        </w:rPr>
        <w:t>leśnej i łąkowej oraz wodnej i torfowiskowej.</w:t>
      </w:r>
    </w:p>
    <w:p w14:paraId="755A9DD8" w14:textId="5E3C5434" w:rsidR="00344812" w:rsidRPr="00344812" w:rsidRDefault="00344812" w:rsidP="007D1D0F">
      <w:pPr>
        <w:pStyle w:val="Tekstpodstawowy2"/>
        <w:spacing w:before="120" w:line="240" w:lineRule="auto"/>
        <w:ind w:left="170"/>
        <w:rPr>
          <w:rFonts w:ascii="Roboto Condensed" w:hAnsi="Roboto Condensed"/>
          <w:sz w:val="20"/>
          <w:lang w:val="pl-PL"/>
        </w:rPr>
      </w:pPr>
      <w:r w:rsidRPr="00344812">
        <w:rPr>
          <w:rFonts w:ascii="Roboto Condensed" w:hAnsi="Roboto Condensed"/>
          <w:sz w:val="20"/>
          <w:lang w:val="pl-PL"/>
        </w:rPr>
        <w:t>Ochrona</w:t>
      </w:r>
      <w:r w:rsidR="008E1800">
        <w:rPr>
          <w:rFonts w:ascii="Roboto Condensed" w:hAnsi="Roboto Condensed"/>
          <w:sz w:val="20"/>
          <w:lang w:val="pl-PL"/>
        </w:rPr>
        <w:t xml:space="preserve"> </w:t>
      </w:r>
      <w:r w:rsidRPr="00344812">
        <w:rPr>
          <w:rFonts w:ascii="Roboto Condensed" w:hAnsi="Roboto Condensed"/>
          <w:sz w:val="20"/>
          <w:lang w:val="pl-PL"/>
        </w:rPr>
        <w:t>i</w:t>
      </w:r>
      <w:r w:rsidR="008E1800">
        <w:rPr>
          <w:rFonts w:ascii="Roboto Condensed" w:hAnsi="Roboto Condensed"/>
          <w:sz w:val="20"/>
          <w:lang w:val="pl-PL"/>
        </w:rPr>
        <w:t xml:space="preserve"> </w:t>
      </w:r>
      <w:r w:rsidRPr="00344812">
        <w:rPr>
          <w:rFonts w:ascii="Roboto Condensed" w:hAnsi="Roboto Condensed"/>
          <w:sz w:val="20"/>
          <w:lang w:val="pl-PL"/>
        </w:rPr>
        <w:t>wzmacnianie</w:t>
      </w:r>
      <w:r w:rsidR="008E1800">
        <w:rPr>
          <w:rFonts w:ascii="Roboto Condensed" w:hAnsi="Roboto Condensed"/>
          <w:sz w:val="20"/>
          <w:lang w:val="pl-PL"/>
        </w:rPr>
        <w:t xml:space="preserve"> </w:t>
      </w:r>
      <w:r w:rsidRPr="00344812">
        <w:rPr>
          <w:rFonts w:ascii="Roboto Condensed" w:hAnsi="Roboto Condensed"/>
          <w:sz w:val="20"/>
          <w:lang w:val="pl-PL"/>
        </w:rPr>
        <w:t>walorów</w:t>
      </w:r>
      <w:r w:rsidR="008E1800">
        <w:rPr>
          <w:rFonts w:ascii="Roboto Condensed" w:hAnsi="Roboto Condensed"/>
          <w:sz w:val="20"/>
          <w:lang w:val="pl-PL"/>
        </w:rPr>
        <w:t xml:space="preserve"> </w:t>
      </w:r>
      <w:r w:rsidRPr="00344812">
        <w:rPr>
          <w:rFonts w:ascii="Roboto Condensed" w:hAnsi="Roboto Condensed"/>
          <w:sz w:val="20"/>
          <w:lang w:val="pl-PL"/>
        </w:rPr>
        <w:t>krajobrazu</w:t>
      </w:r>
      <w:r w:rsidR="008E1800">
        <w:rPr>
          <w:rFonts w:ascii="Roboto Condensed" w:hAnsi="Roboto Condensed"/>
          <w:sz w:val="20"/>
          <w:lang w:val="pl-PL"/>
        </w:rPr>
        <w:t xml:space="preserve"> </w:t>
      </w:r>
      <w:r w:rsidRPr="00344812">
        <w:rPr>
          <w:rFonts w:ascii="Roboto Condensed" w:hAnsi="Roboto Condensed"/>
          <w:sz w:val="20"/>
          <w:lang w:val="pl-PL"/>
        </w:rPr>
        <w:t>kulturowego, m.in. poprzez:</w:t>
      </w:r>
    </w:p>
    <w:p w14:paraId="61C20E83" w14:textId="01F122B8" w:rsidR="00344812" w:rsidRPr="008E1800" w:rsidRDefault="00344812" w:rsidP="008636AA">
      <w:pPr>
        <w:pStyle w:val="Tekstpodstawowy2"/>
        <w:numPr>
          <w:ilvl w:val="0"/>
          <w:numId w:val="3"/>
        </w:numPr>
        <w:spacing w:line="240" w:lineRule="auto"/>
        <w:ind w:left="567" w:hanging="227"/>
        <w:rPr>
          <w:rFonts w:ascii="Roboto Condensed" w:hAnsi="Roboto Condensed"/>
          <w:sz w:val="20"/>
          <w:lang w:val="pl-PL"/>
        </w:rPr>
      </w:pPr>
      <w:r w:rsidRPr="00344812">
        <w:rPr>
          <w:rFonts w:ascii="Roboto Condensed" w:hAnsi="Roboto Condensed"/>
          <w:sz w:val="20"/>
          <w:lang w:val="pl-PL"/>
        </w:rPr>
        <w:t>VII.2.1. poprawę jakości przestrzeni publicznych, szczególnie w otoczeniu obiektów zabytkowych,</w:t>
      </w:r>
    </w:p>
    <w:p w14:paraId="564FEE06" w14:textId="13735B7D" w:rsidR="00344812" w:rsidRPr="008E1800" w:rsidRDefault="00344812" w:rsidP="008636AA">
      <w:pPr>
        <w:pStyle w:val="Tekstpodstawowy2"/>
        <w:numPr>
          <w:ilvl w:val="0"/>
          <w:numId w:val="3"/>
        </w:numPr>
        <w:spacing w:line="240" w:lineRule="auto"/>
        <w:ind w:left="567" w:hanging="227"/>
        <w:rPr>
          <w:rFonts w:ascii="Roboto Condensed" w:hAnsi="Roboto Condensed"/>
          <w:sz w:val="20"/>
          <w:lang w:val="pl-PL"/>
        </w:rPr>
      </w:pPr>
      <w:r w:rsidRPr="00344812">
        <w:rPr>
          <w:rFonts w:ascii="Roboto Condensed" w:hAnsi="Roboto Condensed"/>
          <w:sz w:val="20"/>
          <w:lang w:val="pl-PL"/>
        </w:rPr>
        <w:t>VII.2.2. kreowanie nowej zabudowy w sposób jednorodny, zwłaszcza w ośrodkach historycznych</w:t>
      </w:r>
      <w:r w:rsidR="008E1800">
        <w:rPr>
          <w:rFonts w:ascii="Roboto Condensed" w:hAnsi="Roboto Condensed"/>
          <w:sz w:val="20"/>
          <w:lang w:val="pl-PL"/>
        </w:rPr>
        <w:t xml:space="preserve"> </w:t>
      </w:r>
      <w:r w:rsidRPr="008E1800">
        <w:rPr>
          <w:rFonts w:ascii="Roboto Condensed" w:hAnsi="Roboto Condensed"/>
          <w:sz w:val="20"/>
          <w:lang w:val="pl-PL"/>
        </w:rPr>
        <w:t>i na terenach wiejskich,</w:t>
      </w:r>
    </w:p>
    <w:p w14:paraId="1BEE3AE7" w14:textId="77777777" w:rsidR="00344812" w:rsidRPr="00344812" w:rsidRDefault="00344812" w:rsidP="008636AA">
      <w:pPr>
        <w:pStyle w:val="Tekstpodstawowy2"/>
        <w:numPr>
          <w:ilvl w:val="0"/>
          <w:numId w:val="3"/>
        </w:numPr>
        <w:spacing w:line="240" w:lineRule="auto"/>
        <w:ind w:left="567" w:hanging="227"/>
        <w:rPr>
          <w:rFonts w:ascii="Roboto Condensed" w:hAnsi="Roboto Condensed"/>
          <w:sz w:val="20"/>
          <w:lang w:val="pl-PL"/>
        </w:rPr>
      </w:pPr>
      <w:r w:rsidRPr="00344812">
        <w:rPr>
          <w:rFonts w:ascii="Roboto Condensed" w:hAnsi="Roboto Condensed"/>
          <w:sz w:val="20"/>
          <w:lang w:val="pl-PL"/>
        </w:rPr>
        <w:t>VII.2.3. kształtowanie otwartego krajobrazu wiejskiego, w tym m.in.:</w:t>
      </w:r>
    </w:p>
    <w:p w14:paraId="49BF0B2D" w14:textId="3F74F751" w:rsidR="00344812" w:rsidRPr="008E1800" w:rsidRDefault="00344812" w:rsidP="008636AA">
      <w:pPr>
        <w:pStyle w:val="Tekstpodstawowy2"/>
        <w:numPr>
          <w:ilvl w:val="1"/>
          <w:numId w:val="3"/>
        </w:numPr>
        <w:spacing w:line="240" w:lineRule="auto"/>
        <w:rPr>
          <w:rFonts w:ascii="Roboto Condensed" w:hAnsi="Roboto Condensed"/>
          <w:sz w:val="20"/>
          <w:lang w:val="pl-PL"/>
        </w:rPr>
      </w:pPr>
      <w:r w:rsidRPr="00344812">
        <w:rPr>
          <w:rFonts w:ascii="Roboto Condensed" w:hAnsi="Roboto Condensed"/>
          <w:sz w:val="20"/>
          <w:lang w:val="pl-PL"/>
        </w:rPr>
        <w:t xml:space="preserve">zachowanie </w:t>
      </w:r>
      <w:proofErr w:type="spellStart"/>
      <w:r w:rsidRPr="00344812">
        <w:rPr>
          <w:rFonts w:ascii="Roboto Condensed" w:hAnsi="Roboto Condensed"/>
          <w:sz w:val="20"/>
          <w:lang w:val="pl-PL"/>
        </w:rPr>
        <w:t>zadrzewie</w:t>
      </w:r>
      <w:r w:rsidR="008E1800">
        <w:rPr>
          <w:rFonts w:ascii="Roboto Condensed" w:hAnsi="Roboto Condensed"/>
          <w:sz w:val="20"/>
          <w:lang w:val="pl-PL"/>
        </w:rPr>
        <w:t>ń</w:t>
      </w:r>
      <w:proofErr w:type="spellEnd"/>
      <w:r w:rsidRPr="00344812">
        <w:rPr>
          <w:rFonts w:ascii="Roboto Condensed" w:hAnsi="Roboto Condensed"/>
          <w:sz w:val="20"/>
          <w:lang w:val="pl-PL"/>
        </w:rPr>
        <w:t xml:space="preserve"> przydrożnych i śródpolnych oraz ochronę lasów i </w:t>
      </w:r>
      <w:proofErr w:type="spellStart"/>
      <w:r w:rsidRPr="00344812">
        <w:rPr>
          <w:rFonts w:ascii="Roboto Condensed" w:hAnsi="Roboto Condensed"/>
          <w:sz w:val="20"/>
          <w:lang w:val="pl-PL"/>
        </w:rPr>
        <w:t>zadrzewie</w:t>
      </w:r>
      <w:r w:rsidR="008E1800">
        <w:rPr>
          <w:rFonts w:ascii="Roboto Condensed" w:hAnsi="Roboto Condensed"/>
          <w:sz w:val="20"/>
          <w:lang w:val="pl-PL"/>
        </w:rPr>
        <w:t>ń</w:t>
      </w:r>
      <w:proofErr w:type="spellEnd"/>
      <w:r w:rsidR="008E1800">
        <w:rPr>
          <w:rFonts w:ascii="Roboto Condensed" w:hAnsi="Roboto Condensed"/>
          <w:sz w:val="20"/>
          <w:lang w:val="pl-PL"/>
        </w:rPr>
        <w:t xml:space="preserve"> </w:t>
      </w:r>
      <w:r w:rsidRPr="008E1800">
        <w:rPr>
          <w:rFonts w:ascii="Roboto Condensed" w:hAnsi="Roboto Condensed"/>
          <w:sz w:val="20"/>
          <w:lang w:val="pl-PL"/>
        </w:rPr>
        <w:t>śródpolnych, tworzących tradycyjny krajobraz rolniczy, przed lokalizacją farm</w:t>
      </w:r>
      <w:r w:rsidR="008E1800">
        <w:rPr>
          <w:rFonts w:ascii="Roboto Condensed" w:hAnsi="Roboto Condensed"/>
          <w:sz w:val="20"/>
          <w:lang w:val="pl-PL"/>
        </w:rPr>
        <w:t xml:space="preserve"> </w:t>
      </w:r>
      <w:r w:rsidRPr="008E1800">
        <w:rPr>
          <w:rFonts w:ascii="Roboto Condensed" w:hAnsi="Roboto Condensed"/>
          <w:sz w:val="20"/>
          <w:lang w:val="pl-PL"/>
        </w:rPr>
        <w:t>fotowoltaicznych;</w:t>
      </w:r>
    </w:p>
    <w:p w14:paraId="00B00050" w14:textId="7600A1B9" w:rsidR="00344812" w:rsidRPr="008E1800" w:rsidRDefault="00344812" w:rsidP="008636AA">
      <w:pPr>
        <w:pStyle w:val="Tekstpodstawowy2"/>
        <w:numPr>
          <w:ilvl w:val="1"/>
          <w:numId w:val="3"/>
        </w:numPr>
        <w:spacing w:line="240" w:lineRule="auto"/>
        <w:rPr>
          <w:rFonts w:ascii="Roboto Condensed" w:hAnsi="Roboto Condensed"/>
          <w:sz w:val="20"/>
          <w:lang w:val="pl-PL"/>
        </w:rPr>
      </w:pPr>
      <w:r w:rsidRPr="00344812">
        <w:rPr>
          <w:rFonts w:ascii="Roboto Condensed" w:hAnsi="Roboto Condensed"/>
          <w:sz w:val="20"/>
          <w:lang w:val="pl-PL"/>
        </w:rPr>
        <w:t>zachowanie i odtworzenie historycznych kompozycji zieleni, w tym m.in. założe</w:t>
      </w:r>
      <w:r w:rsidR="008E1800">
        <w:rPr>
          <w:rFonts w:ascii="Roboto Condensed" w:hAnsi="Roboto Condensed"/>
          <w:sz w:val="20"/>
          <w:lang w:val="pl-PL"/>
        </w:rPr>
        <w:t>ń</w:t>
      </w:r>
      <w:r w:rsidRPr="00344812">
        <w:rPr>
          <w:rFonts w:ascii="Roboto Condensed" w:hAnsi="Roboto Condensed"/>
          <w:sz w:val="20"/>
          <w:lang w:val="pl-PL"/>
        </w:rPr>
        <w:t xml:space="preserve"> dworsko</w:t>
      </w:r>
      <w:r w:rsidR="008E1800">
        <w:rPr>
          <w:rFonts w:ascii="Roboto Condensed" w:hAnsi="Roboto Condensed"/>
          <w:sz w:val="20"/>
          <w:lang w:val="pl-PL"/>
        </w:rPr>
        <w:t>-</w:t>
      </w:r>
      <w:r w:rsidRPr="00344812">
        <w:rPr>
          <w:rFonts w:ascii="Roboto Condensed" w:hAnsi="Roboto Condensed"/>
          <w:sz w:val="20"/>
          <w:lang w:val="pl-PL"/>
        </w:rPr>
        <w:t>parkowych</w:t>
      </w:r>
      <w:r w:rsidR="008E1800">
        <w:rPr>
          <w:rFonts w:ascii="Roboto Condensed" w:hAnsi="Roboto Condensed"/>
          <w:sz w:val="20"/>
          <w:lang w:val="pl-PL"/>
        </w:rPr>
        <w:t xml:space="preserve"> </w:t>
      </w:r>
      <w:r w:rsidRPr="008E1800">
        <w:rPr>
          <w:rFonts w:ascii="Roboto Condensed" w:hAnsi="Roboto Condensed"/>
          <w:sz w:val="20"/>
          <w:lang w:val="pl-PL"/>
        </w:rPr>
        <w:t>i pałacowo-parkowych.</w:t>
      </w:r>
    </w:p>
    <w:p w14:paraId="7B08A96B" w14:textId="787272A3" w:rsidR="00344812" w:rsidRPr="00344812" w:rsidRDefault="00344812" w:rsidP="007D1D0F">
      <w:pPr>
        <w:pStyle w:val="Tekstpodstawowy2"/>
        <w:spacing w:before="120" w:line="240" w:lineRule="auto"/>
        <w:ind w:left="170"/>
        <w:rPr>
          <w:rFonts w:ascii="Roboto Condensed" w:hAnsi="Roboto Condensed"/>
          <w:sz w:val="20"/>
          <w:lang w:val="pl-PL"/>
        </w:rPr>
      </w:pPr>
      <w:r w:rsidRPr="00344812">
        <w:rPr>
          <w:rFonts w:ascii="Roboto Condensed" w:hAnsi="Roboto Condensed"/>
          <w:sz w:val="20"/>
          <w:lang w:val="pl-PL"/>
        </w:rPr>
        <w:t>Kształtowanie</w:t>
      </w:r>
      <w:r w:rsidR="008E1800">
        <w:rPr>
          <w:rFonts w:ascii="Roboto Condensed" w:hAnsi="Roboto Condensed"/>
          <w:sz w:val="20"/>
          <w:lang w:val="pl-PL"/>
        </w:rPr>
        <w:t xml:space="preserve"> </w:t>
      </w:r>
      <w:r w:rsidRPr="00344812">
        <w:rPr>
          <w:rFonts w:ascii="Roboto Condensed" w:hAnsi="Roboto Condensed"/>
          <w:sz w:val="20"/>
          <w:lang w:val="pl-PL"/>
        </w:rPr>
        <w:t>ładu</w:t>
      </w:r>
      <w:r w:rsidR="008E1800">
        <w:rPr>
          <w:rFonts w:ascii="Roboto Condensed" w:hAnsi="Roboto Condensed"/>
          <w:sz w:val="20"/>
          <w:lang w:val="pl-PL"/>
        </w:rPr>
        <w:t xml:space="preserve"> </w:t>
      </w:r>
      <w:r w:rsidRPr="00344812">
        <w:rPr>
          <w:rFonts w:ascii="Roboto Condensed" w:hAnsi="Roboto Condensed"/>
          <w:sz w:val="20"/>
          <w:lang w:val="pl-PL"/>
        </w:rPr>
        <w:t>przestrzennego</w:t>
      </w:r>
      <w:r w:rsidR="008E1800">
        <w:rPr>
          <w:rFonts w:ascii="Roboto Condensed" w:hAnsi="Roboto Condensed"/>
          <w:sz w:val="20"/>
          <w:lang w:val="pl-PL"/>
        </w:rPr>
        <w:t xml:space="preserve"> </w:t>
      </w:r>
      <w:r w:rsidRPr="00344812">
        <w:rPr>
          <w:rFonts w:ascii="Roboto Condensed" w:hAnsi="Roboto Condensed"/>
          <w:sz w:val="20"/>
          <w:lang w:val="pl-PL"/>
        </w:rPr>
        <w:t>w</w:t>
      </w:r>
      <w:r w:rsidR="008E1800">
        <w:rPr>
          <w:rFonts w:ascii="Roboto Condensed" w:hAnsi="Roboto Condensed"/>
          <w:sz w:val="20"/>
          <w:lang w:val="pl-PL"/>
        </w:rPr>
        <w:t xml:space="preserve"> </w:t>
      </w:r>
      <w:r w:rsidRPr="00344812">
        <w:rPr>
          <w:rFonts w:ascii="Roboto Condensed" w:hAnsi="Roboto Condensed"/>
          <w:sz w:val="20"/>
          <w:lang w:val="pl-PL"/>
        </w:rPr>
        <w:t>krajobrazie, m.in. poprzez:</w:t>
      </w:r>
    </w:p>
    <w:p w14:paraId="7A3A9587" w14:textId="67D41052" w:rsidR="00344812" w:rsidRPr="008E1800" w:rsidRDefault="00344812" w:rsidP="008636AA">
      <w:pPr>
        <w:pStyle w:val="Tekstpodstawowy2"/>
        <w:numPr>
          <w:ilvl w:val="0"/>
          <w:numId w:val="3"/>
        </w:numPr>
        <w:spacing w:line="240" w:lineRule="auto"/>
        <w:ind w:left="567" w:hanging="227"/>
        <w:rPr>
          <w:rFonts w:ascii="Roboto Condensed" w:hAnsi="Roboto Condensed"/>
          <w:sz w:val="20"/>
          <w:lang w:val="pl-PL"/>
        </w:rPr>
      </w:pPr>
      <w:r w:rsidRPr="00344812">
        <w:rPr>
          <w:rFonts w:ascii="Roboto Condensed" w:hAnsi="Roboto Condensed"/>
          <w:sz w:val="20"/>
          <w:lang w:val="pl-PL"/>
        </w:rPr>
        <w:lastRenderedPageBreak/>
        <w:t>VII.3.1. ochronę przestrzeni o znacznej ekspozycji widokowej, w tym m.in.:</w:t>
      </w:r>
      <w:r w:rsidR="008E1800">
        <w:rPr>
          <w:rFonts w:ascii="Roboto Condensed" w:hAnsi="Roboto Condensed"/>
          <w:sz w:val="20"/>
          <w:lang w:val="pl-PL"/>
        </w:rPr>
        <w:t xml:space="preserve"> </w:t>
      </w:r>
      <w:r w:rsidRPr="008E1800">
        <w:rPr>
          <w:rFonts w:ascii="Roboto Condensed" w:hAnsi="Roboto Condensed"/>
          <w:sz w:val="20"/>
          <w:lang w:val="pl-PL"/>
        </w:rPr>
        <w:t>zachowanie i właściwe kształtowanie przedpoli ekspozycji panoram, punktów i otwar</w:t>
      </w:r>
      <w:r w:rsidR="008E1800" w:rsidRPr="008E1800">
        <w:rPr>
          <w:rFonts w:ascii="Roboto Condensed" w:hAnsi="Roboto Condensed"/>
          <w:sz w:val="20"/>
          <w:lang w:val="pl-PL"/>
        </w:rPr>
        <w:t xml:space="preserve">ć </w:t>
      </w:r>
      <w:r w:rsidRPr="008E1800">
        <w:rPr>
          <w:rFonts w:ascii="Roboto Condensed" w:hAnsi="Roboto Condensed"/>
          <w:sz w:val="20"/>
          <w:lang w:val="pl-PL"/>
        </w:rPr>
        <w:t>widokowych oraz osi widokowych i kompozycyjnych;</w:t>
      </w:r>
    </w:p>
    <w:p w14:paraId="6C63CB43" w14:textId="15EF5A91" w:rsidR="007D1D0F" w:rsidRPr="005D0FE8" w:rsidRDefault="00344812" w:rsidP="008636AA">
      <w:pPr>
        <w:pStyle w:val="Tekstpodstawowy2"/>
        <w:numPr>
          <w:ilvl w:val="0"/>
          <w:numId w:val="3"/>
        </w:numPr>
        <w:spacing w:line="240" w:lineRule="auto"/>
        <w:ind w:left="567" w:hanging="227"/>
        <w:rPr>
          <w:rFonts w:ascii="Roboto Condensed" w:hAnsi="Roboto Condensed"/>
          <w:sz w:val="20"/>
          <w:lang w:val="pl-PL"/>
        </w:rPr>
      </w:pPr>
      <w:r w:rsidRPr="00344812">
        <w:rPr>
          <w:rFonts w:ascii="Roboto Condensed" w:hAnsi="Roboto Condensed"/>
          <w:sz w:val="20"/>
          <w:lang w:val="pl-PL"/>
        </w:rPr>
        <w:t>VII.3.2. przeciwdziałanie rozwojowi chaotycznej urbanizacji i ruralizacji, w tym m.in.:</w:t>
      </w:r>
      <w:r w:rsidR="008E1800">
        <w:rPr>
          <w:rFonts w:ascii="Roboto Condensed" w:hAnsi="Roboto Condensed"/>
          <w:sz w:val="20"/>
          <w:lang w:val="pl-PL"/>
        </w:rPr>
        <w:t xml:space="preserve"> </w:t>
      </w:r>
      <w:r w:rsidRPr="008E1800">
        <w:rPr>
          <w:rFonts w:ascii="Roboto Condensed" w:hAnsi="Roboto Condensed"/>
          <w:sz w:val="20"/>
          <w:lang w:val="pl-PL"/>
        </w:rPr>
        <w:t xml:space="preserve">ograniczanie procesów </w:t>
      </w:r>
      <w:proofErr w:type="spellStart"/>
      <w:r w:rsidRPr="008E1800">
        <w:rPr>
          <w:rFonts w:ascii="Roboto Condensed" w:hAnsi="Roboto Condensed"/>
          <w:sz w:val="20"/>
          <w:lang w:val="pl-PL"/>
        </w:rPr>
        <w:t>suburbanizacji</w:t>
      </w:r>
      <w:proofErr w:type="spellEnd"/>
      <w:r w:rsidRPr="008E1800">
        <w:rPr>
          <w:rFonts w:ascii="Roboto Condensed" w:hAnsi="Roboto Condensed"/>
          <w:sz w:val="20"/>
          <w:lang w:val="pl-PL"/>
        </w:rPr>
        <w:t>;</w:t>
      </w:r>
    </w:p>
    <w:p w14:paraId="71C77BCD" w14:textId="57128F47" w:rsidR="008E1800" w:rsidRDefault="008E1800" w:rsidP="005D0FE8">
      <w:pPr>
        <w:pStyle w:val="Tekstpodstawowy2"/>
        <w:spacing w:before="240" w:after="120" w:line="240" w:lineRule="auto"/>
        <w:ind w:left="170"/>
        <w:rPr>
          <w:rFonts w:ascii="Roboto Condensed" w:hAnsi="Roboto Condensed"/>
          <w:sz w:val="20"/>
          <w:u w:val="single"/>
          <w:lang w:val="pl-PL"/>
        </w:rPr>
      </w:pPr>
      <w:r w:rsidRPr="007D1D0F">
        <w:rPr>
          <w:rFonts w:ascii="Roboto Condensed" w:hAnsi="Roboto Condensed"/>
          <w:b/>
          <w:bCs/>
          <w:sz w:val="20"/>
          <w:u w:val="single"/>
          <w:lang w:val="pl-PL"/>
        </w:rPr>
        <w:t>Cele szczegółowe w zakresie obszarów funkcjonalnych</w:t>
      </w:r>
      <w:r w:rsidR="005D0FE8">
        <w:rPr>
          <w:rFonts w:ascii="Roboto Condensed" w:hAnsi="Roboto Condensed"/>
          <w:b/>
          <w:bCs/>
          <w:sz w:val="20"/>
          <w:u w:val="single"/>
          <w:lang w:val="pl-PL"/>
        </w:rPr>
        <w:t xml:space="preserve"> wskazane w PZPWŁ</w:t>
      </w:r>
      <w:r w:rsidRPr="007D1D0F">
        <w:rPr>
          <w:rFonts w:ascii="Roboto Condensed" w:hAnsi="Roboto Condensed"/>
          <w:b/>
          <w:bCs/>
          <w:sz w:val="20"/>
          <w:u w:val="single"/>
          <w:lang w:val="pl-PL"/>
        </w:rPr>
        <w:t>:</w:t>
      </w:r>
    </w:p>
    <w:p w14:paraId="1012B2CB" w14:textId="2A224C8C" w:rsidR="008E1800" w:rsidRPr="008E1800" w:rsidRDefault="008E1800" w:rsidP="008E1800">
      <w:pPr>
        <w:pStyle w:val="Tekstpodstawowy2"/>
        <w:spacing w:line="240" w:lineRule="auto"/>
        <w:ind w:left="567"/>
        <w:rPr>
          <w:rFonts w:ascii="Roboto Condensed" w:hAnsi="Roboto Condensed"/>
          <w:sz w:val="20"/>
          <w:lang w:val="pl-PL"/>
        </w:rPr>
      </w:pPr>
      <w:r>
        <w:rPr>
          <w:rFonts w:ascii="Roboto Condensed" w:hAnsi="Roboto Condensed"/>
          <w:sz w:val="20"/>
          <w:lang w:val="pl-PL"/>
        </w:rPr>
        <w:t>Z</w:t>
      </w:r>
      <w:r w:rsidRPr="008E1800">
        <w:rPr>
          <w:rFonts w:ascii="Roboto Condensed" w:hAnsi="Roboto Condensed"/>
          <w:sz w:val="20"/>
          <w:lang w:val="pl-PL"/>
        </w:rPr>
        <w:t>akłada się, że w celu równoważenia rozwoju i kształtowania harmonijnych struktur</w:t>
      </w:r>
      <w:r>
        <w:rPr>
          <w:rFonts w:ascii="Roboto Condensed" w:hAnsi="Roboto Condensed"/>
          <w:sz w:val="20"/>
          <w:lang w:val="pl-PL"/>
        </w:rPr>
        <w:t xml:space="preserve"> </w:t>
      </w:r>
      <w:r w:rsidRPr="008E1800">
        <w:rPr>
          <w:rFonts w:ascii="Roboto Condensed" w:hAnsi="Roboto Condensed"/>
          <w:sz w:val="20"/>
          <w:lang w:val="pl-PL"/>
        </w:rPr>
        <w:t>funkcjonalno-przestrzennych, działania prorozwojowe we wszystkich obszarach funkcjonalnych będą</w:t>
      </w:r>
      <w:r>
        <w:rPr>
          <w:rFonts w:ascii="Roboto Condensed" w:hAnsi="Roboto Condensed"/>
          <w:sz w:val="20"/>
          <w:lang w:val="pl-PL"/>
        </w:rPr>
        <w:t xml:space="preserve"> </w:t>
      </w:r>
      <w:r w:rsidRPr="008E1800">
        <w:rPr>
          <w:rFonts w:ascii="Roboto Condensed" w:hAnsi="Roboto Condensed"/>
          <w:sz w:val="20"/>
          <w:lang w:val="pl-PL"/>
        </w:rPr>
        <w:t>prowadzone zgodnie ze wskazanymi zasadami</w:t>
      </w:r>
      <w:r>
        <w:rPr>
          <w:rFonts w:ascii="Roboto Condensed" w:hAnsi="Roboto Condensed"/>
          <w:sz w:val="20"/>
          <w:lang w:val="pl-PL"/>
        </w:rPr>
        <w:t xml:space="preserve"> </w:t>
      </w:r>
      <w:r w:rsidRPr="008E1800">
        <w:rPr>
          <w:rFonts w:ascii="Roboto Condensed" w:hAnsi="Roboto Condensed"/>
          <w:sz w:val="20"/>
          <w:lang w:val="pl-PL"/>
        </w:rPr>
        <w:t>zagospodarowania</w:t>
      </w:r>
      <w:r>
        <w:rPr>
          <w:rFonts w:ascii="Roboto Condensed" w:hAnsi="Roboto Condensed"/>
          <w:sz w:val="20"/>
          <w:lang w:val="pl-PL"/>
        </w:rPr>
        <w:t xml:space="preserve"> </w:t>
      </w:r>
      <w:r w:rsidRPr="008E1800">
        <w:rPr>
          <w:rFonts w:ascii="Roboto Condensed" w:hAnsi="Roboto Condensed"/>
          <w:sz w:val="20"/>
          <w:lang w:val="pl-PL"/>
        </w:rPr>
        <w:t>i</w:t>
      </w:r>
      <w:r>
        <w:rPr>
          <w:rFonts w:ascii="Roboto Condensed" w:hAnsi="Roboto Condensed"/>
          <w:sz w:val="20"/>
          <w:lang w:val="pl-PL"/>
        </w:rPr>
        <w:t xml:space="preserve"> </w:t>
      </w:r>
      <w:r w:rsidRPr="008E1800">
        <w:rPr>
          <w:rFonts w:ascii="Roboto Condensed" w:hAnsi="Roboto Condensed"/>
          <w:sz w:val="20"/>
          <w:lang w:val="pl-PL"/>
        </w:rPr>
        <w:t>kształtowania</w:t>
      </w:r>
      <w:r>
        <w:rPr>
          <w:rFonts w:ascii="Roboto Condensed" w:hAnsi="Roboto Condensed"/>
          <w:sz w:val="20"/>
          <w:lang w:val="pl-PL"/>
        </w:rPr>
        <w:t xml:space="preserve"> </w:t>
      </w:r>
      <w:r w:rsidRPr="008E1800">
        <w:rPr>
          <w:rFonts w:ascii="Roboto Condensed" w:hAnsi="Roboto Condensed"/>
          <w:sz w:val="20"/>
          <w:lang w:val="pl-PL"/>
        </w:rPr>
        <w:t>przestrzeni</w:t>
      </w:r>
      <w:r>
        <w:rPr>
          <w:rFonts w:ascii="Roboto Condensed" w:hAnsi="Roboto Condensed"/>
          <w:sz w:val="20"/>
          <w:lang w:val="pl-PL"/>
        </w:rPr>
        <w:t xml:space="preserve"> </w:t>
      </w:r>
      <w:r w:rsidRPr="008E1800">
        <w:rPr>
          <w:rFonts w:ascii="Roboto Condensed" w:hAnsi="Roboto Condensed"/>
          <w:sz w:val="20"/>
          <w:lang w:val="pl-PL"/>
        </w:rPr>
        <w:t>wpływającymi na ład przestrzenny oraz wzmocnienie atutów rozwojowych:</w:t>
      </w:r>
    </w:p>
    <w:p w14:paraId="3861DB94" w14:textId="77777777" w:rsidR="008E1800" w:rsidRPr="008E1800" w:rsidRDefault="008E1800" w:rsidP="008636AA">
      <w:pPr>
        <w:pStyle w:val="Tekstpodstawowy2"/>
        <w:numPr>
          <w:ilvl w:val="0"/>
          <w:numId w:val="3"/>
        </w:numPr>
        <w:spacing w:line="240" w:lineRule="auto"/>
        <w:ind w:left="567" w:hanging="227"/>
        <w:rPr>
          <w:rFonts w:ascii="Roboto Condensed" w:hAnsi="Roboto Condensed"/>
          <w:sz w:val="20"/>
          <w:lang w:val="pl-PL"/>
        </w:rPr>
      </w:pPr>
      <w:r w:rsidRPr="008E1800">
        <w:rPr>
          <w:rFonts w:ascii="Roboto Condensed" w:hAnsi="Roboto Condensed"/>
          <w:sz w:val="20"/>
          <w:lang w:val="pl-PL"/>
        </w:rPr>
        <w:t>1. zachowanie czytelnych granic między obszarami zabudowy a terenami otwartymi,</w:t>
      </w:r>
    </w:p>
    <w:p w14:paraId="1D31A1B2" w14:textId="77777777" w:rsidR="008E1800" w:rsidRPr="008E1800" w:rsidRDefault="008E1800" w:rsidP="008636AA">
      <w:pPr>
        <w:pStyle w:val="Tekstpodstawowy2"/>
        <w:numPr>
          <w:ilvl w:val="0"/>
          <w:numId w:val="3"/>
        </w:numPr>
        <w:spacing w:line="240" w:lineRule="auto"/>
        <w:ind w:left="567" w:hanging="227"/>
        <w:rPr>
          <w:rFonts w:ascii="Roboto Condensed" w:hAnsi="Roboto Condensed"/>
          <w:sz w:val="20"/>
          <w:lang w:val="pl-PL"/>
        </w:rPr>
      </w:pPr>
      <w:r w:rsidRPr="008E1800">
        <w:rPr>
          <w:rFonts w:ascii="Roboto Condensed" w:hAnsi="Roboto Condensed"/>
          <w:sz w:val="20"/>
          <w:lang w:val="pl-PL"/>
        </w:rPr>
        <w:t>2. unikanie pasmowego rozwoju zabudowy wzdłuż tranzytowych ciągów komunikacyjnych,</w:t>
      </w:r>
    </w:p>
    <w:p w14:paraId="034E7365" w14:textId="27947036" w:rsidR="008E1800" w:rsidRPr="008E1800" w:rsidRDefault="008E1800" w:rsidP="008636AA">
      <w:pPr>
        <w:pStyle w:val="Tekstpodstawowy2"/>
        <w:numPr>
          <w:ilvl w:val="0"/>
          <w:numId w:val="3"/>
        </w:numPr>
        <w:spacing w:line="240" w:lineRule="auto"/>
        <w:ind w:left="567" w:hanging="227"/>
        <w:rPr>
          <w:rFonts w:ascii="Roboto Condensed" w:hAnsi="Roboto Condensed"/>
          <w:sz w:val="20"/>
          <w:lang w:val="pl-PL"/>
        </w:rPr>
      </w:pPr>
      <w:r w:rsidRPr="008E1800">
        <w:rPr>
          <w:rFonts w:ascii="Roboto Condensed" w:hAnsi="Roboto Condensed"/>
          <w:sz w:val="20"/>
          <w:lang w:val="pl-PL"/>
        </w:rPr>
        <w:t>3. ograniczanie urbanizacji na terenach, które nie znajdują się w zasięgu obsługi publicznym transportem</w:t>
      </w:r>
      <w:r>
        <w:rPr>
          <w:rFonts w:ascii="Roboto Condensed" w:hAnsi="Roboto Condensed"/>
          <w:sz w:val="20"/>
          <w:lang w:val="pl-PL"/>
        </w:rPr>
        <w:t xml:space="preserve"> </w:t>
      </w:r>
      <w:r w:rsidRPr="008E1800">
        <w:rPr>
          <w:rFonts w:ascii="Roboto Condensed" w:hAnsi="Roboto Condensed"/>
          <w:sz w:val="20"/>
          <w:lang w:val="pl-PL"/>
        </w:rPr>
        <w:t>zbiorowym,</w:t>
      </w:r>
    </w:p>
    <w:p w14:paraId="674522DA" w14:textId="15CDAF26" w:rsidR="008E1800" w:rsidRPr="008E1800" w:rsidRDefault="008E1800" w:rsidP="008636AA">
      <w:pPr>
        <w:pStyle w:val="Tekstpodstawowy2"/>
        <w:numPr>
          <w:ilvl w:val="0"/>
          <w:numId w:val="3"/>
        </w:numPr>
        <w:spacing w:line="240" w:lineRule="auto"/>
        <w:ind w:left="567" w:hanging="227"/>
        <w:rPr>
          <w:rFonts w:ascii="Roboto Condensed" w:hAnsi="Roboto Condensed"/>
          <w:sz w:val="20"/>
          <w:lang w:val="pl-PL"/>
        </w:rPr>
      </w:pPr>
      <w:r w:rsidRPr="008E1800">
        <w:rPr>
          <w:rFonts w:ascii="Roboto Condensed" w:hAnsi="Roboto Condensed"/>
          <w:sz w:val="20"/>
          <w:lang w:val="pl-PL"/>
        </w:rPr>
        <w:t>4. ograniczanie urbanizacji na terenach, które nie mają możliwości do objęcia zbiorczymi systemami</w:t>
      </w:r>
      <w:r>
        <w:rPr>
          <w:rFonts w:ascii="Roboto Condensed" w:hAnsi="Roboto Condensed"/>
          <w:sz w:val="20"/>
          <w:lang w:val="pl-PL"/>
        </w:rPr>
        <w:t xml:space="preserve"> </w:t>
      </w:r>
      <w:r w:rsidRPr="008E1800">
        <w:rPr>
          <w:rFonts w:ascii="Roboto Condensed" w:hAnsi="Roboto Condensed"/>
          <w:sz w:val="20"/>
          <w:lang w:val="pl-PL"/>
        </w:rPr>
        <w:t>infrastruktury technicznej,</w:t>
      </w:r>
    </w:p>
    <w:p w14:paraId="6256FBA8" w14:textId="77777777" w:rsidR="008E1800" w:rsidRPr="008E1800" w:rsidRDefault="008E1800" w:rsidP="008636AA">
      <w:pPr>
        <w:pStyle w:val="Tekstpodstawowy2"/>
        <w:numPr>
          <w:ilvl w:val="0"/>
          <w:numId w:val="3"/>
        </w:numPr>
        <w:spacing w:line="240" w:lineRule="auto"/>
        <w:ind w:left="567" w:hanging="227"/>
        <w:rPr>
          <w:rFonts w:ascii="Roboto Condensed" w:hAnsi="Roboto Condensed"/>
          <w:sz w:val="20"/>
          <w:lang w:val="pl-PL"/>
        </w:rPr>
      </w:pPr>
      <w:r w:rsidRPr="008E1800">
        <w:rPr>
          <w:rFonts w:ascii="Roboto Condensed" w:hAnsi="Roboto Condensed"/>
          <w:sz w:val="20"/>
          <w:lang w:val="pl-PL"/>
        </w:rPr>
        <w:t>5. ograniczanie urbanizacji na terenach pełniących funkcje korytarzy przewietrzających,</w:t>
      </w:r>
    </w:p>
    <w:p w14:paraId="7E9E6300" w14:textId="413896BF" w:rsidR="008E1800" w:rsidRPr="008E1800" w:rsidRDefault="008E1800" w:rsidP="008636AA">
      <w:pPr>
        <w:pStyle w:val="Tekstpodstawowy2"/>
        <w:numPr>
          <w:ilvl w:val="0"/>
          <w:numId w:val="3"/>
        </w:numPr>
        <w:spacing w:line="240" w:lineRule="auto"/>
        <w:ind w:left="567" w:hanging="227"/>
        <w:rPr>
          <w:rFonts w:ascii="Roboto Condensed" w:hAnsi="Roboto Condensed"/>
          <w:sz w:val="20"/>
          <w:lang w:val="pl-PL"/>
        </w:rPr>
      </w:pPr>
      <w:r w:rsidRPr="008E1800">
        <w:rPr>
          <w:rFonts w:ascii="Roboto Condensed" w:hAnsi="Roboto Condensed"/>
          <w:sz w:val="20"/>
          <w:lang w:val="pl-PL"/>
        </w:rPr>
        <w:t>6. zakaz urbanizacji</w:t>
      </w:r>
      <w:r>
        <w:rPr>
          <w:rFonts w:ascii="Roboto Condensed" w:hAnsi="Roboto Condensed"/>
          <w:sz w:val="20"/>
          <w:lang w:val="pl-PL"/>
        </w:rPr>
        <w:t xml:space="preserve"> </w:t>
      </w:r>
      <w:r w:rsidRPr="008E1800">
        <w:rPr>
          <w:rFonts w:ascii="Roboto Condensed" w:hAnsi="Roboto Condensed"/>
          <w:sz w:val="20"/>
          <w:lang w:val="pl-PL"/>
        </w:rPr>
        <w:t>na obszarach szczególnego zagrożenia powodzią poza obszarami miejskimi,</w:t>
      </w:r>
    </w:p>
    <w:p w14:paraId="1D48E299" w14:textId="77777777" w:rsidR="008E1800" w:rsidRPr="008E1800" w:rsidRDefault="008E1800" w:rsidP="008636AA">
      <w:pPr>
        <w:pStyle w:val="Tekstpodstawowy2"/>
        <w:numPr>
          <w:ilvl w:val="0"/>
          <w:numId w:val="3"/>
        </w:numPr>
        <w:spacing w:line="240" w:lineRule="auto"/>
        <w:ind w:left="567" w:hanging="227"/>
        <w:rPr>
          <w:rFonts w:ascii="Roboto Condensed" w:hAnsi="Roboto Condensed"/>
          <w:sz w:val="20"/>
          <w:lang w:val="pl-PL"/>
        </w:rPr>
      </w:pPr>
      <w:r w:rsidRPr="008E1800">
        <w:rPr>
          <w:rFonts w:ascii="Roboto Condensed" w:hAnsi="Roboto Condensed"/>
          <w:sz w:val="20"/>
          <w:lang w:val="pl-PL"/>
        </w:rPr>
        <w:t>7. ograniczanie negatywnej ingerencji w tereny cenne przyrodniczo i krajobrazowo,</w:t>
      </w:r>
    </w:p>
    <w:p w14:paraId="30C848C5" w14:textId="77E36590" w:rsidR="008E1800" w:rsidRPr="008E1800" w:rsidRDefault="008E1800" w:rsidP="008636AA">
      <w:pPr>
        <w:pStyle w:val="Tekstpodstawowy2"/>
        <w:numPr>
          <w:ilvl w:val="0"/>
          <w:numId w:val="3"/>
        </w:numPr>
        <w:spacing w:line="240" w:lineRule="auto"/>
        <w:ind w:left="567" w:hanging="227"/>
        <w:rPr>
          <w:rFonts w:ascii="Roboto Condensed" w:hAnsi="Roboto Condensed"/>
          <w:sz w:val="20"/>
          <w:lang w:val="pl-PL"/>
        </w:rPr>
      </w:pPr>
      <w:r w:rsidRPr="008E1800">
        <w:rPr>
          <w:rFonts w:ascii="Roboto Condensed" w:hAnsi="Roboto Condensed"/>
          <w:sz w:val="20"/>
          <w:lang w:val="pl-PL"/>
        </w:rPr>
        <w:t>8. kształtowanie struktur funkcjonalno-przestrzennych z poszanowaniem atutów lokalizacyjnych wynikających</w:t>
      </w:r>
      <w:r w:rsidR="002F5364">
        <w:rPr>
          <w:rFonts w:ascii="Roboto Condensed" w:hAnsi="Roboto Condensed"/>
          <w:sz w:val="20"/>
          <w:lang w:val="pl-PL"/>
        </w:rPr>
        <w:t xml:space="preserve"> </w:t>
      </w:r>
      <w:r w:rsidRPr="008E1800">
        <w:rPr>
          <w:rFonts w:ascii="Roboto Condensed" w:hAnsi="Roboto Condensed"/>
          <w:sz w:val="20"/>
          <w:lang w:val="pl-PL"/>
        </w:rPr>
        <w:t>z ukształtowania terenu i walorów krajobrazowych,</w:t>
      </w:r>
    </w:p>
    <w:p w14:paraId="778701D8" w14:textId="3F14F3F0" w:rsidR="008E1800" w:rsidRPr="002F5364" w:rsidRDefault="008E1800" w:rsidP="008636AA">
      <w:pPr>
        <w:pStyle w:val="Tekstpodstawowy2"/>
        <w:numPr>
          <w:ilvl w:val="0"/>
          <w:numId w:val="3"/>
        </w:numPr>
        <w:spacing w:line="240" w:lineRule="auto"/>
        <w:ind w:left="567" w:hanging="227"/>
        <w:rPr>
          <w:rFonts w:ascii="Roboto Condensed" w:hAnsi="Roboto Condensed"/>
          <w:sz w:val="20"/>
          <w:lang w:val="pl-PL"/>
        </w:rPr>
      </w:pPr>
      <w:r w:rsidRPr="008E1800">
        <w:rPr>
          <w:rFonts w:ascii="Roboto Condensed" w:hAnsi="Roboto Condensed"/>
          <w:sz w:val="20"/>
          <w:lang w:val="pl-PL"/>
        </w:rPr>
        <w:t>9. ochrona i kształtowanie osi widokowych, dominant przestrzennych, sylwet, panoram wraz z przedpolami</w:t>
      </w:r>
      <w:r>
        <w:rPr>
          <w:rFonts w:ascii="Roboto Condensed" w:hAnsi="Roboto Condensed"/>
          <w:sz w:val="20"/>
          <w:lang w:val="pl-PL"/>
        </w:rPr>
        <w:t xml:space="preserve"> </w:t>
      </w:r>
      <w:r w:rsidRPr="008E1800">
        <w:rPr>
          <w:rFonts w:ascii="Roboto Condensed" w:hAnsi="Roboto Condensed"/>
          <w:sz w:val="20"/>
          <w:lang w:val="pl-PL"/>
        </w:rPr>
        <w:t>ekspozycji,</w:t>
      </w:r>
    </w:p>
    <w:p w14:paraId="115EBED3" w14:textId="77777777" w:rsidR="008E1800" w:rsidRPr="008E1800" w:rsidRDefault="008E1800" w:rsidP="008636AA">
      <w:pPr>
        <w:pStyle w:val="Tekstpodstawowy2"/>
        <w:numPr>
          <w:ilvl w:val="0"/>
          <w:numId w:val="3"/>
        </w:numPr>
        <w:spacing w:line="240" w:lineRule="auto"/>
        <w:ind w:left="567" w:hanging="227"/>
        <w:rPr>
          <w:rFonts w:ascii="Roboto Condensed" w:hAnsi="Roboto Condensed"/>
          <w:sz w:val="20"/>
          <w:lang w:val="pl-PL"/>
        </w:rPr>
      </w:pPr>
      <w:r w:rsidRPr="008E1800">
        <w:rPr>
          <w:rFonts w:ascii="Roboto Condensed" w:hAnsi="Roboto Condensed"/>
          <w:sz w:val="20"/>
          <w:lang w:val="pl-PL"/>
        </w:rPr>
        <w:t>11. kształtowanie struktur obszarów zabytkowych z poszanowaniem autentyzmu i integralności,</w:t>
      </w:r>
    </w:p>
    <w:p w14:paraId="7ACB58B9" w14:textId="77777777" w:rsidR="008E1800" w:rsidRPr="008E1800" w:rsidRDefault="008E1800" w:rsidP="008636AA">
      <w:pPr>
        <w:pStyle w:val="Tekstpodstawowy2"/>
        <w:numPr>
          <w:ilvl w:val="0"/>
          <w:numId w:val="3"/>
        </w:numPr>
        <w:spacing w:line="240" w:lineRule="auto"/>
        <w:ind w:left="567" w:hanging="227"/>
        <w:rPr>
          <w:rFonts w:ascii="Roboto Condensed" w:hAnsi="Roboto Condensed"/>
          <w:sz w:val="20"/>
          <w:lang w:val="pl-PL"/>
        </w:rPr>
      </w:pPr>
      <w:r w:rsidRPr="008E1800">
        <w:rPr>
          <w:rFonts w:ascii="Roboto Condensed" w:hAnsi="Roboto Condensed"/>
          <w:sz w:val="20"/>
          <w:lang w:val="pl-PL"/>
        </w:rPr>
        <w:t>12. kształtowanie struktur mieszkaniowych wraz z zapleczem podstawowych usług publicznych,</w:t>
      </w:r>
    </w:p>
    <w:p w14:paraId="33A38991" w14:textId="48405358" w:rsidR="002F5364" w:rsidRPr="002F5364" w:rsidRDefault="008E1800" w:rsidP="008636AA">
      <w:pPr>
        <w:pStyle w:val="Tekstpodstawowy2"/>
        <w:numPr>
          <w:ilvl w:val="0"/>
          <w:numId w:val="3"/>
        </w:numPr>
        <w:spacing w:line="240" w:lineRule="auto"/>
        <w:ind w:left="567" w:hanging="227"/>
        <w:rPr>
          <w:rFonts w:ascii="Roboto Condensed" w:hAnsi="Roboto Condensed"/>
          <w:sz w:val="20"/>
          <w:lang w:val="pl-PL"/>
        </w:rPr>
      </w:pPr>
      <w:r w:rsidRPr="008E1800">
        <w:rPr>
          <w:rFonts w:ascii="Roboto Condensed" w:hAnsi="Roboto Condensed"/>
          <w:sz w:val="20"/>
          <w:lang w:val="pl-PL"/>
        </w:rPr>
        <w:t>13. lokalizacja terenów zieleni urządzonej jako integralnej części struktur funkcjonalno-przestrzennych,</w:t>
      </w:r>
    </w:p>
    <w:p w14:paraId="17D7C742" w14:textId="6B1C6C1B" w:rsidR="002F5364" w:rsidRPr="002F5364" w:rsidRDefault="002F5364" w:rsidP="008636AA">
      <w:pPr>
        <w:pStyle w:val="Tekstpodstawowy2"/>
        <w:numPr>
          <w:ilvl w:val="0"/>
          <w:numId w:val="3"/>
        </w:numPr>
        <w:spacing w:line="240" w:lineRule="auto"/>
        <w:ind w:left="567" w:hanging="227"/>
        <w:rPr>
          <w:rFonts w:ascii="Roboto Condensed" w:hAnsi="Roboto Condensed"/>
          <w:sz w:val="20"/>
          <w:lang w:val="pl-PL"/>
        </w:rPr>
      </w:pPr>
      <w:r w:rsidRPr="002F5364">
        <w:rPr>
          <w:rFonts w:ascii="Roboto Condensed" w:hAnsi="Roboto Condensed"/>
          <w:sz w:val="20"/>
          <w:lang w:val="pl-PL"/>
        </w:rPr>
        <w:t>16. ograniczanie negatywnego oddziaływania elementów infrastrukturalnych na struktury funkcjonalno</w:t>
      </w:r>
      <w:r>
        <w:rPr>
          <w:rFonts w:ascii="Roboto Condensed" w:hAnsi="Roboto Condensed"/>
          <w:sz w:val="20"/>
          <w:lang w:val="pl-PL"/>
        </w:rPr>
        <w:t>-</w:t>
      </w:r>
      <w:r w:rsidRPr="002F5364">
        <w:rPr>
          <w:rFonts w:ascii="Roboto Condensed" w:hAnsi="Roboto Condensed"/>
          <w:sz w:val="20"/>
          <w:lang w:val="pl-PL"/>
        </w:rPr>
        <w:t>przestrzenne,</w:t>
      </w:r>
    </w:p>
    <w:p w14:paraId="5A2EBC2B" w14:textId="60112B1F" w:rsidR="007D1D0F" w:rsidRPr="005D0FE8" w:rsidRDefault="002F5364" w:rsidP="008636AA">
      <w:pPr>
        <w:pStyle w:val="Tekstpodstawowy2"/>
        <w:numPr>
          <w:ilvl w:val="0"/>
          <w:numId w:val="3"/>
        </w:numPr>
        <w:spacing w:line="240" w:lineRule="auto"/>
        <w:ind w:left="567" w:hanging="227"/>
        <w:rPr>
          <w:rFonts w:ascii="Roboto Condensed" w:hAnsi="Roboto Condensed"/>
          <w:sz w:val="20"/>
          <w:lang w:val="pl-PL"/>
        </w:rPr>
      </w:pPr>
      <w:r w:rsidRPr="002F5364">
        <w:rPr>
          <w:rFonts w:ascii="Roboto Condensed" w:hAnsi="Roboto Condensed"/>
          <w:sz w:val="20"/>
          <w:lang w:val="pl-PL"/>
        </w:rPr>
        <w:t>18. rozwój rozdzielczych i dystrybucyjnych sieci infrastrukturalnych: gazowych, ciepłowniczych, wodociągowych</w:t>
      </w:r>
      <w:r>
        <w:rPr>
          <w:rFonts w:ascii="Roboto Condensed" w:hAnsi="Roboto Condensed"/>
          <w:sz w:val="20"/>
          <w:lang w:val="pl-PL"/>
        </w:rPr>
        <w:t xml:space="preserve"> </w:t>
      </w:r>
      <w:r w:rsidRPr="002F5364">
        <w:rPr>
          <w:rFonts w:ascii="Roboto Condensed" w:hAnsi="Roboto Condensed"/>
          <w:sz w:val="20"/>
          <w:lang w:val="pl-PL"/>
        </w:rPr>
        <w:t>i kanalizacyjnych w zasięgu strefy racjonalnego rozwoju sieci.</w:t>
      </w:r>
    </w:p>
    <w:p w14:paraId="61673F8C" w14:textId="797B9850" w:rsidR="007D1D0F" w:rsidRDefault="005D0FE8" w:rsidP="00AA7D1F">
      <w:pPr>
        <w:pStyle w:val="Tekstpodstawowy2"/>
        <w:spacing w:before="240" w:line="240" w:lineRule="auto"/>
        <w:rPr>
          <w:rFonts w:ascii="Roboto Condensed" w:hAnsi="Roboto Condensed"/>
          <w:color w:val="EE0000"/>
          <w:sz w:val="20"/>
          <w:lang w:val="pl-PL"/>
        </w:rPr>
      </w:pPr>
      <w:r>
        <w:rPr>
          <w:rFonts w:ascii="Roboto Condensed" w:hAnsi="Roboto Condensed"/>
          <w:b/>
          <w:bCs/>
          <w:sz w:val="20"/>
          <w:u w:val="single"/>
          <w:lang w:val="pl-PL"/>
        </w:rPr>
        <w:t>I</w:t>
      </w:r>
      <w:r w:rsidR="007D1D0F" w:rsidRPr="005D0FE8">
        <w:rPr>
          <w:rFonts w:ascii="Roboto Condensed" w:hAnsi="Roboto Condensed"/>
          <w:b/>
          <w:bCs/>
          <w:sz w:val="20"/>
          <w:u w:val="single"/>
          <w:lang w:val="pl-PL"/>
        </w:rPr>
        <w:t>nwestycje celu publicznego o znaczeniu ponadlokalnym ujęte w PZPWŁ</w:t>
      </w:r>
      <w:r>
        <w:rPr>
          <w:rFonts w:ascii="Roboto Condensed" w:hAnsi="Roboto Condensed"/>
          <w:b/>
          <w:bCs/>
          <w:sz w:val="20"/>
          <w:u w:val="single"/>
          <w:lang w:val="pl-PL"/>
        </w:rPr>
        <w:t xml:space="preserve"> (w tym zrealizowane)</w:t>
      </w:r>
    </w:p>
    <w:p w14:paraId="3251AA9F" w14:textId="366AE186" w:rsidR="007D1D0F" w:rsidRPr="005D0FE8" w:rsidRDefault="005D0FE8" w:rsidP="008636AA">
      <w:pPr>
        <w:pStyle w:val="Tekstpodstawowy2"/>
        <w:numPr>
          <w:ilvl w:val="0"/>
          <w:numId w:val="3"/>
        </w:numPr>
        <w:spacing w:line="240" w:lineRule="auto"/>
        <w:ind w:left="567" w:hanging="227"/>
        <w:rPr>
          <w:rFonts w:ascii="Roboto Condensed" w:hAnsi="Roboto Condensed"/>
          <w:sz w:val="20"/>
          <w:lang w:val="pl-PL"/>
        </w:rPr>
      </w:pPr>
      <w:r w:rsidRPr="005D0FE8">
        <w:rPr>
          <w:rFonts w:ascii="Roboto Condensed" w:hAnsi="Roboto Condensed"/>
          <w:sz w:val="20"/>
          <w:lang w:val="pl-PL"/>
        </w:rPr>
        <w:t>Budowa autostrady A1 koniec obwodnicy Częstochowy – Tuszyn</w:t>
      </w:r>
    </w:p>
    <w:p w14:paraId="3F9CC236" w14:textId="7A5718A0" w:rsidR="005D0FE8" w:rsidRPr="005D0FE8" w:rsidRDefault="005D0FE8" w:rsidP="008636AA">
      <w:pPr>
        <w:pStyle w:val="Tekstpodstawowy2"/>
        <w:numPr>
          <w:ilvl w:val="0"/>
          <w:numId w:val="3"/>
        </w:numPr>
        <w:spacing w:line="240" w:lineRule="auto"/>
        <w:ind w:left="567" w:hanging="227"/>
        <w:rPr>
          <w:rFonts w:ascii="Roboto Condensed" w:hAnsi="Roboto Condensed"/>
          <w:sz w:val="20"/>
          <w:lang w:val="pl-PL"/>
        </w:rPr>
      </w:pPr>
      <w:r w:rsidRPr="005D0FE8">
        <w:rPr>
          <w:rFonts w:ascii="Roboto Condensed" w:hAnsi="Roboto Condensed"/>
          <w:sz w:val="20"/>
          <w:lang w:val="pl-PL"/>
        </w:rPr>
        <w:t>Rozbudowa drogi wojewódzkiej Nr 784.</w:t>
      </w:r>
    </w:p>
    <w:p w14:paraId="5521DEF6" w14:textId="6CDD2165" w:rsidR="005D0FE8" w:rsidRPr="005D0FE8" w:rsidRDefault="005D0FE8" w:rsidP="008636AA">
      <w:pPr>
        <w:pStyle w:val="Tekstpodstawowy2"/>
        <w:numPr>
          <w:ilvl w:val="0"/>
          <w:numId w:val="3"/>
        </w:numPr>
        <w:spacing w:line="240" w:lineRule="auto"/>
        <w:ind w:left="567" w:hanging="227"/>
        <w:rPr>
          <w:rFonts w:ascii="Roboto Condensed" w:hAnsi="Roboto Condensed"/>
          <w:sz w:val="20"/>
          <w:lang w:val="pl-PL"/>
        </w:rPr>
      </w:pPr>
      <w:r w:rsidRPr="005D0FE8">
        <w:rPr>
          <w:rFonts w:ascii="Roboto Condensed" w:hAnsi="Roboto Condensed"/>
          <w:sz w:val="20"/>
          <w:lang w:val="pl-PL"/>
        </w:rPr>
        <w:t>Dostosowanie systemów kanalizacji i oczyszczalni ścieków komunalnych do wymogów dyrektywy Rady 91/271/EWG dotyczącej oczyszczania ścieków komunalnych w aglomeracji Radomsko.</w:t>
      </w:r>
    </w:p>
    <w:p w14:paraId="63CFFAE0" w14:textId="01C13A10" w:rsidR="005D0FE8" w:rsidRPr="005D0FE8" w:rsidRDefault="005D0FE8" w:rsidP="008636AA">
      <w:pPr>
        <w:pStyle w:val="Tekstpodstawowy2"/>
        <w:numPr>
          <w:ilvl w:val="0"/>
          <w:numId w:val="3"/>
        </w:numPr>
        <w:spacing w:line="240" w:lineRule="auto"/>
        <w:ind w:left="567" w:hanging="227"/>
        <w:rPr>
          <w:rFonts w:ascii="Roboto Condensed" w:hAnsi="Roboto Condensed"/>
          <w:sz w:val="20"/>
          <w:lang w:val="pl-PL"/>
        </w:rPr>
      </w:pPr>
      <w:r w:rsidRPr="005D0FE8">
        <w:rPr>
          <w:rFonts w:ascii="Roboto Condensed" w:hAnsi="Roboto Condensed"/>
          <w:sz w:val="20"/>
          <w:lang w:val="pl-PL"/>
        </w:rPr>
        <w:t>Rozbudowa/modernizacja instalacji do przetwarzania odpadów zielonych i innych bioodpadów.</w:t>
      </w:r>
    </w:p>
    <w:p w14:paraId="45DDF8F0" w14:textId="54D1DD4D" w:rsidR="005D0FE8" w:rsidRPr="005D0FE8" w:rsidRDefault="005D0FE8" w:rsidP="008636AA">
      <w:pPr>
        <w:pStyle w:val="Tekstpodstawowy2"/>
        <w:numPr>
          <w:ilvl w:val="0"/>
          <w:numId w:val="3"/>
        </w:numPr>
        <w:spacing w:line="240" w:lineRule="auto"/>
        <w:ind w:left="567" w:hanging="227"/>
        <w:rPr>
          <w:rFonts w:ascii="Roboto Condensed" w:hAnsi="Roboto Condensed"/>
          <w:sz w:val="20"/>
          <w:lang w:val="pl-PL"/>
        </w:rPr>
      </w:pPr>
      <w:r w:rsidRPr="005D0FE8">
        <w:rPr>
          <w:rFonts w:ascii="Roboto Condensed" w:hAnsi="Roboto Condensed"/>
          <w:sz w:val="20"/>
          <w:lang w:val="pl-PL"/>
        </w:rPr>
        <w:t>Rozbudowa/modernizacja regionalnych instalacji do mechaniczno-biologicznego przetwarzania zmieszanych odpadów komunalnych.</w:t>
      </w:r>
    </w:p>
    <w:p w14:paraId="75FB79D5" w14:textId="1A5119AA" w:rsidR="005D0FE8" w:rsidRPr="005D0FE8" w:rsidRDefault="005D0FE8" w:rsidP="008636AA">
      <w:pPr>
        <w:pStyle w:val="Tekstpodstawowy2"/>
        <w:numPr>
          <w:ilvl w:val="0"/>
          <w:numId w:val="3"/>
        </w:numPr>
        <w:spacing w:line="240" w:lineRule="auto"/>
        <w:ind w:left="567" w:hanging="227"/>
        <w:rPr>
          <w:rFonts w:ascii="Roboto Condensed" w:hAnsi="Roboto Condensed"/>
          <w:sz w:val="20"/>
          <w:lang w:val="pl-PL"/>
        </w:rPr>
      </w:pPr>
      <w:r w:rsidRPr="005D0FE8">
        <w:rPr>
          <w:rFonts w:ascii="Roboto Condensed" w:hAnsi="Roboto Condensed"/>
          <w:sz w:val="20"/>
          <w:lang w:val="pl-PL"/>
        </w:rPr>
        <w:t>Rozbudowa/modernizacja składowisk o statusie regionalnych instalacji do przetwarzania odpadów komunalnych.</w:t>
      </w:r>
    </w:p>
    <w:p w14:paraId="0C3BAE10" w14:textId="5CAA86EB" w:rsidR="009035F1" w:rsidRPr="005D0FE8" w:rsidRDefault="005D0FE8" w:rsidP="008636AA">
      <w:pPr>
        <w:pStyle w:val="Tekstpodstawowy2"/>
        <w:numPr>
          <w:ilvl w:val="0"/>
          <w:numId w:val="3"/>
        </w:numPr>
        <w:spacing w:line="240" w:lineRule="auto"/>
        <w:ind w:left="567" w:hanging="227"/>
        <w:rPr>
          <w:rFonts w:ascii="Roboto Condensed" w:hAnsi="Roboto Condensed"/>
          <w:color w:val="EE0000"/>
          <w:sz w:val="20"/>
          <w:lang w:val="pl-PL"/>
        </w:rPr>
      </w:pPr>
      <w:r w:rsidRPr="005D0FE8">
        <w:rPr>
          <w:rFonts w:ascii="Roboto Condensed" w:hAnsi="Roboto Condensed"/>
          <w:sz w:val="20"/>
          <w:lang w:val="pl-PL"/>
        </w:rPr>
        <w:t>Rozbudowa składowisk azbestu.</w:t>
      </w:r>
    </w:p>
    <w:p w14:paraId="141DC247" w14:textId="69DD4D0A" w:rsidR="00E0076C" w:rsidRPr="00AA7D1F" w:rsidRDefault="00E0076C" w:rsidP="00AA7D1F">
      <w:pPr>
        <w:rPr>
          <w:rFonts w:ascii="Roboto Condensed" w:hAnsi="Roboto Condensed"/>
          <w:i/>
          <w:iCs/>
          <w:color w:val="EE0000"/>
          <w:sz w:val="20"/>
        </w:rPr>
      </w:pPr>
    </w:p>
    <w:p w14:paraId="6E688D95" w14:textId="3D8F545C" w:rsidR="00CB7835" w:rsidRPr="002B3E73" w:rsidRDefault="00CB7835" w:rsidP="00AC4321">
      <w:pPr>
        <w:pStyle w:val="Tekstpodstawowy2"/>
        <w:spacing w:before="120" w:line="240" w:lineRule="auto"/>
        <w:ind w:left="170"/>
        <w:rPr>
          <w:rFonts w:ascii="Roboto Condensed" w:hAnsi="Roboto Condensed"/>
          <w:sz w:val="20"/>
          <w:lang w:val="pl-PL"/>
        </w:rPr>
      </w:pPr>
      <w:r w:rsidRPr="002B3E73">
        <w:rPr>
          <w:rFonts w:ascii="Roboto Condensed" w:hAnsi="Roboto Condensed"/>
          <w:sz w:val="20"/>
          <w:lang w:val="pl-PL"/>
        </w:rPr>
        <w:t>Inne programy wojewódzkie</w:t>
      </w:r>
      <w:r w:rsidR="008A6452">
        <w:rPr>
          <w:rFonts w:ascii="Roboto Condensed" w:hAnsi="Roboto Condensed"/>
          <w:sz w:val="20"/>
          <w:lang w:val="pl-PL"/>
        </w:rPr>
        <w:t xml:space="preserve"> dublują lub ewentualnie</w:t>
      </w:r>
      <w:r w:rsidR="00CA762A" w:rsidRPr="002B3E73">
        <w:rPr>
          <w:rFonts w:ascii="Roboto Condensed" w:hAnsi="Roboto Condensed"/>
          <w:sz w:val="20"/>
          <w:lang w:val="pl-PL"/>
        </w:rPr>
        <w:t xml:space="preserve"> </w:t>
      </w:r>
      <w:r w:rsidR="008A6452">
        <w:rPr>
          <w:rFonts w:ascii="Roboto Condensed" w:hAnsi="Roboto Condensed"/>
          <w:sz w:val="20"/>
          <w:lang w:val="pl-PL"/>
        </w:rPr>
        <w:t xml:space="preserve">w pewnym stopniu </w:t>
      </w:r>
      <w:r w:rsidR="00CA762A" w:rsidRPr="002B3E73">
        <w:rPr>
          <w:rFonts w:ascii="Roboto Condensed" w:hAnsi="Roboto Condensed"/>
          <w:sz w:val="20"/>
          <w:lang w:val="pl-PL"/>
        </w:rPr>
        <w:t>rozszerzają ustalenia planu województwa</w:t>
      </w:r>
      <w:r w:rsidR="009A42E1">
        <w:rPr>
          <w:rFonts w:ascii="Roboto Condensed" w:hAnsi="Roboto Condensed"/>
          <w:sz w:val="20"/>
          <w:lang w:val="pl-PL"/>
        </w:rPr>
        <w:t xml:space="preserve"> </w:t>
      </w:r>
      <w:r w:rsidR="008A6452">
        <w:rPr>
          <w:rFonts w:ascii="Roboto Condensed" w:hAnsi="Roboto Condensed"/>
          <w:sz w:val="20"/>
          <w:lang w:val="pl-PL"/>
        </w:rPr>
        <w:t xml:space="preserve">oraz strategii </w:t>
      </w:r>
      <w:r w:rsidR="009A42E1">
        <w:rPr>
          <w:rFonts w:ascii="Roboto Condensed" w:hAnsi="Roboto Condensed"/>
          <w:sz w:val="20"/>
          <w:lang w:val="pl-PL"/>
        </w:rPr>
        <w:t>mając</w:t>
      </w:r>
      <w:r w:rsidR="008A6452">
        <w:rPr>
          <w:rFonts w:ascii="Roboto Condensed" w:hAnsi="Roboto Condensed"/>
          <w:sz w:val="20"/>
          <w:lang w:val="pl-PL"/>
        </w:rPr>
        <w:t>ych</w:t>
      </w:r>
      <w:r w:rsidR="009A42E1">
        <w:rPr>
          <w:rFonts w:ascii="Roboto Condensed" w:hAnsi="Roboto Condensed"/>
          <w:sz w:val="20"/>
          <w:lang w:val="pl-PL"/>
        </w:rPr>
        <w:t xml:space="preserve"> odniesienie do gminy Radomsko </w:t>
      </w:r>
      <w:r w:rsidR="00CA762A" w:rsidRPr="002B3E73">
        <w:rPr>
          <w:rFonts w:ascii="Roboto Condensed" w:hAnsi="Roboto Condensed"/>
          <w:sz w:val="20"/>
          <w:lang w:val="pl-PL"/>
        </w:rPr>
        <w:t xml:space="preserve"> to m.in</w:t>
      </w:r>
      <w:r w:rsidRPr="002B3E73">
        <w:rPr>
          <w:rFonts w:ascii="Roboto Condensed" w:hAnsi="Roboto Condensed"/>
          <w:sz w:val="20"/>
          <w:lang w:val="pl-PL"/>
        </w:rPr>
        <w:t>:</w:t>
      </w:r>
    </w:p>
    <w:p w14:paraId="4CFBC4B6" w14:textId="2DA1C1CD" w:rsidR="00AC3D22" w:rsidRPr="002B3E73" w:rsidRDefault="00AC3D22" w:rsidP="008636AA">
      <w:pPr>
        <w:pStyle w:val="Tekstpodstawowy2"/>
        <w:numPr>
          <w:ilvl w:val="0"/>
          <w:numId w:val="3"/>
        </w:numPr>
        <w:spacing w:line="240" w:lineRule="auto"/>
        <w:ind w:left="567" w:hanging="227"/>
        <w:rPr>
          <w:rFonts w:ascii="Roboto Condensed" w:hAnsi="Roboto Condensed"/>
          <w:color w:val="EE0000"/>
          <w:sz w:val="20"/>
          <w:lang w:val="pl-PL"/>
        </w:rPr>
      </w:pPr>
      <w:r w:rsidRPr="002B3E73">
        <w:rPr>
          <w:rFonts w:ascii="Roboto Condensed" w:hAnsi="Roboto Condensed"/>
          <w:sz w:val="20"/>
          <w:lang w:val="pl-PL"/>
        </w:rPr>
        <w:t>Regionalny plan transportowy województwa łódzkiego oraz Programu ochrony środowiska przed hałasem dla województwa łódzkiego: Przewidujące budowę obwodnicy miasta Radomska w ciągu dróg krajowych nr 42 i nr 91 (2025 – 2029)</w:t>
      </w:r>
    </w:p>
    <w:p w14:paraId="35589BE5" w14:textId="41B87087" w:rsidR="00A9647E" w:rsidRPr="00A9647E" w:rsidRDefault="002B3E73" w:rsidP="008636AA">
      <w:pPr>
        <w:pStyle w:val="Tekstpodstawowy2"/>
        <w:numPr>
          <w:ilvl w:val="0"/>
          <w:numId w:val="3"/>
        </w:numPr>
        <w:spacing w:line="240" w:lineRule="auto"/>
        <w:ind w:left="567" w:hanging="227"/>
        <w:rPr>
          <w:rFonts w:ascii="Roboto Condensed" w:hAnsi="Roboto Condensed"/>
          <w:color w:val="EE0000"/>
          <w:sz w:val="20"/>
          <w:lang w:val="pl-PL"/>
        </w:rPr>
      </w:pPr>
      <w:r w:rsidRPr="00A9647E">
        <w:rPr>
          <w:rFonts w:ascii="Roboto Condensed" w:hAnsi="Roboto Condensed"/>
          <w:sz w:val="20"/>
          <w:lang w:val="pl-PL"/>
        </w:rPr>
        <w:t>Program ochrony środowiska województwa łódzkiego na lata 2025-2028 z perspektywą do 2032</w:t>
      </w:r>
      <w:r w:rsidR="00A9647E">
        <w:rPr>
          <w:rFonts w:ascii="Roboto Condensed" w:hAnsi="Roboto Condensed"/>
          <w:sz w:val="20"/>
          <w:lang w:val="pl-PL"/>
        </w:rPr>
        <w:t xml:space="preserve"> określił c</w:t>
      </w:r>
      <w:r w:rsidR="00A9647E" w:rsidRPr="00A9647E">
        <w:rPr>
          <w:rFonts w:ascii="Roboto Condensed" w:hAnsi="Roboto Condensed"/>
          <w:sz w:val="20"/>
          <w:lang w:val="pl-PL"/>
        </w:rPr>
        <w:t>ele, kierunki interwencji oraz zadania</w:t>
      </w:r>
      <w:r w:rsidR="009A42E1">
        <w:rPr>
          <w:rFonts w:ascii="Roboto Condensed" w:hAnsi="Roboto Condensed"/>
          <w:sz w:val="20"/>
          <w:lang w:val="pl-PL"/>
        </w:rPr>
        <w:t>, których uwzględnienie w dokumentach planistycznych</w:t>
      </w:r>
      <w:r w:rsidR="008A6452">
        <w:rPr>
          <w:rFonts w:ascii="Roboto Condensed" w:hAnsi="Roboto Condensed"/>
          <w:sz w:val="20"/>
          <w:lang w:val="pl-PL"/>
        </w:rPr>
        <w:t xml:space="preserve"> szczebla gminnego</w:t>
      </w:r>
      <w:r w:rsidR="009A42E1">
        <w:rPr>
          <w:rFonts w:ascii="Roboto Condensed" w:hAnsi="Roboto Condensed"/>
          <w:sz w:val="20"/>
          <w:lang w:val="pl-PL"/>
        </w:rPr>
        <w:t xml:space="preserve"> jest pośrednio lub bezpośrednio możliwe:</w:t>
      </w:r>
    </w:p>
    <w:p w14:paraId="6AECF519" w14:textId="2574061A" w:rsidR="00A9647E" w:rsidRPr="009A42E1" w:rsidRDefault="00A9647E" w:rsidP="008636AA">
      <w:pPr>
        <w:pStyle w:val="Tekstpodstawowy2"/>
        <w:numPr>
          <w:ilvl w:val="1"/>
          <w:numId w:val="3"/>
        </w:numPr>
        <w:spacing w:line="240" w:lineRule="auto"/>
        <w:ind w:left="794" w:hanging="227"/>
        <w:rPr>
          <w:rFonts w:ascii="Roboto Condensed" w:hAnsi="Roboto Condensed"/>
          <w:sz w:val="20"/>
          <w:lang w:val="pl-PL"/>
        </w:rPr>
      </w:pPr>
      <w:r w:rsidRPr="00A9647E">
        <w:rPr>
          <w:rFonts w:ascii="Roboto Condensed" w:hAnsi="Roboto Condensed"/>
          <w:sz w:val="20"/>
          <w:lang w:val="pl-PL"/>
        </w:rPr>
        <w:t>OKJP</w:t>
      </w:r>
      <w:r w:rsidRPr="009A42E1">
        <w:rPr>
          <w:rFonts w:ascii="Roboto Condensed" w:hAnsi="Roboto Condensed"/>
          <w:sz w:val="20"/>
          <w:lang w:val="pl-PL"/>
        </w:rPr>
        <w:t>.1.4. Uwzględnianie w dokumentach planistycznych (</w:t>
      </w:r>
      <w:proofErr w:type="spellStart"/>
      <w:r w:rsidRPr="009A42E1">
        <w:rPr>
          <w:rFonts w:ascii="Roboto Condensed" w:hAnsi="Roboto Condensed"/>
          <w:sz w:val="20"/>
          <w:lang w:val="pl-PL"/>
        </w:rPr>
        <w:t>mpzp</w:t>
      </w:r>
      <w:proofErr w:type="spellEnd"/>
      <w:r w:rsidRPr="009A42E1">
        <w:rPr>
          <w:rFonts w:ascii="Roboto Condensed" w:hAnsi="Roboto Condensed"/>
          <w:sz w:val="20"/>
          <w:lang w:val="pl-PL"/>
        </w:rPr>
        <w:t xml:space="preserve">, plan ogólny gminy, </w:t>
      </w:r>
      <w:proofErr w:type="spellStart"/>
      <w:r w:rsidRPr="009A42E1">
        <w:rPr>
          <w:rFonts w:ascii="Roboto Condensed" w:hAnsi="Roboto Condensed"/>
          <w:sz w:val="20"/>
          <w:lang w:val="pl-PL"/>
        </w:rPr>
        <w:t>suikzp</w:t>
      </w:r>
      <w:proofErr w:type="spellEnd"/>
      <w:r w:rsidRPr="009A42E1">
        <w:rPr>
          <w:rFonts w:ascii="Roboto Condensed" w:hAnsi="Roboto Condensed"/>
          <w:sz w:val="20"/>
          <w:lang w:val="pl-PL"/>
        </w:rPr>
        <w:t>) zapisów wpływających na ograniczenie emisji zanieczyszczeń oraz wspierających adaptację do zmian klimatu</w:t>
      </w:r>
    </w:p>
    <w:p w14:paraId="18A8EDFB" w14:textId="67ABE746" w:rsidR="00A9647E" w:rsidRPr="00A9647E" w:rsidRDefault="00A9647E" w:rsidP="008636AA">
      <w:pPr>
        <w:pStyle w:val="Tekstpodstawowy2"/>
        <w:numPr>
          <w:ilvl w:val="1"/>
          <w:numId w:val="3"/>
        </w:numPr>
        <w:spacing w:line="240" w:lineRule="auto"/>
        <w:ind w:left="794" w:hanging="227"/>
        <w:rPr>
          <w:rFonts w:ascii="Roboto Condensed" w:hAnsi="Roboto Condensed"/>
          <w:sz w:val="20"/>
          <w:lang w:val="pl-PL"/>
        </w:rPr>
      </w:pPr>
      <w:r w:rsidRPr="009A42E1">
        <w:rPr>
          <w:rFonts w:ascii="Roboto Condensed" w:hAnsi="Roboto Condensed"/>
          <w:sz w:val="20"/>
          <w:lang w:val="pl-PL"/>
        </w:rPr>
        <w:t>OKJP.3.1. Zwiększenie produkcji energii elektrycznej i cieplnej ze wszystkich źródeł odnawialnych. Realizacja inwestycji dotyczących wykorzystania odnawialnych źródeł energii na terenie województwa łódzkiego. Budowa, rozbudowa, modernizac</w:t>
      </w:r>
      <w:r w:rsidRPr="00A9647E">
        <w:rPr>
          <w:rFonts w:ascii="Roboto Condensed" w:hAnsi="Roboto Condensed"/>
          <w:sz w:val="20"/>
          <w:lang w:val="pl-PL"/>
        </w:rPr>
        <w:t>ja</w:t>
      </w:r>
      <w:r>
        <w:rPr>
          <w:rFonts w:ascii="Roboto Condensed" w:hAnsi="Roboto Condensed"/>
          <w:sz w:val="20"/>
          <w:lang w:val="pl-PL"/>
        </w:rPr>
        <w:t xml:space="preserve"> </w:t>
      </w:r>
      <w:r w:rsidRPr="00A9647E">
        <w:rPr>
          <w:rFonts w:ascii="Roboto Condensed" w:hAnsi="Roboto Condensed"/>
          <w:sz w:val="20"/>
          <w:lang w:val="pl-PL"/>
        </w:rPr>
        <w:t>jednostek wytwarzających energię elektryczną i/lub cieplną z OZE</w:t>
      </w:r>
    </w:p>
    <w:p w14:paraId="30922CBF" w14:textId="73DACDBD" w:rsidR="00A9647E" w:rsidRPr="0061522E" w:rsidRDefault="00A9647E" w:rsidP="008636AA">
      <w:pPr>
        <w:pStyle w:val="Tekstpodstawowy2"/>
        <w:numPr>
          <w:ilvl w:val="1"/>
          <w:numId w:val="3"/>
        </w:numPr>
        <w:spacing w:line="240" w:lineRule="auto"/>
        <w:ind w:left="794" w:hanging="227"/>
        <w:rPr>
          <w:rFonts w:ascii="Roboto Condensed" w:hAnsi="Roboto Condensed"/>
          <w:sz w:val="20"/>
          <w:lang w:val="pl-PL"/>
        </w:rPr>
      </w:pPr>
      <w:r w:rsidRPr="00A9647E">
        <w:rPr>
          <w:rFonts w:ascii="Roboto Condensed" w:hAnsi="Roboto Condensed"/>
          <w:sz w:val="20"/>
          <w:lang w:val="pl-PL"/>
        </w:rPr>
        <w:t>OKJP.4.4. Wspieranie rozwoju transport</w:t>
      </w:r>
      <w:r>
        <w:rPr>
          <w:rFonts w:ascii="Roboto Condensed" w:hAnsi="Roboto Condensed"/>
          <w:sz w:val="20"/>
          <w:lang w:val="pl-PL"/>
        </w:rPr>
        <w:t xml:space="preserve">u </w:t>
      </w:r>
      <w:r w:rsidRPr="00A9647E">
        <w:rPr>
          <w:rFonts w:ascii="Roboto Condensed" w:hAnsi="Roboto Condensed"/>
          <w:sz w:val="20"/>
          <w:lang w:val="pl-PL"/>
        </w:rPr>
        <w:t>rowerowego oraz wdrażanie rozwiązań na</w:t>
      </w:r>
      <w:r>
        <w:rPr>
          <w:rFonts w:ascii="Roboto Condensed" w:hAnsi="Roboto Condensed"/>
          <w:sz w:val="20"/>
          <w:lang w:val="pl-PL"/>
        </w:rPr>
        <w:t xml:space="preserve"> </w:t>
      </w:r>
      <w:r w:rsidRPr="00A9647E">
        <w:rPr>
          <w:rFonts w:ascii="Roboto Condensed" w:hAnsi="Roboto Condensed"/>
          <w:sz w:val="20"/>
          <w:lang w:val="pl-PL"/>
        </w:rPr>
        <w:t>rzecz jego integracji z miejskimi systemami</w:t>
      </w:r>
      <w:r>
        <w:rPr>
          <w:rFonts w:ascii="Roboto Condensed" w:hAnsi="Roboto Condensed"/>
          <w:sz w:val="20"/>
          <w:lang w:val="pl-PL"/>
        </w:rPr>
        <w:t xml:space="preserve"> </w:t>
      </w:r>
      <w:r w:rsidRPr="00A9647E">
        <w:rPr>
          <w:rFonts w:ascii="Roboto Condensed" w:hAnsi="Roboto Condensed"/>
          <w:sz w:val="20"/>
          <w:lang w:val="pl-PL"/>
        </w:rPr>
        <w:t>transportowymi</w:t>
      </w:r>
    </w:p>
    <w:p w14:paraId="75C51593" w14:textId="54B2ECBF" w:rsidR="00A9647E" w:rsidRDefault="00A9647E" w:rsidP="008636AA">
      <w:pPr>
        <w:pStyle w:val="Tekstpodstawowy2"/>
        <w:numPr>
          <w:ilvl w:val="1"/>
          <w:numId w:val="3"/>
        </w:numPr>
        <w:spacing w:line="240" w:lineRule="auto"/>
        <w:ind w:left="794" w:hanging="227"/>
        <w:rPr>
          <w:rFonts w:ascii="Roboto Condensed" w:hAnsi="Roboto Condensed"/>
          <w:sz w:val="20"/>
          <w:lang w:val="pl-PL"/>
        </w:rPr>
      </w:pPr>
      <w:r w:rsidRPr="00A9647E">
        <w:rPr>
          <w:rFonts w:ascii="Roboto Condensed" w:hAnsi="Roboto Condensed"/>
          <w:sz w:val="20"/>
          <w:lang w:val="pl-PL"/>
        </w:rPr>
        <w:t>GW.3.3. Realizacja obiektów małej retencji, w</w:t>
      </w:r>
      <w:r>
        <w:rPr>
          <w:rFonts w:ascii="Roboto Condensed" w:hAnsi="Roboto Condensed"/>
          <w:sz w:val="20"/>
          <w:lang w:val="pl-PL"/>
        </w:rPr>
        <w:t xml:space="preserve"> </w:t>
      </w:r>
      <w:r w:rsidRPr="00A9647E">
        <w:rPr>
          <w:rFonts w:ascii="Roboto Condensed" w:hAnsi="Roboto Condensed"/>
          <w:sz w:val="20"/>
          <w:lang w:val="pl-PL"/>
        </w:rPr>
        <w:t>szczególności na obszarach zagrożonych</w:t>
      </w:r>
      <w:r>
        <w:rPr>
          <w:rFonts w:ascii="Roboto Condensed" w:hAnsi="Roboto Condensed"/>
          <w:sz w:val="20"/>
          <w:lang w:val="pl-PL"/>
        </w:rPr>
        <w:t xml:space="preserve"> </w:t>
      </w:r>
      <w:r w:rsidRPr="00A9647E">
        <w:rPr>
          <w:rFonts w:ascii="Roboto Condensed" w:hAnsi="Roboto Condensed"/>
          <w:sz w:val="20"/>
          <w:lang w:val="pl-PL"/>
        </w:rPr>
        <w:t>suszą</w:t>
      </w:r>
    </w:p>
    <w:p w14:paraId="31BC424B" w14:textId="090849A2" w:rsidR="0061522E" w:rsidRDefault="0061522E" w:rsidP="008636AA">
      <w:pPr>
        <w:pStyle w:val="Tekstpodstawowy2"/>
        <w:numPr>
          <w:ilvl w:val="1"/>
          <w:numId w:val="3"/>
        </w:numPr>
        <w:spacing w:line="240" w:lineRule="auto"/>
        <w:ind w:left="794" w:hanging="227"/>
        <w:rPr>
          <w:rFonts w:ascii="Roboto Condensed" w:hAnsi="Roboto Condensed"/>
          <w:sz w:val="20"/>
          <w:lang w:val="pl-PL"/>
        </w:rPr>
      </w:pPr>
      <w:r w:rsidRPr="0061522E">
        <w:rPr>
          <w:rFonts w:ascii="Roboto Condensed" w:hAnsi="Roboto Condensed"/>
          <w:sz w:val="20"/>
          <w:lang w:val="pl-PL"/>
        </w:rPr>
        <w:t>GW.4.1. Uwzględnianie w dokumentach</w:t>
      </w:r>
      <w:r>
        <w:rPr>
          <w:rFonts w:ascii="Roboto Condensed" w:hAnsi="Roboto Condensed"/>
          <w:sz w:val="20"/>
          <w:lang w:val="pl-PL"/>
        </w:rPr>
        <w:t xml:space="preserve"> </w:t>
      </w:r>
      <w:r w:rsidRPr="0061522E">
        <w:rPr>
          <w:rFonts w:ascii="Roboto Condensed" w:hAnsi="Roboto Condensed"/>
          <w:sz w:val="20"/>
          <w:lang w:val="pl-PL"/>
        </w:rPr>
        <w:t>planistycznych map ryzyka powodziowego, map</w:t>
      </w:r>
      <w:r>
        <w:rPr>
          <w:rFonts w:ascii="Roboto Condensed" w:hAnsi="Roboto Condensed"/>
          <w:sz w:val="20"/>
          <w:lang w:val="pl-PL"/>
        </w:rPr>
        <w:t xml:space="preserve"> </w:t>
      </w:r>
      <w:r w:rsidRPr="0061522E">
        <w:rPr>
          <w:rFonts w:ascii="Roboto Condensed" w:hAnsi="Roboto Condensed"/>
          <w:sz w:val="20"/>
          <w:lang w:val="pl-PL"/>
        </w:rPr>
        <w:t>zagrożenia powodziowego, obszarów</w:t>
      </w:r>
      <w:r>
        <w:rPr>
          <w:rFonts w:ascii="Roboto Condensed" w:hAnsi="Roboto Condensed"/>
          <w:sz w:val="20"/>
          <w:lang w:val="pl-PL"/>
        </w:rPr>
        <w:t xml:space="preserve"> </w:t>
      </w:r>
      <w:r w:rsidRPr="0061522E">
        <w:rPr>
          <w:rFonts w:ascii="Roboto Condensed" w:hAnsi="Roboto Condensed"/>
          <w:sz w:val="20"/>
          <w:lang w:val="pl-PL"/>
        </w:rPr>
        <w:t>szczególnego zagrożenia powodzią oraz</w:t>
      </w:r>
      <w:r>
        <w:rPr>
          <w:rFonts w:ascii="Roboto Condensed" w:hAnsi="Roboto Condensed"/>
          <w:sz w:val="20"/>
          <w:lang w:val="pl-PL"/>
        </w:rPr>
        <w:t xml:space="preserve"> </w:t>
      </w:r>
      <w:r w:rsidRPr="0061522E">
        <w:rPr>
          <w:rFonts w:ascii="Roboto Condensed" w:hAnsi="Roboto Condensed"/>
          <w:sz w:val="20"/>
          <w:lang w:val="pl-PL"/>
        </w:rPr>
        <w:t>terenów zagrożonych podtopieniami</w:t>
      </w:r>
    </w:p>
    <w:p w14:paraId="16FD5D52" w14:textId="75783566" w:rsidR="0061522E" w:rsidRDefault="0061522E" w:rsidP="008636AA">
      <w:pPr>
        <w:pStyle w:val="Tekstpodstawowy2"/>
        <w:numPr>
          <w:ilvl w:val="1"/>
          <w:numId w:val="3"/>
        </w:numPr>
        <w:spacing w:line="240" w:lineRule="auto"/>
        <w:ind w:left="794" w:hanging="227"/>
        <w:rPr>
          <w:rFonts w:ascii="Roboto Condensed" w:hAnsi="Roboto Condensed"/>
          <w:sz w:val="20"/>
          <w:lang w:val="pl-PL"/>
        </w:rPr>
      </w:pPr>
      <w:r w:rsidRPr="0061522E">
        <w:rPr>
          <w:rFonts w:ascii="Roboto Condensed" w:hAnsi="Roboto Condensed"/>
          <w:sz w:val="20"/>
          <w:lang w:val="pl-PL"/>
        </w:rPr>
        <w:t xml:space="preserve">GW.4.3. </w:t>
      </w:r>
      <w:proofErr w:type="spellStart"/>
      <w:r w:rsidRPr="0061522E">
        <w:rPr>
          <w:rFonts w:ascii="Roboto Condensed" w:hAnsi="Roboto Condensed"/>
          <w:sz w:val="20"/>
          <w:lang w:val="pl-PL"/>
        </w:rPr>
        <w:t>Renaturyzacja</w:t>
      </w:r>
      <w:proofErr w:type="spellEnd"/>
      <w:r w:rsidRPr="0061522E">
        <w:rPr>
          <w:rFonts w:ascii="Roboto Condensed" w:hAnsi="Roboto Condensed"/>
          <w:sz w:val="20"/>
          <w:lang w:val="pl-PL"/>
        </w:rPr>
        <w:t xml:space="preserve"> cieków wodnych</w:t>
      </w:r>
      <w:r>
        <w:rPr>
          <w:rFonts w:ascii="Roboto Condensed" w:hAnsi="Roboto Condensed"/>
          <w:sz w:val="20"/>
          <w:lang w:val="pl-PL"/>
        </w:rPr>
        <w:t xml:space="preserve"> </w:t>
      </w:r>
      <w:r w:rsidRPr="0061522E">
        <w:rPr>
          <w:rFonts w:ascii="Roboto Condensed" w:hAnsi="Roboto Condensed"/>
          <w:sz w:val="20"/>
          <w:lang w:val="pl-PL"/>
        </w:rPr>
        <w:t>i odbudowa naturalnej retencji korytowej</w:t>
      </w:r>
    </w:p>
    <w:p w14:paraId="0C3089AD" w14:textId="5228E112" w:rsidR="0061522E" w:rsidRDefault="0061522E" w:rsidP="008636AA">
      <w:pPr>
        <w:pStyle w:val="Tekstpodstawowy2"/>
        <w:numPr>
          <w:ilvl w:val="1"/>
          <w:numId w:val="3"/>
        </w:numPr>
        <w:spacing w:line="240" w:lineRule="auto"/>
        <w:ind w:left="794" w:hanging="227"/>
        <w:rPr>
          <w:rFonts w:ascii="Roboto Condensed" w:hAnsi="Roboto Condensed"/>
          <w:sz w:val="20"/>
          <w:lang w:val="pl-PL"/>
        </w:rPr>
      </w:pPr>
      <w:r w:rsidRPr="0061522E">
        <w:rPr>
          <w:rFonts w:ascii="Roboto Condensed" w:hAnsi="Roboto Condensed"/>
          <w:sz w:val="20"/>
          <w:lang w:val="pl-PL"/>
        </w:rPr>
        <w:t>GWS.2.2. Budowa i modernizacja kanalizacji</w:t>
      </w:r>
      <w:r>
        <w:rPr>
          <w:rFonts w:ascii="Roboto Condensed" w:hAnsi="Roboto Condensed"/>
          <w:sz w:val="20"/>
          <w:lang w:val="pl-PL"/>
        </w:rPr>
        <w:t xml:space="preserve"> </w:t>
      </w:r>
      <w:r w:rsidRPr="0061522E">
        <w:rPr>
          <w:rFonts w:ascii="Roboto Condensed" w:hAnsi="Roboto Condensed"/>
          <w:sz w:val="20"/>
          <w:lang w:val="pl-PL"/>
        </w:rPr>
        <w:t>sanitarnej</w:t>
      </w:r>
    </w:p>
    <w:p w14:paraId="5659941B" w14:textId="422492A5" w:rsidR="0061522E" w:rsidRDefault="0061522E" w:rsidP="008636AA">
      <w:pPr>
        <w:pStyle w:val="Tekstpodstawowy2"/>
        <w:numPr>
          <w:ilvl w:val="1"/>
          <w:numId w:val="3"/>
        </w:numPr>
        <w:spacing w:line="240" w:lineRule="auto"/>
        <w:ind w:left="794" w:hanging="227"/>
        <w:rPr>
          <w:rFonts w:ascii="Roboto Condensed" w:hAnsi="Roboto Condensed"/>
          <w:sz w:val="20"/>
          <w:lang w:val="pl-PL"/>
        </w:rPr>
      </w:pPr>
      <w:r w:rsidRPr="0061522E">
        <w:rPr>
          <w:rFonts w:ascii="Roboto Condensed" w:hAnsi="Roboto Condensed"/>
          <w:sz w:val="20"/>
          <w:lang w:val="pl-PL"/>
        </w:rPr>
        <w:lastRenderedPageBreak/>
        <w:t>GWS.2.4. Budowa przydomowych oczyszczalni</w:t>
      </w:r>
      <w:r>
        <w:rPr>
          <w:rFonts w:ascii="Roboto Condensed" w:hAnsi="Roboto Condensed"/>
          <w:sz w:val="20"/>
          <w:lang w:val="pl-PL"/>
        </w:rPr>
        <w:t xml:space="preserve"> </w:t>
      </w:r>
      <w:r w:rsidRPr="0061522E">
        <w:rPr>
          <w:rFonts w:ascii="Roboto Condensed" w:hAnsi="Roboto Condensed"/>
          <w:sz w:val="20"/>
          <w:lang w:val="pl-PL"/>
        </w:rPr>
        <w:t>ścieków na terenach, dla których budowa sieci</w:t>
      </w:r>
      <w:r>
        <w:rPr>
          <w:rFonts w:ascii="Roboto Condensed" w:hAnsi="Roboto Condensed"/>
          <w:sz w:val="20"/>
          <w:lang w:val="pl-PL"/>
        </w:rPr>
        <w:t xml:space="preserve"> </w:t>
      </w:r>
      <w:r w:rsidRPr="0061522E">
        <w:rPr>
          <w:rFonts w:ascii="Roboto Condensed" w:hAnsi="Roboto Condensed"/>
          <w:sz w:val="20"/>
          <w:lang w:val="pl-PL"/>
        </w:rPr>
        <w:t>kanalizacyjnej jest nieuzasadniona</w:t>
      </w:r>
      <w:r>
        <w:rPr>
          <w:rFonts w:ascii="Roboto Condensed" w:hAnsi="Roboto Condensed"/>
          <w:sz w:val="20"/>
          <w:lang w:val="pl-PL"/>
        </w:rPr>
        <w:t xml:space="preserve"> </w:t>
      </w:r>
      <w:r w:rsidRPr="0061522E">
        <w:rPr>
          <w:rFonts w:ascii="Roboto Condensed" w:hAnsi="Roboto Condensed"/>
          <w:sz w:val="20"/>
          <w:lang w:val="pl-PL"/>
        </w:rPr>
        <w:t>ekonomicznie lub technicznie, w tym udzielanie</w:t>
      </w:r>
      <w:r>
        <w:rPr>
          <w:rFonts w:ascii="Roboto Condensed" w:hAnsi="Roboto Condensed"/>
          <w:sz w:val="20"/>
          <w:lang w:val="pl-PL"/>
        </w:rPr>
        <w:t xml:space="preserve"> </w:t>
      </w:r>
      <w:r w:rsidRPr="0061522E">
        <w:rPr>
          <w:rFonts w:ascii="Roboto Condensed" w:hAnsi="Roboto Condensed"/>
          <w:sz w:val="20"/>
          <w:lang w:val="pl-PL"/>
        </w:rPr>
        <w:t>dofinansowania</w:t>
      </w:r>
    </w:p>
    <w:p w14:paraId="6637D1E9" w14:textId="50658210" w:rsidR="0061522E" w:rsidRDefault="0061522E" w:rsidP="008636AA">
      <w:pPr>
        <w:pStyle w:val="Tekstpodstawowy2"/>
        <w:numPr>
          <w:ilvl w:val="1"/>
          <w:numId w:val="3"/>
        </w:numPr>
        <w:spacing w:line="240" w:lineRule="auto"/>
        <w:ind w:left="794" w:hanging="227"/>
        <w:rPr>
          <w:rFonts w:ascii="Roboto Condensed" w:hAnsi="Roboto Condensed"/>
          <w:sz w:val="20"/>
          <w:lang w:val="pl-PL"/>
        </w:rPr>
      </w:pPr>
      <w:r w:rsidRPr="0061522E">
        <w:rPr>
          <w:rFonts w:ascii="Roboto Condensed" w:hAnsi="Roboto Condensed"/>
          <w:sz w:val="20"/>
          <w:lang w:val="pl-PL"/>
        </w:rPr>
        <w:t>GL.1.3. Wprowadzanie do dokumentów</w:t>
      </w:r>
      <w:r>
        <w:rPr>
          <w:rFonts w:ascii="Roboto Condensed" w:hAnsi="Roboto Condensed"/>
          <w:sz w:val="20"/>
          <w:lang w:val="pl-PL"/>
        </w:rPr>
        <w:t xml:space="preserve"> </w:t>
      </w:r>
      <w:r w:rsidRPr="0061522E">
        <w:rPr>
          <w:rFonts w:ascii="Roboto Condensed" w:hAnsi="Roboto Condensed"/>
          <w:sz w:val="20"/>
          <w:lang w:val="pl-PL"/>
        </w:rPr>
        <w:t>planistycznych zapisów dotyczących ochrony</w:t>
      </w:r>
      <w:r>
        <w:rPr>
          <w:rFonts w:ascii="Roboto Condensed" w:hAnsi="Roboto Condensed"/>
          <w:sz w:val="20"/>
          <w:lang w:val="pl-PL"/>
        </w:rPr>
        <w:t xml:space="preserve"> </w:t>
      </w:r>
      <w:r w:rsidRPr="0061522E">
        <w:rPr>
          <w:rFonts w:ascii="Roboto Condensed" w:hAnsi="Roboto Condensed"/>
          <w:sz w:val="20"/>
          <w:lang w:val="pl-PL"/>
        </w:rPr>
        <w:t>gleb o najwyższych walorach produkcyjnych</w:t>
      </w:r>
    </w:p>
    <w:p w14:paraId="42382785" w14:textId="2FC2953F" w:rsidR="0061522E" w:rsidRDefault="0061522E" w:rsidP="008636AA">
      <w:pPr>
        <w:pStyle w:val="Tekstpodstawowy2"/>
        <w:numPr>
          <w:ilvl w:val="1"/>
          <w:numId w:val="3"/>
        </w:numPr>
        <w:spacing w:line="240" w:lineRule="auto"/>
        <w:ind w:left="794" w:hanging="227"/>
        <w:rPr>
          <w:rFonts w:ascii="Roboto Condensed" w:hAnsi="Roboto Condensed"/>
          <w:sz w:val="20"/>
          <w:lang w:val="pl-PL"/>
        </w:rPr>
      </w:pPr>
      <w:r w:rsidRPr="0061522E">
        <w:rPr>
          <w:rFonts w:ascii="Roboto Condensed" w:hAnsi="Roboto Condensed"/>
          <w:sz w:val="20"/>
          <w:lang w:val="pl-PL"/>
        </w:rPr>
        <w:t>ZP.1.6. Zapewnienie właściwej ochrony</w:t>
      </w:r>
      <w:r>
        <w:rPr>
          <w:rFonts w:ascii="Roboto Condensed" w:hAnsi="Roboto Condensed"/>
          <w:sz w:val="20"/>
          <w:lang w:val="pl-PL"/>
        </w:rPr>
        <w:t xml:space="preserve"> </w:t>
      </w:r>
      <w:r w:rsidRPr="0061522E">
        <w:rPr>
          <w:rFonts w:ascii="Roboto Condensed" w:hAnsi="Roboto Condensed"/>
          <w:sz w:val="20"/>
          <w:lang w:val="pl-PL"/>
        </w:rPr>
        <w:t>różnorodności biologicznej oraz walorów</w:t>
      </w:r>
      <w:r>
        <w:rPr>
          <w:rFonts w:ascii="Roboto Condensed" w:hAnsi="Roboto Condensed"/>
          <w:sz w:val="20"/>
          <w:lang w:val="pl-PL"/>
        </w:rPr>
        <w:t xml:space="preserve"> </w:t>
      </w:r>
      <w:r w:rsidRPr="0061522E">
        <w:rPr>
          <w:rFonts w:ascii="Roboto Condensed" w:hAnsi="Roboto Condensed"/>
          <w:sz w:val="20"/>
          <w:lang w:val="pl-PL"/>
        </w:rPr>
        <w:t>krajobrazowych w planowaniu przestrzennym,</w:t>
      </w:r>
      <w:r>
        <w:rPr>
          <w:rFonts w:ascii="Roboto Condensed" w:hAnsi="Roboto Condensed"/>
          <w:sz w:val="20"/>
          <w:lang w:val="pl-PL"/>
        </w:rPr>
        <w:t xml:space="preserve"> </w:t>
      </w:r>
      <w:r w:rsidRPr="0061522E">
        <w:rPr>
          <w:rFonts w:ascii="Roboto Condensed" w:hAnsi="Roboto Condensed"/>
          <w:sz w:val="20"/>
          <w:lang w:val="pl-PL"/>
        </w:rPr>
        <w:t>ze szczególnym uwzględnieniem korytarzy</w:t>
      </w:r>
      <w:r>
        <w:rPr>
          <w:rFonts w:ascii="Roboto Condensed" w:hAnsi="Roboto Condensed"/>
          <w:sz w:val="20"/>
          <w:lang w:val="pl-PL"/>
        </w:rPr>
        <w:t xml:space="preserve"> </w:t>
      </w:r>
      <w:r w:rsidRPr="0061522E">
        <w:rPr>
          <w:rFonts w:ascii="Roboto Condensed" w:hAnsi="Roboto Condensed"/>
          <w:sz w:val="20"/>
          <w:lang w:val="pl-PL"/>
        </w:rPr>
        <w:t>ekologicznych poprzez adekwatne zapisy</w:t>
      </w:r>
      <w:r>
        <w:rPr>
          <w:rFonts w:ascii="Roboto Condensed" w:hAnsi="Roboto Condensed"/>
          <w:sz w:val="20"/>
          <w:lang w:val="pl-PL"/>
        </w:rPr>
        <w:t xml:space="preserve"> </w:t>
      </w:r>
      <w:r w:rsidRPr="0061522E">
        <w:rPr>
          <w:rFonts w:ascii="Roboto Condensed" w:hAnsi="Roboto Condensed"/>
          <w:sz w:val="20"/>
          <w:lang w:val="pl-PL"/>
        </w:rPr>
        <w:t>w planach zagospodarowania przestrzennego</w:t>
      </w:r>
      <w:r>
        <w:rPr>
          <w:rFonts w:ascii="Roboto Condensed" w:hAnsi="Roboto Condensed"/>
          <w:sz w:val="20"/>
          <w:lang w:val="pl-PL"/>
        </w:rPr>
        <w:t xml:space="preserve"> </w:t>
      </w:r>
      <w:r w:rsidRPr="0061522E">
        <w:rPr>
          <w:rFonts w:ascii="Roboto Condensed" w:hAnsi="Roboto Condensed"/>
          <w:sz w:val="20"/>
          <w:lang w:val="pl-PL"/>
        </w:rPr>
        <w:t>lub/i decyzjach o warunkach zabudowy</w:t>
      </w:r>
    </w:p>
    <w:p w14:paraId="784B123E" w14:textId="2106FF12" w:rsidR="0061522E" w:rsidRDefault="0061522E" w:rsidP="008636AA">
      <w:pPr>
        <w:pStyle w:val="Tekstpodstawowy2"/>
        <w:numPr>
          <w:ilvl w:val="1"/>
          <w:numId w:val="3"/>
        </w:numPr>
        <w:spacing w:line="240" w:lineRule="auto"/>
        <w:ind w:left="794" w:hanging="227"/>
        <w:rPr>
          <w:rFonts w:ascii="Roboto Condensed" w:hAnsi="Roboto Condensed"/>
          <w:sz w:val="20"/>
          <w:lang w:val="pl-PL"/>
        </w:rPr>
      </w:pPr>
      <w:r w:rsidRPr="0061522E">
        <w:rPr>
          <w:rFonts w:ascii="Roboto Condensed" w:hAnsi="Roboto Condensed"/>
          <w:sz w:val="20"/>
          <w:lang w:val="pl-PL"/>
        </w:rPr>
        <w:t>ZP.1.7. Zrównoważony rozwój turystyki na</w:t>
      </w:r>
      <w:r>
        <w:rPr>
          <w:rFonts w:ascii="Roboto Condensed" w:hAnsi="Roboto Condensed"/>
          <w:sz w:val="20"/>
          <w:lang w:val="pl-PL"/>
        </w:rPr>
        <w:t xml:space="preserve"> </w:t>
      </w:r>
      <w:r w:rsidRPr="0061522E">
        <w:rPr>
          <w:rFonts w:ascii="Roboto Condensed" w:hAnsi="Roboto Condensed"/>
          <w:sz w:val="20"/>
          <w:lang w:val="pl-PL"/>
        </w:rPr>
        <w:t>obszarach cennych przyrodniczo</w:t>
      </w:r>
      <w:r>
        <w:rPr>
          <w:rFonts w:ascii="Roboto Condensed" w:hAnsi="Roboto Condensed"/>
          <w:sz w:val="20"/>
          <w:lang w:val="pl-PL"/>
        </w:rPr>
        <w:t xml:space="preserve"> </w:t>
      </w:r>
      <w:r w:rsidRPr="0061522E">
        <w:rPr>
          <w:rFonts w:ascii="Roboto Condensed" w:hAnsi="Roboto Condensed"/>
          <w:sz w:val="20"/>
          <w:lang w:val="pl-PL"/>
        </w:rPr>
        <w:t>z uwzględnieniem pojemności turystycznej tych</w:t>
      </w:r>
      <w:r>
        <w:rPr>
          <w:rFonts w:ascii="Roboto Condensed" w:hAnsi="Roboto Condensed"/>
          <w:sz w:val="20"/>
          <w:lang w:val="pl-PL"/>
        </w:rPr>
        <w:t xml:space="preserve"> </w:t>
      </w:r>
      <w:r w:rsidRPr="0061522E">
        <w:rPr>
          <w:rFonts w:ascii="Roboto Condensed" w:hAnsi="Roboto Condensed"/>
          <w:sz w:val="20"/>
          <w:lang w:val="pl-PL"/>
        </w:rPr>
        <w:t>obszarów</w:t>
      </w:r>
    </w:p>
    <w:p w14:paraId="0A769951" w14:textId="21E6BFD6" w:rsidR="00702863" w:rsidRPr="0060525F" w:rsidRDefault="0061522E" w:rsidP="00702863">
      <w:pPr>
        <w:pStyle w:val="Tekstpodstawowy2"/>
        <w:numPr>
          <w:ilvl w:val="1"/>
          <w:numId w:val="3"/>
        </w:numPr>
        <w:spacing w:line="240" w:lineRule="auto"/>
        <w:ind w:left="794" w:hanging="227"/>
        <w:rPr>
          <w:rFonts w:ascii="Roboto Condensed" w:hAnsi="Roboto Condensed"/>
          <w:sz w:val="20"/>
          <w:lang w:val="pl-PL"/>
        </w:rPr>
      </w:pPr>
      <w:r w:rsidRPr="0061522E">
        <w:rPr>
          <w:rFonts w:ascii="Roboto Condensed" w:hAnsi="Roboto Condensed"/>
          <w:sz w:val="20"/>
          <w:lang w:val="pl-PL"/>
        </w:rPr>
        <w:t>ZP.2.2. Zachowanie i odtwarzanie właściwego</w:t>
      </w:r>
      <w:r>
        <w:rPr>
          <w:rFonts w:ascii="Roboto Condensed" w:hAnsi="Roboto Condensed"/>
          <w:sz w:val="20"/>
          <w:lang w:val="pl-PL"/>
        </w:rPr>
        <w:t xml:space="preserve"> </w:t>
      </w:r>
      <w:r w:rsidRPr="0061522E">
        <w:rPr>
          <w:rFonts w:ascii="Roboto Condensed" w:hAnsi="Roboto Condensed"/>
          <w:sz w:val="20"/>
          <w:lang w:val="pl-PL"/>
        </w:rPr>
        <w:t>stanu siedlisk, cennych gatunków, elementów</w:t>
      </w:r>
      <w:r>
        <w:rPr>
          <w:rFonts w:ascii="Roboto Condensed" w:hAnsi="Roboto Condensed"/>
          <w:sz w:val="20"/>
          <w:lang w:val="pl-PL"/>
        </w:rPr>
        <w:t xml:space="preserve"> </w:t>
      </w:r>
      <w:r w:rsidRPr="0061522E">
        <w:rPr>
          <w:rFonts w:ascii="Roboto Condensed" w:hAnsi="Roboto Condensed"/>
          <w:sz w:val="20"/>
          <w:lang w:val="pl-PL"/>
        </w:rPr>
        <w:t>przyrody nieożywionej oraz krajobrazu</w:t>
      </w:r>
    </w:p>
    <w:p w14:paraId="4311035A" w14:textId="19926306" w:rsidR="00F55599" w:rsidRPr="009A175C" w:rsidRDefault="003D31CA" w:rsidP="00DD7C8F">
      <w:pPr>
        <w:pStyle w:val="Nagwek1"/>
        <w:spacing w:before="240" w:after="60" w:line="240" w:lineRule="auto"/>
        <w:ind w:left="737" w:hanging="567"/>
        <w:rPr>
          <w:rFonts w:ascii="Roboto Condensed" w:hAnsi="Roboto Condensed"/>
          <w:bCs/>
          <w:color w:val="EE0000"/>
          <w:sz w:val="22"/>
          <w:szCs w:val="22"/>
          <w:lang w:val="pl-PL"/>
        </w:rPr>
      </w:pPr>
      <w:bookmarkStart w:id="28" w:name="_Toc193697359"/>
      <w:bookmarkStart w:id="29" w:name="_Toc206769019"/>
      <w:r w:rsidRPr="00AA7D1F">
        <w:rPr>
          <w:rFonts w:ascii="Roboto Condensed" w:hAnsi="Roboto Condensed"/>
          <w:bCs/>
          <w:sz w:val="22"/>
          <w:szCs w:val="22"/>
          <w:lang w:val="pl-PL"/>
        </w:rPr>
        <w:t>2.3. F</w:t>
      </w:r>
      <w:r w:rsidR="00F55599" w:rsidRPr="00AA7D1F">
        <w:rPr>
          <w:rFonts w:ascii="Roboto Condensed" w:hAnsi="Roboto Condensed"/>
          <w:bCs/>
          <w:sz w:val="22"/>
          <w:szCs w:val="22"/>
          <w:lang w:val="pl-PL"/>
        </w:rPr>
        <w:t>ormy ochrony przyrody oraz ich otuliny</w:t>
      </w:r>
      <w:bookmarkEnd w:id="28"/>
      <w:bookmarkEnd w:id="29"/>
    </w:p>
    <w:p w14:paraId="1FA59C3E" w14:textId="78F6D1B9" w:rsidR="00004189" w:rsidRPr="00A273E5" w:rsidRDefault="00D13B9C" w:rsidP="00DD7C8F">
      <w:pPr>
        <w:pStyle w:val="Tekstpodstawowy2"/>
        <w:spacing w:line="240" w:lineRule="auto"/>
        <w:ind w:left="170"/>
        <w:rPr>
          <w:rFonts w:ascii="Roboto Condensed" w:hAnsi="Roboto Condensed"/>
          <w:sz w:val="20"/>
          <w:lang w:val="pl-PL"/>
        </w:rPr>
      </w:pPr>
      <w:r w:rsidRPr="00A273E5">
        <w:rPr>
          <w:rFonts w:ascii="Roboto Condensed" w:hAnsi="Roboto Condensed"/>
          <w:sz w:val="20"/>
          <w:lang w:val="pl-PL"/>
        </w:rPr>
        <w:t xml:space="preserve">Na obszarze gminy </w:t>
      </w:r>
      <w:r w:rsidR="0079144E">
        <w:rPr>
          <w:rFonts w:ascii="Roboto Condensed" w:hAnsi="Roboto Condensed"/>
          <w:sz w:val="20"/>
          <w:lang w:val="pl-PL"/>
        </w:rPr>
        <w:t>Radomsko</w:t>
      </w:r>
      <w:r w:rsidRPr="00A273E5">
        <w:rPr>
          <w:rFonts w:ascii="Roboto Condensed" w:hAnsi="Roboto Condensed"/>
          <w:sz w:val="20"/>
          <w:lang w:val="pl-PL"/>
        </w:rPr>
        <w:t xml:space="preserve"> występują:</w:t>
      </w:r>
    </w:p>
    <w:p w14:paraId="3D82E8A0" w14:textId="0A32B2E9" w:rsidR="00A273E5" w:rsidRPr="00A273E5" w:rsidRDefault="00AF2BFA" w:rsidP="008636AA">
      <w:pPr>
        <w:pStyle w:val="Tekstpodstawowy2"/>
        <w:numPr>
          <w:ilvl w:val="0"/>
          <w:numId w:val="3"/>
        </w:numPr>
        <w:spacing w:line="240" w:lineRule="auto"/>
        <w:ind w:left="567" w:hanging="227"/>
        <w:rPr>
          <w:lang w:val="pl-PL"/>
        </w:rPr>
      </w:pPr>
      <w:r w:rsidRPr="00A273E5">
        <w:rPr>
          <w:rFonts w:ascii="Roboto Condensed" w:hAnsi="Roboto Condensed"/>
          <w:sz w:val="20"/>
          <w:lang w:val="pl-PL"/>
        </w:rPr>
        <w:t>Pomniki przyrody</w:t>
      </w:r>
    </w:p>
    <w:p w14:paraId="75723636" w14:textId="1B4FC866" w:rsidR="00A273E5" w:rsidRPr="00A273E5" w:rsidRDefault="00264E80" w:rsidP="008636AA">
      <w:pPr>
        <w:pStyle w:val="Tekstpodstawowy2"/>
        <w:numPr>
          <w:ilvl w:val="1"/>
          <w:numId w:val="3"/>
        </w:numPr>
        <w:spacing w:line="240" w:lineRule="auto"/>
        <w:ind w:left="794" w:hanging="227"/>
        <w:rPr>
          <w:rFonts w:ascii="Roboto Condensed" w:hAnsi="Roboto Condensed"/>
          <w:color w:val="EE0000"/>
          <w:sz w:val="20"/>
          <w:lang w:val="pl-PL"/>
        </w:rPr>
      </w:pPr>
      <w:r w:rsidRPr="00A273E5">
        <w:rPr>
          <w:rFonts w:ascii="Roboto Condensed" w:hAnsi="Roboto Condensed"/>
          <w:sz w:val="20"/>
          <w:lang w:val="pl-PL"/>
        </w:rPr>
        <w:t>1</w:t>
      </w:r>
      <w:r w:rsidR="00096412" w:rsidRPr="00A273E5">
        <w:rPr>
          <w:rFonts w:ascii="Roboto Condensed" w:hAnsi="Roboto Condensed"/>
          <w:sz w:val="20"/>
          <w:lang w:val="pl-PL"/>
        </w:rPr>
        <w:t>. Grupa drzew</w:t>
      </w:r>
      <w:r w:rsidR="00A273E5">
        <w:rPr>
          <w:rFonts w:ascii="Roboto Condensed" w:hAnsi="Roboto Condensed"/>
          <w:sz w:val="20"/>
          <w:lang w:val="pl-PL"/>
        </w:rPr>
        <w:t xml:space="preserve"> (</w:t>
      </w:r>
      <w:r w:rsidR="00A273E5" w:rsidRPr="00A273E5">
        <w:rPr>
          <w:rFonts w:ascii="Roboto Condensed" w:hAnsi="Roboto Condensed"/>
          <w:sz w:val="20"/>
          <w:lang w:val="pl-PL"/>
        </w:rPr>
        <w:t>4 klony srebrzyste</w:t>
      </w:r>
      <w:r w:rsidR="00A273E5">
        <w:rPr>
          <w:rFonts w:ascii="Roboto Condensed" w:hAnsi="Roboto Condensed"/>
          <w:sz w:val="20"/>
          <w:lang w:val="pl-PL"/>
        </w:rPr>
        <w:t>)</w:t>
      </w:r>
      <w:r w:rsidR="00096412" w:rsidRPr="00A273E5">
        <w:rPr>
          <w:rFonts w:ascii="Roboto Condensed" w:hAnsi="Roboto Condensed"/>
          <w:sz w:val="20"/>
          <w:lang w:val="pl-PL"/>
        </w:rPr>
        <w:t xml:space="preserve"> </w:t>
      </w:r>
      <w:r w:rsidRPr="00A273E5">
        <w:rPr>
          <w:rFonts w:ascii="Roboto Condensed" w:hAnsi="Roboto Condensed"/>
          <w:sz w:val="20"/>
          <w:lang w:val="pl-PL"/>
        </w:rPr>
        <w:t xml:space="preserve">w </w:t>
      </w:r>
      <w:r w:rsidR="00A273E5" w:rsidRPr="00A273E5">
        <w:rPr>
          <w:rFonts w:ascii="Roboto Condensed" w:hAnsi="Roboto Condensed"/>
          <w:sz w:val="20"/>
          <w:lang w:val="pl-PL"/>
        </w:rPr>
        <w:t>Strzałkowie na terenie parku Zasadniczej Szkoły Rolniczej</w:t>
      </w:r>
      <w:r w:rsidR="00096412" w:rsidRPr="00A273E5">
        <w:rPr>
          <w:rFonts w:ascii="Roboto Condensed" w:hAnsi="Roboto Condensed"/>
          <w:sz w:val="20"/>
          <w:lang w:val="pl-PL"/>
        </w:rPr>
        <w:t xml:space="preserve"> - objęte ochroną na podstawie </w:t>
      </w:r>
      <w:r w:rsidR="00A273E5" w:rsidRPr="00A273E5">
        <w:rPr>
          <w:rFonts w:ascii="Roboto Condensed" w:hAnsi="Roboto Condensed"/>
          <w:sz w:val="20"/>
          <w:lang w:val="pl-PL"/>
        </w:rPr>
        <w:t>zarządzenia Nr 45/87 Wojewody Piotrkowskiego z dnia 15 grudnia 1987 r. w sprawie uznania za pomniki przyrody</w:t>
      </w:r>
    </w:p>
    <w:p w14:paraId="031AEBE1" w14:textId="7331718C" w:rsidR="00096412" w:rsidRPr="00A273E5" w:rsidRDefault="00A273E5" w:rsidP="008636AA">
      <w:pPr>
        <w:pStyle w:val="Tekstpodstawowy2"/>
        <w:numPr>
          <w:ilvl w:val="1"/>
          <w:numId w:val="3"/>
        </w:numPr>
        <w:spacing w:line="240" w:lineRule="auto"/>
        <w:ind w:left="794" w:hanging="227"/>
        <w:rPr>
          <w:rFonts w:ascii="Roboto Condensed" w:hAnsi="Roboto Condensed"/>
          <w:color w:val="EE0000"/>
          <w:sz w:val="20"/>
          <w:lang w:val="pl-PL"/>
        </w:rPr>
      </w:pPr>
      <w:r>
        <w:rPr>
          <w:rFonts w:ascii="Roboto Condensed" w:hAnsi="Roboto Condensed"/>
          <w:sz w:val="20"/>
          <w:lang w:val="pl-PL"/>
        </w:rPr>
        <w:t xml:space="preserve">2. </w:t>
      </w:r>
      <w:r w:rsidRPr="00A273E5">
        <w:rPr>
          <w:rFonts w:ascii="Roboto Condensed" w:hAnsi="Roboto Condensed"/>
          <w:sz w:val="20"/>
          <w:lang w:val="pl-PL"/>
        </w:rPr>
        <w:t>Grupa drzew</w:t>
      </w:r>
      <w:r>
        <w:rPr>
          <w:rFonts w:ascii="Roboto Condensed" w:hAnsi="Roboto Condensed"/>
          <w:sz w:val="20"/>
          <w:lang w:val="pl-PL"/>
        </w:rPr>
        <w:t xml:space="preserve"> </w:t>
      </w:r>
      <w:r w:rsidRPr="00DF213F">
        <w:rPr>
          <w:rFonts w:ascii="Roboto Condensed" w:hAnsi="Roboto Condensed"/>
          <w:sz w:val="20"/>
          <w:lang w:val="pl-PL"/>
        </w:rPr>
        <w:t>(4 modrzewie eu</w:t>
      </w:r>
      <w:r>
        <w:rPr>
          <w:rFonts w:ascii="Roboto Condensed" w:hAnsi="Roboto Condensed"/>
          <w:sz w:val="20"/>
          <w:lang w:val="pl-PL"/>
        </w:rPr>
        <w:t>ropejskie)</w:t>
      </w:r>
      <w:r w:rsidRPr="00A273E5">
        <w:rPr>
          <w:rFonts w:ascii="Roboto Condensed" w:hAnsi="Roboto Condensed"/>
          <w:sz w:val="20"/>
          <w:lang w:val="pl-PL"/>
        </w:rPr>
        <w:t xml:space="preserve"> w Strzałkowie na terenie parku Zasadniczej Szkoły Rolniczej - objęte ochroną na podstawie zarządzenia Nr 45/87 Wojewody Piotrkowskiego z dnia 15 grudnia 1987 r. w sprawie uznania za pomniki przyrody</w:t>
      </w:r>
    </w:p>
    <w:p w14:paraId="62776506" w14:textId="1C6BBB68" w:rsidR="00264E80" w:rsidRPr="009A175C" w:rsidRDefault="00264E80" w:rsidP="008636AA">
      <w:pPr>
        <w:pStyle w:val="Tekstpodstawowy2"/>
        <w:numPr>
          <w:ilvl w:val="1"/>
          <w:numId w:val="3"/>
        </w:numPr>
        <w:spacing w:line="240" w:lineRule="auto"/>
        <w:ind w:left="794" w:hanging="227"/>
        <w:rPr>
          <w:rFonts w:ascii="Roboto Condensed" w:hAnsi="Roboto Condensed"/>
          <w:color w:val="EE0000"/>
          <w:sz w:val="20"/>
          <w:lang w:val="pl-PL"/>
        </w:rPr>
      </w:pPr>
      <w:r w:rsidRPr="00A273E5">
        <w:rPr>
          <w:rFonts w:ascii="Roboto Condensed" w:hAnsi="Roboto Condensed"/>
          <w:sz w:val="20"/>
          <w:lang w:val="pl-PL"/>
        </w:rPr>
        <w:t xml:space="preserve">3. </w:t>
      </w:r>
      <w:r w:rsidR="00A273E5" w:rsidRPr="00A273E5">
        <w:rPr>
          <w:rFonts w:ascii="Roboto Condensed" w:hAnsi="Roboto Condensed"/>
          <w:sz w:val="20"/>
          <w:lang w:val="pl-PL"/>
        </w:rPr>
        <w:t>Jesion wyniosły</w:t>
      </w:r>
      <w:r w:rsidRPr="00A273E5">
        <w:rPr>
          <w:rFonts w:ascii="Roboto Condensed" w:hAnsi="Roboto Condensed"/>
          <w:sz w:val="20"/>
          <w:lang w:val="pl-PL"/>
        </w:rPr>
        <w:t xml:space="preserve"> </w:t>
      </w:r>
      <w:r w:rsidR="00E50C57" w:rsidRPr="00A273E5">
        <w:rPr>
          <w:rFonts w:ascii="Roboto Condensed" w:hAnsi="Roboto Condensed"/>
          <w:sz w:val="20"/>
          <w:lang w:val="pl-PL"/>
        </w:rPr>
        <w:t>w S</w:t>
      </w:r>
      <w:r w:rsidR="00A273E5" w:rsidRPr="00A273E5">
        <w:rPr>
          <w:rFonts w:ascii="Roboto Condensed" w:hAnsi="Roboto Condensed"/>
          <w:sz w:val="20"/>
          <w:lang w:val="pl-PL"/>
        </w:rPr>
        <w:t>trzałkowie</w:t>
      </w:r>
      <w:r w:rsidR="00E50C57" w:rsidRPr="00A273E5">
        <w:rPr>
          <w:rFonts w:ascii="Roboto Condensed" w:hAnsi="Roboto Condensed"/>
          <w:sz w:val="20"/>
          <w:lang w:val="pl-PL"/>
        </w:rPr>
        <w:t xml:space="preserve"> </w:t>
      </w:r>
      <w:r w:rsidR="00A273E5" w:rsidRPr="00A273E5">
        <w:rPr>
          <w:rFonts w:ascii="Roboto Condensed" w:hAnsi="Roboto Condensed"/>
          <w:sz w:val="20"/>
          <w:lang w:val="pl-PL"/>
        </w:rPr>
        <w:t>na terenie parku Zasadniczej Szkoły Rolniczej</w:t>
      </w:r>
      <w:r w:rsidR="00A273E5">
        <w:rPr>
          <w:rFonts w:ascii="Roboto Condensed" w:hAnsi="Roboto Condensed"/>
          <w:sz w:val="20"/>
          <w:lang w:val="pl-PL"/>
        </w:rPr>
        <w:t xml:space="preserve"> </w:t>
      </w:r>
      <w:r w:rsidR="00E50C57" w:rsidRPr="00A273E5">
        <w:rPr>
          <w:rFonts w:ascii="Roboto Condensed" w:hAnsi="Roboto Condensed"/>
          <w:sz w:val="20"/>
          <w:lang w:val="pl-PL"/>
        </w:rPr>
        <w:t xml:space="preserve">- </w:t>
      </w:r>
      <w:r w:rsidR="00A273E5" w:rsidRPr="00A273E5">
        <w:rPr>
          <w:rFonts w:ascii="Roboto Condensed" w:hAnsi="Roboto Condensed"/>
          <w:sz w:val="20"/>
          <w:lang w:val="pl-PL"/>
        </w:rPr>
        <w:t>ochroną na podstawie zarządzenia Nr 45/87 Wojewody Piotrkowskiego z dnia 15 grudnia 1987 r. w sprawie uznania za pomniki przyrody</w:t>
      </w:r>
    </w:p>
    <w:p w14:paraId="2CA2DE17" w14:textId="6C37D744" w:rsidR="00E50C57" w:rsidRPr="00A273E5" w:rsidRDefault="00A273E5" w:rsidP="008636AA">
      <w:pPr>
        <w:pStyle w:val="Tekstpodstawowy2"/>
        <w:numPr>
          <w:ilvl w:val="1"/>
          <w:numId w:val="3"/>
        </w:numPr>
        <w:spacing w:line="240" w:lineRule="auto"/>
        <w:ind w:left="794" w:hanging="227"/>
        <w:rPr>
          <w:rFonts w:ascii="Roboto Condensed" w:hAnsi="Roboto Condensed"/>
          <w:color w:val="EE0000"/>
          <w:sz w:val="20"/>
          <w:lang w:val="pl-PL"/>
        </w:rPr>
      </w:pPr>
      <w:r>
        <w:rPr>
          <w:rFonts w:ascii="Roboto Condensed" w:hAnsi="Roboto Condensed"/>
          <w:sz w:val="20"/>
          <w:lang w:val="pl-PL"/>
        </w:rPr>
        <w:t>4</w:t>
      </w:r>
      <w:r w:rsidRPr="00A273E5">
        <w:rPr>
          <w:rFonts w:ascii="Roboto Condensed" w:hAnsi="Roboto Condensed"/>
          <w:sz w:val="20"/>
          <w:lang w:val="pl-PL"/>
        </w:rPr>
        <w:t xml:space="preserve">. </w:t>
      </w:r>
      <w:r>
        <w:rPr>
          <w:rFonts w:ascii="Roboto Condensed" w:hAnsi="Roboto Condensed"/>
          <w:sz w:val="20"/>
          <w:lang w:val="pl-PL"/>
        </w:rPr>
        <w:t>Lipa drobnolistna</w:t>
      </w:r>
      <w:r w:rsidRPr="00A273E5">
        <w:rPr>
          <w:rFonts w:ascii="Roboto Condensed" w:hAnsi="Roboto Condensed"/>
          <w:sz w:val="20"/>
          <w:lang w:val="pl-PL"/>
        </w:rPr>
        <w:t xml:space="preserve"> w Strzałkowie na terenie parku Zasadniczej Szkoły Rolniczej</w:t>
      </w:r>
      <w:r>
        <w:rPr>
          <w:rFonts w:ascii="Roboto Condensed" w:hAnsi="Roboto Condensed"/>
          <w:sz w:val="20"/>
          <w:lang w:val="pl-PL"/>
        </w:rPr>
        <w:t xml:space="preserve"> </w:t>
      </w:r>
      <w:r w:rsidRPr="00A273E5">
        <w:rPr>
          <w:rFonts w:ascii="Roboto Condensed" w:hAnsi="Roboto Condensed"/>
          <w:sz w:val="20"/>
          <w:lang w:val="pl-PL"/>
        </w:rPr>
        <w:t>- ochroną na podstawie zarządzenia Nr 45/87 Wojewody Piotrkowskiego z dnia 15 grudnia 1987 r. w sprawie uznania za pomniki przyrody</w:t>
      </w:r>
    </w:p>
    <w:p w14:paraId="6E5A8EEC" w14:textId="77777777" w:rsidR="0079144E" w:rsidRPr="00C431DA" w:rsidRDefault="00A273E5" w:rsidP="008636AA">
      <w:pPr>
        <w:pStyle w:val="Tekstpodstawowy2"/>
        <w:numPr>
          <w:ilvl w:val="1"/>
          <w:numId w:val="3"/>
        </w:numPr>
        <w:spacing w:line="240" w:lineRule="auto"/>
        <w:ind w:left="794" w:hanging="227"/>
        <w:rPr>
          <w:rFonts w:ascii="Roboto Condensed" w:hAnsi="Roboto Condensed"/>
          <w:color w:val="EE0000"/>
          <w:sz w:val="20"/>
          <w:lang w:val="pl-PL"/>
        </w:rPr>
      </w:pPr>
      <w:r>
        <w:rPr>
          <w:rFonts w:ascii="Roboto Condensed" w:hAnsi="Roboto Condensed"/>
          <w:sz w:val="20"/>
          <w:lang w:val="pl-PL"/>
        </w:rPr>
        <w:t xml:space="preserve">5. </w:t>
      </w:r>
      <w:r w:rsidRPr="00A273E5">
        <w:rPr>
          <w:rFonts w:ascii="Roboto Condensed" w:hAnsi="Roboto Condensed"/>
          <w:sz w:val="20"/>
          <w:lang w:val="pl-PL"/>
        </w:rPr>
        <w:t>Dąb szypułkowy</w:t>
      </w:r>
      <w:r>
        <w:rPr>
          <w:rFonts w:ascii="Roboto Condensed" w:hAnsi="Roboto Condensed"/>
          <w:sz w:val="20"/>
          <w:lang w:val="pl-PL"/>
        </w:rPr>
        <w:t xml:space="preserve"> w Dąbrówce – objęty ochroną na podstawie r</w:t>
      </w:r>
      <w:r w:rsidRPr="00A273E5">
        <w:rPr>
          <w:rFonts w:ascii="Roboto Condensed" w:hAnsi="Roboto Condensed"/>
          <w:sz w:val="20"/>
          <w:lang w:val="pl-PL"/>
        </w:rPr>
        <w:t>ozporządzeni</w:t>
      </w:r>
      <w:r>
        <w:rPr>
          <w:rFonts w:ascii="Roboto Condensed" w:hAnsi="Roboto Condensed"/>
          <w:sz w:val="20"/>
          <w:lang w:val="pl-PL"/>
        </w:rPr>
        <w:t>a</w:t>
      </w:r>
      <w:r w:rsidRPr="00A273E5">
        <w:rPr>
          <w:rFonts w:ascii="Roboto Condensed" w:hAnsi="Roboto Condensed"/>
          <w:sz w:val="20"/>
          <w:lang w:val="pl-PL"/>
        </w:rPr>
        <w:t xml:space="preserve"> Nr 4/96 Wojewody Piotrkowskiego z dnia 4 listopada 1996 r. w sprawie uznania za pomniki przyrody</w:t>
      </w:r>
    </w:p>
    <w:p w14:paraId="10D4B71D" w14:textId="368B7DD5" w:rsidR="00C431DA" w:rsidRPr="0079144E" w:rsidRDefault="00C431DA" w:rsidP="00C431DA">
      <w:pPr>
        <w:pStyle w:val="Tekstpodstawowy2"/>
        <w:spacing w:before="120" w:line="240" w:lineRule="auto"/>
        <w:ind w:left="567"/>
        <w:rPr>
          <w:rFonts w:ascii="Roboto Condensed" w:hAnsi="Roboto Condensed"/>
          <w:color w:val="EE0000"/>
          <w:sz w:val="20"/>
          <w:lang w:val="pl-PL"/>
        </w:rPr>
      </w:pPr>
      <w:r w:rsidRPr="00A273E5">
        <w:rPr>
          <w:rFonts w:ascii="Roboto Condensed" w:hAnsi="Roboto Condensed"/>
          <w:i/>
          <w:iCs/>
          <w:sz w:val="20"/>
          <w:lang w:val="pl-PL"/>
        </w:rPr>
        <w:t xml:space="preserve">Rys.6. </w:t>
      </w:r>
      <w:r w:rsidR="00A60AF4">
        <w:rPr>
          <w:rFonts w:ascii="Roboto Condensed" w:hAnsi="Roboto Condensed"/>
          <w:i/>
          <w:iCs/>
          <w:sz w:val="20"/>
          <w:lang w:val="pl-PL"/>
        </w:rPr>
        <w:t>R</w:t>
      </w:r>
      <w:r>
        <w:rPr>
          <w:rFonts w:ascii="Roboto Condensed" w:hAnsi="Roboto Condensed"/>
          <w:i/>
          <w:iCs/>
          <w:sz w:val="20"/>
          <w:lang w:val="pl-PL"/>
        </w:rPr>
        <w:t>ozmieszczenie pomników przyrody</w:t>
      </w:r>
      <w:r w:rsidRPr="00A273E5">
        <w:rPr>
          <w:rFonts w:ascii="Roboto Condensed" w:hAnsi="Roboto Condensed"/>
          <w:i/>
          <w:iCs/>
          <w:sz w:val="20"/>
          <w:lang w:val="pl-PL"/>
        </w:rPr>
        <w:t xml:space="preserve"> na obszarze gminy.</w:t>
      </w:r>
    </w:p>
    <w:p w14:paraId="2A0C56C0" w14:textId="7BB1B538" w:rsidR="0079144E" w:rsidRPr="00C431DA" w:rsidRDefault="0079144E" w:rsidP="00C431DA">
      <w:pPr>
        <w:pStyle w:val="Tekstpodstawowy2"/>
        <w:spacing w:line="240" w:lineRule="auto"/>
        <w:ind w:left="567"/>
        <w:jc w:val="center"/>
        <w:rPr>
          <w:rFonts w:ascii="Roboto Condensed" w:hAnsi="Roboto Condensed"/>
          <w:color w:val="EE0000"/>
          <w:sz w:val="20"/>
          <w:lang w:val="pl-PL"/>
        </w:rPr>
      </w:pPr>
      <w:r>
        <w:rPr>
          <w:rFonts w:ascii="Roboto Condensed" w:hAnsi="Roboto Condensed"/>
          <w:noProof/>
          <w:sz w:val="20"/>
          <w:lang w:val="pl-PL"/>
        </w:rPr>
        <w:drawing>
          <wp:inline distT="0" distB="0" distL="0" distR="0" wp14:anchorId="3A39B99E" wp14:editId="05E1CABC">
            <wp:extent cx="5899868" cy="3158455"/>
            <wp:effectExtent l="0" t="0" r="5715" b="4445"/>
            <wp:docPr id="50803351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8868" cy="3200747"/>
                    </a:xfrm>
                    <a:prstGeom prst="rect">
                      <a:avLst/>
                    </a:prstGeom>
                    <a:noFill/>
                    <a:ln>
                      <a:noFill/>
                    </a:ln>
                  </pic:spPr>
                </pic:pic>
              </a:graphicData>
            </a:graphic>
          </wp:inline>
        </w:drawing>
      </w:r>
    </w:p>
    <w:p w14:paraId="1D7531FC" w14:textId="42961715" w:rsidR="00096412" w:rsidRPr="009A175C" w:rsidRDefault="00096412" w:rsidP="00AF2BFA">
      <w:pPr>
        <w:pStyle w:val="Tekstpodstawowy2"/>
        <w:spacing w:line="240" w:lineRule="auto"/>
        <w:rPr>
          <w:rFonts w:ascii="Roboto Condensed" w:hAnsi="Roboto Condensed"/>
          <w:color w:val="EE0000"/>
          <w:sz w:val="20"/>
          <w:lang w:val="pl-PL"/>
        </w:rPr>
      </w:pPr>
    </w:p>
    <w:p w14:paraId="4D9DDA13" w14:textId="5E78A306" w:rsidR="0079144E" w:rsidRPr="00A273E5" w:rsidRDefault="0079144E" w:rsidP="008636AA">
      <w:pPr>
        <w:pStyle w:val="Tekstpodstawowy2"/>
        <w:numPr>
          <w:ilvl w:val="0"/>
          <w:numId w:val="3"/>
        </w:numPr>
        <w:spacing w:line="240" w:lineRule="auto"/>
        <w:ind w:left="567" w:hanging="227"/>
        <w:rPr>
          <w:lang w:val="pl-PL"/>
        </w:rPr>
      </w:pPr>
      <w:r w:rsidRPr="0079144E">
        <w:rPr>
          <w:rFonts w:ascii="Roboto Condensed" w:hAnsi="Roboto Condensed"/>
          <w:sz w:val="20"/>
          <w:lang w:val="pl-PL"/>
        </w:rPr>
        <w:t>Użytki ekologiczne</w:t>
      </w:r>
    </w:p>
    <w:p w14:paraId="33597C85" w14:textId="1C247205" w:rsidR="00096412"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r w:rsidRPr="005238D2">
        <w:rPr>
          <w:rFonts w:ascii="Roboto Condensed" w:hAnsi="Roboto Condensed"/>
          <w:sz w:val="20"/>
          <w:lang w:val="pl-PL"/>
        </w:rPr>
        <w:t xml:space="preserve">Szczepocice I kępa drzew i krzewów </w:t>
      </w:r>
      <w:r w:rsidR="005238D2">
        <w:rPr>
          <w:rFonts w:ascii="Roboto Condensed" w:hAnsi="Roboto Condensed"/>
          <w:sz w:val="20"/>
          <w:lang w:val="pl-PL"/>
        </w:rPr>
        <w:t>(</w:t>
      </w:r>
      <w:r w:rsidRPr="005238D2">
        <w:rPr>
          <w:rFonts w:ascii="Roboto Condensed" w:hAnsi="Roboto Condensed"/>
          <w:sz w:val="20"/>
          <w:lang w:val="pl-PL"/>
        </w:rPr>
        <w:t xml:space="preserve">0,68 </w:t>
      </w:r>
      <w:r w:rsidR="005238D2">
        <w:rPr>
          <w:rFonts w:ascii="Roboto Condensed" w:hAnsi="Roboto Condensed"/>
          <w:sz w:val="20"/>
          <w:lang w:val="pl-PL"/>
        </w:rPr>
        <w:t xml:space="preserve">ha) - </w:t>
      </w:r>
      <w:r w:rsidR="005238D2" w:rsidRPr="005238D2">
        <w:rPr>
          <w:rFonts w:ascii="Roboto Condensed" w:hAnsi="Roboto Condensed"/>
          <w:sz w:val="20"/>
          <w:lang w:val="pl-PL"/>
        </w:rPr>
        <w:t>Dąbrówka, działka nr 1317</w:t>
      </w:r>
    </w:p>
    <w:p w14:paraId="0690E515" w14:textId="311FCD4F" w:rsidR="0079144E" w:rsidRPr="005238D2" w:rsidRDefault="0079144E" w:rsidP="008636AA">
      <w:pPr>
        <w:pStyle w:val="Tekstpodstawowy2"/>
        <w:numPr>
          <w:ilvl w:val="1"/>
          <w:numId w:val="3"/>
        </w:numPr>
        <w:spacing w:line="240" w:lineRule="auto"/>
        <w:ind w:left="794" w:hanging="227"/>
        <w:rPr>
          <w:rFonts w:ascii="Roboto Condensed" w:hAnsi="Roboto Condensed"/>
          <w:color w:val="EE0000"/>
          <w:sz w:val="20"/>
          <w:lang w:val="pl-PL"/>
        </w:rPr>
      </w:pPr>
      <w:r w:rsidRPr="005238D2">
        <w:rPr>
          <w:rFonts w:ascii="Roboto Condensed" w:hAnsi="Roboto Condensed"/>
          <w:sz w:val="20"/>
          <w:lang w:val="pl-PL"/>
        </w:rPr>
        <w:t>Szczepocice II kępa drzew i krzewów </w:t>
      </w:r>
      <w:r w:rsidR="005238D2">
        <w:rPr>
          <w:rFonts w:ascii="Roboto Condensed" w:hAnsi="Roboto Condensed"/>
          <w:sz w:val="20"/>
          <w:lang w:val="pl-PL"/>
        </w:rPr>
        <w:t>(</w:t>
      </w:r>
      <w:r w:rsidRPr="005238D2">
        <w:rPr>
          <w:rFonts w:ascii="Roboto Condensed" w:hAnsi="Roboto Condensed"/>
          <w:sz w:val="20"/>
          <w:lang w:val="pl-PL"/>
        </w:rPr>
        <w:t xml:space="preserve">0,70 </w:t>
      </w:r>
      <w:r w:rsidR="005238D2">
        <w:rPr>
          <w:rFonts w:ascii="Roboto Condensed" w:hAnsi="Roboto Condensed"/>
          <w:sz w:val="20"/>
          <w:lang w:val="pl-PL"/>
        </w:rPr>
        <w:t xml:space="preserve">ha) - </w:t>
      </w:r>
      <w:r w:rsidR="005238D2" w:rsidRPr="005238D2">
        <w:rPr>
          <w:rFonts w:ascii="Roboto Condensed" w:hAnsi="Roboto Condensed"/>
          <w:sz w:val="20"/>
          <w:lang w:val="pl-PL"/>
        </w:rPr>
        <w:t>Dąbrówka, działka nr 1325</w:t>
      </w:r>
    </w:p>
    <w:p w14:paraId="167FFE61" w14:textId="03D39345"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r w:rsidRPr="005238D2">
        <w:rPr>
          <w:rFonts w:ascii="Roboto Condensed" w:hAnsi="Roboto Condensed"/>
          <w:sz w:val="20"/>
          <w:lang w:val="pl-PL"/>
        </w:rPr>
        <w:t xml:space="preserve">Lipie bagno </w:t>
      </w:r>
      <w:r w:rsidR="005238D2">
        <w:rPr>
          <w:rFonts w:ascii="Roboto Condensed" w:hAnsi="Roboto Condensed"/>
          <w:sz w:val="20"/>
          <w:lang w:val="pl-PL"/>
        </w:rPr>
        <w:t>(</w:t>
      </w:r>
      <w:r w:rsidRPr="005238D2">
        <w:rPr>
          <w:rFonts w:ascii="Roboto Condensed" w:hAnsi="Roboto Condensed"/>
          <w:sz w:val="20"/>
          <w:lang w:val="pl-PL"/>
        </w:rPr>
        <w:t xml:space="preserve">0,31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Dąbrówka, działka nr 1332/4</w:t>
      </w:r>
    </w:p>
    <w:p w14:paraId="474E8423" w14:textId="07E30A6C"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r w:rsidRPr="005238D2">
        <w:rPr>
          <w:rFonts w:ascii="Roboto Condensed" w:hAnsi="Roboto Condensed"/>
          <w:sz w:val="20"/>
          <w:lang w:val="pl-PL"/>
        </w:rPr>
        <w:t xml:space="preserve">Paprotnia IV bagno </w:t>
      </w:r>
      <w:r w:rsidR="005238D2">
        <w:rPr>
          <w:rFonts w:ascii="Roboto Condensed" w:hAnsi="Roboto Condensed"/>
          <w:sz w:val="20"/>
          <w:lang w:val="pl-PL"/>
        </w:rPr>
        <w:t>(</w:t>
      </w:r>
      <w:r w:rsidRPr="005238D2">
        <w:rPr>
          <w:rFonts w:ascii="Roboto Condensed" w:hAnsi="Roboto Condensed"/>
          <w:sz w:val="20"/>
          <w:lang w:val="pl-PL"/>
        </w:rPr>
        <w:t xml:space="preserve">0,34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Dąbrówka, działka nr 1346</w:t>
      </w:r>
    </w:p>
    <w:p w14:paraId="2A3015B2" w14:textId="4477AD2F"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proofErr w:type="spellStart"/>
      <w:r w:rsidRPr="005238D2">
        <w:rPr>
          <w:rFonts w:ascii="Roboto Condensed" w:hAnsi="Roboto Condensed"/>
          <w:sz w:val="20"/>
          <w:lang w:val="pl-PL"/>
        </w:rPr>
        <w:t>Pszczelaszcze</w:t>
      </w:r>
      <w:proofErr w:type="spellEnd"/>
      <w:r w:rsidRPr="005238D2">
        <w:rPr>
          <w:rFonts w:ascii="Roboto Condensed" w:hAnsi="Roboto Condensed"/>
          <w:sz w:val="20"/>
          <w:lang w:val="pl-PL"/>
        </w:rPr>
        <w:t xml:space="preserve"> IV bagno </w:t>
      </w:r>
      <w:r w:rsidR="005238D2">
        <w:rPr>
          <w:rFonts w:ascii="Roboto Condensed" w:hAnsi="Roboto Condensed"/>
          <w:sz w:val="20"/>
          <w:lang w:val="pl-PL"/>
        </w:rPr>
        <w:t>(</w:t>
      </w:r>
      <w:r w:rsidRPr="005238D2">
        <w:rPr>
          <w:rFonts w:ascii="Roboto Condensed" w:hAnsi="Roboto Condensed"/>
          <w:sz w:val="20"/>
          <w:lang w:val="pl-PL"/>
        </w:rPr>
        <w:t xml:space="preserve">0,54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Dąbrówka działka nr 1347</w:t>
      </w:r>
    </w:p>
    <w:p w14:paraId="11BD257C" w14:textId="485C3C03"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r w:rsidRPr="005238D2">
        <w:rPr>
          <w:rFonts w:ascii="Roboto Condensed" w:hAnsi="Roboto Condensed"/>
          <w:sz w:val="20"/>
          <w:lang w:val="pl-PL"/>
        </w:rPr>
        <w:t xml:space="preserve">Łużyce bagno </w:t>
      </w:r>
      <w:r w:rsidR="005238D2">
        <w:rPr>
          <w:rFonts w:ascii="Roboto Condensed" w:hAnsi="Roboto Condensed"/>
          <w:sz w:val="20"/>
          <w:lang w:val="pl-PL"/>
        </w:rPr>
        <w:t>(</w:t>
      </w:r>
      <w:r w:rsidRPr="005238D2">
        <w:rPr>
          <w:rFonts w:ascii="Roboto Condensed" w:hAnsi="Roboto Condensed"/>
          <w:sz w:val="20"/>
          <w:lang w:val="pl-PL"/>
        </w:rPr>
        <w:t xml:space="preserve">0,49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w:t>
      </w:r>
      <w:r w:rsidR="005238D2" w:rsidRPr="005238D2">
        <w:rPr>
          <w:rFonts w:ascii="Roboto Condensed" w:hAnsi="Roboto Condensed"/>
          <w:sz w:val="20"/>
          <w:lang w:val="pl-PL"/>
        </w:rPr>
        <w:t>Grzebień działka nr 226/2</w:t>
      </w:r>
    </w:p>
    <w:p w14:paraId="2053B507" w14:textId="64290DFE"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r w:rsidRPr="005238D2">
        <w:rPr>
          <w:rFonts w:ascii="Roboto Condensed" w:hAnsi="Roboto Condensed"/>
          <w:sz w:val="20"/>
          <w:lang w:val="pl-PL"/>
        </w:rPr>
        <w:t xml:space="preserve">Biały Ług torfowisko </w:t>
      </w:r>
      <w:r w:rsidR="005238D2">
        <w:rPr>
          <w:rFonts w:ascii="Roboto Condensed" w:hAnsi="Roboto Condensed"/>
          <w:sz w:val="20"/>
          <w:lang w:val="pl-PL"/>
        </w:rPr>
        <w:t>(</w:t>
      </w:r>
      <w:r w:rsidRPr="005238D2">
        <w:rPr>
          <w:rFonts w:ascii="Roboto Condensed" w:hAnsi="Roboto Condensed"/>
          <w:sz w:val="20"/>
          <w:lang w:val="pl-PL"/>
        </w:rPr>
        <w:t xml:space="preserve">3,83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Grzebień działka nr 229</w:t>
      </w:r>
    </w:p>
    <w:p w14:paraId="4654A31C" w14:textId="783AED2D"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r w:rsidRPr="005238D2">
        <w:rPr>
          <w:rFonts w:ascii="Roboto Condensed" w:hAnsi="Roboto Condensed"/>
          <w:sz w:val="20"/>
          <w:lang w:val="pl-PL"/>
        </w:rPr>
        <w:t xml:space="preserve">Kozubowo bagno </w:t>
      </w:r>
      <w:r w:rsidR="005238D2">
        <w:rPr>
          <w:rFonts w:ascii="Roboto Condensed" w:hAnsi="Roboto Condensed"/>
          <w:sz w:val="20"/>
          <w:lang w:val="pl-PL"/>
        </w:rPr>
        <w:t>(</w:t>
      </w:r>
      <w:r w:rsidRPr="005238D2">
        <w:rPr>
          <w:rFonts w:ascii="Roboto Condensed" w:hAnsi="Roboto Condensed"/>
          <w:sz w:val="20"/>
          <w:lang w:val="pl-PL"/>
        </w:rPr>
        <w:t xml:space="preserve">0,98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Grzebień działka nr 239</w:t>
      </w:r>
    </w:p>
    <w:p w14:paraId="380253A5" w14:textId="271528CC"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r w:rsidRPr="005238D2">
        <w:rPr>
          <w:rFonts w:ascii="Roboto Condensed" w:hAnsi="Roboto Condensed"/>
          <w:sz w:val="20"/>
          <w:lang w:val="pl-PL"/>
        </w:rPr>
        <w:t xml:space="preserve">Pod Ojrzeniem bagno </w:t>
      </w:r>
      <w:r w:rsidR="005238D2">
        <w:rPr>
          <w:rFonts w:ascii="Roboto Condensed" w:hAnsi="Roboto Condensed"/>
          <w:sz w:val="20"/>
          <w:lang w:val="pl-PL"/>
        </w:rPr>
        <w:t>(</w:t>
      </w:r>
      <w:r w:rsidRPr="005238D2">
        <w:rPr>
          <w:rFonts w:ascii="Roboto Condensed" w:hAnsi="Roboto Condensed"/>
          <w:sz w:val="20"/>
          <w:lang w:val="pl-PL"/>
        </w:rPr>
        <w:t xml:space="preserve">11,00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Grzebień działka nr 240</w:t>
      </w:r>
    </w:p>
    <w:p w14:paraId="4C4FBF0D" w14:textId="1DB9FABB"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r w:rsidRPr="005238D2">
        <w:rPr>
          <w:rFonts w:ascii="Roboto Condensed" w:hAnsi="Roboto Condensed"/>
          <w:sz w:val="20"/>
          <w:lang w:val="pl-PL"/>
        </w:rPr>
        <w:lastRenderedPageBreak/>
        <w:t xml:space="preserve">Paprotnia II bagno </w:t>
      </w:r>
      <w:r w:rsidR="005238D2">
        <w:rPr>
          <w:rFonts w:ascii="Roboto Condensed" w:hAnsi="Roboto Condensed"/>
          <w:sz w:val="20"/>
          <w:lang w:val="pl-PL"/>
        </w:rPr>
        <w:t>(</w:t>
      </w:r>
      <w:r w:rsidRPr="005238D2">
        <w:rPr>
          <w:rFonts w:ascii="Roboto Condensed" w:hAnsi="Roboto Condensed"/>
          <w:sz w:val="20"/>
          <w:lang w:val="pl-PL"/>
        </w:rPr>
        <w:t xml:space="preserve">0,50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Dąbrówka działka nr 1356</w:t>
      </w:r>
    </w:p>
    <w:p w14:paraId="2A6134F5" w14:textId="51A256B6"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r w:rsidRPr="005238D2">
        <w:rPr>
          <w:rFonts w:ascii="Roboto Condensed" w:hAnsi="Roboto Condensed"/>
          <w:sz w:val="20"/>
          <w:lang w:val="pl-PL"/>
        </w:rPr>
        <w:t xml:space="preserve">Paprotnia III bagno </w:t>
      </w:r>
      <w:r w:rsidR="005238D2">
        <w:rPr>
          <w:rFonts w:ascii="Roboto Condensed" w:hAnsi="Roboto Condensed"/>
          <w:sz w:val="20"/>
          <w:lang w:val="pl-PL"/>
        </w:rPr>
        <w:t>(</w:t>
      </w:r>
      <w:r w:rsidRPr="005238D2">
        <w:rPr>
          <w:rFonts w:ascii="Roboto Condensed" w:hAnsi="Roboto Condensed"/>
          <w:sz w:val="20"/>
          <w:lang w:val="pl-PL"/>
        </w:rPr>
        <w:t xml:space="preserve">0,44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Dąbrówka działka nr 1356</w:t>
      </w:r>
    </w:p>
    <w:p w14:paraId="6E396FAC" w14:textId="10BEFB93"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proofErr w:type="spellStart"/>
      <w:r w:rsidRPr="005238D2">
        <w:rPr>
          <w:rFonts w:ascii="Roboto Condensed" w:hAnsi="Roboto Condensed"/>
          <w:sz w:val="20"/>
          <w:lang w:val="pl-PL"/>
        </w:rPr>
        <w:t>Pszczelaszcze</w:t>
      </w:r>
      <w:proofErr w:type="spellEnd"/>
      <w:r w:rsidRPr="005238D2">
        <w:rPr>
          <w:rFonts w:ascii="Roboto Condensed" w:hAnsi="Roboto Condensed"/>
          <w:sz w:val="20"/>
          <w:lang w:val="pl-PL"/>
        </w:rPr>
        <w:t xml:space="preserve"> II bagno </w:t>
      </w:r>
      <w:r w:rsidR="005238D2">
        <w:rPr>
          <w:rFonts w:ascii="Roboto Condensed" w:hAnsi="Roboto Condensed"/>
          <w:sz w:val="20"/>
          <w:lang w:val="pl-PL"/>
        </w:rPr>
        <w:t>(</w:t>
      </w:r>
      <w:r w:rsidRPr="005238D2">
        <w:rPr>
          <w:rFonts w:ascii="Roboto Condensed" w:hAnsi="Roboto Condensed"/>
          <w:sz w:val="20"/>
          <w:lang w:val="pl-PL"/>
        </w:rPr>
        <w:t xml:space="preserve">0,39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Dąbrówka działka nr 1357</w:t>
      </w:r>
    </w:p>
    <w:p w14:paraId="2C7DFD11" w14:textId="7F09E4C0"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proofErr w:type="spellStart"/>
      <w:r w:rsidRPr="005238D2">
        <w:rPr>
          <w:rFonts w:ascii="Roboto Condensed" w:hAnsi="Roboto Condensed"/>
          <w:sz w:val="20"/>
          <w:lang w:val="pl-PL"/>
        </w:rPr>
        <w:t>Pszczelaszcze</w:t>
      </w:r>
      <w:proofErr w:type="spellEnd"/>
      <w:r w:rsidRPr="005238D2">
        <w:rPr>
          <w:rFonts w:ascii="Roboto Condensed" w:hAnsi="Roboto Condensed"/>
          <w:sz w:val="20"/>
          <w:lang w:val="pl-PL"/>
        </w:rPr>
        <w:t xml:space="preserve"> III bagno </w:t>
      </w:r>
      <w:r w:rsidR="005238D2">
        <w:rPr>
          <w:rFonts w:ascii="Roboto Condensed" w:hAnsi="Roboto Condensed"/>
          <w:sz w:val="20"/>
          <w:lang w:val="pl-PL"/>
        </w:rPr>
        <w:t>(</w:t>
      </w:r>
      <w:r w:rsidRPr="005238D2">
        <w:rPr>
          <w:rFonts w:ascii="Roboto Condensed" w:hAnsi="Roboto Condensed"/>
          <w:sz w:val="20"/>
          <w:lang w:val="pl-PL"/>
        </w:rPr>
        <w:t xml:space="preserve">0,28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Dąbrówka działka nr 1357</w:t>
      </w:r>
    </w:p>
    <w:p w14:paraId="78623815" w14:textId="737F0341"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proofErr w:type="spellStart"/>
      <w:r w:rsidRPr="005238D2">
        <w:rPr>
          <w:rFonts w:ascii="Roboto Condensed" w:hAnsi="Roboto Condensed"/>
          <w:sz w:val="20"/>
          <w:lang w:val="pl-PL"/>
        </w:rPr>
        <w:t>Pszczelaszcze</w:t>
      </w:r>
      <w:proofErr w:type="spellEnd"/>
      <w:r w:rsidRPr="005238D2">
        <w:rPr>
          <w:rFonts w:ascii="Roboto Condensed" w:hAnsi="Roboto Condensed"/>
          <w:sz w:val="20"/>
          <w:lang w:val="pl-PL"/>
        </w:rPr>
        <w:t xml:space="preserve"> I bagno </w:t>
      </w:r>
      <w:r w:rsidR="005238D2">
        <w:rPr>
          <w:rFonts w:ascii="Roboto Condensed" w:hAnsi="Roboto Condensed"/>
          <w:sz w:val="20"/>
          <w:lang w:val="pl-PL"/>
        </w:rPr>
        <w:t>(</w:t>
      </w:r>
      <w:r w:rsidRPr="005238D2">
        <w:rPr>
          <w:rFonts w:ascii="Roboto Condensed" w:hAnsi="Roboto Condensed"/>
          <w:sz w:val="20"/>
          <w:lang w:val="pl-PL"/>
        </w:rPr>
        <w:t xml:space="preserve">0,70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Dąbrówka działka nr 1357</w:t>
      </w:r>
    </w:p>
    <w:p w14:paraId="6B0E85B2" w14:textId="7E54A801"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r w:rsidRPr="005238D2">
        <w:rPr>
          <w:rFonts w:ascii="Roboto Condensed" w:hAnsi="Roboto Condensed"/>
          <w:sz w:val="20"/>
          <w:lang w:val="pl-PL"/>
        </w:rPr>
        <w:t xml:space="preserve">Podlaszcze II bagno </w:t>
      </w:r>
      <w:r w:rsidR="005238D2">
        <w:rPr>
          <w:rFonts w:ascii="Roboto Condensed" w:hAnsi="Roboto Condensed"/>
          <w:sz w:val="20"/>
          <w:lang w:val="pl-PL"/>
        </w:rPr>
        <w:t>(</w:t>
      </w:r>
      <w:r w:rsidRPr="005238D2">
        <w:rPr>
          <w:rFonts w:ascii="Roboto Condensed" w:hAnsi="Roboto Condensed"/>
          <w:sz w:val="20"/>
          <w:lang w:val="pl-PL"/>
        </w:rPr>
        <w:t xml:space="preserve">0,55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Grzebień działka nr 1390</w:t>
      </w:r>
    </w:p>
    <w:p w14:paraId="272BF879" w14:textId="209366FF"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r w:rsidRPr="005238D2">
        <w:rPr>
          <w:rFonts w:ascii="Roboto Condensed" w:hAnsi="Roboto Condensed"/>
          <w:sz w:val="20"/>
          <w:lang w:val="pl-PL"/>
        </w:rPr>
        <w:t xml:space="preserve">Podlaszcze I bagno </w:t>
      </w:r>
      <w:r w:rsidR="005238D2">
        <w:rPr>
          <w:rFonts w:ascii="Roboto Condensed" w:hAnsi="Roboto Condensed"/>
          <w:sz w:val="20"/>
          <w:lang w:val="pl-PL"/>
        </w:rPr>
        <w:t>(</w:t>
      </w:r>
      <w:r w:rsidRPr="005238D2">
        <w:rPr>
          <w:rFonts w:ascii="Roboto Condensed" w:hAnsi="Roboto Condensed"/>
          <w:sz w:val="20"/>
          <w:lang w:val="pl-PL"/>
        </w:rPr>
        <w:t xml:space="preserve">0,27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Grzebień działka nr 1390</w:t>
      </w:r>
    </w:p>
    <w:p w14:paraId="5CE808B5" w14:textId="0BDDD660"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proofErr w:type="spellStart"/>
      <w:r w:rsidRPr="005238D2">
        <w:rPr>
          <w:rFonts w:ascii="Roboto Condensed" w:hAnsi="Roboto Condensed"/>
          <w:sz w:val="20"/>
          <w:lang w:val="pl-PL"/>
        </w:rPr>
        <w:t>Podbrylisko</w:t>
      </w:r>
      <w:proofErr w:type="spellEnd"/>
      <w:r w:rsidRPr="005238D2">
        <w:rPr>
          <w:rFonts w:ascii="Roboto Condensed" w:hAnsi="Roboto Condensed"/>
          <w:sz w:val="20"/>
          <w:lang w:val="pl-PL"/>
        </w:rPr>
        <w:t xml:space="preserve"> bagno </w:t>
      </w:r>
      <w:r w:rsidR="005238D2">
        <w:rPr>
          <w:rFonts w:ascii="Roboto Condensed" w:hAnsi="Roboto Condensed"/>
          <w:sz w:val="20"/>
          <w:lang w:val="pl-PL"/>
        </w:rPr>
        <w:t>(</w:t>
      </w:r>
      <w:r w:rsidRPr="005238D2">
        <w:rPr>
          <w:rFonts w:ascii="Roboto Condensed" w:hAnsi="Roboto Condensed"/>
          <w:sz w:val="20"/>
          <w:lang w:val="pl-PL"/>
        </w:rPr>
        <w:t xml:space="preserve">0,48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Dąbrówka działka nr 1391</w:t>
      </w:r>
    </w:p>
    <w:p w14:paraId="4CA2DDEC" w14:textId="0A600FCE"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r w:rsidRPr="005238D2">
        <w:rPr>
          <w:rFonts w:ascii="Roboto Condensed" w:hAnsi="Roboto Condensed"/>
          <w:sz w:val="20"/>
          <w:lang w:val="pl-PL"/>
        </w:rPr>
        <w:t xml:space="preserve">Klekowiec II bagno </w:t>
      </w:r>
      <w:r w:rsidR="005238D2">
        <w:rPr>
          <w:rFonts w:ascii="Roboto Condensed" w:hAnsi="Roboto Condensed"/>
          <w:sz w:val="20"/>
          <w:lang w:val="pl-PL"/>
        </w:rPr>
        <w:t>(</w:t>
      </w:r>
      <w:r w:rsidRPr="005238D2">
        <w:rPr>
          <w:rFonts w:ascii="Roboto Condensed" w:hAnsi="Roboto Condensed"/>
          <w:sz w:val="20"/>
          <w:lang w:val="pl-PL"/>
        </w:rPr>
        <w:t>0,36</w:t>
      </w:r>
      <w:r w:rsidR="005238D2">
        <w:rPr>
          <w:rFonts w:ascii="Roboto Condensed" w:hAnsi="Roboto Condensed"/>
          <w:sz w:val="20"/>
          <w:lang w:val="pl-PL"/>
        </w:rPr>
        <w:t xml:space="preserve"> ha)</w:t>
      </w:r>
      <w:r w:rsidRPr="005238D2">
        <w:rPr>
          <w:rFonts w:ascii="Roboto Condensed" w:hAnsi="Roboto Condensed"/>
          <w:sz w:val="20"/>
          <w:lang w:val="pl-PL"/>
        </w:rPr>
        <w:t xml:space="preserve"> </w:t>
      </w:r>
      <w:r w:rsidR="005238D2">
        <w:rPr>
          <w:rFonts w:ascii="Roboto Condensed" w:hAnsi="Roboto Condensed"/>
          <w:sz w:val="20"/>
          <w:lang w:val="pl-PL"/>
        </w:rPr>
        <w:t xml:space="preserve">- </w:t>
      </w:r>
      <w:r w:rsidR="005238D2" w:rsidRPr="005238D2">
        <w:rPr>
          <w:rFonts w:ascii="Roboto Condensed" w:hAnsi="Roboto Condensed"/>
          <w:sz w:val="20"/>
          <w:lang w:val="pl-PL"/>
        </w:rPr>
        <w:t>Dąbrówka działka nr 1366</w:t>
      </w:r>
    </w:p>
    <w:p w14:paraId="1F287C3B" w14:textId="2004E6DD"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r w:rsidRPr="005238D2">
        <w:rPr>
          <w:rFonts w:ascii="Roboto Condensed" w:hAnsi="Roboto Condensed"/>
          <w:sz w:val="20"/>
          <w:lang w:val="pl-PL"/>
        </w:rPr>
        <w:t xml:space="preserve">Klekowiec III bagno </w:t>
      </w:r>
      <w:r w:rsidR="005238D2">
        <w:rPr>
          <w:rFonts w:ascii="Roboto Condensed" w:hAnsi="Roboto Condensed"/>
          <w:sz w:val="20"/>
          <w:lang w:val="pl-PL"/>
        </w:rPr>
        <w:t>(</w:t>
      </w:r>
      <w:r w:rsidRPr="005238D2">
        <w:rPr>
          <w:rFonts w:ascii="Roboto Condensed" w:hAnsi="Roboto Condensed"/>
          <w:sz w:val="20"/>
          <w:lang w:val="pl-PL"/>
        </w:rPr>
        <w:t xml:space="preserve">0,41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Dąbrówka działka nr 1366</w:t>
      </w:r>
    </w:p>
    <w:p w14:paraId="6F32A093" w14:textId="0558B914"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r w:rsidRPr="005238D2">
        <w:rPr>
          <w:rFonts w:ascii="Roboto Condensed" w:hAnsi="Roboto Condensed"/>
          <w:sz w:val="20"/>
          <w:lang w:val="pl-PL"/>
        </w:rPr>
        <w:t xml:space="preserve">Klekowiec I bagno </w:t>
      </w:r>
      <w:r w:rsidR="005238D2">
        <w:rPr>
          <w:rFonts w:ascii="Roboto Condensed" w:hAnsi="Roboto Condensed"/>
          <w:sz w:val="20"/>
          <w:lang w:val="pl-PL"/>
        </w:rPr>
        <w:t>(</w:t>
      </w:r>
      <w:r w:rsidRPr="005238D2">
        <w:rPr>
          <w:rFonts w:ascii="Roboto Condensed" w:hAnsi="Roboto Condensed"/>
          <w:sz w:val="20"/>
          <w:lang w:val="pl-PL"/>
        </w:rPr>
        <w:t xml:space="preserve">1,08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Dąbrówka, działka nr 1367/1</w:t>
      </w:r>
    </w:p>
    <w:p w14:paraId="044709A3" w14:textId="7CF4B756"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r w:rsidRPr="005238D2">
        <w:rPr>
          <w:rFonts w:ascii="Roboto Condensed" w:hAnsi="Roboto Condensed"/>
          <w:sz w:val="20"/>
          <w:lang w:val="pl-PL"/>
        </w:rPr>
        <w:t xml:space="preserve">Paprotnia I kępa drzew i krzewów </w:t>
      </w:r>
      <w:r w:rsidR="005238D2">
        <w:rPr>
          <w:rFonts w:ascii="Roboto Condensed" w:hAnsi="Roboto Condensed"/>
          <w:sz w:val="20"/>
          <w:lang w:val="pl-PL"/>
        </w:rPr>
        <w:t>(</w:t>
      </w:r>
      <w:r w:rsidRPr="005238D2">
        <w:rPr>
          <w:rFonts w:ascii="Roboto Condensed" w:hAnsi="Roboto Condensed"/>
          <w:sz w:val="20"/>
          <w:lang w:val="pl-PL"/>
        </w:rPr>
        <w:t xml:space="preserve">1,25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Dąbrówka działka nr 1369</w:t>
      </w:r>
    </w:p>
    <w:p w14:paraId="34496AC9" w14:textId="4EAA1816"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r w:rsidRPr="005238D2">
        <w:rPr>
          <w:rFonts w:ascii="Roboto Condensed" w:hAnsi="Roboto Condensed"/>
          <w:sz w:val="20"/>
          <w:lang w:val="pl-PL"/>
        </w:rPr>
        <w:t xml:space="preserve">Wygoda bagno </w:t>
      </w:r>
      <w:r w:rsidR="005238D2">
        <w:rPr>
          <w:rFonts w:ascii="Roboto Condensed" w:hAnsi="Roboto Condensed"/>
          <w:sz w:val="20"/>
          <w:lang w:val="pl-PL"/>
        </w:rPr>
        <w:t>(</w:t>
      </w:r>
      <w:r w:rsidRPr="005238D2">
        <w:rPr>
          <w:rFonts w:ascii="Roboto Condensed" w:hAnsi="Roboto Condensed"/>
          <w:sz w:val="20"/>
          <w:lang w:val="pl-PL"/>
        </w:rPr>
        <w:t xml:space="preserve">0,93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Grzebień działka nr 270</w:t>
      </w:r>
    </w:p>
    <w:p w14:paraId="7F92802D" w14:textId="20160FAD"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proofErr w:type="spellStart"/>
      <w:r w:rsidRPr="005238D2">
        <w:rPr>
          <w:rFonts w:ascii="Roboto Condensed" w:hAnsi="Roboto Condensed"/>
          <w:sz w:val="20"/>
          <w:lang w:val="pl-PL"/>
        </w:rPr>
        <w:t>Grabowczyk</w:t>
      </w:r>
      <w:proofErr w:type="spellEnd"/>
      <w:r w:rsidRPr="005238D2">
        <w:rPr>
          <w:rFonts w:ascii="Roboto Condensed" w:hAnsi="Roboto Condensed"/>
          <w:sz w:val="20"/>
          <w:lang w:val="pl-PL"/>
        </w:rPr>
        <w:t xml:space="preserve"> I bagno </w:t>
      </w:r>
      <w:r w:rsidR="005238D2">
        <w:rPr>
          <w:rFonts w:ascii="Roboto Condensed" w:hAnsi="Roboto Condensed"/>
          <w:sz w:val="20"/>
          <w:lang w:val="pl-PL"/>
        </w:rPr>
        <w:t>(</w:t>
      </w:r>
      <w:r w:rsidRPr="005238D2">
        <w:rPr>
          <w:rFonts w:ascii="Roboto Condensed" w:hAnsi="Roboto Condensed"/>
          <w:sz w:val="20"/>
          <w:lang w:val="pl-PL"/>
        </w:rPr>
        <w:t xml:space="preserve">0,62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Grzebień działka nr 273</w:t>
      </w:r>
    </w:p>
    <w:p w14:paraId="324C326A" w14:textId="6342CB22"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proofErr w:type="spellStart"/>
      <w:r w:rsidRPr="005238D2">
        <w:rPr>
          <w:rFonts w:ascii="Roboto Condensed" w:hAnsi="Roboto Condensed"/>
          <w:sz w:val="20"/>
          <w:lang w:val="pl-PL"/>
        </w:rPr>
        <w:t>Grabowczyk</w:t>
      </w:r>
      <w:proofErr w:type="spellEnd"/>
      <w:r w:rsidRPr="005238D2">
        <w:rPr>
          <w:rFonts w:ascii="Roboto Condensed" w:hAnsi="Roboto Condensed"/>
          <w:sz w:val="20"/>
          <w:lang w:val="pl-PL"/>
        </w:rPr>
        <w:t xml:space="preserve"> II bagno </w:t>
      </w:r>
      <w:r w:rsidR="005238D2">
        <w:rPr>
          <w:rFonts w:ascii="Roboto Condensed" w:hAnsi="Roboto Condensed"/>
          <w:sz w:val="20"/>
          <w:lang w:val="pl-PL"/>
        </w:rPr>
        <w:t>(</w:t>
      </w:r>
      <w:r w:rsidRPr="005238D2">
        <w:rPr>
          <w:rFonts w:ascii="Roboto Condensed" w:hAnsi="Roboto Condensed"/>
          <w:sz w:val="20"/>
          <w:lang w:val="pl-PL"/>
        </w:rPr>
        <w:t xml:space="preserve">1,09 </w:t>
      </w:r>
      <w:r w:rsidR="005238D2">
        <w:rPr>
          <w:rFonts w:ascii="Roboto Condensed" w:hAnsi="Roboto Condensed"/>
          <w:sz w:val="20"/>
          <w:lang w:val="pl-PL"/>
        </w:rPr>
        <w:t>ha)</w:t>
      </w:r>
      <w:r w:rsidRPr="005238D2">
        <w:rPr>
          <w:rFonts w:ascii="Roboto Condensed" w:hAnsi="Roboto Condensed"/>
          <w:sz w:val="20"/>
          <w:lang w:val="pl-PL"/>
        </w:rPr>
        <w:t xml:space="preserve"> </w:t>
      </w:r>
      <w:r w:rsidR="005238D2">
        <w:rPr>
          <w:rFonts w:ascii="Roboto Condensed" w:hAnsi="Roboto Condensed"/>
          <w:sz w:val="20"/>
          <w:lang w:val="pl-PL"/>
        </w:rPr>
        <w:t xml:space="preserve"> - </w:t>
      </w:r>
      <w:r w:rsidR="005238D2" w:rsidRPr="005238D2">
        <w:rPr>
          <w:rFonts w:ascii="Roboto Condensed" w:hAnsi="Roboto Condensed"/>
          <w:sz w:val="20"/>
          <w:lang w:val="pl-PL"/>
        </w:rPr>
        <w:t>Grzebień działka nr 274</w:t>
      </w:r>
    </w:p>
    <w:p w14:paraId="57FF88AD" w14:textId="188143E6" w:rsidR="0079144E" w:rsidRPr="005238D2" w:rsidRDefault="0079144E" w:rsidP="008636AA">
      <w:pPr>
        <w:pStyle w:val="Tekstpodstawowy2"/>
        <w:numPr>
          <w:ilvl w:val="1"/>
          <w:numId w:val="3"/>
        </w:numPr>
        <w:spacing w:line="240" w:lineRule="auto"/>
        <w:ind w:left="794" w:hanging="227"/>
        <w:rPr>
          <w:rFonts w:ascii="Roboto Condensed" w:hAnsi="Roboto Condensed"/>
          <w:sz w:val="20"/>
          <w:lang w:val="pl-PL"/>
        </w:rPr>
      </w:pPr>
      <w:proofErr w:type="spellStart"/>
      <w:r w:rsidRPr="005238D2">
        <w:rPr>
          <w:rFonts w:ascii="Roboto Condensed" w:hAnsi="Roboto Condensed"/>
          <w:sz w:val="20"/>
          <w:lang w:val="pl-PL"/>
        </w:rPr>
        <w:t>Grabowczyk</w:t>
      </w:r>
      <w:proofErr w:type="spellEnd"/>
      <w:r w:rsidRPr="005238D2">
        <w:rPr>
          <w:rFonts w:ascii="Roboto Condensed" w:hAnsi="Roboto Condensed"/>
          <w:sz w:val="20"/>
          <w:lang w:val="pl-PL"/>
        </w:rPr>
        <w:t xml:space="preserve"> III bagno </w:t>
      </w:r>
      <w:r w:rsidR="005238D2" w:rsidRPr="005238D2">
        <w:rPr>
          <w:rFonts w:ascii="Roboto Condensed" w:hAnsi="Roboto Condensed"/>
          <w:sz w:val="20"/>
          <w:lang w:val="pl-PL"/>
        </w:rPr>
        <w:t>(</w:t>
      </w:r>
      <w:r w:rsidRPr="005238D2">
        <w:rPr>
          <w:rFonts w:ascii="Roboto Condensed" w:hAnsi="Roboto Condensed"/>
          <w:sz w:val="20"/>
          <w:lang w:val="pl-PL"/>
        </w:rPr>
        <w:t xml:space="preserve">2,33 </w:t>
      </w:r>
      <w:r w:rsidR="005238D2" w:rsidRPr="005238D2">
        <w:rPr>
          <w:rFonts w:ascii="Roboto Condensed" w:hAnsi="Roboto Condensed"/>
          <w:sz w:val="20"/>
          <w:lang w:val="pl-PL"/>
        </w:rPr>
        <w:t>ha)</w:t>
      </w:r>
      <w:r w:rsidRPr="005238D2">
        <w:rPr>
          <w:rFonts w:ascii="Roboto Condensed" w:hAnsi="Roboto Condensed"/>
          <w:sz w:val="20"/>
          <w:lang w:val="pl-PL"/>
        </w:rPr>
        <w:t xml:space="preserve"> </w:t>
      </w:r>
      <w:r w:rsidR="005238D2" w:rsidRPr="005238D2">
        <w:rPr>
          <w:rFonts w:ascii="Roboto Condensed" w:hAnsi="Roboto Condensed"/>
          <w:sz w:val="20"/>
          <w:lang w:val="pl-PL"/>
        </w:rPr>
        <w:t xml:space="preserve"> - Grzebień działka nr 275</w:t>
      </w:r>
    </w:p>
    <w:p w14:paraId="53D07EDA" w14:textId="77777777" w:rsidR="005238D2" w:rsidRPr="005238D2" w:rsidRDefault="005238D2" w:rsidP="005238D2">
      <w:pPr>
        <w:pStyle w:val="Tekstpodstawowy2"/>
        <w:spacing w:line="240" w:lineRule="auto"/>
        <w:rPr>
          <w:rFonts w:ascii="Roboto Condensed" w:hAnsi="Roboto Condensed"/>
          <w:sz w:val="20"/>
          <w:lang w:val="pl-PL"/>
        </w:rPr>
      </w:pPr>
      <w:r w:rsidRPr="005238D2">
        <w:rPr>
          <w:rFonts w:ascii="Roboto Condensed" w:hAnsi="Roboto Condensed"/>
          <w:sz w:val="20"/>
          <w:lang w:val="pl-PL"/>
        </w:rPr>
        <w:t>Wyżej wymienione użytki ekologiczne zostały ustanowione kilkoma aktami prawnymi:</w:t>
      </w:r>
    </w:p>
    <w:p w14:paraId="14ABAEA5" w14:textId="6BB8BEF2" w:rsidR="005238D2" w:rsidRPr="005238D2" w:rsidRDefault="005238D2" w:rsidP="008636AA">
      <w:pPr>
        <w:pStyle w:val="Tekstpodstawowy2"/>
        <w:numPr>
          <w:ilvl w:val="0"/>
          <w:numId w:val="3"/>
        </w:numPr>
        <w:spacing w:line="240" w:lineRule="auto"/>
        <w:ind w:left="567" w:hanging="227"/>
        <w:rPr>
          <w:rFonts w:ascii="Roboto Condensed" w:hAnsi="Roboto Condensed"/>
          <w:sz w:val="20"/>
          <w:lang w:val="pl-PL"/>
        </w:rPr>
      </w:pPr>
      <w:r w:rsidRPr="005238D2">
        <w:rPr>
          <w:rFonts w:ascii="Roboto Condensed" w:hAnsi="Roboto Condensed"/>
          <w:sz w:val="20"/>
          <w:lang w:val="pl-PL"/>
        </w:rPr>
        <w:t>Rozporządzenie Nr 5/96 Wojewody piotrkowskiego z 04.11.1996 r. w sprawie uznania za zespoły przyrodniczo-krajobrazowe oraz za użytki ekologiczne</w:t>
      </w:r>
    </w:p>
    <w:p w14:paraId="532D85A5" w14:textId="04C11B6B" w:rsidR="005238D2" w:rsidRPr="005238D2" w:rsidRDefault="005238D2" w:rsidP="008636AA">
      <w:pPr>
        <w:pStyle w:val="Tekstpodstawowy2"/>
        <w:numPr>
          <w:ilvl w:val="0"/>
          <w:numId w:val="3"/>
        </w:numPr>
        <w:spacing w:line="240" w:lineRule="auto"/>
        <w:ind w:left="567" w:hanging="227"/>
        <w:rPr>
          <w:rFonts w:ascii="Roboto Condensed" w:hAnsi="Roboto Condensed"/>
          <w:sz w:val="20"/>
          <w:lang w:val="pl-PL"/>
        </w:rPr>
      </w:pPr>
      <w:r w:rsidRPr="005238D2">
        <w:rPr>
          <w:rFonts w:ascii="Roboto Condensed" w:hAnsi="Roboto Condensed"/>
          <w:sz w:val="20"/>
          <w:lang w:val="pl-PL"/>
        </w:rPr>
        <w:t>Rozporządzenie Nr 57/2001 Wojewody Łódzkiego z 17.12.2001 r. w sprawie uznania za użytki ekologiczne</w:t>
      </w:r>
    </w:p>
    <w:p w14:paraId="312CD759" w14:textId="5D7904F4" w:rsidR="005238D2" w:rsidRPr="005238D2" w:rsidRDefault="005238D2" w:rsidP="008636AA">
      <w:pPr>
        <w:pStyle w:val="Tekstpodstawowy2"/>
        <w:numPr>
          <w:ilvl w:val="0"/>
          <w:numId w:val="3"/>
        </w:numPr>
        <w:spacing w:line="240" w:lineRule="auto"/>
        <w:ind w:left="567" w:hanging="227"/>
        <w:rPr>
          <w:rFonts w:ascii="Roboto Condensed" w:hAnsi="Roboto Condensed"/>
          <w:sz w:val="20"/>
          <w:lang w:val="pl-PL"/>
        </w:rPr>
      </w:pPr>
      <w:r w:rsidRPr="005238D2">
        <w:rPr>
          <w:rFonts w:ascii="Roboto Condensed" w:hAnsi="Roboto Condensed"/>
          <w:sz w:val="20"/>
          <w:lang w:val="pl-PL"/>
        </w:rPr>
        <w:t>Uchwała nr XXXV/247/2018 Rady Gminy Radomsko z dnia 13 sierpnia 2018 r. w sprawie użytków ekologicznych na terenie gminy Radomsko</w:t>
      </w:r>
    </w:p>
    <w:p w14:paraId="7EF9DB58" w14:textId="506EA57F" w:rsidR="00AF2BFA" w:rsidRDefault="005238D2" w:rsidP="008636AA">
      <w:pPr>
        <w:pStyle w:val="Tekstpodstawowy2"/>
        <w:numPr>
          <w:ilvl w:val="0"/>
          <w:numId w:val="3"/>
        </w:numPr>
        <w:spacing w:line="240" w:lineRule="auto"/>
        <w:ind w:left="567" w:hanging="227"/>
        <w:rPr>
          <w:rFonts w:ascii="Roboto Condensed" w:hAnsi="Roboto Condensed"/>
          <w:sz w:val="20"/>
          <w:lang w:val="pl-PL"/>
        </w:rPr>
      </w:pPr>
      <w:r w:rsidRPr="005238D2">
        <w:rPr>
          <w:rFonts w:ascii="Roboto Condensed" w:hAnsi="Roboto Condensed"/>
          <w:sz w:val="20"/>
          <w:lang w:val="pl-PL"/>
        </w:rPr>
        <w:t>Uchwała nr VIII/61/2019 Rady Gminy Radomsko z dnia 29 kwietnia 2019 r. w sprawie zmiany Uchwały Nr XXXV/247/2018 Rady Gminy Radomsko z dnia 13 sierpnia 2018 r. w sprawie użytków ekologicznych na terenie gminy Radomsko</w:t>
      </w:r>
    </w:p>
    <w:p w14:paraId="7A65FB75" w14:textId="2C19DD44" w:rsidR="00C431DA" w:rsidRPr="00C431DA" w:rsidRDefault="00C431DA" w:rsidP="00C431DA">
      <w:pPr>
        <w:pStyle w:val="Tekstpodstawowy2"/>
        <w:spacing w:before="120" w:line="240" w:lineRule="auto"/>
        <w:ind w:left="567"/>
        <w:rPr>
          <w:rFonts w:ascii="Roboto Condensed" w:hAnsi="Roboto Condensed"/>
          <w:sz w:val="20"/>
          <w:lang w:val="pl-PL"/>
        </w:rPr>
      </w:pPr>
      <w:r w:rsidRPr="00A273E5">
        <w:rPr>
          <w:rFonts w:ascii="Roboto Condensed" w:hAnsi="Roboto Condensed"/>
          <w:i/>
          <w:iCs/>
          <w:sz w:val="20"/>
          <w:lang w:val="pl-PL"/>
        </w:rPr>
        <w:t>Rys.</w:t>
      </w:r>
      <w:r>
        <w:rPr>
          <w:rFonts w:ascii="Roboto Condensed" w:hAnsi="Roboto Condensed"/>
          <w:i/>
          <w:iCs/>
          <w:sz w:val="20"/>
          <w:lang w:val="pl-PL"/>
        </w:rPr>
        <w:t>7</w:t>
      </w:r>
      <w:r w:rsidRPr="00A273E5">
        <w:rPr>
          <w:rFonts w:ascii="Roboto Condensed" w:hAnsi="Roboto Condensed"/>
          <w:i/>
          <w:iCs/>
          <w:sz w:val="20"/>
          <w:lang w:val="pl-PL"/>
        </w:rPr>
        <w:t xml:space="preserve">. </w:t>
      </w:r>
      <w:r w:rsidR="0069384B">
        <w:rPr>
          <w:rFonts w:ascii="Roboto Condensed" w:hAnsi="Roboto Condensed"/>
          <w:i/>
          <w:iCs/>
          <w:sz w:val="20"/>
          <w:lang w:val="pl-PL"/>
        </w:rPr>
        <w:t>R</w:t>
      </w:r>
      <w:r>
        <w:rPr>
          <w:rFonts w:ascii="Roboto Condensed" w:hAnsi="Roboto Condensed"/>
          <w:i/>
          <w:iCs/>
          <w:sz w:val="20"/>
          <w:lang w:val="pl-PL"/>
        </w:rPr>
        <w:t>ozmieszczenie użytków ekologicznych</w:t>
      </w:r>
      <w:r w:rsidRPr="00A273E5">
        <w:rPr>
          <w:rFonts w:ascii="Roboto Condensed" w:hAnsi="Roboto Condensed"/>
          <w:i/>
          <w:iCs/>
          <w:sz w:val="20"/>
          <w:lang w:val="pl-PL"/>
        </w:rPr>
        <w:t xml:space="preserve"> na obszarze gminy.</w:t>
      </w:r>
    </w:p>
    <w:p w14:paraId="39A746B9" w14:textId="2E93B4EB" w:rsidR="00234E43" w:rsidRPr="009A175C" w:rsidRDefault="0079144E" w:rsidP="0079144E">
      <w:pPr>
        <w:pStyle w:val="Tekstpodstawowy2"/>
        <w:spacing w:line="240" w:lineRule="auto"/>
        <w:ind w:left="567"/>
        <w:jc w:val="center"/>
        <w:rPr>
          <w:color w:val="EE0000"/>
          <w:lang w:val="pl-PL"/>
        </w:rPr>
      </w:pPr>
      <w:r>
        <w:rPr>
          <w:noProof/>
          <w:color w:val="EE0000"/>
          <w:lang w:val="pl-PL"/>
        </w:rPr>
        <w:drawing>
          <wp:inline distT="0" distB="0" distL="0" distR="0" wp14:anchorId="23BC8B3B" wp14:editId="5C5BA9F3">
            <wp:extent cx="5875443" cy="3212327"/>
            <wp:effectExtent l="0" t="0" r="0" b="7620"/>
            <wp:docPr id="70755195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17770" cy="3235469"/>
                    </a:xfrm>
                    <a:prstGeom prst="rect">
                      <a:avLst/>
                    </a:prstGeom>
                    <a:noFill/>
                    <a:ln>
                      <a:noFill/>
                    </a:ln>
                  </pic:spPr>
                </pic:pic>
              </a:graphicData>
            </a:graphic>
          </wp:inline>
        </w:drawing>
      </w:r>
    </w:p>
    <w:p w14:paraId="794CB681" w14:textId="77777777" w:rsidR="00234E43" w:rsidRPr="009A175C" w:rsidRDefault="00234E43" w:rsidP="00AF2BFA">
      <w:pPr>
        <w:pStyle w:val="Tekstpodstawowy2"/>
        <w:spacing w:line="240" w:lineRule="auto"/>
        <w:rPr>
          <w:color w:val="EE0000"/>
          <w:lang w:val="pl-PL"/>
        </w:rPr>
      </w:pPr>
    </w:p>
    <w:p w14:paraId="7EBA6BE2" w14:textId="7E9F7674" w:rsidR="00F55599" w:rsidRPr="00C431DA" w:rsidRDefault="003D31CA" w:rsidP="008B0A32">
      <w:pPr>
        <w:pStyle w:val="Nagwek1"/>
        <w:spacing w:before="60" w:after="60" w:line="240" w:lineRule="auto"/>
        <w:ind w:left="737" w:hanging="567"/>
        <w:rPr>
          <w:rFonts w:ascii="Roboto Condensed" w:hAnsi="Roboto Condensed"/>
          <w:bCs/>
          <w:sz w:val="22"/>
          <w:szCs w:val="22"/>
          <w:lang w:val="pl-PL"/>
        </w:rPr>
      </w:pPr>
      <w:bookmarkStart w:id="30" w:name="_Toc193697360"/>
      <w:bookmarkStart w:id="31" w:name="_Toc206769020"/>
      <w:r w:rsidRPr="00C431DA">
        <w:rPr>
          <w:rFonts w:ascii="Roboto Condensed" w:hAnsi="Roboto Condensed"/>
          <w:bCs/>
          <w:sz w:val="22"/>
          <w:szCs w:val="22"/>
          <w:lang w:val="pl-PL"/>
        </w:rPr>
        <w:t>2.4. O</w:t>
      </w:r>
      <w:r w:rsidR="00F55599" w:rsidRPr="00C431DA">
        <w:rPr>
          <w:rFonts w:ascii="Roboto Condensed" w:hAnsi="Roboto Condensed"/>
          <w:bCs/>
          <w:sz w:val="22"/>
          <w:szCs w:val="22"/>
          <w:lang w:val="pl-PL"/>
        </w:rPr>
        <w:t>bszary szczególnego zagrożenia powodzią, wały przeciwpowodziowe oraz pasy o szerokości 50 m od stopy wału</w:t>
      </w:r>
      <w:bookmarkEnd w:id="30"/>
      <w:r w:rsidR="00177F46" w:rsidRPr="00C431DA">
        <w:rPr>
          <w:rFonts w:ascii="Roboto Condensed" w:hAnsi="Roboto Condensed"/>
          <w:bCs/>
          <w:sz w:val="22"/>
          <w:szCs w:val="22"/>
          <w:lang w:val="pl-PL"/>
        </w:rPr>
        <w:t>.</w:t>
      </w:r>
      <w:bookmarkEnd w:id="31"/>
    </w:p>
    <w:p w14:paraId="282C3444" w14:textId="4D34AB53" w:rsidR="00177F46" w:rsidRDefault="00177F46" w:rsidP="00883215">
      <w:pPr>
        <w:pStyle w:val="Tekstpodstawowy2"/>
        <w:spacing w:before="120" w:line="240" w:lineRule="auto"/>
        <w:ind w:left="170"/>
        <w:rPr>
          <w:rFonts w:ascii="Roboto Condensed" w:hAnsi="Roboto Condensed"/>
          <w:sz w:val="20"/>
          <w:lang w:val="pl-PL"/>
        </w:rPr>
      </w:pPr>
      <w:r w:rsidRPr="00C431DA">
        <w:rPr>
          <w:rFonts w:ascii="Roboto Condensed" w:hAnsi="Roboto Condensed"/>
          <w:sz w:val="20"/>
          <w:lang w:val="pl-PL"/>
        </w:rPr>
        <w:t xml:space="preserve">Zgodnie z mapami zagrożenia powodziowego sporządzanymi w ramach programu ISOK (Informatycznego Systemu Osłony Kraju) Gmina </w:t>
      </w:r>
      <w:r w:rsidR="00C431DA" w:rsidRPr="00C431DA">
        <w:rPr>
          <w:rFonts w:ascii="Roboto Condensed" w:hAnsi="Roboto Condensed"/>
          <w:sz w:val="20"/>
          <w:lang w:val="pl-PL"/>
        </w:rPr>
        <w:t>Radomsko</w:t>
      </w:r>
      <w:r w:rsidRPr="00C431DA">
        <w:rPr>
          <w:rFonts w:ascii="Roboto Condensed" w:hAnsi="Roboto Condensed"/>
          <w:sz w:val="20"/>
          <w:lang w:val="pl-PL"/>
        </w:rPr>
        <w:t xml:space="preserve"> znajduje się </w:t>
      </w:r>
      <w:r w:rsidR="00C431DA" w:rsidRPr="00C431DA">
        <w:rPr>
          <w:rFonts w:ascii="Roboto Condensed" w:hAnsi="Roboto Condensed"/>
          <w:sz w:val="20"/>
          <w:lang w:val="pl-PL"/>
        </w:rPr>
        <w:t>w</w:t>
      </w:r>
      <w:r w:rsidRPr="00C431DA">
        <w:rPr>
          <w:rFonts w:ascii="Roboto Condensed" w:hAnsi="Roboto Condensed"/>
          <w:sz w:val="20"/>
          <w:lang w:val="pl-PL"/>
        </w:rPr>
        <w:t xml:space="preserve"> obszara</w:t>
      </w:r>
      <w:r w:rsidR="00C431DA" w:rsidRPr="00C431DA">
        <w:rPr>
          <w:rFonts w:ascii="Roboto Condensed" w:hAnsi="Roboto Condensed"/>
          <w:sz w:val="20"/>
          <w:lang w:val="pl-PL"/>
        </w:rPr>
        <w:t>ch</w:t>
      </w:r>
      <w:r w:rsidRPr="00C431DA">
        <w:rPr>
          <w:rFonts w:ascii="Roboto Condensed" w:hAnsi="Roboto Condensed"/>
          <w:sz w:val="20"/>
          <w:lang w:val="pl-PL"/>
        </w:rPr>
        <w:t xml:space="preserve"> szczególnego zagrożenia powodzią</w:t>
      </w:r>
      <w:r w:rsidR="00C431DA" w:rsidRPr="00C431DA">
        <w:rPr>
          <w:rFonts w:ascii="Roboto Condensed" w:hAnsi="Roboto Condensed"/>
          <w:sz w:val="20"/>
          <w:lang w:val="pl-PL"/>
        </w:rPr>
        <w:t xml:space="preserve"> związanych z Rzek</w:t>
      </w:r>
      <w:r w:rsidR="00B176BB">
        <w:rPr>
          <w:rFonts w:ascii="Roboto Condensed" w:hAnsi="Roboto Condensed"/>
          <w:sz w:val="20"/>
          <w:lang w:val="pl-PL"/>
        </w:rPr>
        <w:t>ami</w:t>
      </w:r>
      <w:r w:rsidR="00C431DA" w:rsidRPr="00C431DA">
        <w:rPr>
          <w:rFonts w:ascii="Roboto Condensed" w:hAnsi="Roboto Condensed"/>
          <w:sz w:val="20"/>
          <w:lang w:val="pl-PL"/>
        </w:rPr>
        <w:t xml:space="preserve"> Wart</w:t>
      </w:r>
      <w:r w:rsidR="00B176BB">
        <w:rPr>
          <w:rFonts w:ascii="Roboto Condensed" w:hAnsi="Roboto Condensed"/>
          <w:sz w:val="20"/>
          <w:lang w:val="pl-PL"/>
        </w:rPr>
        <w:t>ą</w:t>
      </w:r>
      <w:r w:rsidR="00C431DA" w:rsidRPr="00C431DA">
        <w:rPr>
          <w:rFonts w:ascii="Roboto Condensed" w:hAnsi="Roboto Condensed"/>
          <w:sz w:val="20"/>
          <w:lang w:val="pl-PL"/>
        </w:rPr>
        <w:t xml:space="preserve"> i Radomk</w:t>
      </w:r>
      <w:r w:rsidR="00B176BB">
        <w:rPr>
          <w:rFonts w:ascii="Roboto Condensed" w:hAnsi="Roboto Condensed"/>
          <w:sz w:val="20"/>
          <w:lang w:val="pl-PL"/>
        </w:rPr>
        <w:t>ą</w:t>
      </w:r>
      <w:r w:rsidR="00D0290C" w:rsidRPr="00C431DA">
        <w:rPr>
          <w:rFonts w:ascii="Roboto Condensed" w:hAnsi="Roboto Condensed"/>
          <w:sz w:val="20"/>
          <w:lang w:val="pl-PL"/>
        </w:rPr>
        <w:t>.</w:t>
      </w:r>
      <w:r w:rsidR="00C431DA">
        <w:rPr>
          <w:rFonts w:ascii="Roboto Condensed" w:hAnsi="Roboto Condensed"/>
          <w:sz w:val="20"/>
          <w:lang w:val="pl-PL"/>
        </w:rPr>
        <w:t xml:space="preserve"> </w:t>
      </w:r>
    </w:p>
    <w:p w14:paraId="40143133" w14:textId="00FC6687" w:rsidR="0048460E" w:rsidRDefault="0048460E" w:rsidP="000465CE">
      <w:pPr>
        <w:pStyle w:val="Tekstpodstawowy2"/>
        <w:spacing w:before="120" w:after="120" w:line="240" w:lineRule="auto"/>
        <w:ind w:left="170"/>
        <w:rPr>
          <w:rFonts w:ascii="Roboto Condensed" w:hAnsi="Roboto Condensed"/>
          <w:sz w:val="20"/>
          <w:lang w:val="pl-PL"/>
        </w:rPr>
      </w:pPr>
      <w:r>
        <w:rPr>
          <w:rFonts w:ascii="Roboto Condensed" w:hAnsi="Roboto Condensed"/>
          <w:sz w:val="20"/>
          <w:lang w:val="pl-PL"/>
        </w:rPr>
        <w:t>Południowa część gminy w znacznym stopniu dotknięta jest zagrożeniem w szczególności, że obszary zagrożenia powodzią o prawdopodobieństwie wynoszącym 10% (średnio raz na 10 lat) również obszarowo są znaczące, co oznacza że wystąpienie powodzi na znacznym obszarze jest wysoki</w:t>
      </w:r>
      <w:r w:rsidR="00D41360">
        <w:rPr>
          <w:rFonts w:ascii="Roboto Condensed" w:hAnsi="Roboto Condensed"/>
          <w:sz w:val="20"/>
          <w:lang w:val="pl-PL"/>
        </w:rPr>
        <w:t>e. Szczególnie dotknięte zagrożeniem, jak wynika z poniżej zamieszczonej tabeli są sołectwa Bobry i Szczepocice Rządowe, gdzie zagrożenie powodzią dotyczy znacznych procentowo obszarów sołectwa i jego prawdopodobieństwo okresie 10 letnim jest tylko nieznacznie mniejsze niż w okresie 100-letnim.</w:t>
      </w:r>
    </w:p>
    <w:tbl>
      <w:tblPr>
        <w:tblStyle w:val="Tabela-Siatka"/>
        <w:tblW w:w="0" w:type="auto"/>
        <w:tblInd w:w="170" w:type="dxa"/>
        <w:tblLook w:val="04A0" w:firstRow="1" w:lastRow="0" w:firstColumn="1" w:lastColumn="0" w:noHBand="0" w:noVBand="1"/>
      </w:tblPr>
      <w:tblGrid>
        <w:gridCol w:w="2944"/>
        <w:gridCol w:w="1134"/>
        <w:gridCol w:w="1134"/>
        <w:gridCol w:w="1134"/>
        <w:gridCol w:w="1134"/>
        <w:gridCol w:w="1134"/>
        <w:gridCol w:w="1128"/>
      </w:tblGrid>
      <w:tr w:rsidR="000465CE" w14:paraId="068358D4" w14:textId="77777777" w:rsidTr="000465CE">
        <w:tc>
          <w:tcPr>
            <w:tcW w:w="2944" w:type="dxa"/>
            <w:vMerge w:val="restart"/>
            <w:tcBorders>
              <w:tl2br w:val="single" w:sz="4" w:space="0" w:color="auto"/>
            </w:tcBorders>
          </w:tcPr>
          <w:p w14:paraId="3BDD777E" w14:textId="11F37089" w:rsidR="000465CE" w:rsidRDefault="000465CE" w:rsidP="000465CE">
            <w:pPr>
              <w:pStyle w:val="Tekstpodstawowy2"/>
              <w:spacing w:after="40" w:line="240" w:lineRule="auto"/>
              <w:rPr>
                <w:rFonts w:ascii="Roboto Condensed" w:hAnsi="Roboto Condensed"/>
                <w:sz w:val="20"/>
                <w:lang w:val="pl-PL"/>
              </w:rPr>
            </w:pPr>
            <w:r>
              <w:rPr>
                <w:rFonts w:ascii="Roboto Condensed" w:hAnsi="Roboto Condensed"/>
                <w:sz w:val="20"/>
                <w:lang w:val="pl-PL"/>
              </w:rPr>
              <w:lastRenderedPageBreak/>
              <w:t xml:space="preserve">                      prawdopodobieństwo</w:t>
            </w:r>
          </w:p>
          <w:p w14:paraId="41C1095F" w14:textId="3B4E09DF" w:rsidR="000465CE" w:rsidRDefault="000465CE" w:rsidP="000465CE">
            <w:pPr>
              <w:pStyle w:val="Tekstpodstawowy2"/>
              <w:spacing w:before="40" w:after="40" w:line="240" w:lineRule="auto"/>
              <w:rPr>
                <w:rFonts w:ascii="Roboto Condensed" w:hAnsi="Roboto Condensed"/>
                <w:sz w:val="20"/>
                <w:lang w:val="pl-PL"/>
              </w:rPr>
            </w:pPr>
            <w:r>
              <w:rPr>
                <w:rFonts w:ascii="Roboto Condensed" w:hAnsi="Roboto Condensed"/>
                <w:sz w:val="20"/>
                <w:lang w:val="pl-PL"/>
              </w:rPr>
              <w:t>sołectwo</w:t>
            </w:r>
          </w:p>
        </w:tc>
        <w:tc>
          <w:tcPr>
            <w:tcW w:w="2268" w:type="dxa"/>
            <w:gridSpan w:val="2"/>
          </w:tcPr>
          <w:p w14:paraId="54C3795B" w14:textId="50670BF8" w:rsidR="000465CE" w:rsidRPr="000465CE" w:rsidRDefault="000465CE" w:rsidP="000465CE">
            <w:pPr>
              <w:pStyle w:val="Tekstpodstawowy2"/>
              <w:spacing w:before="40" w:after="40" w:line="240" w:lineRule="auto"/>
              <w:jc w:val="center"/>
              <w:rPr>
                <w:rFonts w:ascii="Roboto Condensed" w:hAnsi="Roboto Condensed"/>
                <w:b/>
                <w:bCs/>
                <w:sz w:val="20"/>
                <w:lang w:val="pl-PL"/>
              </w:rPr>
            </w:pPr>
            <w:r w:rsidRPr="000465CE">
              <w:rPr>
                <w:rFonts w:ascii="Roboto Condensed" w:hAnsi="Roboto Condensed"/>
                <w:b/>
                <w:bCs/>
                <w:sz w:val="20"/>
                <w:lang w:val="pl-PL"/>
              </w:rPr>
              <w:t>OPZ 10%</w:t>
            </w:r>
          </w:p>
        </w:tc>
        <w:tc>
          <w:tcPr>
            <w:tcW w:w="2268" w:type="dxa"/>
            <w:gridSpan w:val="2"/>
          </w:tcPr>
          <w:p w14:paraId="0ACE0AA6" w14:textId="0105AEC8" w:rsidR="000465CE" w:rsidRPr="000465CE" w:rsidRDefault="000465CE" w:rsidP="000465CE">
            <w:pPr>
              <w:pStyle w:val="Tekstpodstawowy2"/>
              <w:spacing w:before="40" w:after="40" w:line="240" w:lineRule="auto"/>
              <w:jc w:val="center"/>
              <w:rPr>
                <w:rFonts w:ascii="Roboto Condensed" w:hAnsi="Roboto Condensed"/>
                <w:b/>
                <w:bCs/>
                <w:sz w:val="20"/>
                <w:lang w:val="pl-PL"/>
              </w:rPr>
            </w:pPr>
            <w:r w:rsidRPr="000465CE">
              <w:rPr>
                <w:rFonts w:ascii="Roboto Condensed" w:hAnsi="Roboto Condensed"/>
                <w:b/>
                <w:bCs/>
                <w:sz w:val="20"/>
                <w:lang w:val="pl-PL"/>
              </w:rPr>
              <w:t>OPZ 1%</w:t>
            </w:r>
          </w:p>
        </w:tc>
        <w:tc>
          <w:tcPr>
            <w:tcW w:w="2262" w:type="dxa"/>
            <w:gridSpan w:val="2"/>
          </w:tcPr>
          <w:p w14:paraId="1991B96D" w14:textId="6B07EAB6" w:rsidR="000465CE" w:rsidRPr="000465CE" w:rsidRDefault="000465CE" w:rsidP="000465CE">
            <w:pPr>
              <w:pStyle w:val="Tekstpodstawowy2"/>
              <w:spacing w:before="40" w:after="40" w:line="240" w:lineRule="auto"/>
              <w:jc w:val="center"/>
              <w:rPr>
                <w:rFonts w:ascii="Roboto Condensed" w:hAnsi="Roboto Condensed"/>
                <w:b/>
                <w:bCs/>
                <w:sz w:val="20"/>
                <w:lang w:val="pl-PL"/>
              </w:rPr>
            </w:pPr>
            <w:r w:rsidRPr="000465CE">
              <w:rPr>
                <w:rFonts w:ascii="Roboto Condensed" w:hAnsi="Roboto Condensed"/>
                <w:b/>
                <w:bCs/>
                <w:sz w:val="20"/>
                <w:lang w:val="pl-PL"/>
              </w:rPr>
              <w:t>OPZ 0,2%</w:t>
            </w:r>
          </w:p>
        </w:tc>
      </w:tr>
      <w:tr w:rsidR="000465CE" w14:paraId="2EE8D216" w14:textId="77777777" w:rsidTr="000465CE">
        <w:tc>
          <w:tcPr>
            <w:tcW w:w="2944" w:type="dxa"/>
            <w:vMerge/>
            <w:tcBorders>
              <w:tl2br w:val="single" w:sz="4" w:space="0" w:color="auto"/>
            </w:tcBorders>
          </w:tcPr>
          <w:p w14:paraId="77F36267" w14:textId="77777777" w:rsidR="000465CE" w:rsidRDefault="000465CE" w:rsidP="000465CE">
            <w:pPr>
              <w:pStyle w:val="Tekstpodstawowy2"/>
              <w:spacing w:before="40" w:after="40" w:line="240" w:lineRule="auto"/>
              <w:rPr>
                <w:rFonts w:ascii="Roboto Condensed" w:hAnsi="Roboto Condensed"/>
                <w:sz w:val="20"/>
                <w:lang w:val="pl-PL"/>
              </w:rPr>
            </w:pPr>
          </w:p>
        </w:tc>
        <w:tc>
          <w:tcPr>
            <w:tcW w:w="1134" w:type="dxa"/>
          </w:tcPr>
          <w:p w14:paraId="4F12FBC2" w14:textId="3C8925B6" w:rsidR="000465CE" w:rsidRDefault="000465CE" w:rsidP="000465CE">
            <w:pPr>
              <w:pStyle w:val="Tekstpodstawowy2"/>
              <w:spacing w:line="240" w:lineRule="auto"/>
              <w:jc w:val="center"/>
              <w:rPr>
                <w:rFonts w:ascii="Roboto Condensed" w:hAnsi="Roboto Condensed"/>
                <w:sz w:val="20"/>
                <w:lang w:val="pl-PL"/>
              </w:rPr>
            </w:pPr>
            <w:r>
              <w:rPr>
                <w:rFonts w:ascii="Roboto Condensed" w:hAnsi="Roboto Condensed"/>
                <w:sz w:val="20"/>
                <w:lang w:val="pl-PL"/>
              </w:rPr>
              <w:t>[ha]</w:t>
            </w:r>
          </w:p>
        </w:tc>
        <w:tc>
          <w:tcPr>
            <w:tcW w:w="1134" w:type="dxa"/>
          </w:tcPr>
          <w:p w14:paraId="26512283" w14:textId="19C1F616" w:rsidR="000465CE" w:rsidRDefault="000465CE" w:rsidP="000465CE">
            <w:pPr>
              <w:pStyle w:val="Tekstpodstawowy2"/>
              <w:spacing w:line="240" w:lineRule="auto"/>
              <w:jc w:val="center"/>
              <w:rPr>
                <w:rFonts w:ascii="Roboto Condensed" w:hAnsi="Roboto Condensed"/>
                <w:sz w:val="20"/>
                <w:lang w:val="pl-PL"/>
              </w:rPr>
            </w:pPr>
            <w:r>
              <w:rPr>
                <w:rFonts w:ascii="Roboto Condensed" w:hAnsi="Roboto Condensed"/>
                <w:sz w:val="20"/>
                <w:lang w:val="pl-PL"/>
              </w:rPr>
              <w:t>[%]</w:t>
            </w:r>
          </w:p>
        </w:tc>
        <w:tc>
          <w:tcPr>
            <w:tcW w:w="1134" w:type="dxa"/>
          </w:tcPr>
          <w:p w14:paraId="11A5B7AF" w14:textId="4D33DEB4" w:rsidR="000465CE" w:rsidRDefault="000465CE" w:rsidP="000465CE">
            <w:pPr>
              <w:pStyle w:val="Tekstpodstawowy2"/>
              <w:spacing w:line="240" w:lineRule="auto"/>
              <w:jc w:val="center"/>
              <w:rPr>
                <w:rFonts w:ascii="Roboto Condensed" w:hAnsi="Roboto Condensed"/>
                <w:sz w:val="20"/>
                <w:lang w:val="pl-PL"/>
              </w:rPr>
            </w:pPr>
            <w:r>
              <w:rPr>
                <w:rFonts w:ascii="Roboto Condensed" w:hAnsi="Roboto Condensed"/>
                <w:sz w:val="20"/>
                <w:lang w:val="pl-PL"/>
              </w:rPr>
              <w:t>[ha]</w:t>
            </w:r>
          </w:p>
        </w:tc>
        <w:tc>
          <w:tcPr>
            <w:tcW w:w="1134" w:type="dxa"/>
          </w:tcPr>
          <w:p w14:paraId="1D8481FA" w14:textId="59F38E35" w:rsidR="000465CE" w:rsidRDefault="000465CE" w:rsidP="000465CE">
            <w:pPr>
              <w:pStyle w:val="Tekstpodstawowy2"/>
              <w:spacing w:line="240" w:lineRule="auto"/>
              <w:jc w:val="center"/>
              <w:rPr>
                <w:rFonts w:ascii="Roboto Condensed" w:hAnsi="Roboto Condensed"/>
                <w:sz w:val="20"/>
                <w:lang w:val="pl-PL"/>
              </w:rPr>
            </w:pPr>
            <w:r>
              <w:rPr>
                <w:rFonts w:ascii="Roboto Condensed" w:hAnsi="Roboto Condensed"/>
                <w:sz w:val="20"/>
                <w:lang w:val="pl-PL"/>
              </w:rPr>
              <w:t>[%]</w:t>
            </w:r>
          </w:p>
        </w:tc>
        <w:tc>
          <w:tcPr>
            <w:tcW w:w="1134" w:type="dxa"/>
          </w:tcPr>
          <w:p w14:paraId="7F7B1FA5" w14:textId="10E49E5D" w:rsidR="000465CE" w:rsidRDefault="000465CE" w:rsidP="000465CE">
            <w:pPr>
              <w:pStyle w:val="Tekstpodstawowy2"/>
              <w:spacing w:line="240" w:lineRule="auto"/>
              <w:jc w:val="center"/>
              <w:rPr>
                <w:rFonts w:ascii="Roboto Condensed" w:hAnsi="Roboto Condensed"/>
                <w:sz w:val="20"/>
                <w:lang w:val="pl-PL"/>
              </w:rPr>
            </w:pPr>
            <w:r>
              <w:rPr>
                <w:rFonts w:ascii="Roboto Condensed" w:hAnsi="Roboto Condensed"/>
                <w:sz w:val="20"/>
                <w:lang w:val="pl-PL"/>
              </w:rPr>
              <w:t>[ha]</w:t>
            </w:r>
          </w:p>
        </w:tc>
        <w:tc>
          <w:tcPr>
            <w:tcW w:w="1128" w:type="dxa"/>
          </w:tcPr>
          <w:p w14:paraId="3179F640" w14:textId="2D9C1C12" w:rsidR="000465CE" w:rsidRDefault="000465CE" w:rsidP="000465CE">
            <w:pPr>
              <w:pStyle w:val="Tekstpodstawowy2"/>
              <w:spacing w:line="240" w:lineRule="auto"/>
              <w:jc w:val="center"/>
              <w:rPr>
                <w:rFonts w:ascii="Roboto Condensed" w:hAnsi="Roboto Condensed"/>
                <w:sz w:val="20"/>
                <w:lang w:val="pl-PL"/>
              </w:rPr>
            </w:pPr>
            <w:r>
              <w:rPr>
                <w:rFonts w:ascii="Roboto Condensed" w:hAnsi="Roboto Condensed"/>
                <w:sz w:val="20"/>
                <w:lang w:val="pl-PL"/>
              </w:rPr>
              <w:t>[%]</w:t>
            </w:r>
          </w:p>
        </w:tc>
      </w:tr>
      <w:tr w:rsidR="00D41360" w14:paraId="73B351CD" w14:textId="77777777">
        <w:tc>
          <w:tcPr>
            <w:tcW w:w="2944" w:type="dxa"/>
          </w:tcPr>
          <w:p w14:paraId="34D071DB" w14:textId="6F4DAED8" w:rsidR="00D41360" w:rsidRPr="000F4B0C" w:rsidRDefault="00D41360" w:rsidP="00D41360">
            <w:pPr>
              <w:pStyle w:val="Tekstpodstawowy2"/>
              <w:spacing w:before="40" w:after="40" w:line="240" w:lineRule="auto"/>
              <w:rPr>
                <w:rFonts w:ascii="Roboto Condensed" w:hAnsi="Roboto Condensed"/>
                <w:b/>
                <w:bCs/>
                <w:sz w:val="20"/>
                <w:lang w:val="pl-PL"/>
              </w:rPr>
            </w:pPr>
            <w:r w:rsidRPr="000F4B0C">
              <w:rPr>
                <w:rFonts w:ascii="Roboto Condensed" w:hAnsi="Roboto Condensed"/>
                <w:b/>
                <w:bCs/>
                <w:sz w:val="20"/>
                <w:lang w:val="pl-PL"/>
              </w:rPr>
              <w:t>Bobry</w:t>
            </w:r>
          </w:p>
        </w:tc>
        <w:tc>
          <w:tcPr>
            <w:tcW w:w="1134" w:type="dxa"/>
          </w:tcPr>
          <w:p w14:paraId="3BACAC8F" w14:textId="6DCC12C3"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sz w:val="20"/>
                <w:lang w:val="pl-PL"/>
              </w:rPr>
              <w:t>254,9</w:t>
            </w:r>
          </w:p>
        </w:tc>
        <w:tc>
          <w:tcPr>
            <w:tcW w:w="1134" w:type="dxa"/>
            <w:vAlign w:val="center"/>
          </w:tcPr>
          <w:p w14:paraId="6A64C728" w14:textId="144FE613" w:rsidR="00D41360" w:rsidRPr="00D41360" w:rsidRDefault="00D41360" w:rsidP="00D41360">
            <w:pPr>
              <w:pStyle w:val="Tekstpodstawowy2"/>
              <w:spacing w:before="40" w:after="40" w:line="240" w:lineRule="auto"/>
              <w:jc w:val="center"/>
              <w:rPr>
                <w:rFonts w:ascii="Roboto Condensed" w:hAnsi="Roboto Condensed"/>
                <w:b/>
                <w:bCs/>
                <w:sz w:val="20"/>
                <w:lang w:val="pl-PL"/>
              </w:rPr>
            </w:pPr>
            <w:r w:rsidRPr="00D41360">
              <w:rPr>
                <w:rFonts w:ascii="Roboto Condensed" w:hAnsi="Roboto Condensed"/>
                <w:b/>
                <w:bCs/>
                <w:color w:val="000000"/>
                <w:sz w:val="20"/>
              </w:rPr>
              <w:t>44,1</w:t>
            </w:r>
          </w:p>
        </w:tc>
        <w:tc>
          <w:tcPr>
            <w:tcW w:w="1134" w:type="dxa"/>
          </w:tcPr>
          <w:p w14:paraId="3739483C" w14:textId="361B5F74"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sz w:val="20"/>
                <w:lang w:val="pl-PL"/>
              </w:rPr>
              <w:t>364,8</w:t>
            </w:r>
          </w:p>
        </w:tc>
        <w:tc>
          <w:tcPr>
            <w:tcW w:w="1134" w:type="dxa"/>
            <w:vAlign w:val="center"/>
          </w:tcPr>
          <w:p w14:paraId="2B95058F" w14:textId="7BA36050" w:rsidR="00D41360" w:rsidRPr="00D41360" w:rsidRDefault="00D41360" w:rsidP="00D41360">
            <w:pPr>
              <w:pStyle w:val="Tekstpodstawowy2"/>
              <w:spacing w:before="40" w:after="40" w:line="240" w:lineRule="auto"/>
              <w:jc w:val="center"/>
              <w:rPr>
                <w:rFonts w:ascii="Roboto Condensed" w:hAnsi="Roboto Condensed"/>
                <w:b/>
                <w:bCs/>
                <w:sz w:val="20"/>
                <w:lang w:val="pl-PL"/>
              </w:rPr>
            </w:pPr>
            <w:r w:rsidRPr="00D41360">
              <w:rPr>
                <w:rFonts w:ascii="Roboto Condensed" w:hAnsi="Roboto Condensed"/>
                <w:b/>
                <w:bCs/>
                <w:color w:val="000000"/>
                <w:sz w:val="20"/>
              </w:rPr>
              <w:t>63,1</w:t>
            </w:r>
          </w:p>
        </w:tc>
        <w:tc>
          <w:tcPr>
            <w:tcW w:w="1134" w:type="dxa"/>
          </w:tcPr>
          <w:p w14:paraId="0F02F7AC" w14:textId="17205CD9"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sz w:val="20"/>
                <w:lang w:val="pl-PL"/>
              </w:rPr>
              <w:t>399,7</w:t>
            </w:r>
          </w:p>
        </w:tc>
        <w:tc>
          <w:tcPr>
            <w:tcW w:w="1128" w:type="dxa"/>
            <w:vAlign w:val="center"/>
          </w:tcPr>
          <w:p w14:paraId="7FE44837" w14:textId="7AE14539"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color w:val="000000"/>
                <w:sz w:val="20"/>
              </w:rPr>
              <w:t>69,1</w:t>
            </w:r>
          </w:p>
        </w:tc>
      </w:tr>
      <w:tr w:rsidR="00D41360" w14:paraId="2ADCF40D" w14:textId="77777777">
        <w:tc>
          <w:tcPr>
            <w:tcW w:w="2944" w:type="dxa"/>
          </w:tcPr>
          <w:p w14:paraId="41560DFF" w14:textId="2B05BCC8" w:rsidR="00D41360" w:rsidRPr="000F4B0C" w:rsidRDefault="00D41360" w:rsidP="00D41360">
            <w:pPr>
              <w:pStyle w:val="Tekstpodstawowy2"/>
              <w:spacing w:before="40" w:after="40" w:line="240" w:lineRule="auto"/>
              <w:rPr>
                <w:rFonts w:ascii="Roboto Condensed" w:hAnsi="Roboto Condensed"/>
                <w:b/>
                <w:bCs/>
                <w:sz w:val="20"/>
                <w:lang w:val="pl-PL"/>
              </w:rPr>
            </w:pPr>
            <w:r w:rsidRPr="000F4B0C">
              <w:rPr>
                <w:rFonts w:ascii="Roboto Condensed" w:hAnsi="Roboto Condensed"/>
                <w:b/>
                <w:bCs/>
                <w:sz w:val="20"/>
                <w:lang w:val="pl-PL"/>
              </w:rPr>
              <w:t>Dąbrówka</w:t>
            </w:r>
          </w:p>
        </w:tc>
        <w:tc>
          <w:tcPr>
            <w:tcW w:w="1134" w:type="dxa"/>
          </w:tcPr>
          <w:p w14:paraId="1D63D877" w14:textId="243C5772"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sz w:val="20"/>
                <w:lang w:val="pl-PL"/>
              </w:rPr>
              <w:t>99,8</w:t>
            </w:r>
          </w:p>
        </w:tc>
        <w:tc>
          <w:tcPr>
            <w:tcW w:w="1134" w:type="dxa"/>
            <w:vAlign w:val="center"/>
          </w:tcPr>
          <w:p w14:paraId="1A740521" w14:textId="583A31D4"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color w:val="000000"/>
                <w:sz w:val="20"/>
              </w:rPr>
              <w:t>4,6</w:t>
            </w:r>
          </w:p>
        </w:tc>
        <w:tc>
          <w:tcPr>
            <w:tcW w:w="1134" w:type="dxa"/>
          </w:tcPr>
          <w:p w14:paraId="6FF589CB" w14:textId="5A1C7F36"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sz w:val="20"/>
                <w:lang w:val="pl-PL"/>
              </w:rPr>
              <w:t>123,2</w:t>
            </w:r>
          </w:p>
        </w:tc>
        <w:tc>
          <w:tcPr>
            <w:tcW w:w="1134" w:type="dxa"/>
            <w:vAlign w:val="center"/>
          </w:tcPr>
          <w:p w14:paraId="39B42389" w14:textId="45B2E80E"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color w:val="000000"/>
                <w:sz w:val="20"/>
              </w:rPr>
              <w:t>5,7</w:t>
            </w:r>
          </w:p>
        </w:tc>
        <w:tc>
          <w:tcPr>
            <w:tcW w:w="1134" w:type="dxa"/>
          </w:tcPr>
          <w:p w14:paraId="4EC42319" w14:textId="4D6F61F9"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sz w:val="20"/>
                <w:lang w:val="pl-PL"/>
              </w:rPr>
              <w:t>137,4</w:t>
            </w:r>
          </w:p>
        </w:tc>
        <w:tc>
          <w:tcPr>
            <w:tcW w:w="1128" w:type="dxa"/>
            <w:vAlign w:val="center"/>
          </w:tcPr>
          <w:p w14:paraId="5583583D" w14:textId="2F29A0B5"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color w:val="000000"/>
                <w:sz w:val="20"/>
              </w:rPr>
              <w:t>6,4</w:t>
            </w:r>
          </w:p>
        </w:tc>
      </w:tr>
      <w:tr w:rsidR="00D41360" w14:paraId="2E293DF5" w14:textId="77777777">
        <w:tc>
          <w:tcPr>
            <w:tcW w:w="2944" w:type="dxa"/>
          </w:tcPr>
          <w:p w14:paraId="798B7308" w14:textId="353AADD7" w:rsidR="00D41360" w:rsidRPr="000F4B0C" w:rsidRDefault="00D41360" w:rsidP="00D41360">
            <w:pPr>
              <w:pStyle w:val="Tekstpodstawowy2"/>
              <w:spacing w:before="40" w:after="40" w:line="240" w:lineRule="auto"/>
              <w:rPr>
                <w:rFonts w:ascii="Roboto Condensed" w:hAnsi="Roboto Condensed"/>
                <w:b/>
                <w:bCs/>
                <w:sz w:val="20"/>
                <w:lang w:val="pl-PL"/>
              </w:rPr>
            </w:pPr>
            <w:r w:rsidRPr="000F4B0C">
              <w:rPr>
                <w:rFonts w:ascii="Roboto Condensed" w:hAnsi="Roboto Condensed"/>
                <w:b/>
                <w:bCs/>
                <w:sz w:val="20"/>
                <w:lang w:val="pl-PL"/>
              </w:rPr>
              <w:t>Szczepocice Prywatne</w:t>
            </w:r>
          </w:p>
        </w:tc>
        <w:tc>
          <w:tcPr>
            <w:tcW w:w="1134" w:type="dxa"/>
          </w:tcPr>
          <w:p w14:paraId="75C8F1B7" w14:textId="01E487A4"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sz w:val="20"/>
                <w:lang w:val="pl-PL"/>
              </w:rPr>
              <w:t>109,0</w:t>
            </w:r>
          </w:p>
        </w:tc>
        <w:tc>
          <w:tcPr>
            <w:tcW w:w="1134" w:type="dxa"/>
            <w:vAlign w:val="center"/>
          </w:tcPr>
          <w:p w14:paraId="38EDE467" w14:textId="4B96846E"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color w:val="000000"/>
                <w:sz w:val="20"/>
              </w:rPr>
              <w:t>13,1</w:t>
            </w:r>
          </w:p>
        </w:tc>
        <w:tc>
          <w:tcPr>
            <w:tcW w:w="1134" w:type="dxa"/>
          </w:tcPr>
          <w:p w14:paraId="1960250D" w14:textId="543ED8E3"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sz w:val="20"/>
                <w:lang w:val="pl-PL"/>
              </w:rPr>
              <w:t>161,4</w:t>
            </w:r>
          </w:p>
        </w:tc>
        <w:tc>
          <w:tcPr>
            <w:tcW w:w="1134" w:type="dxa"/>
            <w:vAlign w:val="center"/>
          </w:tcPr>
          <w:p w14:paraId="187A3134" w14:textId="7B7D38D3"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color w:val="000000"/>
                <w:sz w:val="20"/>
              </w:rPr>
              <w:t>19,4</w:t>
            </w:r>
          </w:p>
        </w:tc>
        <w:tc>
          <w:tcPr>
            <w:tcW w:w="1134" w:type="dxa"/>
          </w:tcPr>
          <w:p w14:paraId="22BE4453" w14:textId="407EA56D"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sz w:val="20"/>
                <w:lang w:val="pl-PL"/>
              </w:rPr>
              <w:t>186,9</w:t>
            </w:r>
          </w:p>
        </w:tc>
        <w:tc>
          <w:tcPr>
            <w:tcW w:w="1128" w:type="dxa"/>
            <w:vAlign w:val="center"/>
          </w:tcPr>
          <w:p w14:paraId="784FF2F9" w14:textId="6B07031D"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color w:val="000000"/>
                <w:sz w:val="20"/>
              </w:rPr>
              <w:t>22,5</w:t>
            </w:r>
          </w:p>
        </w:tc>
      </w:tr>
      <w:tr w:rsidR="00D41360" w14:paraId="270BF28D" w14:textId="77777777">
        <w:tc>
          <w:tcPr>
            <w:tcW w:w="2944" w:type="dxa"/>
          </w:tcPr>
          <w:p w14:paraId="7F3AB173" w14:textId="7D3DDFD1" w:rsidR="00D41360" w:rsidRPr="000F4B0C" w:rsidRDefault="00D41360" w:rsidP="00D41360">
            <w:pPr>
              <w:pStyle w:val="Tekstpodstawowy2"/>
              <w:spacing w:before="40" w:after="40" w:line="240" w:lineRule="auto"/>
              <w:rPr>
                <w:rFonts w:ascii="Roboto Condensed" w:hAnsi="Roboto Condensed"/>
                <w:b/>
                <w:bCs/>
                <w:sz w:val="20"/>
                <w:lang w:val="pl-PL"/>
              </w:rPr>
            </w:pPr>
            <w:r w:rsidRPr="000F4B0C">
              <w:rPr>
                <w:rFonts w:ascii="Roboto Condensed" w:hAnsi="Roboto Condensed"/>
                <w:b/>
                <w:bCs/>
                <w:sz w:val="20"/>
                <w:lang w:val="pl-PL"/>
              </w:rPr>
              <w:t>Szczepocice Rządowe</w:t>
            </w:r>
          </w:p>
        </w:tc>
        <w:tc>
          <w:tcPr>
            <w:tcW w:w="1134" w:type="dxa"/>
          </w:tcPr>
          <w:p w14:paraId="09B673A1" w14:textId="1EC5009A"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sz w:val="20"/>
                <w:lang w:val="pl-PL"/>
              </w:rPr>
              <w:t>195,8</w:t>
            </w:r>
          </w:p>
        </w:tc>
        <w:tc>
          <w:tcPr>
            <w:tcW w:w="1134" w:type="dxa"/>
            <w:vAlign w:val="center"/>
          </w:tcPr>
          <w:p w14:paraId="377E9BDD" w14:textId="686357CF" w:rsidR="00D41360" w:rsidRPr="00D41360" w:rsidRDefault="00D41360" w:rsidP="00D41360">
            <w:pPr>
              <w:pStyle w:val="Tekstpodstawowy2"/>
              <w:spacing w:before="40" w:after="40" w:line="240" w:lineRule="auto"/>
              <w:jc w:val="center"/>
              <w:rPr>
                <w:rFonts w:ascii="Roboto Condensed" w:hAnsi="Roboto Condensed"/>
                <w:b/>
                <w:bCs/>
                <w:sz w:val="20"/>
                <w:lang w:val="pl-PL"/>
              </w:rPr>
            </w:pPr>
            <w:r w:rsidRPr="00D41360">
              <w:rPr>
                <w:rFonts w:ascii="Roboto Condensed" w:hAnsi="Roboto Condensed"/>
                <w:b/>
                <w:bCs/>
                <w:color w:val="000000"/>
                <w:sz w:val="20"/>
              </w:rPr>
              <w:t>31,1</w:t>
            </w:r>
          </w:p>
        </w:tc>
        <w:tc>
          <w:tcPr>
            <w:tcW w:w="1134" w:type="dxa"/>
          </w:tcPr>
          <w:p w14:paraId="0F2E45DB" w14:textId="0B3DC98C"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sz w:val="20"/>
                <w:lang w:val="pl-PL"/>
              </w:rPr>
              <w:t>250,3</w:t>
            </w:r>
          </w:p>
        </w:tc>
        <w:tc>
          <w:tcPr>
            <w:tcW w:w="1134" w:type="dxa"/>
            <w:vAlign w:val="center"/>
          </w:tcPr>
          <w:p w14:paraId="7D3A8A7E" w14:textId="0DF9EB65" w:rsidR="00D41360" w:rsidRPr="00D41360" w:rsidRDefault="00D41360" w:rsidP="00D41360">
            <w:pPr>
              <w:pStyle w:val="Tekstpodstawowy2"/>
              <w:spacing w:before="40" w:after="40" w:line="240" w:lineRule="auto"/>
              <w:jc w:val="center"/>
              <w:rPr>
                <w:rFonts w:ascii="Roboto Condensed" w:hAnsi="Roboto Condensed"/>
                <w:b/>
                <w:bCs/>
                <w:sz w:val="20"/>
                <w:lang w:val="pl-PL"/>
              </w:rPr>
            </w:pPr>
            <w:r w:rsidRPr="00D41360">
              <w:rPr>
                <w:rFonts w:ascii="Roboto Condensed" w:hAnsi="Roboto Condensed"/>
                <w:b/>
                <w:bCs/>
                <w:color w:val="000000"/>
                <w:sz w:val="20"/>
              </w:rPr>
              <w:t>39,7</w:t>
            </w:r>
          </w:p>
        </w:tc>
        <w:tc>
          <w:tcPr>
            <w:tcW w:w="1134" w:type="dxa"/>
          </w:tcPr>
          <w:p w14:paraId="49DFFCDB" w14:textId="7E304D98"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sz w:val="20"/>
                <w:lang w:val="pl-PL"/>
              </w:rPr>
              <w:t>287,1</w:t>
            </w:r>
          </w:p>
        </w:tc>
        <w:tc>
          <w:tcPr>
            <w:tcW w:w="1128" w:type="dxa"/>
            <w:vAlign w:val="center"/>
          </w:tcPr>
          <w:p w14:paraId="30F44BC8" w14:textId="070F54B1"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color w:val="000000"/>
                <w:sz w:val="20"/>
              </w:rPr>
              <w:t>45,6</w:t>
            </w:r>
          </w:p>
        </w:tc>
      </w:tr>
      <w:tr w:rsidR="00D41360" w14:paraId="780EA7B4" w14:textId="77777777">
        <w:tc>
          <w:tcPr>
            <w:tcW w:w="2944" w:type="dxa"/>
          </w:tcPr>
          <w:p w14:paraId="41BB3981" w14:textId="549E5A18" w:rsidR="00D41360" w:rsidRPr="000F4B0C" w:rsidRDefault="00D41360" w:rsidP="00D41360">
            <w:pPr>
              <w:pStyle w:val="Tekstpodstawowy2"/>
              <w:spacing w:before="40" w:after="40" w:line="240" w:lineRule="auto"/>
              <w:rPr>
                <w:rFonts w:ascii="Roboto Condensed" w:hAnsi="Roboto Condensed"/>
                <w:b/>
                <w:bCs/>
                <w:sz w:val="20"/>
                <w:lang w:val="pl-PL"/>
              </w:rPr>
            </w:pPr>
            <w:r w:rsidRPr="000F4B0C">
              <w:rPr>
                <w:rFonts w:ascii="Roboto Condensed" w:hAnsi="Roboto Condensed"/>
                <w:b/>
                <w:bCs/>
                <w:sz w:val="20"/>
                <w:lang w:val="pl-PL"/>
              </w:rPr>
              <w:t>Gmina Radomsko</w:t>
            </w:r>
          </w:p>
        </w:tc>
        <w:tc>
          <w:tcPr>
            <w:tcW w:w="1134" w:type="dxa"/>
          </w:tcPr>
          <w:p w14:paraId="4699D58A" w14:textId="5BD0D584"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sz w:val="20"/>
                <w:lang w:val="pl-PL"/>
              </w:rPr>
              <w:t>659,7</w:t>
            </w:r>
          </w:p>
        </w:tc>
        <w:tc>
          <w:tcPr>
            <w:tcW w:w="1134" w:type="dxa"/>
            <w:vAlign w:val="center"/>
          </w:tcPr>
          <w:p w14:paraId="16A1FA82" w14:textId="462C96F6"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color w:val="000000"/>
                <w:sz w:val="20"/>
              </w:rPr>
              <w:t>7,7</w:t>
            </w:r>
          </w:p>
        </w:tc>
        <w:tc>
          <w:tcPr>
            <w:tcW w:w="1134" w:type="dxa"/>
          </w:tcPr>
          <w:p w14:paraId="5F140BDD" w14:textId="102B4EA5"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sz w:val="20"/>
                <w:lang w:val="pl-PL"/>
              </w:rPr>
              <w:t>899,8</w:t>
            </w:r>
          </w:p>
        </w:tc>
        <w:tc>
          <w:tcPr>
            <w:tcW w:w="1134" w:type="dxa"/>
            <w:vAlign w:val="center"/>
          </w:tcPr>
          <w:p w14:paraId="1F1817CC" w14:textId="47C8352B" w:rsidR="00D41360" w:rsidRPr="00D41360" w:rsidRDefault="00D41360" w:rsidP="00D41360">
            <w:pPr>
              <w:pStyle w:val="Tekstpodstawowy2"/>
              <w:spacing w:before="40" w:after="40" w:line="240" w:lineRule="auto"/>
              <w:jc w:val="center"/>
              <w:rPr>
                <w:rFonts w:ascii="Roboto Condensed" w:hAnsi="Roboto Condensed"/>
                <w:sz w:val="20"/>
                <w:lang w:val="pl-PL"/>
              </w:rPr>
            </w:pPr>
            <w:r w:rsidRPr="00D41360">
              <w:rPr>
                <w:rFonts w:ascii="Roboto Condensed" w:hAnsi="Roboto Condensed"/>
                <w:color w:val="000000"/>
                <w:sz w:val="20"/>
              </w:rPr>
              <w:t>10,5</w:t>
            </w:r>
          </w:p>
        </w:tc>
        <w:tc>
          <w:tcPr>
            <w:tcW w:w="1134" w:type="dxa"/>
          </w:tcPr>
          <w:p w14:paraId="7A559FE8" w14:textId="3986F121"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sz w:val="20"/>
                <w:lang w:val="pl-PL"/>
              </w:rPr>
              <w:t>1011,3</w:t>
            </w:r>
          </w:p>
        </w:tc>
        <w:tc>
          <w:tcPr>
            <w:tcW w:w="1128" w:type="dxa"/>
            <w:vAlign w:val="center"/>
          </w:tcPr>
          <w:p w14:paraId="41E48D54" w14:textId="7230C62A" w:rsidR="00D41360" w:rsidRDefault="00D41360" w:rsidP="00D41360">
            <w:pPr>
              <w:pStyle w:val="Tekstpodstawowy2"/>
              <w:spacing w:before="40" w:after="40" w:line="240" w:lineRule="auto"/>
              <w:jc w:val="center"/>
              <w:rPr>
                <w:rFonts w:ascii="Roboto Condensed" w:hAnsi="Roboto Condensed"/>
                <w:sz w:val="20"/>
                <w:lang w:val="pl-PL"/>
              </w:rPr>
            </w:pPr>
            <w:r>
              <w:rPr>
                <w:rFonts w:ascii="Roboto Condensed" w:hAnsi="Roboto Condensed"/>
                <w:color w:val="000000"/>
                <w:sz w:val="20"/>
              </w:rPr>
              <w:t>11,8</w:t>
            </w:r>
          </w:p>
        </w:tc>
      </w:tr>
    </w:tbl>
    <w:p w14:paraId="60F72640" w14:textId="10317A33" w:rsidR="0048460E" w:rsidRPr="00550B8A" w:rsidRDefault="00D41360" w:rsidP="00DD7C8F">
      <w:pPr>
        <w:pStyle w:val="Tekstpodstawowy2"/>
        <w:spacing w:before="120" w:after="120" w:line="240" w:lineRule="auto"/>
        <w:ind w:left="170"/>
        <w:rPr>
          <w:rFonts w:ascii="Roboto Condensed" w:hAnsi="Roboto Condensed"/>
          <w:sz w:val="20"/>
          <w:lang w:val="pl-PL"/>
        </w:rPr>
      </w:pPr>
      <w:r>
        <w:rPr>
          <w:rFonts w:ascii="Roboto Condensed" w:hAnsi="Roboto Condensed"/>
          <w:sz w:val="20"/>
          <w:lang w:val="pl-PL"/>
        </w:rPr>
        <w:t xml:space="preserve">Dane wskazują również, że zagrożenie w </w:t>
      </w:r>
      <w:r w:rsidR="00550B8A">
        <w:rPr>
          <w:rFonts w:ascii="Roboto Condensed" w:hAnsi="Roboto Condensed"/>
          <w:sz w:val="20"/>
          <w:lang w:val="pl-PL"/>
        </w:rPr>
        <w:t xml:space="preserve">proporcji do obszaru </w:t>
      </w:r>
      <w:r>
        <w:rPr>
          <w:rFonts w:ascii="Roboto Condensed" w:hAnsi="Roboto Condensed"/>
          <w:sz w:val="20"/>
          <w:lang w:val="pl-PL"/>
        </w:rPr>
        <w:t xml:space="preserve">całej gminy również jest </w:t>
      </w:r>
      <w:r w:rsidR="00550B8A">
        <w:rPr>
          <w:rFonts w:ascii="Roboto Condensed" w:hAnsi="Roboto Condensed"/>
          <w:sz w:val="20"/>
          <w:lang w:val="pl-PL"/>
        </w:rPr>
        <w:t xml:space="preserve">bardzo </w:t>
      </w:r>
      <w:r>
        <w:rPr>
          <w:rFonts w:ascii="Roboto Condensed" w:hAnsi="Roboto Condensed"/>
          <w:sz w:val="20"/>
          <w:lang w:val="pl-PL"/>
        </w:rPr>
        <w:t>znaczące</w:t>
      </w:r>
      <w:r w:rsidR="00550B8A">
        <w:rPr>
          <w:rFonts w:ascii="Roboto Condensed" w:hAnsi="Roboto Condensed"/>
          <w:sz w:val="20"/>
          <w:lang w:val="pl-PL"/>
        </w:rPr>
        <w:t>,</w:t>
      </w:r>
      <w:r>
        <w:rPr>
          <w:rFonts w:ascii="Roboto Condensed" w:hAnsi="Roboto Condensed"/>
          <w:sz w:val="20"/>
          <w:lang w:val="pl-PL"/>
        </w:rPr>
        <w:t xml:space="preserve"> gdyż </w:t>
      </w:r>
      <w:r w:rsidR="00550B8A">
        <w:rPr>
          <w:rFonts w:ascii="Roboto Condensed" w:hAnsi="Roboto Condensed"/>
          <w:sz w:val="20"/>
          <w:lang w:val="pl-PL"/>
        </w:rPr>
        <w:t>wystąpienie powodzi o zasięgu obejmującym blisko 8% powierzchni gminy (900 ha) występuje w okresie 10-letnim, a więc w bardzo krótkiej perspektywie.</w:t>
      </w:r>
    </w:p>
    <w:p w14:paraId="501FA246" w14:textId="6A0B1321" w:rsidR="0048460E" w:rsidRDefault="0048460E" w:rsidP="00883215">
      <w:pPr>
        <w:pStyle w:val="Tekstpodstawowy2"/>
        <w:spacing w:before="120" w:after="120" w:line="240" w:lineRule="auto"/>
        <w:ind w:left="170"/>
        <w:rPr>
          <w:rFonts w:ascii="Roboto Condensed" w:hAnsi="Roboto Condensed"/>
          <w:i/>
          <w:iCs/>
          <w:sz w:val="20"/>
          <w:lang w:val="pl-PL"/>
        </w:rPr>
      </w:pPr>
      <w:bookmarkStart w:id="32" w:name="_Hlk198649022"/>
      <w:r w:rsidRPr="00A273E5">
        <w:rPr>
          <w:rFonts w:ascii="Roboto Condensed" w:hAnsi="Roboto Condensed"/>
          <w:i/>
          <w:iCs/>
          <w:sz w:val="20"/>
          <w:lang w:val="pl-PL"/>
        </w:rPr>
        <w:t>Rys.</w:t>
      </w:r>
      <w:r>
        <w:rPr>
          <w:rFonts w:ascii="Roboto Condensed" w:hAnsi="Roboto Condensed"/>
          <w:i/>
          <w:iCs/>
          <w:sz w:val="20"/>
          <w:lang w:val="pl-PL"/>
        </w:rPr>
        <w:t>8</w:t>
      </w:r>
      <w:r w:rsidRPr="00A273E5">
        <w:rPr>
          <w:rFonts w:ascii="Roboto Condensed" w:hAnsi="Roboto Condensed"/>
          <w:i/>
          <w:iCs/>
          <w:sz w:val="20"/>
          <w:lang w:val="pl-PL"/>
        </w:rPr>
        <w:t xml:space="preserve">. </w:t>
      </w:r>
      <w:r>
        <w:rPr>
          <w:rFonts w:ascii="Roboto Condensed" w:hAnsi="Roboto Condensed"/>
          <w:i/>
          <w:iCs/>
          <w:sz w:val="20"/>
          <w:lang w:val="pl-PL"/>
        </w:rPr>
        <w:t xml:space="preserve">Obszary zagrożenia powodzią oraz </w:t>
      </w:r>
      <w:r w:rsidR="00550B8A">
        <w:rPr>
          <w:rFonts w:ascii="Roboto Condensed" w:hAnsi="Roboto Condensed"/>
          <w:i/>
          <w:iCs/>
          <w:sz w:val="20"/>
          <w:lang w:val="pl-PL"/>
        </w:rPr>
        <w:t xml:space="preserve">istniejące </w:t>
      </w:r>
      <w:r>
        <w:rPr>
          <w:rFonts w:ascii="Roboto Condensed" w:hAnsi="Roboto Condensed"/>
          <w:i/>
          <w:iCs/>
          <w:sz w:val="20"/>
          <w:lang w:val="pl-PL"/>
        </w:rPr>
        <w:t>obwałowania</w:t>
      </w:r>
      <w:r w:rsidR="00550B8A">
        <w:rPr>
          <w:rFonts w:ascii="Roboto Condensed" w:hAnsi="Roboto Condensed"/>
          <w:i/>
          <w:iCs/>
          <w:sz w:val="20"/>
          <w:lang w:val="pl-PL"/>
        </w:rPr>
        <w:t xml:space="preserve"> przeciwpowodziowe</w:t>
      </w:r>
      <w:r w:rsidRPr="00A273E5">
        <w:rPr>
          <w:rFonts w:ascii="Roboto Condensed" w:hAnsi="Roboto Condensed"/>
          <w:i/>
          <w:iCs/>
          <w:sz w:val="20"/>
          <w:lang w:val="pl-PL"/>
        </w:rPr>
        <w:t>.</w:t>
      </w:r>
    </w:p>
    <w:p w14:paraId="2419CB5D" w14:textId="32234616" w:rsidR="0048460E" w:rsidRDefault="0048460E" w:rsidP="00EE193F">
      <w:pPr>
        <w:pStyle w:val="Tekstpodstawowy2"/>
        <w:spacing w:before="120" w:after="120" w:line="240" w:lineRule="auto"/>
        <w:ind w:left="170"/>
        <w:rPr>
          <w:rFonts w:ascii="Roboto Condensed" w:hAnsi="Roboto Condensed"/>
          <w:i/>
          <w:iCs/>
          <w:sz w:val="20"/>
          <w:lang w:val="pl-PL"/>
        </w:rPr>
      </w:pPr>
      <w:r>
        <w:rPr>
          <w:rFonts w:ascii="Roboto Condensed" w:hAnsi="Roboto Condensed"/>
          <w:i/>
          <w:iCs/>
          <w:noProof/>
          <w:sz w:val="20"/>
          <w:lang w:val="pl-PL"/>
        </w:rPr>
        <w:drawing>
          <wp:inline distT="0" distB="0" distL="0" distR="0" wp14:anchorId="76C7F1FA" wp14:editId="6B53D06A">
            <wp:extent cx="6289675" cy="4237990"/>
            <wp:effectExtent l="0" t="0" r="0" b="0"/>
            <wp:docPr id="41168362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89675" cy="4237990"/>
                    </a:xfrm>
                    <a:prstGeom prst="rect">
                      <a:avLst/>
                    </a:prstGeom>
                    <a:noFill/>
                    <a:ln>
                      <a:noFill/>
                    </a:ln>
                  </pic:spPr>
                </pic:pic>
              </a:graphicData>
            </a:graphic>
          </wp:inline>
        </w:drawing>
      </w:r>
    </w:p>
    <w:p w14:paraId="6C22ABEF" w14:textId="77777777" w:rsidR="00C24947" w:rsidRDefault="00C24947">
      <w:pPr>
        <w:rPr>
          <w:rFonts w:ascii="Roboto Condensed" w:hAnsi="Roboto Condensed"/>
          <w:i/>
          <w:iCs/>
          <w:sz w:val="20"/>
          <w:szCs w:val="20"/>
        </w:rPr>
      </w:pPr>
      <w:r>
        <w:rPr>
          <w:rFonts w:ascii="Roboto Condensed" w:hAnsi="Roboto Condensed"/>
          <w:i/>
          <w:iCs/>
          <w:sz w:val="20"/>
        </w:rPr>
        <w:br w:type="page"/>
      </w:r>
    </w:p>
    <w:p w14:paraId="493EE224" w14:textId="39AD4083" w:rsidR="00177F46" w:rsidRPr="009A175C" w:rsidRDefault="00177F46" w:rsidP="00EE193F">
      <w:pPr>
        <w:pStyle w:val="Tekstpodstawowy2"/>
        <w:spacing w:before="240" w:line="240" w:lineRule="auto"/>
        <w:ind w:left="170"/>
        <w:rPr>
          <w:rFonts w:ascii="Roboto Condensed" w:hAnsi="Roboto Condensed"/>
          <w:color w:val="EE0000"/>
          <w:sz w:val="20"/>
          <w:lang w:val="pl-PL"/>
        </w:rPr>
      </w:pPr>
      <w:r w:rsidRPr="00A273E5">
        <w:rPr>
          <w:rFonts w:ascii="Roboto Condensed" w:hAnsi="Roboto Condensed"/>
          <w:i/>
          <w:iCs/>
          <w:sz w:val="20"/>
          <w:lang w:val="pl-PL"/>
        </w:rPr>
        <w:lastRenderedPageBreak/>
        <w:t>Rys.</w:t>
      </w:r>
      <w:r w:rsidR="00550B8A">
        <w:rPr>
          <w:rFonts w:ascii="Roboto Condensed" w:hAnsi="Roboto Condensed"/>
          <w:i/>
          <w:iCs/>
          <w:sz w:val="20"/>
          <w:lang w:val="pl-PL"/>
        </w:rPr>
        <w:t>9</w:t>
      </w:r>
      <w:r w:rsidRPr="00A273E5">
        <w:rPr>
          <w:rFonts w:ascii="Roboto Condensed" w:hAnsi="Roboto Condensed"/>
          <w:i/>
          <w:iCs/>
          <w:sz w:val="20"/>
          <w:lang w:val="pl-PL"/>
        </w:rPr>
        <w:t>. Ukształtowanie</w:t>
      </w:r>
      <w:r w:rsidR="00234E43" w:rsidRPr="00A273E5">
        <w:rPr>
          <w:rFonts w:ascii="Roboto Condensed" w:hAnsi="Roboto Condensed"/>
          <w:i/>
          <w:iCs/>
          <w:sz w:val="20"/>
          <w:lang w:val="pl-PL"/>
        </w:rPr>
        <w:t xml:space="preserve"> terenu</w:t>
      </w:r>
      <w:r w:rsidR="00DD7C8F">
        <w:rPr>
          <w:rFonts w:ascii="Roboto Condensed" w:hAnsi="Roboto Condensed"/>
          <w:i/>
          <w:iCs/>
          <w:sz w:val="20"/>
          <w:lang w:val="pl-PL"/>
        </w:rPr>
        <w:t>,</w:t>
      </w:r>
      <w:r w:rsidRPr="00A273E5">
        <w:rPr>
          <w:rFonts w:ascii="Roboto Condensed" w:hAnsi="Roboto Condensed"/>
          <w:i/>
          <w:iCs/>
          <w:sz w:val="20"/>
          <w:lang w:val="pl-PL"/>
        </w:rPr>
        <w:t xml:space="preserve"> </w:t>
      </w:r>
      <w:r w:rsidR="00234E43" w:rsidRPr="00A273E5">
        <w:rPr>
          <w:rFonts w:ascii="Roboto Condensed" w:hAnsi="Roboto Condensed"/>
          <w:i/>
          <w:iCs/>
          <w:sz w:val="20"/>
          <w:lang w:val="pl-PL"/>
        </w:rPr>
        <w:t>w tym</w:t>
      </w:r>
      <w:r w:rsidRPr="00A273E5">
        <w:rPr>
          <w:rFonts w:ascii="Roboto Condensed" w:hAnsi="Roboto Condensed"/>
          <w:i/>
          <w:iCs/>
          <w:sz w:val="20"/>
          <w:lang w:val="pl-PL"/>
        </w:rPr>
        <w:t xml:space="preserve"> rozmieszczenie dolin rzecznych na obszarze gminy.</w:t>
      </w:r>
      <w:bookmarkEnd w:id="32"/>
    </w:p>
    <w:p w14:paraId="01798F36" w14:textId="443991E3" w:rsidR="00177F46" w:rsidRPr="008035CA" w:rsidRDefault="00A273E5" w:rsidP="008035CA">
      <w:pPr>
        <w:pStyle w:val="Tekstpodstawowy2"/>
        <w:spacing w:line="240" w:lineRule="auto"/>
        <w:ind w:left="530"/>
        <w:jc w:val="center"/>
        <w:rPr>
          <w:rFonts w:ascii="Roboto Condensed" w:hAnsi="Roboto Condensed"/>
          <w:color w:val="EE0000"/>
          <w:sz w:val="20"/>
          <w:lang w:val="pl-PL"/>
        </w:rPr>
      </w:pPr>
      <w:r>
        <w:rPr>
          <w:rFonts w:ascii="Roboto Condensed" w:hAnsi="Roboto Condensed"/>
          <w:b/>
          <w:bCs/>
          <w:noProof/>
          <w:sz w:val="20"/>
        </w:rPr>
        <w:drawing>
          <wp:inline distT="0" distB="0" distL="0" distR="0" wp14:anchorId="34FDF959" wp14:editId="57E826EE">
            <wp:extent cx="5819590" cy="5518114"/>
            <wp:effectExtent l="0" t="0" r="0" b="6985"/>
            <wp:docPr id="1957140185" name="Obraz 2"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140185" name="Obraz 2" descr="Obraz zawierający tekst, mapa&#10;&#10;Opis wygenerowany automatyczni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15303" cy="5608869"/>
                    </a:xfrm>
                    <a:prstGeom prst="rect">
                      <a:avLst/>
                    </a:prstGeom>
                  </pic:spPr>
                </pic:pic>
              </a:graphicData>
            </a:graphic>
          </wp:inline>
        </w:drawing>
      </w:r>
    </w:p>
    <w:p w14:paraId="381AF674" w14:textId="77777777" w:rsidR="004E33C0" w:rsidRDefault="004E33C0">
      <w:pPr>
        <w:rPr>
          <w:rFonts w:ascii="Roboto Condensed" w:hAnsi="Roboto Condensed"/>
          <w:b/>
          <w:bCs/>
          <w:sz w:val="22"/>
          <w:szCs w:val="22"/>
        </w:rPr>
      </w:pPr>
      <w:bookmarkStart w:id="33" w:name="_Toc193697361"/>
      <w:r>
        <w:rPr>
          <w:rFonts w:ascii="Roboto Condensed" w:hAnsi="Roboto Condensed"/>
          <w:bCs/>
          <w:sz w:val="22"/>
          <w:szCs w:val="22"/>
        </w:rPr>
        <w:br w:type="page"/>
      </w:r>
    </w:p>
    <w:p w14:paraId="0F26205B" w14:textId="05DADB47" w:rsidR="00883215" w:rsidRPr="009A175C" w:rsidRDefault="003D31CA" w:rsidP="00883215">
      <w:pPr>
        <w:pStyle w:val="Nagwek1"/>
        <w:spacing w:before="60" w:after="60" w:line="240" w:lineRule="auto"/>
        <w:ind w:left="737" w:hanging="567"/>
        <w:rPr>
          <w:rFonts w:ascii="Roboto Condensed" w:hAnsi="Roboto Condensed"/>
          <w:bCs/>
          <w:color w:val="EE0000"/>
          <w:sz w:val="22"/>
          <w:szCs w:val="22"/>
          <w:lang w:val="pl-PL"/>
        </w:rPr>
      </w:pPr>
      <w:bookmarkStart w:id="34" w:name="_Toc206769021"/>
      <w:r w:rsidRPr="008035CA">
        <w:rPr>
          <w:rFonts w:ascii="Roboto Condensed" w:hAnsi="Roboto Condensed"/>
          <w:bCs/>
          <w:sz w:val="22"/>
          <w:szCs w:val="22"/>
          <w:lang w:val="pl-PL"/>
        </w:rPr>
        <w:lastRenderedPageBreak/>
        <w:t>2.5. O</w:t>
      </w:r>
      <w:r w:rsidR="00F55599" w:rsidRPr="008035CA">
        <w:rPr>
          <w:rFonts w:ascii="Roboto Condensed" w:hAnsi="Roboto Condensed"/>
          <w:bCs/>
          <w:sz w:val="22"/>
          <w:szCs w:val="22"/>
          <w:lang w:val="pl-PL"/>
        </w:rPr>
        <w:t>bszary gruntów zmeliorowanych</w:t>
      </w:r>
      <w:bookmarkEnd w:id="33"/>
      <w:bookmarkEnd w:id="34"/>
    </w:p>
    <w:p w14:paraId="2E2A2208" w14:textId="6AA215ED" w:rsidR="008035CA" w:rsidRPr="008035CA" w:rsidRDefault="00883215" w:rsidP="008035CA">
      <w:pPr>
        <w:pStyle w:val="Tekstpodstawowy2"/>
        <w:spacing w:before="120" w:line="240" w:lineRule="auto"/>
        <w:ind w:left="170"/>
        <w:rPr>
          <w:rFonts w:ascii="Roboto Condensed" w:hAnsi="Roboto Condensed"/>
          <w:sz w:val="20"/>
          <w:lang w:val="pl-PL"/>
        </w:rPr>
      </w:pPr>
      <w:r w:rsidRPr="008035CA">
        <w:rPr>
          <w:rFonts w:ascii="Roboto Condensed" w:hAnsi="Roboto Condensed"/>
          <w:sz w:val="20"/>
          <w:lang w:val="pl-PL"/>
        </w:rPr>
        <w:t xml:space="preserve">W gminie </w:t>
      </w:r>
      <w:r w:rsidR="008035CA" w:rsidRPr="008035CA">
        <w:rPr>
          <w:rFonts w:ascii="Roboto Condensed" w:hAnsi="Roboto Condensed"/>
          <w:sz w:val="20"/>
          <w:lang w:val="pl-PL"/>
        </w:rPr>
        <w:t>Radomsko</w:t>
      </w:r>
      <w:r w:rsidRPr="008035CA">
        <w:rPr>
          <w:rFonts w:ascii="Roboto Condensed" w:hAnsi="Roboto Condensed"/>
          <w:sz w:val="20"/>
          <w:lang w:val="pl-PL"/>
        </w:rPr>
        <w:t xml:space="preserve"> udział gruntów zmeliorowanych </w:t>
      </w:r>
      <w:r w:rsidR="008035CA" w:rsidRPr="008035CA">
        <w:rPr>
          <w:rFonts w:ascii="Roboto Condensed" w:hAnsi="Roboto Condensed"/>
          <w:sz w:val="20"/>
          <w:lang w:val="pl-PL"/>
        </w:rPr>
        <w:t>jest stosunkowo wysoki jednak tylko w niewielkim stopniu dotyczy terenów użytkowanych rolniczo</w:t>
      </w:r>
      <w:r w:rsidRPr="008035CA">
        <w:rPr>
          <w:rFonts w:ascii="Roboto Condensed" w:hAnsi="Roboto Condensed"/>
          <w:sz w:val="20"/>
          <w:lang w:val="pl-PL"/>
        </w:rPr>
        <w:t>.</w:t>
      </w:r>
      <w:bookmarkStart w:id="35" w:name="_Hlk198649073"/>
    </w:p>
    <w:p w14:paraId="60FC1381" w14:textId="4281B7EF" w:rsidR="00883215" w:rsidRPr="009A175C" w:rsidRDefault="00883215" w:rsidP="008035CA">
      <w:pPr>
        <w:pStyle w:val="Tekstpodstawowy2"/>
        <w:spacing w:before="120" w:line="240" w:lineRule="auto"/>
        <w:ind w:left="170"/>
        <w:rPr>
          <w:rFonts w:ascii="Roboto Condensed" w:hAnsi="Roboto Condensed"/>
          <w:color w:val="EE0000"/>
          <w:sz w:val="20"/>
          <w:lang w:val="pl-PL"/>
        </w:rPr>
      </w:pPr>
      <w:r w:rsidRPr="008035CA">
        <w:rPr>
          <w:rFonts w:ascii="Roboto Condensed" w:hAnsi="Roboto Condensed"/>
          <w:i/>
          <w:iCs/>
          <w:sz w:val="20"/>
          <w:lang w:val="pl-PL"/>
        </w:rPr>
        <w:t>Rys</w:t>
      </w:r>
      <w:r w:rsidR="00234E43" w:rsidRPr="008035CA">
        <w:rPr>
          <w:rFonts w:ascii="Roboto Condensed" w:hAnsi="Roboto Condensed"/>
          <w:i/>
          <w:iCs/>
          <w:sz w:val="20"/>
          <w:lang w:val="pl-PL"/>
        </w:rPr>
        <w:t>.</w:t>
      </w:r>
      <w:r w:rsidR="008035CA" w:rsidRPr="008035CA">
        <w:rPr>
          <w:rFonts w:ascii="Roboto Condensed" w:hAnsi="Roboto Condensed"/>
          <w:i/>
          <w:iCs/>
          <w:sz w:val="20"/>
          <w:lang w:val="pl-PL"/>
        </w:rPr>
        <w:t>10</w:t>
      </w:r>
      <w:r w:rsidRPr="008035CA">
        <w:rPr>
          <w:rFonts w:ascii="Roboto Condensed" w:hAnsi="Roboto Condensed"/>
          <w:i/>
          <w:iCs/>
          <w:sz w:val="20"/>
          <w:lang w:val="pl-PL"/>
        </w:rPr>
        <w:t xml:space="preserve">. </w:t>
      </w:r>
      <w:r w:rsidR="008035CA">
        <w:rPr>
          <w:rFonts w:ascii="Roboto Condensed" w:hAnsi="Roboto Condensed"/>
          <w:i/>
          <w:iCs/>
          <w:sz w:val="20"/>
          <w:lang w:val="pl-PL"/>
        </w:rPr>
        <w:t>Melioracje i o</w:t>
      </w:r>
      <w:r w:rsidRPr="008035CA">
        <w:rPr>
          <w:rFonts w:ascii="Roboto Condensed" w:hAnsi="Roboto Condensed"/>
          <w:i/>
          <w:iCs/>
          <w:sz w:val="20"/>
          <w:lang w:val="pl-PL"/>
        </w:rPr>
        <w:t>bszar</w:t>
      </w:r>
      <w:r w:rsidR="008035CA">
        <w:rPr>
          <w:rFonts w:ascii="Roboto Condensed" w:hAnsi="Roboto Condensed"/>
          <w:i/>
          <w:iCs/>
          <w:sz w:val="20"/>
          <w:lang w:val="pl-PL"/>
        </w:rPr>
        <w:t>y oddziaływania rowów (OOR)</w:t>
      </w:r>
      <w:r w:rsidR="00234E43" w:rsidRPr="008035CA">
        <w:rPr>
          <w:rFonts w:ascii="Roboto Condensed" w:hAnsi="Roboto Condensed"/>
          <w:i/>
          <w:iCs/>
          <w:sz w:val="20"/>
          <w:lang w:val="pl-PL"/>
        </w:rPr>
        <w:t>.</w:t>
      </w:r>
      <w:bookmarkEnd w:id="35"/>
    </w:p>
    <w:p w14:paraId="66B546D2" w14:textId="40405BB4" w:rsidR="00A423EC" w:rsidRDefault="001755CC" w:rsidP="001755CC">
      <w:pPr>
        <w:pStyle w:val="Tekstpodstawowy2"/>
        <w:spacing w:line="240" w:lineRule="auto"/>
        <w:ind w:left="170"/>
        <w:jc w:val="center"/>
        <w:rPr>
          <w:rFonts w:ascii="Roboto Condensed" w:hAnsi="Roboto Condensed"/>
          <w:noProof/>
          <w:color w:val="EE0000"/>
          <w:sz w:val="20"/>
          <w:lang w:val="pl-PL"/>
        </w:rPr>
      </w:pPr>
      <w:r w:rsidRPr="001755CC">
        <w:rPr>
          <w:noProof/>
        </w:rPr>
        <w:drawing>
          <wp:inline distT="0" distB="0" distL="0" distR="0" wp14:anchorId="645A9221" wp14:editId="7232119E">
            <wp:extent cx="6300470" cy="5832475"/>
            <wp:effectExtent l="0" t="0" r="5080" b="0"/>
            <wp:docPr id="1643281758" name="Obraz 10" descr="Obraz zawierający mapa, tekst,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81758" name="Obraz 10" descr="Obraz zawierający mapa, tekst, atlas&#10;&#10;Zawartość wygenerowana przez AI może być niepoprawn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0470" cy="5832475"/>
                    </a:xfrm>
                    <a:prstGeom prst="rect">
                      <a:avLst/>
                    </a:prstGeom>
                    <a:noFill/>
                    <a:ln>
                      <a:noFill/>
                    </a:ln>
                  </pic:spPr>
                </pic:pic>
              </a:graphicData>
            </a:graphic>
          </wp:inline>
        </w:drawing>
      </w:r>
    </w:p>
    <w:p w14:paraId="2DF11B91" w14:textId="77777777" w:rsidR="008035CA" w:rsidRPr="009A175C" w:rsidRDefault="008035CA" w:rsidP="00883215">
      <w:pPr>
        <w:pStyle w:val="Tekstpodstawowy2"/>
        <w:spacing w:line="240" w:lineRule="auto"/>
        <w:ind w:left="1250"/>
        <w:rPr>
          <w:rFonts w:ascii="Roboto Condensed" w:hAnsi="Roboto Condensed"/>
          <w:color w:val="EE0000"/>
          <w:sz w:val="20"/>
          <w:lang w:val="pl-PL"/>
        </w:rPr>
      </w:pPr>
    </w:p>
    <w:p w14:paraId="653C98D8" w14:textId="1A3BF828" w:rsidR="00F55599" w:rsidRPr="009A175C" w:rsidRDefault="003D31CA" w:rsidP="008B0A32">
      <w:pPr>
        <w:pStyle w:val="Nagwek1"/>
        <w:spacing w:before="60" w:after="60" w:line="240" w:lineRule="auto"/>
        <w:ind w:left="737" w:hanging="567"/>
        <w:rPr>
          <w:rFonts w:ascii="Roboto Condensed" w:hAnsi="Roboto Condensed"/>
          <w:bCs/>
          <w:color w:val="EE0000"/>
          <w:sz w:val="22"/>
          <w:szCs w:val="22"/>
          <w:lang w:val="pl-PL"/>
        </w:rPr>
      </w:pPr>
      <w:bookmarkStart w:id="36" w:name="_Toc193697362"/>
      <w:bookmarkStart w:id="37" w:name="_Toc206769022"/>
      <w:r w:rsidRPr="001755CC">
        <w:rPr>
          <w:rFonts w:ascii="Roboto Condensed" w:hAnsi="Roboto Condensed"/>
          <w:bCs/>
          <w:sz w:val="22"/>
          <w:szCs w:val="22"/>
          <w:lang w:val="pl-PL"/>
        </w:rPr>
        <w:t xml:space="preserve">2.6. </w:t>
      </w:r>
      <w:r w:rsidR="00D13B9C" w:rsidRPr="001755CC">
        <w:rPr>
          <w:rFonts w:ascii="Roboto Condensed" w:hAnsi="Roboto Condensed"/>
          <w:bCs/>
          <w:sz w:val="22"/>
          <w:szCs w:val="22"/>
          <w:lang w:val="pl-PL"/>
        </w:rPr>
        <w:t>T</w:t>
      </w:r>
      <w:r w:rsidR="00F55599" w:rsidRPr="001755CC">
        <w:rPr>
          <w:rFonts w:ascii="Roboto Condensed" w:hAnsi="Roboto Condensed"/>
          <w:bCs/>
          <w:sz w:val="22"/>
          <w:szCs w:val="22"/>
          <w:lang w:val="pl-PL"/>
        </w:rPr>
        <w:t>ereny zagrożone ruchami masowymi ziemi oraz tereny, na których występują te ruchy</w:t>
      </w:r>
      <w:bookmarkEnd w:id="36"/>
      <w:bookmarkEnd w:id="37"/>
    </w:p>
    <w:p w14:paraId="6894B7E2" w14:textId="22F4D755" w:rsidR="00517A0A" w:rsidRPr="00DD7C8F" w:rsidRDefault="001755CC" w:rsidP="00DD7C8F">
      <w:pPr>
        <w:pStyle w:val="Tekstpodstawowy2"/>
        <w:spacing w:line="240" w:lineRule="auto"/>
        <w:ind w:left="170"/>
        <w:rPr>
          <w:rFonts w:ascii="Roboto Condensed" w:hAnsi="Roboto Condensed"/>
          <w:color w:val="EE0000"/>
          <w:sz w:val="20"/>
          <w:lang w:val="pl-PL"/>
        </w:rPr>
      </w:pPr>
      <w:r w:rsidRPr="001755CC">
        <w:rPr>
          <w:rFonts w:ascii="Roboto Condensed" w:hAnsi="Roboto Condensed"/>
          <w:sz w:val="20"/>
          <w:lang w:val="pl-PL"/>
        </w:rPr>
        <w:t xml:space="preserve">Na terenie </w:t>
      </w:r>
      <w:r w:rsidR="00D13B9C" w:rsidRPr="001755CC">
        <w:rPr>
          <w:rFonts w:ascii="Roboto Condensed" w:hAnsi="Roboto Condensed"/>
          <w:sz w:val="20"/>
          <w:lang w:val="pl-PL"/>
        </w:rPr>
        <w:t>gmin</w:t>
      </w:r>
      <w:r w:rsidRPr="001755CC">
        <w:rPr>
          <w:rFonts w:ascii="Roboto Condensed" w:hAnsi="Roboto Condensed"/>
          <w:sz w:val="20"/>
          <w:lang w:val="pl-PL"/>
        </w:rPr>
        <w:t>y</w:t>
      </w:r>
      <w:r w:rsidR="00D13B9C" w:rsidRPr="001755CC">
        <w:rPr>
          <w:rFonts w:ascii="Roboto Condensed" w:hAnsi="Roboto Condensed"/>
          <w:sz w:val="20"/>
          <w:lang w:val="pl-PL"/>
        </w:rPr>
        <w:t xml:space="preserve"> </w:t>
      </w:r>
      <w:r w:rsidRPr="001755CC">
        <w:rPr>
          <w:rFonts w:ascii="Roboto Condensed" w:hAnsi="Roboto Condensed"/>
          <w:sz w:val="20"/>
          <w:lang w:val="pl-PL"/>
        </w:rPr>
        <w:t>Radomsko</w:t>
      </w:r>
      <w:r w:rsidR="00D13B9C" w:rsidRPr="001755CC">
        <w:rPr>
          <w:rFonts w:ascii="Roboto Condensed" w:hAnsi="Roboto Condensed"/>
          <w:sz w:val="20"/>
          <w:lang w:val="pl-PL"/>
        </w:rPr>
        <w:t xml:space="preserve"> </w:t>
      </w:r>
      <w:r w:rsidRPr="001755CC">
        <w:rPr>
          <w:rFonts w:ascii="Roboto Condensed" w:hAnsi="Roboto Condensed"/>
          <w:sz w:val="20"/>
          <w:lang w:val="pl-PL"/>
        </w:rPr>
        <w:t>nie zidentyfikowano obszarów osuwiskowych albo zagrożonych ruchami masowymi ziemi</w:t>
      </w:r>
      <w:r w:rsidR="00F04FFB">
        <w:rPr>
          <w:rFonts w:ascii="Roboto Condensed" w:hAnsi="Roboto Condensed"/>
          <w:sz w:val="20"/>
          <w:lang w:val="pl-PL"/>
        </w:rPr>
        <w:t xml:space="preserve"> (Projekt SOPO w obecnym zakresie nie obejmuje terenu gminy Radomsko)</w:t>
      </w:r>
    </w:p>
    <w:p w14:paraId="41316837" w14:textId="459E164B" w:rsidR="00B24A7B" w:rsidRPr="009A175C" w:rsidRDefault="003D31CA" w:rsidP="00DD7C8F">
      <w:pPr>
        <w:pStyle w:val="Nagwek1"/>
        <w:spacing w:before="240" w:after="60" w:line="240" w:lineRule="auto"/>
        <w:ind w:left="737" w:hanging="567"/>
        <w:rPr>
          <w:rFonts w:ascii="Roboto Condensed" w:hAnsi="Roboto Condensed"/>
          <w:bCs/>
          <w:color w:val="EE0000"/>
          <w:sz w:val="22"/>
          <w:szCs w:val="22"/>
          <w:lang w:val="pl-PL"/>
        </w:rPr>
      </w:pPr>
      <w:bookmarkStart w:id="38" w:name="_Toc193697363"/>
      <w:bookmarkStart w:id="39" w:name="_Toc206769023"/>
      <w:r w:rsidRPr="001755CC">
        <w:rPr>
          <w:rFonts w:ascii="Roboto Condensed" w:hAnsi="Roboto Condensed"/>
          <w:bCs/>
          <w:sz w:val="22"/>
          <w:szCs w:val="22"/>
          <w:lang w:val="pl-PL"/>
        </w:rPr>
        <w:t xml:space="preserve">2.7. </w:t>
      </w:r>
      <w:r w:rsidR="00D13B9C" w:rsidRPr="001755CC">
        <w:rPr>
          <w:rFonts w:ascii="Roboto Condensed" w:hAnsi="Roboto Condensed"/>
          <w:bCs/>
          <w:sz w:val="22"/>
          <w:szCs w:val="22"/>
          <w:lang w:val="pl-PL"/>
        </w:rPr>
        <w:t>S</w:t>
      </w:r>
      <w:r w:rsidR="00F55599" w:rsidRPr="001755CC">
        <w:rPr>
          <w:rFonts w:ascii="Roboto Condensed" w:hAnsi="Roboto Condensed"/>
          <w:bCs/>
          <w:sz w:val="22"/>
          <w:szCs w:val="22"/>
          <w:lang w:val="pl-PL"/>
        </w:rPr>
        <w:t>trefy ochronne ujęć wody</w:t>
      </w:r>
      <w:bookmarkEnd w:id="38"/>
      <w:bookmarkEnd w:id="39"/>
    </w:p>
    <w:p w14:paraId="7D1103A5" w14:textId="763717A6" w:rsidR="004D1FDF" w:rsidRDefault="00B24A7B" w:rsidP="00DD7C8F">
      <w:pPr>
        <w:pStyle w:val="Tekstpodstawowy2"/>
        <w:spacing w:line="240" w:lineRule="auto"/>
        <w:ind w:left="170"/>
        <w:rPr>
          <w:rFonts w:ascii="Roboto Condensed" w:hAnsi="Roboto Condensed"/>
          <w:color w:val="EE0000"/>
          <w:sz w:val="20"/>
          <w:lang w:val="pl-PL"/>
        </w:rPr>
      </w:pPr>
      <w:r w:rsidRPr="004D1FDF">
        <w:rPr>
          <w:rFonts w:ascii="Roboto Condensed" w:hAnsi="Roboto Condensed"/>
          <w:sz w:val="20"/>
          <w:lang w:val="pl-PL"/>
        </w:rPr>
        <w:t xml:space="preserve">Gmina </w:t>
      </w:r>
      <w:r w:rsidR="004D1FDF" w:rsidRPr="004D1FDF">
        <w:rPr>
          <w:rFonts w:ascii="Roboto Condensed" w:hAnsi="Roboto Condensed"/>
          <w:sz w:val="20"/>
          <w:lang w:val="pl-PL"/>
        </w:rPr>
        <w:t>Radomsko</w:t>
      </w:r>
      <w:r w:rsidRPr="004D1FDF">
        <w:rPr>
          <w:rFonts w:ascii="Roboto Condensed" w:hAnsi="Roboto Condensed"/>
          <w:sz w:val="20"/>
          <w:lang w:val="pl-PL"/>
        </w:rPr>
        <w:t xml:space="preserve"> posiada </w:t>
      </w:r>
      <w:r w:rsidR="004D1FDF" w:rsidRPr="004D1FDF">
        <w:rPr>
          <w:rFonts w:ascii="Roboto Condensed" w:hAnsi="Roboto Condensed"/>
          <w:sz w:val="20"/>
          <w:lang w:val="pl-PL"/>
        </w:rPr>
        <w:t>4 obszary</w:t>
      </w:r>
      <w:r w:rsidRPr="004D1FDF">
        <w:rPr>
          <w:rFonts w:ascii="Roboto Condensed" w:hAnsi="Roboto Condensed"/>
          <w:sz w:val="20"/>
          <w:lang w:val="pl-PL"/>
        </w:rPr>
        <w:t xml:space="preserve"> ujęć wód podziemnych, zlokalizowan</w:t>
      </w:r>
      <w:r w:rsidR="004D1FDF" w:rsidRPr="004D1FDF">
        <w:rPr>
          <w:rFonts w:ascii="Roboto Condensed" w:hAnsi="Roboto Condensed"/>
          <w:sz w:val="20"/>
          <w:lang w:val="pl-PL"/>
        </w:rPr>
        <w:t xml:space="preserve">e </w:t>
      </w:r>
      <w:r w:rsidR="00D16BED" w:rsidRPr="002D68E9">
        <w:rPr>
          <w:rFonts w:ascii="Roboto Condensed" w:hAnsi="Roboto Condensed"/>
          <w:sz w:val="20"/>
          <w:lang w:val="pl-PL"/>
        </w:rPr>
        <w:t xml:space="preserve">w </w:t>
      </w:r>
      <w:r w:rsidR="00D16BED">
        <w:rPr>
          <w:rFonts w:ascii="Roboto Condensed" w:hAnsi="Roboto Condensed"/>
          <w:sz w:val="20"/>
          <w:lang w:val="pl-PL"/>
        </w:rPr>
        <w:t>obrębach</w:t>
      </w:r>
      <w:r w:rsidR="00D16BED" w:rsidRPr="002D68E9">
        <w:rPr>
          <w:rFonts w:ascii="Roboto Condensed" w:hAnsi="Roboto Condensed"/>
          <w:sz w:val="20"/>
          <w:lang w:val="pl-PL"/>
        </w:rPr>
        <w:t xml:space="preserve"> Strzałków, </w:t>
      </w:r>
      <w:r w:rsidR="00D16BED">
        <w:rPr>
          <w:rFonts w:ascii="Roboto Condensed" w:hAnsi="Roboto Condensed"/>
          <w:sz w:val="20"/>
          <w:lang w:val="pl-PL"/>
        </w:rPr>
        <w:t xml:space="preserve">Kolonia </w:t>
      </w:r>
      <w:r w:rsidR="00D16BED" w:rsidRPr="002D68E9">
        <w:rPr>
          <w:rFonts w:ascii="Roboto Condensed" w:hAnsi="Roboto Condensed"/>
          <w:sz w:val="20"/>
          <w:lang w:val="pl-PL"/>
        </w:rPr>
        <w:t xml:space="preserve">Kietlin, Dąbrówka i </w:t>
      </w:r>
      <w:proofErr w:type="spellStart"/>
      <w:r w:rsidR="00D16BED" w:rsidRPr="002D68E9">
        <w:rPr>
          <w:rFonts w:ascii="Roboto Condensed" w:hAnsi="Roboto Condensed"/>
          <w:sz w:val="20"/>
          <w:lang w:val="pl-PL"/>
        </w:rPr>
        <w:t>Dziepółć</w:t>
      </w:r>
      <w:proofErr w:type="spellEnd"/>
      <w:r w:rsidR="001C26B8">
        <w:rPr>
          <w:rFonts w:ascii="Roboto Condensed" w:hAnsi="Roboto Condensed"/>
          <w:sz w:val="20"/>
          <w:lang w:val="pl-PL"/>
        </w:rPr>
        <w:t>.</w:t>
      </w:r>
    </w:p>
    <w:p w14:paraId="73695B25" w14:textId="3B8ABA38" w:rsidR="00D178B6" w:rsidRPr="00D178B6" w:rsidRDefault="00A24062" w:rsidP="008636AA">
      <w:pPr>
        <w:pStyle w:val="Tekstpodstawowy2"/>
        <w:numPr>
          <w:ilvl w:val="0"/>
          <w:numId w:val="3"/>
        </w:numPr>
        <w:spacing w:line="240" w:lineRule="auto"/>
        <w:ind w:left="567" w:hanging="227"/>
        <w:rPr>
          <w:rFonts w:ascii="Roboto Condensed" w:hAnsi="Roboto Condensed"/>
          <w:sz w:val="20"/>
          <w:lang w:val="pl-PL"/>
        </w:rPr>
      </w:pPr>
      <w:r w:rsidRPr="00A24062">
        <w:rPr>
          <w:rFonts w:ascii="Roboto Condensed" w:hAnsi="Roboto Condensed"/>
          <w:sz w:val="20"/>
          <w:lang w:val="pl-PL"/>
        </w:rPr>
        <w:t xml:space="preserve">Ujęcie wód podziemnych w </w:t>
      </w:r>
      <w:r>
        <w:rPr>
          <w:rFonts w:ascii="Roboto Condensed" w:hAnsi="Roboto Condensed"/>
          <w:sz w:val="20"/>
          <w:lang w:val="pl-PL"/>
        </w:rPr>
        <w:t>Dąbrówce</w:t>
      </w:r>
      <w:r w:rsidRPr="00A24062">
        <w:rPr>
          <w:rFonts w:ascii="Roboto Condensed" w:hAnsi="Roboto Condensed"/>
          <w:sz w:val="20"/>
          <w:lang w:val="pl-PL"/>
        </w:rPr>
        <w:t xml:space="preserve"> funkcjonuje w oparciu o dwie studnie głębinowe nr </w:t>
      </w:r>
      <w:r>
        <w:rPr>
          <w:rFonts w:ascii="Roboto Condensed" w:hAnsi="Roboto Condensed"/>
          <w:sz w:val="20"/>
          <w:lang w:val="pl-PL"/>
        </w:rPr>
        <w:t>I</w:t>
      </w:r>
      <w:r w:rsidRPr="00A24062">
        <w:rPr>
          <w:rFonts w:ascii="Roboto Condensed" w:hAnsi="Roboto Condensed"/>
          <w:sz w:val="20"/>
          <w:lang w:val="pl-PL"/>
        </w:rPr>
        <w:t xml:space="preserve"> </w:t>
      </w:r>
      <w:proofErr w:type="spellStart"/>
      <w:r w:rsidRPr="00A24062">
        <w:rPr>
          <w:rFonts w:ascii="Roboto Condensed" w:hAnsi="Roboto Condensed"/>
          <w:sz w:val="20"/>
          <w:lang w:val="pl-PL"/>
        </w:rPr>
        <w:t>i</w:t>
      </w:r>
      <w:proofErr w:type="spellEnd"/>
      <w:r w:rsidRPr="00A24062">
        <w:rPr>
          <w:rFonts w:ascii="Roboto Condensed" w:hAnsi="Roboto Condensed"/>
          <w:sz w:val="20"/>
          <w:lang w:val="pl-PL"/>
        </w:rPr>
        <w:t xml:space="preserve"> nr </w:t>
      </w:r>
      <w:r>
        <w:rPr>
          <w:rFonts w:ascii="Roboto Condensed" w:hAnsi="Roboto Condensed"/>
          <w:sz w:val="20"/>
          <w:lang w:val="pl-PL"/>
        </w:rPr>
        <w:t>II</w:t>
      </w:r>
      <w:r w:rsidRPr="00A24062">
        <w:rPr>
          <w:rFonts w:ascii="Roboto Condensed" w:hAnsi="Roboto Condensed"/>
          <w:sz w:val="20"/>
          <w:lang w:val="pl-PL"/>
        </w:rPr>
        <w:t xml:space="preserve">. </w:t>
      </w:r>
      <w:r w:rsidR="00D178B6" w:rsidRPr="00D178B6">
        <w:rPr>
          <w:rFonts w:ascii="Roboto Condensed" w:hAnsi="Roboto Condensed"/>
          <w:sz w:val="20"/>
          <w:lang w:val="pl-PL"/>
        </w:rPr>
        <w:t xml:space="preserve">Ujęcie pobiera wodę z utworów kredowych studnią nr I </w:t>
      </w:r>
      <w:proofErr w:type="spellStart"/>
      <w:r w:rsidR="00D178B6" w:rsidRPr="00D178B6">
        <w:rPr>
          <w:rFonts w:ascii="Roboto Condensed" w:hAnsi="Roboto Condensed"/>
          <w:sz w:val="20"/>
          <w:lang w:val="pl-PL"/>
        </w:rPr>
        <w:t>i</w:t>
      </w:r>
      <w:proofErr w:type="spellEnd"/>
      <w:r w:rsidR="00D178B6" w:rsidRPr="00D178B6">
        <w:rPr>
          <w:rFonts w:ascii="Roboto Condensed" w:hAnsi="Roboto Condensed"/>
          <w:sz w:val="20"/>
          <w:lang w:val="pl-PL"/>
        </w:rPr>
        <w:t xml:space="preserve"> nr II naprzemiennie, na potrzeby zaopatrzenia wodociągu miejscowości Dąbrówka, Lipie, </w:t>
      </w:r>
      <w:proofErr w:type="spellStart"/>
      <w:r w:rsidR="00D178B6" w:rsidRPr="00D178B6">
        <w:rPr>
          <w:rFonts w:ascii="Roboto Condensed" w:hAnsi="Roboto Condensed"/>
          <w:sz w:val="20"/>
          <w:lang w:val="pl-PL"/>
        </w:rPr>
        <w:t>Klekotowe</w:t>
      </w:r>
      <w:proofErr w:type="spellEnd"/>
      <w:r w:rsidR="00D178B6" w:rsidRPr="00D178B6">
        <w:rPr>
          <w:rFonts w:ascii="Roboto Condensed" w:hAnsi="Roboto Condensed"/>
          <w:sz w:val="20"/>
          <w:lang w:val="pl-PL"/>
        </w:rPr>
        <w:t xml:space="preserve">, Szczepocice Prywatne, Szczepocice Rządowe, Bobry, </w:t>
      </w:r>
      <w:proofErr w:type="spellStart"/>
      <w:r w:rsidR="00D178B6" w:rsidRPr="00D178B6">
        <w:rPr>
          <w:rFonts w:ascii="Roboto Condensed" w:hAnsi="Roboto Condensed"/>
          <w:sz w:val="20"/>
          <w:lang w:val="pl-PL"/>
        </w:rPr>
        <w:t>Cerkawizna</w:t>
      </w:r>
      <w:proofErr w:type="spellEnd"/>
      <w:r w:rsidR="00D178B6" w:rsidRPr="00D178B6">
        <w:rPr>
          <w:rFonts w:ascii="Roboto Condensed" w:hAnsi="Roboto Condensed"/>
          <w:sz w:val="20"/>
          <w:lang w:val="pl-PL"/>
        </w:rPr>
        <w:t xml:space="preserve">, </w:t>
      </w:r>
      <w:proofErr w:type="spellStart"/>
      <w:r w:rsidR="00D178B6" w:rsidRPr="00D178B6">
        <w:rPr>
          <w:rFonts w:ascii="Roboto Condensed" w:hAnsi="Roboto Condensed"/>
          <w:sz w:val="20"/>
          <w:lang w:val="pl-PL"/>
        </w:rPr>
        <w:t>Podcerkawizna</w:t>
      </w:r>
      <w:proofErr w:type="spellEnd"/>
      <w:r w:rsidRPr="00A24062">
        <w:rPr>
          <w:rFonts w:ascii="Roboto Condensed" w:hAnsi="Roboto Condensed"/>
          <w:sz w:val="20"/>
          <w:lang w:val="pl-PL"/>
        </w:rPr>
        <w:t xml:space="preserve">. Dla ujęcia </w:t>
      </w:r>
      <w:r w:rsidR="00D178B6" w:rsidRPr="00D178B6">
        <w:rPr>
          <w:rFonts w:ascii="Roboto Condensed" w:hAnsi="Roboto Condensed"/>
          <w:sz w:val="20"/>
          <w:lang w:val="pl-PL"/>
        </w:rPr>
        <w:t>Dyrektor Zarządu Zlewni w Sieradzu Państwowego Gospodarstwa Wodnego Wody Polskie ustanowił strefę ochrony ujęcia obejmującą wyłącznie teren ochrony bezpośredniej – decyzja znak: PO.ZUZ.5.4100.3.2023.NK z dnia 20.03.2023 r.</w:t>
      </w:r>
      <w:r w:rsidRPr="00A24062">
        <w:rPr>
          <w:rFonts w:ascii="Roboto Condensed" w:hAnsi="Roboto Condensed"/>
          <w:sz w:val="20"/>
          <w:lang w:val="pl-PL"/>
        </w:rPr>
        <w:t xml:space="preserve"> </w:t>
      </w:r>
      <w:r w:rsidR="000B5397">
        <w:rPr>
          <w:rFonts w:ascii="Roboto Condensed" w:hAnsi="Roboto Condensed"/>
          <w:sz w:val="20"/>
          <w:lang w:val="pl-PL"/>
        </w:rPr>
        <w:t>Pierwotnie dla ujęcia obowiązywał</w:t>
      </w:r>
      <w:r w:rsidR="00D178B6">
        <w:rPr>
          <w:rFonts w:ascii="Roboto Condensed" w:hAnsi="Roboto Condensed"/>
          <w:sz w:val="20"/>
          <w:lang w:val="pl-PL"/>
        </w:rPr>
        <w:t xml:space="preserve"> </w:t>
      </w:r>
      <w:r w:rsidR="000B5397">
        <w:rPr>
          <w:rFonts w:ascii="Roboto Condensed" w:hAnsi="Roboto Condensed"/>
          <w:sz w:val="20"/>
          <w:lang w:val="pl-PL"/>
        </w:rPr>
        <w:t>obszar</w:t>
      </w:r>
      <w:r w:rsidR="00D178B6" w:rsidRPr="00D178B6">
        <w:rPr>
          <w:rFonts w:ascii="Roboto Condensed" w:hAnsi="Roboto Condensed"/>
          <w:sz w:val="20"/>
          <w:lang w:val="pl-PL"/>
        </w:rPr>
        <w:t xml:space="preserve"> ochrony pośredniej </w:t>
      </w:r>
      <w:r w:rsidR="00D178B6">
        <w:rPr>
          <w:rFonts w:ascii="Roboto Condensed" w:hAnsi="Roboto Condensed"/>
          <w:sz w:val="20"/>
          <w:lang w:val="pl-PL"/>
        </w:rPr>
        <w:t>wyznaczon</w:t>
      </w:r>
      <w:r w:rsidR="000B5397">
        <w:rPr>
          <w:rFonts w:ascii="Roboto Condensed" w:hAnsi="Roboto Condensed"/>
          <w:sz w:val="20"/>
          <w:lang w:val="pl-PL"/>
        </w:rPr>
        <w:t>y</w:t>
      </w:r>
      <w:r w:rsidR="00D178B6">
        <w:rPr>
          <w:rFonts w:ascii="Roboto Condensed" w:hAnsi="Roboto Condensed"/>
          <w:sz w:val="20"/>
          <w:lang w:val="pl-PL"/>
        </w:rPr>
        <w:t xml:space="preserve"> </w:t>
      </w:r>
      <w:r w:rsidR="00D178B6" w:rsidRPr="00D178B6">
        <w:rPr>
          <w:rFonts w:ascii="Roboto Condensed" w:hAnsi="Roboto Condensed"/>
          <w:sz w:val="20"/>
          <w:lang w:val="pl-PL"/>
        </w:rPr>
        <w:t xml:space="preserve">w decyzji Wojewody Piotrkowskiego z dnia 11 stycznia 1996 roku (znak: OS-VI-6210-54/95/96). Obecnie ze względu na zmiany przepisów wynikających z Ustawy Prawo Wodne, </w:t>
      </w:r>
      <w:r w:rsidR="000B5397">
        <w:rPr>
          <w:rFonts w:ascii="Roboto Condensed" w:hAnsi="Roboto Condensed"/>
          <w:sz w:val="20"/>
          <w:lang w:val="pl-PL"/>
        </w:rPr>
        <w:t xml:space="preserve">niniejsza </w:t>
      </w:r>
      <w:r w:rsidR="00D178B6" w:rsidRPr="00D178B6">
        <w:rPr>
          <w:rFonts w:ascii="Roboto Condensed" w:hAnsi="Roboto Condensed"/>
          <w:sz w:val="20"/>
          <w:lang w:val="pl-PL"/>
        </w:rPr>
        <w:t>strefa ochronna w postaci terenu ochrony pośredniej nie posiada umocowania prawnego</w:t>
      </w:r>
      <w:r w:rsidR="000B5397">
        <w:rPr>
          <w:rFonts w:ascii="Roboto Condensed" w:hAnsi="Roboto Condensed"/>
          <w:sz w:val="20"/>
          <w:lang w:val="pl-PL"/>
        </w:rPr>
        <w:t>.</w:t>
      </w:r>
    </w:p>
    <w:p w14:paraId="7AD3500D" w14:textId="428F5F82" w:rsidR="00D178B6" w:rsidRDefault="00DC3A6B" w:rsidP="008636AA">
      <w:pPr>
        <w:pStyle w:val="Tekstpodstawowy2"/>
        <w:numPr>
          <w:ilvl w:val="0"/>
          <w:numId w:val="3"/>
        </w:numPr>
        <w:spacing w:line="240" w:lineRule="auto"/>
        <w:ind w:left="567" w:hanging="227"/>
        <w:rPr>
          <w:rFonts w:ascii="Roboto Condensed" w:hAnsi="Roboto Condensed"/>
          <w:sz w:val="20"/>
          <w:lang w:val="pl-PL"/>
        </w:rPr>
      </w:pPr>
      <w:r w:rsidRPr="00DC3A6B">
        <w:rPr>
          <w:rFonts w:ascii="Roboto Condensed" w:hAnsi="Roboto Condensed"/>
          <w:sz w:val="20"/>
          <w:lang w:val="pl-PL"/>
        </w:rPr>
        <w:t xml:space="preserve">Ujęcie wód podziemnych w </w:t>
      </w:r>
      <w:proofErr w:type="spellStart"/>
      <w:r w:rsidRPr="00DC3A6B">
        <w:rPr>
          <w:rFonts w:ascii="Roboto Condensed" w:hAnsi="Roboto Condensed"/>
          <w:sz w:val="20"/>
          <w:lang w:val="pl-PL"/>
        </w:rPr>
        <w:t>Dziepółciu</w:t>
      </w:r>
      <w:proofErr w:type="spellEnd"/>
      <w:r w:rsidRPr="00DC3A6B">
        <w:rPr>
          <w:rFonts w:ascii="Roboto Condensed" w:hAnsi="Roboto Condensed"/>
          <w:sz w:val="20"/>
          <w:lang w:val="pl-PL"/>
        </w:rPr>
        <w:t xml:space="preserve"> funkcjonuje w oparciu o dwie studnie głębinowe nr 1 i nr 2. Ujęcie pobiera wodę z utworów kredowych studnią nr 1 i nr 2 naprzemiennie, na potrzeby zaopatrzenia wodociągu </w:t>
      </w:r>
      <w:proofErr w:type="spellStart"/>
      <w:r w:rsidRPr="00DC3A6B">
        <w:rPr>
          <w:rFonts w:ascii="Roboto Condensed" w:hAnsi="Roboto Condensed"/>
          <w:sz w:val="20"/>
          <w:lang w:val="pl-PL"/>
        </w:rPr>
        <w:t>Dziepółć</w:t>
      </w:r>
      <w:proofErr w:type="spellEnd"/>
      <w:r w:rsidRPr="00DC3A6B">
        <w:rPr>
          <w:rFonts w:ascii="Roboto Condensed" w:hAnsi="Roboto Condensed"/>
          <w:sz w:val="20"/>
          <w:lang w:val="pl-PL"/>
        </w:rPr>
        <w:t xml:space="preserve">, Amelin, część </w:t>
      </w:r>
      <w:r w:rsidRPr="00DC3A6B">
        <w:rPr>
          <w:rFonts w:ascii="Roboto Condensed" w:hAnsi="Roboto Condensed"/>
          <w:sz w:val="20"/>
          <w:lang w:val="pl-PL"/>
        </w:rPr>
        <w:lastRenderedPageBreak/>
        <w:t>peryferyjnych ulic Strzałkowa. Dla ujęcia Dyrektor Zarządu Zlewni w Sieradzu Państwowego Gospodarstwa Wodnego Wody Polskie ustanowił strefę ochrony ujęcia obejmującą wyłącznie teren ochrony bezpośredniej – decyzja PO.ZUZ.5.4100.558.2018.MK z dnia 20.03.2023 r.</w:t>
      </w:r>
    </w:p>
    <w:p w14:paraId="35E464E9" w14:textId="3AD1F635" w:rsidR="00A24062" w:rsidRDefault="00DC3A6B" w:rsidP="008636AA">
      <w:pPr>
        <w:pStyle w:val="Tekstpodstawowy2"/>
        <w:numPr>
          <w:ilvl w:val="0"/>
          <w:numId w:val="3"/>
        </w:numPr>
        <w:spacing w:line="240" w:lineRule="auto"/>
        <w:ind w:left="567" w:hanging="227"/>
        <w:rPr>
          <w:rFonts w:ascii="Roboto Condensed" w:hAnsi="Roboto Condensed"/>
          <w:sz w:val="20"/>
          <w:lang w:val="pl-PL"/>
        </w:rPr>
      </w:pPr>
      <w:r w:rsidRPr="00DC3A6B">
        <w:rPr>
          <w:rFonts w:ascii="Roboto Condensed" w:hAnsi="Roboto Condensed"/>
          <w:sz w:val="20"/>
          <w:lang w:val="pl-PL"/>
        </w:rPr>
        <w:t>Ujęcie wód podziemnych w Kietlinie funkcjonuje w oparciu o trzy studnie głębinowe nr 1, nr 2 i nr 3. Ujęcie pobiera wodę z utworów kredowych studnią nr 1, nr 2 i nr 3 naprzemiennie, na potrzeby zaopatrzenia wodociągu miejscowości Kietlin, Płoszów, Okr</w:t>
      </w:r>
      <w:r w:rsidRPr="009B6C6F">
        <w:rPr>
          <w:rFonts w:ascii="Roboto Condensed" w:hAnsi="Roboto Condensed"/>
          <w:sz w:val="20"/>
          <w:lang w:val="pl-PL"/>
        </w:rPr>
        <w:t xml:space="preserve">ajszów. Dla ujęcia Dyrektor Zarządu Zlewni w Sieradzu Państwowego Gospodarstwa Wodnego Wody Polskie ustanowił strefę ochrony ujęcia obejmującą wyłącznie teren ochrony bezpośredniej – decyzja </w:t>
      </w:r>
      <w:r w:rsidR="009B0F17" w:rsidRPr="009B0F17">
        <w:rPr>
          <w:rFonts w:ascii="Roboto Condensed" w:hAnsi="Roboto Condensed"/>
          <w:sz w:val="20"/>
          <w:lang w:val="pl-PL"/>
        </w:rPr>
        <w:t xml:space="preserve">PO.ZUZ.5.4100.4.2023.NK </w:t>
      </w:r>
      <w:r w:rsidRPr="009B6C6F">
        <w:rPr>
          <w:rFonts w:ascii="Roboto Condensed" w:hAnsi="Roboto Condensed"/>
          <w:sz w:val="20"/>
          <w:lang w:val="pl-PL"/>
        </w:rPr>
        <w:t>z dnia 20.03.2023 r.</w:t>
      </w:r>
    </w:p>
    <w:p w14:paraId="10592AD4" w14:textId="4A92F686" w:rsidR="00D54992" w:rsidRPr="000B5397" w:rsidRDefault="00D54992" w:rsidP="008636AA">
      <w:pPr>
        <w:pStyle w:val="Tekstpodstawowy2"/>
        <w:numPr>
          <w:ilvl w:val="0"/>
          <w:numId w:val="3"/>
        </w:numPr>
        <w:spacing w:line="240" w:lineRule="auto"/>
        <w:ind w:left="567" w:hanging="227"/>
        <w:rPr>
          <w:rFonts w:ascii="Roboto Condensed" w:hAnsi="Roboto Condensed"/>
          <w:color w:val="EE0000"/>
          <w:sz w:val="20"/>
          <w:lang w:val="pl-PL"/>
        </w:rPr>
      </w:pPr>
      <w:r w:rsidRPr="00A24062">
        <w:rPr>
          <w:rFonts w:ascii="Roboto Condensed" w:hAnsi="Roboto Condensed"/>
          <w:sz w:val="20"/>
          <w:lang w:val="pl-PL"/>
        </w:rPr>
        <w:t>Ujęcie wód podziemnych w Strzałkowie funkcjonuje w oparciu o dwie studnie głębinowe nr 1 i nr 2. Ujęcie pobiera wodę z utworów kredowych studnią nr 1 i nr 2 naprzemiennie, na potrzeby zaopatrzenia wodociągu miejscowości Strzałków i Grzebień.</w:t>
      </w:r>
      <w:r w:rsidR="00A24062" w:rsidRPr="00A24062">
        <w:rPr>
          <w:rFonts w:ascii="Roboto Condensed" w:hAnsi="Roboto Condensed"/>
          <w:sz w:val="20"/>
          <w:lang w:val="pl-PL"/>
        </w:rPr>
        <w:t xml:space="preserve"> Dla ujęcia Dyrektor Zarządu Zlewni w Sieradzu Państwowego Gospodarstwa Wodnego Wody Polskie ustanowił strefę ochrony ujęcia obejmującą wyłącznie teren ochrony bezpośredniej – decyzja PO.ZUZ.5.4100.2.2023.NK z dnia 20.03.2023 r. </w:t>
      </w:r>
    </w:p>
    <w:p w14:paraId="6E1956C2" w14:textId="48EC37EE" w:rsidR="000B5397" w:rsidRPr="00B678F9" w:rsidRDefault="000B5397" w:rsidP="000B5397">
      <w:pPr>
        <w:pStyle w:val="Tekstpodstawowy2"/>
        <w:spacing w:line="240" w:lineRule="auto"/>
        <w:ind w:left="340"/>
        <w:rPr>
          <w:rFonts w:ascii="Roboto Condensed" w:hAnsi="Roboto Condensed"/>
          <w:color w:val="EE0000"/>
          <w:sz w:val="20"/>
          <w:lang w:val="pl-PL"/>
        </w:rPr>
      </w:pPr>
      <w:r w:rsidRPr="00A24062">
        <w:rPr>
          <w:rFonts w:ascii="Roboto Condensed" w:hAnsi="Roboto Condensed"/>
          <w:sz w:val="20"/>
          <w:lang w:val="pl-PL"/>
        </w:rPr>
        <w:t xml:space="preserve">Stref ochrony pośredniej </w:t>
      </w:r>
      <w:r>
        <w:rPr>
          <w:rFonts w:ascii="Roboto Condensed" w:hAnsi="Roboto Condensed"/>
          <w:sz w:val="20"/>
          <w:lang w:val="pl-PL"/>
        </w:rPr>
        <w:t xml:space="preserve">dla wyżej wymienionych ujęć wód podziemnych </w:t>
      </w:r>
      <w:r w:rsidRPr="00A24062">
        <w:rPr>
          <w:rFonts w:ascii="Roboto Condensed" w:hAnsi="Roboto Condensed"/>
          <w:sz w:val="20"/>
          <w:lang w:val="pl-PL"/>
        </w:rPr>
        <w:t>nie wyznaczono – przeprowadzona w 2023 roku analiza ryzyka nie stwierdziła potrzeby ustanawiania strefy ochronnej ujęcia w postaci terenu ochrony pośredniej.</w:t>
      </w:r>
    </w:p>
    <w:p w14:paraId="19ADEB0E" w14:textId="2BD06C99" w:rsidR="00457E3A" w:rsidRPr="000B5397" w:rsidRDefault="009B6C6F" w:rsidP="00CC4C6C">
      <w:pPr>
        <w:pStyle w:val="Tekstpodstawowy2"/>
        <w:spacing w:before="120" w:line="240" w:lineRule="auto"/>
        <w:ind w:left="170"/>
        <w:rPr>
          <w:rFonts w:ascii="Roboto Condensed" w:hAnsi="Roboto Condensed"/>
          <w:sz w:val="20"/>
          <w:lang w:val="pl-PL"/>
        </w:rPr>
      </w:pPr>
      <w:r w:rsidRPr="00B678F9">
        <w:rPr>
          <w:rFonts w:ascii="Roboto Condensed" w:hAnsi="Roboto Condensed"/>
          <w:sz w:val="20"/>
          <w:lang w:val="pl-PL"/>
        </w:rPr>
        <w:t>Cały obszar gminy znajduje się w obszarze głównego zbiornika wód podziemnych nr 408 „Niecka Miechowska (część NW)” przy czy</w:t>
      </w:r>
      <w:r w:rsidRPr="000B5397">
        <w:rPr>
          <w:rFonts w:ascii="Roboto Condensed" w:hAnsi="Roboto Condensed"/>
          <w:sz w:val="20"/>
          <w:lang w:val="pl-PL"/>
        </w:rPr>
        <w:t xml:space="preserve">m część obszaru </w:t>
      </w:r>
      <w:r w:rsidR="00B678F9" w:rsidRPr="000B5397">
        <w:rPr>
          <w:rFonts w:ascii="Roboto Condensed" w:hAnsi="Roboto Condensed"/>
          <w:sz w:val="20"/>
          <w:lang w:val="pl-PL"/>
        </w:rPr>
        <w:t xml:space="preserve">4644 ha (czyli około 54%) </w:t>
      </w:r>
      <w:r w:rsidRPr="000B5397">
        <w:rPr>
          <w:rFonts w:ascii="Roboto Condensed" w:hAnsi="Roboto Condensed"/>
          <w:sz w:val="20"/>
          <w:lang w:val="pl-PL"/>
        </w:rPr>
        <w:t>leży w obszarach wskazanych jako proponowany obszar ochronny zbiornika</w:t>
      </w:r>
      <w:r w:rsidR="00B678F9" w:rsidRPr="000B5397">
        <w:rPr>
          <w:rFonts w:ascii="Roboto Condensed" w:hAnsi="Roboto Condensed"/>
          <w:sz w:val="20"/>
          <w:lang w:val="pl-PL"/>
        </w:rPr>
        <w:t>, dotychczas jednak obszaru ochronnego nie ustanowiono.</w:t>
      </w:r>
    </w:p>
    <w:p w14:paraId="0EA11F97" w14:textId="49B509E6" w:rsidR="003A3E9E" w:rsidRPr="009A175C" w:rsidRDefault="003A3E9E" w:rsidP="00CC4C6C">
      <w:pPr>
        <w:pStyle w:val="Tekstpodstawowy2"/>
        <w:spacing w:before="120" w:after="120" w:line="240" w:lineRule="auto"/>
        <w:ind w:left="170"/>
        <w:rPr>
          <w:rFonts w:ascii="Roboto Condensed" w:hAnsi="Roboto Condensed"/>
          <w:i/>
          <w:iCs/>
          <w:color w:val="EE0000"/>
          <w:sz w:val="20"/>
          <w:lang w:val="pl-PL"/>
        </w:rPr>
      </w:pPr>
      <w:bookmarkStart w:id="40" w:name="_Hlk198649118"/>
      <w:r w:rsidRPr="000B5397">
        <w:rPr>
          <w:rFonts w:ascii="Roboto Condensed" w:hAnsi="Roboto Condensed"/>
          <w:i/>
          <w:iCs/>
          <w:sz w:val="20"/>
          <w:lang w:val="pl-PL"/>
        </w:rPr>
        <w:t>Rys.</w:t>
      </w:r>
      <w:r w:rsidR="000B5397" w:rsidRPr="000B5397">
        <w:rPr>
          <w:rFonts w:ascii="Roboto Condensed" w:hAnsi="Roboto Condensed"/>
          <w:i/>
          <w:iCs/>
          <w:sz w:val="20"/>
          <w:lang w:val="pl-PL"/>
        </w:rPr>
        <w:t>11</w:t>
      </w:r>
      <w:r w:rsidRPr="000B5397">
        <w:rPr>
          <w:rFonts w:ascii="Roboto Condensed" w:hAnsi="Roboto Condensed"/>
          <w:i/>
          <w:iCs/>
          <w:sz w:val="20"/>
          <w:lang w:val="pl-PL"/>
        </w:rPr>
        <w:t xml:space="preserve">. Ujęcia wód podziemnych </w:t>
      </w:r>
      <w:r w:rsidR="00224413" w:rsidRPr="000B5397">
        <w:rPr>
          <w:rFonts w:ascii="Roboto Condensed" w:hAnsi="Roboto Condensed"/>
          <w:i/>
          <w:iCs/>
          <w:sz w:val="20"/>
          <w:lang w:val="pl-PL"/>
        </w:rPr>
        <w:t>wraz ze strefami</w:t>
      </w:r>
      <w:r w:rsidRPr="000B5397">
        <w:rPr>
          <w:rFonts w:ascii="Roboto Condensed" w:hAnsi="Roboto Condensed"/>
          <w:i/>
          <w:iCs/>
          <w:sz w:val="20"/>
          <w:lang w:val="pl-PL"/>
        </w:rPr>
        <w:t xml:space="preserve"> ochrony</w:t>
      </w:r>
      <w:bookmarkEnd w:id="40"/>
      <w:r w:rsidR="00224413" w:rsidRPr="000B5397">
        <w:rPr>
          <w:rFonts w:ascii="Roboto Condensed" w:hAnsi="Roboto Condensed"/>
          <w:i/>
          <w:iCs/>
          <w:sz w:val="20"/>
          <w:lang w:val="pl-PL"/>
        </w:rPr>
        <w:t xml:space="preserve"> oraz proponowany obszar ochronny GZWP nr 408</w:t>
      </w:r>
    </w:p>
    <w:p w14:paraId="78955614" w14:textId="54ED2FE1" w:rsidR="00B24A7B" w:rsidRPr="000B5397" w:rsidRDefault="003A3E9E" w:rsidP="000B5397">
      <w:pPr>
        <w:jc w:val="center"/>
        <w:rPr>
          <w:color w:val="EE0000"/>
        </w:rPr>
      </w:pPr>
      <w:r w:rsidRPr="009A175C">
        <w:rPr>
          <w:noProof/>
          <w:color w:val="EE0000"/>
        </w:rPr>
        <mc:AlternateContent>
          <mc:Choice Requires="wps">
            <w:drawing>
              <wp:anchor distT="45720" distB="45720" distL="114300" distR="114300" simplePos="0" relativeHeight="251658240" behindDoc="0" locked="0" layoutInCell="1" allowOverlap="1" wp14:anchorId="6C2FA5B0" wp14:editId="6F34F908">
                <wp:simplePos x="0" y="0"/>
                <wp:positionH relativeFrom="column">
                  <wp:posOffset>4423590</wp:posOffset>
                </wp:positionH>
                <wp:positionV relativeFrom="paragraph">
                  <wp:posOffset>2224756</wp:posOffset>
                </wp:positionV>
                <wp:extent cx="611470" cy="1404620"/>
                <wp:effectExtent l="0" t="0" r="17780" b="11430"/>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44AF160" w14:textId="3A69F972" w:rsidR="003A3E9E" w:rsidRPr="003A3E9E" w:rsidRDefault="003A3E9E" w:rsidP="003A3E9E">
                            <w:pPr>
                              <w:jc w:val="center"/>
                              <w:rPr>
                                <w:rFonts w:ascii="Aptos ExtraBold" w:hAnsi="Aptos ExtraBold"/>
                                <w:color w:val="0000FF"/>
                                <w:sz w:val="12"/>
                                <w:szCs w:val="12"/>
                              </w:rPr>
                            </w:pPr>
                            <w:r w:rsidRPr="003A3E9E">
                              <w:rPr>
                                <w:rFonts w:ascii="Aptos ExtraBold" w:hAnsi="Aptos ExtraBold"/>
                                <w:color w:val="0000FF"/>
                                <w:sz w:val="12"/>
                                <w:szCs w:val="12"/>
                              </w:rPr>
                              <w:t>Strefa ochrony pośredniej ujęcia wody powierzchniowej „Zwięczyca”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C2FA5B0" id="_x0000_t202" coordsize="21600,21600" o:spt="202" path="m,l,21600r21600,l21600,xe">
                <v:stroke joinstyle="miter"/>
                <v:path gradientshapeok="t" o:connecttype="rect"/>
              </v:shapetype>
              <v:shape id="Pole tekstowe 2" o:spid="_x0000_s1026" type="#_x0000_t202" style="position:absolute;left:0;text-align:left;margin-left:348.3pt;margin-top:175.2pt;width:48.15pt;height:110.6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" filled="f" stroked="f">
                <v:textbox style="mso-fit-shape-to-text:t" inset="0,0,0,0">
                  <w:txbxContent>
                    <w:p w14:paraId="344AF160" w14:textId="3A69F972" w:rsidR="003A3E9E" w:rsidRPr="003A3E9E" w:rsidRDefault="003A3E9E" w:rsidP="003A3E9E">
                      <w:pPr>
                        <w:jc w:val="center"/>
                        <w:rPr>
                          <w:rFonts w:ascii="Aptos ExtraBold" w:hAnsi="Aptos ExtraBold"/>
                          <w:color w:val="0000FF"/>
                          <w:sz w:val="12"/>
                          <w:szCs w:val="12"/>
                        </w:rPr>
                      </w:pPr>
                      <w:r w:rsidRPr="003A3E9E">
                        <w:rPr>
                          <w:rFonts w:ascii="Aptos ExtraBold" w:hAnsi="Aptos ExtraBold"/>
                          <w:color w:val="0000FF"/>
                          <w:sz w:val="12"/>
                          <w:szCs w:val="12"/>
                        </w:rPr>
                        <w:t>Strefa ochrony pośredniej ujęcia wody powierzchniowej „Zwięczyca”</w:t>
                      </w:r>
                    </w:p>
                  </w:txbxContent>
                </v:textbox>
              </v:shape>
            </w:pict>
          </mc:Fallback>
        </mc:AlternateContent>
      </w:r>
      <w:r w:rsidR="000B5397">
        <w:rPr>
          <w:rFonts w:ascii="Roboto Condensed" w:hAnsi="Roboto Condensed"/>
          <w:noProof/>
          <w:color w:val="EE0000"/>
          <w:sz w:val="20"/>
        </w:rPr>
        <w:drawing>
          <wp:inline distT="0" distB="0" distL="0" distR="0" wp14:anchorId="74F2522B" wp14:editId="2A52A135">
            <wp:extent cx="6292850" cy="5822950"/>
            <wp:effectExtent l="0" t="0" r="0" b="6350"/>
            <wp:docPr id="25120799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92850" cy="5822950"/>
                    </a:xfrm>
                    <a:prstGeom prst="rect">
                      <a:avLst/>
                    </a:prstGeom>
                    <a:noFill/>
                    <a:ln>
                      <a:noFill/>
                    </a:ln>
                  </pic:spPr>
                </pic:pic>
              </a:graphicData>
            </a:graphic>
          </wp:inline>
        </w:drawing>
      </w:r>
    </w:p>
    <w:p w14:paraId="75BEB373" w14:textId="77777777" w:rsidR="00B24A7B" w:rsidRPr="009A175C" w:rsidRDefault="00B24A7B" w:rsidP="00B24A7B">
      <w:pPr>
        <w:jc w:val="center"/>
        <w:rPr>
          <w:color w:val="EE0000"/>
        </w:rPr>
      </w:pPr>
    </w:p>
    <w:p w14:paraId="5467586D" w14:textId="6C5BE617" w:rsidR="00F55599" w:rsidRPr="001755CC" w:rsidRDefault="00F3409C" w:rsidP="008B0A32">
      <w:pPr>
        <w:pStyle w:val="Nagwek1"/>
        <w:spacing w:before="60" w:after="60" w:line="240" w:lineRule="auto"/>
        <w:ind w:left="737" w:hanging="567"/>
        <w:rPr>
          <w:rFonts w:ascii="Roboto Condensed" w:hAnsi="Roboto Condensed"/>
          <w:bCs/>
          <w:sz w:val="22"/>
          <w:szCs w:val="22"/>
          <w:lang w:val="pl-PL"/>
        </w:rPr>
      </w:pPr>
      <w:bookmarkStart w:id="41" w:name="_Toc193697364"/>
      <w:bookmarkStart w:id="42" w:name="_Toc206769024"/>
      <w:r w:rsidRPr="001755CC">
        <w:rPr>
          <w:rFonts w:ascii="Roboto Condensed" w:hAnsi="Roboto Condensed"/>
          <w:bCs/>
          <w:sz w:val="22"/>
          <w:szCs w:val="22"/>
          <w:lang w:val="pl-PL"/>
        </w:rPr>
        <w:t>2.8. O</w:t>
      </w:r>
      <w:r w:rsidR="00F55599" w:rsidRPr="001755CC">
        <w:rPr>
          <w:rFonts w:ascii="Roboto Condensed" w:hAnsi="Roboto Condensed"/>
          <w:bCs/>
          <w:sz w:val="22"/>
          <w:szCs w:val="22"/>
          <w:lang w:val="pl-PL"/>
        </w:rPr>
        <w:t>bszary ochronne zbiorników wód śródlądowych</w:t>
      </w:r>
      <w:bookmarkEnd w:id="41"/>
      <w:bookmarkEnd w:id="42"/>
    </w:p>
    <w:p w14:paraId="31F05EF3" w14:textId="715C5151" w:rsidR="00457E3A" w:rsidRPr="00DD7C8F" w:rsidRDefault="00D0290C" w:rsidP="00DD7C8F">
      <w:pPr>
        <w:pStyle w:val="Tekstpodstawowy2"/>
        <w:spacing w:line="240" w:lineRule="auto"/>
        <w:ind w:left="170"/>
        <w:rPr>
          <w:color w:val="EE0000"/>
          <w:lang w:val="pl-PL"/>
        </w:rPr>
      </w:pPr>
      <w:r w:rsidRPr="001755CC">
        <w:rPr>
          <w:rFonts w:ascii="Roboto Condensed" w:hAnsi="Roboto Condensed"/>
          <w:sz w:val="20"/>
          <w:lang w:val="pl-PL"/>
        </w:rPr>
        <w:t>Na obszarze gminy brak znaczących zbiorników wód śródlądowych, or</w:t>
      </w:r>
      <w:r w:rsidR="00FE4A43">
        <w:rPr>
          <w:rFonts w:ascii="Roboto Condensed" w:hAnsi="Roboto Condensed"/>
          <w:sz w:val="20"/>
          <w:lang w:val="pl-PL"/>
        </w:rPr>
        <w:t>a</w:t>
      </w:r>
      <w:r w:rsidRPr="001755CC">
        <w:rPr>
          <w:rFonts w:ascii="Roboto Condensed" w:hAnsi="Roboto Condensed"/>
          <w:sz w:val="20"/>
          <w:lang w:val="pl-PL"/>
        </w:rPr>
        <w:t xml:space="preserve">z </w:t>
      </w:r>
      <w:r w:rsidR="0054238D">
        <w:rPr>
          <w:rFonts w:ascii="Roboto Condensed" w:hAnsi="Roboto Condensed"/>
          <w:sz w:val="20"/>
          <w:lang w:val="pl-PL"/>
        </w:rPr>
        <w:t xml:space="preserve">brak </w:t>
      </w:r>
      <w:r w:rsidRPr="001755CC">
        <w:rPr>
          <w:rFonts w:ascii="Roboto Condensed" w:hAnsi="Roboto Condensed"/>
          <w:sz w:val="20"/>
          <w:lang w:val="pl-PL"/>
        </w:rPr>
        <w:t>obszarów ochronnych</w:t>
      </w:r>
      <w:r w:rsidR="00CC4C6C" w:rsidRPr="001755CC">
        <w:rPr>
          <w:rFonts w:ascii="Roboto Condensed" w:hAnsi="Roboto Condensed"/>
          <w:sz w:val="20"/>
          <w:lang w:val="pl-PL"/>
        </w:rPr>
        <w:t xml:space="preserve"> </w:t>
      </w:r>
      <w:r w:rsidRPr="001755CC">
        <w:rPr>
          <w:rFonts w:ascii="Roboto Condensed" w:hAnsi="Roboto Condensed"/>
          <w:sz w:val="20"/>
          <w:lang w:val="pl-PL"/>
        </w:rPr>
        <w:t>wód</w:t>
      </w:r>
      <w:r w:rsidR="00CC4C6C" w:rsidRPr="001755CC">
        <w:rPr>
          <w:rFonts w:ascii="Roboto Condensed" w:hAnsi="Roboto Condensed"/>
          <w:sz w:val="20"/>
          <w:lang w:val="pl-PL"/>
        </w:rPr>
        <w:t xml:space="preserve"> powierzchniowych</w:t>
      </w:r>
      <w:r w:rsidRPr="001755CC">
        <w:rPr>
          <w:rFonts w:ascii="Roboto Condensed" w:hAnsi="Roboto Condensed"/>
          <w:sz w:val="20"/>
          <w:lang w:val="pl-PL"/>
        </w:rPr>
        <w:t>.</w:t>
      </w:r>
    </w:p>
    <w:p w14:paraId="1BB838E6" w14:textId="305EFE7A" w:rsidR="00F55599" w:rsidRPr="001755CC" w:rsidRDefault="00F3409C" w:rsidP="00DD7C8F">
      <w:pPr>
        <w:pStyle w:val="Nagwek1"/>
        <w:spacing w:before="240" w:after="60" w:line="240" w:lineRule="auto"/>
        <w:ind w:left="737" w:hanging="567"/>
        <w:rPr>
          <w:rFonts w:ascii="Roboto Condensed" w:hAnsi="Roboto Condensed"/>
          <w:bCs/>
          <w:sz w:val="22"/>
          <w:szCs w:val="22"/>
          <w:lang w:val="pl-PL"/>
        </w:rPr>
      </w:pPr>
      <w:bookmarkStart w:id="43" w:name="_Toc193697365"/>
      <w:bookmarkStart w:id="44" w:name="_Toc206769025"/>
      <w:r w:rsidRPr="001755CC">
        <w:rPr>
          <w:rFonts w:ascii="Roboto Condensed" w:hAnsi="Roboto Condensed"/>
          <w:bCs/>
          <w:sz w:val="22"/>
          <w:szCs w:val="22"/>
          <w:lang w:val="pl-PL"/>
        </w:rPr>
        <w:lastRenderedPageBreak/>
        <w:t>2.9.</w:t>
      </w:r>
      <w:r w:rsidR="00F55599" w:rsidRPr="001755CC">
        <w:rPr>
          <w:rFonts w:ascii="Roboto Condensed" w:hAnsi="Roboto Condensed"/>
          <w:bCs/>
          <w:sz w:val="22"/>
          <w:szCs w:val="22"/>
          <w:lang w:val="pl-PL"/>
        </w:rPr>
        <w:t xml:space="preserve"> </w:t>
      </w:r>
      <w:r w:rsidRPr="001755CC">
        <w:rPr>
          <w:rFonts w:ascii="Roboto Condensed" w:hAnsi="Roboto Condensed"/>
          <w:bCs/>
          <w:sz w:val="22"/>
          <w:szCs w:val="22"/>
          <w:lang w:val="pl-PL"/>
        </w:rPr>
        <w:t>T</w:t>
      </w:r>
      <w:r w:rsidR="00F55599" w:rsidRPr="001755CC">
        <w:rPr>
          <w:rFonts w:ascii="Roboto Condensed" w:hAnsi="Roboto Condensed"/>
          <w:bCs/>
          <w:sz w:val="22"/>
          <w:szCs w:val="22"/>
          <w:lang w:val="pl-PL"/>
        </w:rPr>
        <w:t>ereny górnicze i obszary górnicze wraz z filarami ochronnymi</w:t>
      </w:r>
      <w:bookmarkEnd w:id="43"/>
      <w:bookmarkEnd w:id="44"/>
    </w:p>
    <w:p w14:paraId="22F362A5" w14:textId="25726B73" w:rsidR="004372E1" w:rsidRPr="00DD7C8F" w:rsidRDefault="001755CC" w:rsidP="00DD7C8F">
      <w:pPr>
        <w:pStyle w:val="Tekstpodstawowy2"/>
        <w:spacing w:line="240" w:lineRule="auto"/>
        <w:ind w:left="170"/>
        <w:rPr>
          <w:rFonts w:ascii="Roboto Condensed" w:hAnsi="Roboto Condensed"/>
          <w:color w:val="EE0000"/>
          <w:sz w:val="20"/>
          <w:lang w:val="pl-PL"/>
        </w:rPr>
      </w:pPr>
      <w:r w:rsidRPr="001755CC">
        <w:rPr>
          <w:rFonts w:ascii="Roboto Condensed" w:hAnsi="Roboto Condensed"/>
          <w:sz w:val="20"/>
          <w:lang w:val="pl-PL"/>
        </w:rPr>
        <w:t>Nie występują na obszarze gminy Radomsko</w:t>
      </w:r>
    </w:p>
    <w:p w14:paraId="092F9457" w14:textId="7DBDF649" w:rsidR="00F55599" w:rsidRPr="009A175C" w:rsidRDefault="00F3409C" w:rsidP="00DD7C8F">
      <w:pPr>
        <w:pStyle w:val="Nagwek1"/>
        <w:spacing w:before="240" w:after="60" w:line="240" w:lineRule="auto"/>
        <w:ind w:left="737" w:hanging="567"/>
        <w:rPr>
          <w:rFonts w:ascii="Roboto Condensed" w:hAnsi="Roboto Condensed"/>
          <w:bCs/>
          <w:color w:val="EE0000"/>
          <w:sz w:val="22"/>
          <w:szCs w:val="22"/>
          <w:lang w:val="pl-PL"/>
        </w:rPr>
      </w:pPr>
      <w:bookmarkStart w:id="45" w:name="_Toc193697366"/>
      <w:bookmarkStart w:id="46" w:name="_Toc206769026"/>
      <w:r w:rsidRPr="001755CC">
        <w:rPr>
          <w:rFonts w:ascii="Roboto Condensed" w:hAnsi="Roboto Condensed"/>
          <w:bCs/>
          <w:sz w:val="22"/>
          <w:szCs w:val="22"/>
          <w:lang w:val="pl-PL"/>
        </w:rPr>
        <w:t>2.10.</w:t>
      </w:r>
      <w:r w:rsidR="00F55599" w:rsidRPr="001755CC">
        <w:rPr>
          <w:rFonts w:ascii="Roboto Condensed" w:hAnsi="Roboto Condensed"/>
          <w:bCs/>
          <w:sz w:val="22"/>
          <w:szCs w:val="22"/>
          <w:lang w:val="pl-PL"/>
        </w:rPr>
        <w:t xml:space="preserve"> </w:t>
      </w:r>
      <w:r w:rsidRPr="001755CC">
        <w:rPr>
          <w:rFonts w:ascii="Roboto Condensed" w:hAnsi="Roboto Condensed"/>
          <w:bCs/>
          <w:sz w:val="22"/>
          <w:szCs w:val="22"/>
          <w:lang w:val="pl-PL"/>
        </w:rPr>
        <w:t>U</w:t>
      </w:r>
      <w:r w:rsidR="00F55599" w:rsidRPr="001755CC">
        <w:rPr>
          <w:rFonts w:ascii="Roboto Condensed" w:hAnsi="Roboto Condensed"/>
          <w:bCs/>
          <w:sz w:val="22"/>
          <w:szCs w:val="22"/>
          <w:lang w:val="pl-PL"/>
        </w:rPr>
        <w:t>dokumentowane złoża kopalin, kompleksy podziemnego składowania dwutlenku węgla i podziemne bezzbiornikowe</w:t>
      </w:r>
      <w:r w:rsidRPr="001755CC">
        <w:rPr>
          <w:rFonts w:ascii="Roboto Condensed" w:hAnsi="Roboto Condensed"/>
          <w:bCs/>
          <w:sz w:val="22"/>
          <w:szCs w:val="22"/>
          <w:lang w:val="pl-PL"/>
        </w:rPr>
        <w:t xml:space="preserve"> </w:t>
      </w:r>
      <w:r w:rsidR="00F55599" w:rsidRPr="001755CC">
        <w:rPr>
          <w:rFonts w:ascii="Roboto Condensed" w:hAnsi="Roboto Condensed"/>
          <w:bCs/>
          <w:sz w:val="22"/>
          <w:szCs w:val="22"/>
          <w:lang w:val="pl-PL"/>
        </w:rPr>
        <w:t>magazyny substancji</w:t>
      </w:r>
      <w:bookmarkEnd w:id="45"/>
      <w:bookmarkEnd w:id="46"/>
    </w:p>
    <w:p w14:paraId="43F63971" w14:textId="4DC223E7" w:rsidR="00E16642" w:rsidRPr="00DD7C8F" w:rsidRDefault="00C64E5B" w:rsidP="00DD7C8F">
      <w:pPr>
        <w:pStyle w:val="Tekstpodstawowy2"/>
        <w:spacing w:line="240" w:lineRule="auto"/>
        <w:ind w:left="170"/>
        <w:rPr>
          <w:rFonts w:ascii="Roboto Condensed" w:hAnsi="Roboto Condensed"/>
          <w:sz w:val="20"/>
          <w:lang w:val="pl-PL"/>
        </w:rPr>
      </w:pPr>
      <w:r w:rsidRPr="002926D6">
        <w:rPr>
          <w:rFonts w:ascii="Roboto Condensed" w:hAnsi="Roboto Condensed"/>
          <w:sz w:val="20"/>
          <w:lang w:val="pl-PL"/>
        </w:rPr>
        <w:t xml:space="preserve">Na obszarze gminy </w:t>
      </w:r>
      <w:r w:rsidR="001755CC" w:rsidRPr="002926D6">
        <w:rPr>
          <w:rFonts w:ascii="Roboto Condensed" w:hAnsi="Roboto Condensed"/>
          <w:sz w:val="20"/>
          <w:lang w:val="pl-PL"/>
        </w:rPr>
        <w:t>Radomsko</w:t>
      </w:r>
      <w:r w:rsidRPr="002926D6">
        <w:rPr>
          <w:rFonts w:ascii="Roboto Condensed" w:hAnsi="Roboto Condensed"/>
          <w:sz w:val="20"/>
          <w:lang w:val="pl-PL"/>
        </w:rPr>
        <w:t xml:space="preserve"> w obręb</w:t>
      </w:r>
      <w:r w:rsidR="006D22D3">
        <w:rPr>
          <w:rFonts w:ascii="Roboto Condensed" w:hAnsi="Roboto Condensed"/>
          <w:sz w:val="20"/>
          <w:lang w:val="pl-PL"/>
        </w:rPr>
        <w:t>ie</w:t>
      </w:r>
      <w:r w:rsidRPr="002926D6">
        <w:rPr>
          <w:rFonts w:ascii="Roboto Condensed" w:hAnsi="Roboto Condensed"/>
          <w:sz w:val="20"/>
          <w:lang w:val="pl-PL"/>
        </w:rPr>
        <w:t xml:space="preserve"> </w:t>
      </w:r>
      <w:r w:rsidR="006D22D3">
        <w:rPr>
          <w:rFonts w:ascii="Roboto Condensed" w:hAnsi="Roboto Condensed"/>
          <w:sz w:val="20"/>
          <w:lang w:val="pl-PL"/>
        </w:rPr>
        <w:t>Szczepocice Rządowe</w:t>
      </w:r>
      <w:r w:rsidR="005514C0">
        <w:rPr>
          <w:rFonts w:ascii="Roboto Condensed" w:hAnsi="Roboto Condensed"/>
          <w:sz w:val="20"/>
          <w:lang w:val="pl-PL"/>
        </w:rPr>
        <w:t xml:space="preserve"> </w:t>
      </w:r>
      <w:r w:rsidRPr="002926D6">
        <w:rPr>
          <w:rFonts w:ascii="Roboto Condensed" w:hAnsi="Roboto Condensed"/>
          <w:sz w:val="20"/>
          <w:lang w:val="pl-PL"/>
        </w:rPr>
        <w:t>występuje złoże</w:t>
      </w:r>
      <w:r w:rsidR="00BC328A" w:rsidRPr="002926D6">
        <w:rPr>
          <w:rFonts w:ascii="Roboto Condensed" w:hAnsi="Roboto Condensed"/>
          <w:sz w:val="20"/>
          <w:lang w:val="pl-PL"/>
        </w:rPr>
        <w:t xml:space="preserve"> </w:t>
      </w:r>
      <w:r w:rsidR="004C0875" w:rsidRPr="002926D6">
        <w:rPr>
          <w:rFonts w:ascii="Roboto Condensed" w:hAnsi="Roboto Condensed"/>
          <w:sz w:val="20"/>
          <w:u w:val="single"/>
          <w:lang w:val="pl-PL"/>
        </w:rPr>
        <w:t>kopalin</w:t>
      </w:r>
      <w:r w:rsidR="00517A0A" w:rsidRPr="002926D6">
        <w:rPr>
          <w:rFonts w:ascii="Roboto Condensed" w:hAnsi="Roboto Condensed"/>
          <w:sz w:val="20"/>
          <w:u w:val="single"/>
          <w:lang w:val="pl-PL"/>
        </w:rPr>
        <w:t xml:space="preserve"> pospolitych</w:t>
      </w:r>
      <w:r w:rsidR="002926D6">
        <w:rPr>
          <w:rFonts w:ascii="Roboto Condensed" w:hAnsi="Roboto Condensed"/>
          <w:sz w:val="20"/>
          <w:lang w:val="pl-PL"/>
        </w:rPr>
        <w:t xml:space="preserve">: </w:t>
      </w:r>
      <w:r w:rsidR="00402F74" w:rsidRPr="002926D6">
        <w:rPr>
          <w:rFonts w:ascii="Roboto Condensed" w:hAnsi="Roboto Condensed"/>
          <w:sz w:val="20"/>
          <w:lang w:val="pl-PL"/>
        </w:rPr>
        <w:t>piaski i żwiry: złoże KN "</w:t>
      </w:r>
      <w:r w:rsidR="002926D6" w:rsidRPr="002926D6">
        <w:rPr>
          <w:rFonts w:ascii="Roboto Condensed" w:hAnsi="Roboto Condensed"/>
          <w:sz w:val="20"/>
          <w:lang w:val="pl-PL"/>
        </w:rPr>
        <w:t>Szczepocice Rządowe</w:t>
      </w:r>
      <w:r w:rsidR="00402F74" w:rsidRPr="002926D6">
        <w:rPr>
          <w:rFonts w:ascii="Roboto Condensed" w:hAnsi="Roboto Condensed"/>
          <w:sz w:val="20"/>
          <w:lang w:val="pl-PL"/>
        </w:rPr>
        <w:t xml:space="preserve">" </w:t>
      </w:r>
      <w:r w:rsidR="002926D6" w:rsidRPr="002926D6">
        <w:rPr>
          <w:rFonts w:ascii="Roboto Condensed" w:hAnsi="Roboto Condensed"/>
          <w:sz w:val="20"/>
          <w:lang w:val="pl-PL"/>
        </w:rPr>
        <w:t>(id 19742) pole A i pole B</w:t>
      </w:r>
      <w:r w:rsidR="004C0875" w:rsidRPr="002926D6">
        <w:rPr>
          <w:rFonts w:ascii="Roboto Condensed" w:hAnsi="Roboto Condensed"/>
          <w:sz w:val="20"/>
          <w:lang w:val="pl-PL"/>
        </w:rPr>
        <w:t xml:space="preserve">, w obrębie </w:t>
      </w:r>
      <w:r w:rsidR="002926D6" w:rsidRPr="002926D6">
        <w:rPr>
          <w:rFonts w:ascii="Roboto Condensed" w:hAnsi="Roboto Condensed"/>
          <w:sz w:val="20"/>
          <w:lang w:val="pl-PL"/>
        </w:rPr>
        <w:t>Szczepocice Rządowe</w:t>
      </w:r>
      <w:r w:rsidR="00E16642">
        <w:rPr>
          <w:rFonts w:ascii="Roboto Condensed" w:hAnsi="Roboto Condensed"/>
          <w:sz w:val="20"/>
          <w:lang w:val="pl-PL"/>
        </w:rPr>
        <w:t>,</w:t>
      </w:r>
      <w:r w:rsidRPr="002926D6">
        <w:rPr>
          <w:rFonts w:ascii="Roboto Condensed" w:hAnsi="Roboto Condensed"/>
          <w:sz w:val="20"/>
          <w:lang w:val="pl-PL"/>
        </w:rPr>
        <w:t xml:space="preserve"> </w:t>
      </w:r>
      <w:r w:rsidR="00E16642" w:rsidRPr="00E16642">
        <w:rPr>
          <w:rFonts w:ascii="Roboto Condensed" w:hAnsi="Roboto Condensed"/>
          <w:sz w:val="20"/>
          <w:lang w:val="pl-PL"/>
        </w:rPr>
        <w:t>powierzchnia 1,6750  [ha],</w:t>
      </w:r>
      <w:r w:rsidRPr="002926D6">
        <w:rPr>
          <w:rFonts w:ascii="Roboto Condensed" w:hAnsi="Roboto Condensed"/>
          <w:sz w:val="20"/>
          <w:lang w:val="pl-PL"/>
        </w:rPr>
        <w:t xml:space="preserve"> </w:t>
      </w:r>
      <w:r w:rsidR="00E16642" w:rsidRPr="00E16642">
        <w:rPr>
          <w:rFonts w:ascii="Roboto Condensed" w:hAnsi="Roboto Condensed"/>
          <w:sz w:val="20"/>
          <w:lang w:val="pl-PL"/>
        </w:rPr>
        <w:t>złoże rozpoznane szczegółowo</w:t>
      </w:r>
      <w:r w:rsidR="00517A0A" w:rsidRPr="00E16642">
        <w:rPr>
          <w:rFonts w:ascii="Roboto Condensed" w:hAnsi="Roboto Condensed"/>
          <w:sz w:val="20"/>
          <w:lang w:val="pl-PL"/>
        </w:rPr>
        <w:t>.</w:t>
      </w:r>
      <w:r w:rsidR="00E16642">
        <w:rPr>
          <w:rFonts w:ascii="Roboto Condensed" w:hAnsi="Roboto Condensed"/>
          <w:sz w:val="20"/>
          <w:lang w:val="pl-PL"/>
        </w:rPr>
        <w:t xml:space="preserve"> Decyzja Starosty Radomszczańskiego nr </w:t>
      </w:r>
      <w:r w:rsidR="00E16642" w:rsidRPr="00E16642">
        <w:rPr>
          <w:rFonts w:ascii="Roboto Condensed" w:hAnsi="Roboto Condensed"/>
          <w:sz w:val="20"/>
          <w:lang w:val="pl-PL"/>
        </w:rPr>
        <w:t>P</w:t>
      </w:r>
      <w:r w:rsidR="00E16642">
        <w:rPr>
          <w:rFonts w:ascii="Roboto Condensed" w:hAnsi="Roboto Condensed"/>
          <w:sz w:val="20"/>
          <w:lang w:val="pl-PL"/>
        </w:rPr>
        <w:t>Ś</w:t>
      </w:r>
      <w:r w:rsidR="00E16642" w:rsidRPr="00E16642">
        <w:rPr>
          <w:rFonts w:ascii="Roboto Condensed" w:hAnsi="Roboto Condensed"/>
          <w:sz w:val="20"/>
          <w:lang w:val="pl-PL"/>
        </w:rPr>
        <w:t>I.6528.1.2020</w:t>
      </w:r>
      <w:r w:rsidR="00E16642">
        <w:rPr>
          <w:rFonts w:ascii="Roboto Condensed" w:hAnsi="Roboto Condensed"/>
          <w:sz w:val="20"/>
          <w:lang w:val="pl-PL"/>
        </w:rPr>
        <w:t xml:space="preserve"> z dnia </w:t>
      </w:r>
      <w:r w:rsidR="00E16642" w:rsidRPr="00E16642">
        <w:rPr>
          <w:rFonts w:ascii="Roboto Condensed" w:hAnsi="Roboto Condensed"/>
          <w:sz w:val="20"/>
          <w:lang w:val="pl-PL"/>
        </w:rPr>
        <w:t>2020-01-09</w:t>
      </w:r>
      <w:r w:rsidR="00E16642">
        <w:rPr>
          <w:rFonts w:ascii="Roboto Condensed" w:hAnsi="Roboto Condensed"/>
          <w:sz w:val="20"/>
          <w:lang w:val="pl-PL"/>
        </w:rPr>
        <w:t xml:space="preserve"> (</w:t>
      </w:r>
      <w:r w:rsidR="00E16642" w:rsidRPr="00E16642">
        <w:rPr>
          <w:rFonts w:ascii="Roboto Condensed" w:hAnsi="Roboto Condensed"/>
          <w:sz w:val="20"/>
          <w:lang w:val="pl-PL"/>
        </w:rPr>
        <w:t>Dokumentacja geologiczna złoża piasków kwarcowo-skaleniowych "Szczepocice Rządowe” w kat. C</w:t>
      </w:r>
      <w:r w:rsidR="00E16642">
        <w:rPr>
          <w:rFonts w:ascii="Roboto Condensed" w:hAnsi="Roboto Condensed"/>
          <w:sz w:val="20"/>
          <w:lang w:val="pl-PL"/>
        </w:rPr>
        <w:t>1</w:t>
      </w:r>
      <w:r w:rsidR="00E16642" w:rsidRPr="00E16642">
        <w:rPr>
          <w:rFonts w:ascii="Roboto Condensed" w:hAnsi="Roboto Condensed"/>
          <w:sz w:val="20"/>
          <w:lang w:val="pl-PL"/>
        </w:rPr>
        <w:t>,</w:t>
      </w:r>
      <w:r w:rsidR="00E16642">
        <w:rPr>
          <w:rFonts w:ascii="Roboto Condensed" w:hAnsi="Roboto Condensed"/>
          <w:sz w:val="20"/>
          <w:lang w:val="pl-PL"/>
        </w:rPr>
        <w:t xml:space="preserve"> </w:t>
      </w:r>
      <w:r w:rsidR="00E16642" w:rsidRPr="00E16642">
        <w:rPr>
          <w:rFonts w:ascii="Roboto Condensed" w:hAnsi="Roboto Condensed"/>
          <w:sz w:val="20"/>
          <w:lang w:val="pl-PL"/>
        </w:rPr>
        <w:t>miejsc. Szczepocice Rządowe, gm. Radomsko, pow. radomszczański, woj. Łódzkie</w:t>
      </w:r>
      <w:r w:rsidR="00E16642">
        <w:rPr>
          <w:rFonts w:ascii="Roboto Condensed" w:hAnsi="Roboto Condensed"/>
          <w:sz w:val="20"/>
          <w:lang w:val="pl-PL"/>
        </w:rPr>
        <w:t>)</w:t>
      </w:r>
    </w:p>
    <w:p w14:paraId="390E6635" w14:textId="0339A20E" w:rsidR="00CC4C6C" w:rsidRPr="002926D6" w:rsidRDefault="00A82618" w:rsidP="002926D6">
      <w:pPr>
        <w:pStyle w:val="Tekstpodstawowy2"/>
        <w:spacing w:before="120" w:line="240" w:lineRule="auto"/>
        <w:ind w:left="170"/>
        <w:rPr>
          <w:rFonts w:ascii="Roboto Condensed" w:hAnsi="Roboto Condensed"/>
          <w:color w:val="EE0000"/>
          <w:sz w:val="20"/>
          <w:lang w:val="pl-PL"/>
        </w:rPr>
      </w:pPr>
      <w:r w:rsidRPr="002926D6">
        <w:rPr>
          <w:rFonts w:ascii="Roboto Condensed" w:hAnsi="Roboto Condensed"/>
          <w:sz w:val="20"/>
          <w:lang w:val="pl-PL"/>
        </w:rPr>
        <w:t xml:space="preserve">Ponadto </w:t>
      </w:r>
      <w:r w:rsidR="002926D6" w:rsidRPr="002926D6">
        <w:rPr>
          <w:rFonts w:ascii="Roboto Condensed" w:hAnsi="Roboto Condensed"/>
          <w:sz w:val="20"/>
          <w:lang w:val="pl-PL"/>
        </w:rPr>
        <w:t>cała gmina</w:t>
      </w:r>
      <w:r w:rsidR="00342ECF">
        <w:rPr>
          <w:rFonts w:ascii="Roboto Condensed" w:hAnsi="Roboto Condensed"/>
          <w:sz w:val="20"/>
          <w:lang w:val="pl-PL"/>
        </w:rPr>
        <w:t xml:space="preserve"> Radomsko</w:t>
      </w:r>
      <w:r w:rsidRPr="002926D6">
        <w:rPr>
          <w:rFonts w:ascii="Roboto Condensed" w:hAnsi="Roboto Condensed"/>
          <w:sz w:val="20"/>
          <w:lang w:val="pl-PL"/>
        </w:rPr>
        <w:t xml:space="preserve"> położona jest w granicach Głównego Zbiornika Wód Podziemnych nr 4</w:t>
      </w:r>
      <w:r w:rsidR="002926D6" w:rsidRPr="002926D6">
        <w:rPr>
          <w:rFonts w:ascii="Roboto Condensed" w:hAnsi="Roboto Condensed"/>
          <w:sz w:val="20"/>
          <w:lang w:val="pl-PL"/>
        </w:rPr>
        <w:t xml:space="preserve">08 </w:t>
      </w:r>
      <w:r w:rsidRPr="002926D6">
        <w:rPr>
          <w:rFonts w:ascii="Roboto Condensed" w:hAnsi="Roboto Condensed"/>
          <w:sz w:val="20"/>
          <w:lang w:val="pl-PL"/>
        </w:rPr>
        <w:t xml:space="preserve">Zbiornik </w:t>
      </w:r>
      <w:r w:rsidR="002926D6" w:rsidRPr="002926D6">
        <w:rPr>
          <w:rFonts w:ascii="Roboto Condensed" w:hAnsi="Roboto Condensed"/>
          <w:sz w:val="20"/>
          <w:lang w:val="pl-PL"/>
        </w:rPr>
        <w:t>"Niecka Miechowska" (część NW)</w:t>
      </w:r>
      <w:r w:rsidRPr="002926D6">
        <w:rPr>
          <w:rFonts w:ascii="Roboto Condensed" w:hAnsi="Roboto Condensed"/>
          <w:sz w:val="20"/>
          <w:lang w:val="pl-PL"/>
        </w:rPr>
        <w:t>.</w:t>
      </w:r>
    </w:p>
    <w:p w14:paraId="008A962D" w14:textId="29F1F1B2" w:rsidR="00402F74" w:rsidRPr="009A175C" w:rsidRDefault="004C0875" w:rsidP="0022184C">
      <w:pPr>
        <w:pStyle w:val="Tekstpodstawowy2"/>
        <w:spacing w:before="120" w:after="120" w:line="240" w:lineRule="auto"/>
        <w:ind w:firstLine="170"/>
        <w:rPr>
          <w:rFonts w:ascii="Roboto Condensed" w:hAnsi="Roboto Condensed"/>
          <w:color w:val="EE0000"/>
          <w:sz w:val="20"/>
          <w:lang w:val="pl-PL"/>
        </w:rPr>
      </w:pPr>
      <w:bookmarkStart w:id="47" w:name="_Hlk198649199"/>
      <w:r w:rsidRPr="002A65F8">
        <w:rPr>
          <w:rFonts w:ascii="Roboto Condensed" w:hAnsi="Roboto Condensed"/>
          <w:i/>
          <w:iCs/>
          <w:sz w:val="20"/>
          <w:lang w:val="pl-PL"/>
        </w:rPr>
        <w:t>Rys.</w:t>
      </w:r>
      <w:r w:rsidR="00234E43" w:rsidRPr="002A65F8">
        <w:rPr>
          <w:rFonts w:ascii="Roboto Condensed" w:hAnsi="Roboto Condensed"/>
          <w:i/>
          <w:iCs/>
          <w:sz w:val="20"/>
          <w:lang w:val="pl-PL"/>
        </w:rPr>
        <w:t>1</w:t>
      </w:r>
      <w:r w:rsidR="002A65F8" w:rsidRPr="002A65F8">
        <w:rPr>
          <w:rFonts w:ascii="Roboto Condensed" w:hAnsi="Roboto Condensed"/>
          <w:i/>
          <w:iCs/>
          <w:sz w:val="20"/>
          <w:lang w:val="pl-PL"/>
        </w:rPr>
        <w:t>2</w:t>
      </w:r>
      <w:r w:rsidRPr="002A65F8">
        <w:rPr>
          <w:rFonts w:ascii="Roboto Condensed" w:hAnsi="Roboto Condensed"/>
          <w:i/>
          <w:iCs/>
          <w:sz w:val="20"/>
          <w:lang w:val="pl-PL"/>
        </w:rPr>
        <w:t xml:space="preserve">. </w:t>
      </w:r>
      <w:r w:rsidR="002926D6" w:rsidRPr="002A65F8">
        <w:rPr>
          <w:rFonts w:ascii="Roboto Condensed" w:hAnsi="Roboto Condensed"/>
          <w:i/>
          <w:iCs/>
          <w:sz w:val="20"/>
          <w:lang w:val="pl-PL"/>
        </w:rPr>
        <w:t>Lokalizacja</w:t>
      </w:r>
      <w:r w:rsidRPr="002A65F8">
        <w:rPr>
          <w:rFonts w:ascii="Roboto Condensed" w:hAnsi="Roboto Condensed"/>
          <w:i/>
          <w:iCs/>
          <w:sz w:val="20"/>
          <w:lang w:val="pl-PL"/>
        </w:rPr>
        <w:t xml:space="preserve"> zł</w:t>
      </w:r>
      <w:r w:rsidR="002926D6" w:rsidRPr="002A65F8">
        <w:rPr>
          <w:rFonts w:ascii="Roboto Condensed" w:hAnsi="Roboto Condensed"/>
          <w:i/>
          <w:iCs/>
          <w:sz w:val="20"/>
          <w:lang w:val="pl-PL"/>
        </w:rPr>
        <w:t>oża</w:t>
      </w:r>
      <w:r w:rsidRPr="002A65F8">
        <w:rPr>
          <w:rFonts w:ascii="Roboto Condensed" w:hAnsi="Roboto Condensed"/>
          <w:i/>
          <w:iCs/>
          <w:sz w:val="20"/>
          <w:lang w:val="pl-PL"/>
        </w:rPr>
        <w:t xml:space="preserve"> kopa</w:t>
      </w:r>
      <w:r w:rsidRPr="002926D6">
        <w:rPr>
          <w:rFonts w:ascii="Roboto Condensed" w:hAnsi="Roboto Condensed"/>
          <w:i/>
          <w:iCs/>
          <w:sz w:val="20"/>
          <w:lang w:val="pl-PL"/>
        </w:rPr>
        <w:t>lin</w:t>
      </w:r>
      <w:bookmarkEnd w:id="47"/>
      <w:r w:rsidR="002926D6">
        <w:rPr>
          <w:rFonts w:ascii="Roboto Condensed" w:hAnsi="Roboto Condensed"/>
          <w:i/>
          <w:iCs/>
          <w:sz w:val="20"/>
          <w:lang w:val="pl-PL"/>
        </w:rPr>
        <w:t>y</w:t>
      </w:r>
      <w:r w:rsidR="00234E43" w:rsidRPr="002926D6">
        <w:rPr>
          <w:rFonts w:ascii="Roboto Condensed" w:hAnsi="Roboto Condensed"/>
          <w:i/>
          <w:iCs/>
          <w:sz w:val="20"/>
          <w:lang w:val="pl-PL"/>
        </w:rPr>
        <w:t>.</w:t>
      </w:r>
    </w:p>
    <w:p w14:paraId="63EA968F" w14:textId="2427C11F" w:rsidR="00AF1C2D" w:rsidRPr="009A175C" w:rsidRDefault="0022184C" w:rsidP="00A82618">
      <w:pPr>
        <w:jc w:val="center"/>
        <w:rPr>
          <w:color w:val="EE0000"/>
        </w:rPr>
      </w:pPr>
      <w:r>
        <w:rPr>
          <w:noProof/>
          <w:color w:val="EE0000"/>
        </w:rPr>
        <w:drawing>
          <wp:inline distT="0" distB="0" distL="0" distR="0" wp14:anchorId="7DDA8B67" wp14:editId="324CC60A">
            <wp:extent cx="6289675" cy="2854325"/>
            <wp:effectExtent l="0" t="0" r="0" b="3175"/>
            <wp:docPr id="171348629"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89675" cy="2854325"/>
                    </a:xfrm>
                    <a:prstGeom prst="rect">
                      <a:avLst/>
                    </a:prstGeom>
                    <a:noFill/>
                    <a:ln>
                      <a:noFill/>
                    </a:ln>
                  </pic:spPr>
                </pic:pic>
              </a:graphicData>
            </a:graphic>
          </wp:inline>
        </w:drawing>
      </w:r>
    </w:p>
    <w:p w14:paraId="01BC0505" w14:textId="77777777" w:rsidR="004C0875" w:rsidRPr="009A175C" w:rsidRDefault="004C0875" w:rsidP="00AF1C2D">
      <w:pPr>
        <w:rPr>
          <w:color w:val="EE0000"/>
        </w:rPr>
      </w:pPr>
    </w:p>
    <w:p w14:paraId="015A8009" w14:textId="6B18971C" w:rsidR="00F55599" w:rsidRPr="002926D6" w:rsidRDefault="00F3409C" w:rsidP="008B0A32">
      <w:pPr>
        <w:pStyle w:val="Nagwek1"/>
        <w:spacing w:before="60" w:after="60" w:line="240" w:lineRule="auto"/>
        <w:ind w:left="737" w:hanging="567"/>
        <w:rPr>
          <w:rFonts w:ascii="Roboto Condensed" w:hAnsi="Roboto Condensed"/>
          <w:bCs/>
          <w:sz w:val="22"/>
          <w:szCs w:val="22"/>
          <w:lang w:val="pl-PL"/>
        </w:rPr>
      </w:pPr>
      <w:bookmarkStart w:id="48" w:name="_Toc193697367"/>
      <w:bookmarkStart w:id="49" w:name="_Toc206769027"/>
      <w:r w:rsidRPr="002926D6">
        <w:rPr>
          <w:rFonts w:ascii="Roboto Condensed" w:hAnsi="Roboto Condensed"/>
          <w:bCs/>
          <w:sz w:val="22"/>
          <w:szCs w:val="22"/>
          <w:lang w:val="pl-PL"/>
        </w:rPr>
        <w:t>2.11.</w:t>
      </w:r>
      <w:r w:rsidR="00F55599" w:rsidRPr="002926D6">
        <w:rPr>
          <w:rFonts w:ascii="Roboto Condensed" w:hAnsi="Roboto Condensed"/>
          <w:bCs/>
          <w:sz w:val="22"/>
          <w:szCs w:val="22"/>
          <w:lang w:val="pl-PL"/>
        </w:rPr>
        <w:t xml:space="preserve"> </w:t>
      </w:r>
      <w:r w:rsidRPr="002926D6">
        <w:rPr>
          <w:rFonts w:ascii="Roboto Condensed" w:hAnsi="Roboto Condensed"/>
          <w:bCs/>
          <w:sz w:val="22"/>
          <w:szCs w:val="22"/>
          <w:lang w:val="pl-PL"/>
        </w:rPr>
        <w:t>O</w:t>
      </w:r>
      <w:r w:rsidR="00F55599" w:rsidRPr="002926D6">
        <w:rPr>
          <w:rFonts w:ascii="Roboto Condensed" w:hAnsi="Roboto Condensed"/>
          <w:bCs/>
          <w:sz w:val="22"/>
          <w:szCs w:val="22"/>
          <w:lang w:val="pl-PL"/>
        </w:rPr>
        <w:t>bszary uzdrowisk oraz obszary ochrony uzdrowiskowej</w:t>
      </w:r>
      <w:bookmarkEnd w:id="48"/>
      <w:bookmarkEnd w:id="49"/>
    </w:p>
    <w:p w14:paraId="321F348D" w14:textId="4A82BA0B" w:rsidR="00E633AF" w:rsidRPr="00DD7C8F" w:rsidRDefault="00E633AF" w:rsidP="00DD7C8F">
      <w:pPr>
        <w:pStyle w:val="Tekstpodstawowy2"/>
        <w:spacing w:line="240" w:lineRule="auto"/>
        <w:ind w:left="170"/>
        <w:rPr>
          <w:rFonts w:ascii="Roboto Condensed" w:hAnsi="Roboto Condensed"/>
          <w:color w:val="EE0000"/>
          <w:sz w:val="20"/>
          <w:lang w:val="pl-PL"/>
        </w:rPr>
      </w:pPr>
      <w:r w:rsidRPr="002926D6">
        <w:rPr>
          <w:rFonts w:ascii="Roboto Condensed" w:hAnsi="Roboto Condensed"/>
          <w:sz w:val="20"/>
          <w:lang w:val="pl-PL"/>
        </w:rPr>
        <w:t xml:space="preserve">Nie występują na obszarze gminy </w:t>
      </w:r>
      <w:r w:rsidR="002926D6" w:rsidRPr="002926D6">
        <w:rPr>
          <w:rFonts w:ascii="Roboto Condensed" w:hAnsi="Roboto Condensed"/>
          <w:sz w:val="20"/>
          <w:lang w:val="pl-PL"/>
        </w:rPr>
        <w:t>Radomsko</w:t>
      </w:r>
    </w:p>
    <w:p w14:paraId="2DB5E355" w14:textId="3C2677AD" w:rsidR="00791497" w:rsidRDefault="00F3409C" w:rsidP="00DD7C8F">
      <w:pPr>
        <w:pStyle w:val="Nagwek1"/>
        <w:spacing w:before="240" w:after="60" w:line="240" w:lineRule="auto"/>
        <w:ind w:left="737" w:hanging="567"/>
        <w:rPr>
          <w:rFonts w:ascii="Roboto Condensed" w:hAnsi="Roboto Condensed"/>
          <w:bCs/>
          <w:sz w:val="22"/>
          <w:szCs w:val="22"/>
          <w:lang w:val="pl-PL"/>
        </w:rPr>
      </w:pPr>
      <w:bookmarkStart w:id="50" w:name="_Toc193697368"/>
      <w:bookmarkStart w:id="51" w:name="_Toc206769028"/>
      <w:r w:rsidRPr="00D564B0">
        <w:rPr>
          <w:rFonts w:ascii="Roboto Condensed" w:hAnsi="Roboto Condensed"/>
          <w:bCs/>
          <w:sz w:val="22"/>
          <w:szCs w:val="22"/>
          <w:lang w:val="pl-PL"/>
        </w:rPr>
        <w:t>2.12.</w:t>
      </w:r>
      <w:r w:rsidR="00F55599" w:rsidRPr="00D564B0">
        <w:rPr>
          <w:rFonts w:ascii="Roboto Condensed" w:hAnsi="Roboto Condensed"/>
          <w:bCs/>
          <w:sz w:val="22"/>
          <w:szCs w:val="22"/>
          <w:lang w:val="pl-PL"/>
        </w:rPr>
        <w:t xml:space="preserve"> </w:t>
      </w:r>
      <w:r w:rsidRPr="00D564B0">
        <w:rPr>
          <w:rFonts w:ascii="Roboto Condensed" w:hAnsi="Roboto Condensed"/>
          <w:bCs/>
          <w:sz w:val="22"/>
          <w:szCs w:val="22"/>
          <w:lang w:val="pl-PL"/>
        </w:rPr>
        <w:t>Z</w:t>
      </w:r>
      <w:r w:rsidR="00F55599" w:rsidRPr="00D564B0">
        <w:rPr>
          <w:rFonts w:ascii="Roboto Condensed" w:hAnsi="Roboto Condensed"/>
          <w:bCs/>
          <w:sz w:val="22"/>
          <w:szCs w:val="22"/>
          <w:lang w:val="pl-PL"/>
        </w:rPr>
        <w:t>abytki objęte formami ochrony, o których mowa w ustawie z dnia 23 lipca 2003 r. o ochronie zabytków i opiece</w:t>
      </w:r>
      <w:r w:rsidRPr="00D564B0">
        <w:rPr>
          <w:rFonts w:ascii="Roboto Condensed" w:hAnsi="Roboto Condensed"/>
          <w:bCs/>
          <w:sz w:val="22"/>
          <w:szCs w:val="22"/>
          <w:lang w:val="pl-PL"/>
        </w:rPr>
        <w:t xml:space="preserve"> </w:t>
      </w:r>
      <w:r w:rsidR="00F55599" w:rsidRPr="00D564B0">
        <w:rPr>
          <w:rFonts w:ascii="Roboto Condensed" w:hAnsi="Roboto Condensed"/>
          <w:bCs/>
          <w:sz w:val="22"/>
          <w:szCs w:val="22"/>
          <w:lang w:val="pl-PL"/>
        </w:rPr>
        <w:t>nad zabytkami, lub ujęte w wojewódzkiej lub</w:t>
      </w:r>
      <w:r w:rsidRPr="00D564B0">
        <w:rPr>
          <w:rFonts w:ascii="Roboto Condensed" w:hAnsi="Roboto Condensed"/>
          <w:bCs/>
          <w:sz w:val="22"/>
          <w:szCs w:val="22"/>
          <w:lang w:val="pl-PL"/>
        </w:rPr>
        <w:t xml:space="preserve"> </w:t>
      </w:r>
      <w:r w:rsidR="00F55599" w:rsidRPr="00D564B0">
        <w:rPr>
          <w:rFonts w:ascii="Roboto Condensed" w:hAnsi="Roboto Condensed"/>
          <w:bCs/>
          <w:sz w:val="22"/>
          <w:szCs w:val="22"/>
          <w:lang w:val="pl-PL"/>
        </w:rPr>
        <w:t>gminnej ewidencji zabytków oraz dobra kultury współczesnej</w:t>
      </w:r>
      <w:bookmarkStart w:id="52" w:name="_Toc193697369"/>
      <w:bookmarkEnd w:id="50"/>
      <w:bookmarkEnd w:id="51"/>
    </w:p>
    <w:p w14:paraId="750E3955" w14:textId="048CD331" w:rsidR="00260C58" w:rsidRDefault="008A492C" w:rsidP="00DD7C8F">
      <w:pPr>
        <w:pStyle w:val="Tekstpodstawowy2"/>
        <w:spacing w:line="240" w:lineRule="auto"/>
        <w:ind w:left="170"/>
        <w:rPr>
          <w:rFonts w:ascii="Roboto Condensed" w:hAnsi="Roboto Condensed"/>
          <w:sz w:val="20"/>
          <w:lang w:val="pl-PL"/>
        </w:rPr>
      </w:pPr>
      <w:r w:rsidRPr="008A492C">
        <w:rPr>
          <w:rFonts w:ascii="Roboto Condensed" w:hAnsi="Roboto Condensed"/>
          <w:sz w:val="20"/>
          <w:lang w:val="pl-PL"/>
        </w:rPr>
        <w:t xml:space="preserve">W oparciu o Gminną Ewidencję Zabytków, materiały </w:t>
      </w:r>
      <w:r>
        <w:rPr>
          <w:rFonts w:ascii="Roboto Condensed" w:hAnsi="Roboto Condensed"/>
          <w:sz w:val="20"/>
          <w:lang w:val="pl-PL"/>
        </w:rPr>
        <w:t xml:space="preserve">cyfrowe </w:t>
      </w:r>
      <w:r w:rsidR="00267049">
        <w:rPr>
          <w:rFonts w:ascii="Roboto Condensed" w:hAnsi="Roboto Condensed"/>
          <w:sz w:val="20"/>
          <w:lang w:val="pl-PL"/>
        </w:rPr>
        <w:t xml:space="preserve">z bazy danych </w:t>
      </w:r>
      <w:r w:rsidRPr="008A492C">
        <w:rPr>
          <w:rFonts w:ascii="Roboto Condensed" w:hAnsi="Roboto Condensed"/>
          <w:sz w:val="20"/>
          <w:lang w:val="pl-PL"/>
        </w:rPr>
        <w:t>Narodowego Instytutu Dziedzictwa oraz Gminny Program Opieki nad Zabytkami Gminy Radomsko na lata 2023-2026 (uchwała Nr XLVII/298/2023 Rady Gminy Radomsko z dnia 23 stycznia 2023 r.</w:t>
      </w:r>
      <w:r w:rsidR="003D1531">
        <w:rPr>
          <w:rFonts w:ascii="Roboto Condensed" w:hAnsi="Roboto Condensed"/>
          <w:sz w:val="20"/>
          <w:lang w:val="pl-PL"/>
        </w:rPr>
        <w:t>)</w:t>
      </w:r>
      <w:r>
        <w:rPr>
          <w:rFonts w:ascii="Roboto Condensed" w:hAnsi="Roboto Condensed"/>
          <w:sz w:val="20"/>
          <w:lang w:val="pl-PL"/>
        </w:rPr>
        <w:t xml:space="preserve"> sporządzono wykaz zabytków zlokalizowanych na terenie gminy oraz dokonano weryfikacji, identyfikacji i oznaczenia na mapie.</w:t>
      </w:r>
    </w:p>
    <w:p w14:paraId="298EA132" w14:textId="77777777" w:rsidR="00260C58" w:rsidRDefault="00260C58">
      <w:pPr>
        <w:rPr>
          <w:rFonts w:ascii="Roboto Condensed" w:hAnsi="Roboto Condensed"/>
          <w:sz w:val="20"/>
          <w:szCs w:val="20"/>
        </w:rPr>
      </w:pPr>
      <w:r>
        <w:rPr>
          <w:rFonts w:ascii="Roboto Condensed" w:hAnsi="Roboto Condensed"/>
          <w:sz w:val="20"/>
        </w:rPr>
        <w:br w:type="page"/>
      </w:r>
    </w:p>
    <w:p w14:paraId="1A1AEF42" w14:textId="6B5818A2" w:rsidR="008337B7" w:rsidRPr="00416EA0" w:rsidRDefault="008337B7" w:rsidP="00650B3C">
      <w:pPr>
        <w:pStyle w:val="Nagwek1"/>
        <w:spacing w:before="240" w:after="60" w:line="240" w:lineRule="auto"/>
        <w:ind w:firstLine="170"/>
        <w:rPr>
          <w:rFonts w:ascii="Roboto Condensed" w:hAnsi="Roboto Condensed"/>
          <w:bCs/>
          <w:i/>
          <w:iCs/>
          <w:sz w:val="22"/>
          <w:szCs w:val="22"/>
          <w:u w:val="single"/>
          <w:lang w:val="pl-PL"/>
        </w:rPr>
      </w:pPr>
      <w:bookmarkStart w:id="53" w:name="_Toc206769029"/>
      <w:bookmarkStart w:id="54" w:name="_Hlk198133098"/>
      <w:r w:rsidRPr="00416EA0">
        <w:rPr>
          <w:rFonts w:ascii="Roboto Condensed" w:hAnsi="Roboto Condensed"/>
          <w:bCs/>
          <w:i/>
          <w:iCs/>
          <w:sz w:val="22"/>
          <w:szCs w:val="22"/>
          <w:u w:val="single"/>
          <w:lang w:val="pl-PL"/>
        </w:rPr>
        <w:lastRenderedPageBreak/>
        <w:t>Zabytki nieruchome:</w:t>
      </w:r>
      <w:bookmarkEnd w:id="52"/>
      <w:bookmarkEnd w:id="53"/>
    </w:p>
    <w:p w14:paraId="255158A1" w14:textId="5FF96B51" w:rsidR="00180AF7" w:rsidRPr="009A175C" w:rsidRDefault="00464DA7" w:rsidP="00234E43">
      <w:pPr>
        <w:pStyle w:val="Tekstpodstawowy2"/>
        <w:spacing w:before="120" w:line="240" w:lineRule="auto"/>
        <w:ind w:firstLine="170"/>
        <w:rPr>
          <w:rFonts w:ascii="Roboto Condensed" w:hAnsi="Roboto Condensed"/>
          <w:color w:val="EE0000"/>
          <w:sz w:val="20"/>
          <w:lang w:val="pl-PL"/>
        </w:rPr>
      </w:pPr>
      <w:bookmarkStart w:id="55" w:name="_Hlk198649315"/>
      <w:r w:rsidRPr="00416EA0">
        <w:rPr>
          <w:rFonts w:ascii="Roboto Condensed" w:hAnsi="Roboto Condensed"/>
          <w:i/>
          <w:iCs/>
          <w:sz w:val="20"/>
          <w:lang w:val="pl-PL"/>
        </w:rPr>
        <w:t>Tab</w:t>
      </w:r>
      <w:r w:rsidR="00234E43" w:rsidRPr="00416EA0">
        <w:rPr>
          <w:rFonts w:ascii="Roboto Condensed" w:hAnsi="Roboto Condensed"/>
          <w:i/>
          <w:iCs/>
          <w:sz w:val="20"/>
          <w:lang w:val="pl-PL"/>
        </w:rPr>
        <w:t>.</w:t>
      </w:r>
      <w:r w:rsidRPr="00416EA0">
        <w:rPr>
          <w:rFonts w:ascii="Roboto Condensed" w:hAnsi="Roboto Condensed"/>
          <w:i/>
          <w:iCs/>
          <w:sz w:val="20"/>
          <w:lang w:val="pl-PL"/>
        </w:rPr>
        <w:t xml:space="preserve"> </w:t>
      </w:r>
      <w:r w:rsidR="00234E43" w:rsidRPr="00416EA0">
        <w:rPr>
          <w:rFonts w:ascii="Roboto Condensed" w:hAnsi="Roboto Condensed"/>
          <w:i/>
          <w:iCs/>
          <w:sz w:val="20"/>
          <w:lang w:val="pl-PL"/>
        </w:rPr>
        <w:t>1</w:t>
      </w:r>
      <w:r w:rsidRPr="00416EA0">
        <w:rPr>
          <w:rFonts w:ascii="Roboto Condensed" w:hAnsi="Roboto Condensed"/>
          <w:i/>
          <w:iCs/>
          <w:sz w:val="20"/>
          <w:lang w:val="pl-PL"/>
        </w:rPr>
        <w:t xml:space="preserve">. </w:t>
      </w:r>
      <w:r w:rsidR="007745C2" w:rsidRPr="00416EA0">
        <w:rPr>
          <w:rFonts w:ascii="Roboto Condensed" w:hAnsi="Roboto Condensed"/>
          <w:i/>
          <w:iCs/>
          <w:sz w:val="20"/>
          <w:lang w:val="pl-PL"/>
        </w:rPr>
        <w:t>Wykaz</w:t>
      </w:r>
      <w:r w:rsidR="007745C2" w:rsidRPr="00D36E75">
        <w:rPr>
          <w:rFonts w:ascii="Roboto Condensed" w:hAnsi="Roboto Condensed"/>
          <w:i/>
          <w:iCs/>
          <w:sz w:val="20"/>
          <w:lang w:val="pl-PL"/>
        </w:rPr>
        <w:t xml:space="preserve"> obiektów </w:t>
      </w:r>
      <w:r w:rsidR="00267049" w:rsidRPr="00D36E75">
        <w:rPr>
          <w:rFonts w:ascii="Roboto Condensed" w:hAnsi="Roboto Condensed"/>
          <w:i/>
          <w:iCs/>
          <w:sz w:val="20"/>
          <w:lang w:val="pl-PL"/>
        </w:rPr>
        <w:t xml:space="preserve">zabytkowych </w:t>
      </w:r>
      <w:r w:rsidR="00D36E75" w:rsidRPr="00D36E75">
        <w:rPr>
          <w:rFonts w:ascii="Roboto Condensed" w:hAnsi="Roboto Condensed"/>
          <w:i/>
          <w:iCs/>
          <w:sz w:val="20"/>
          <w:lang w:val="pl-PL"/>
        </w:rPr>
        <w:t xml:space="preserve">ujętych </w:t>
      </w:r>
      <w:r w:rsidR="007745C2" w:rsidRPr="00D36E75">
        <w:rPr>
          <w:rFonts w:ascii="Roboto Condensed" w:hAnsi="Roboto Condensed"/>
          <w:i/>
          <w:iCs/>
          <w:sz w:val="20"/>
          <w:lang w:val="pl-PL"/>
        </w:rPr>
        <w:t xml:space="preserve">w gminnej ewidencji zabytków gminy </w:t>
      </w:r>
      <w:r w:rsidR="00416EA0" w:rsidRPr="00D36E75">
        <w:rPr>
          <w:rFonts w:ascii="Roboto Condensed" w:hAnsi="Roboto Condensed"/>
          <w:i/>
          <w:iCs/>
          <w:sz w:val="20"/>
          <w:lang w:val="pl-PL"/>
        </w:rPr>
        <w:t>Radomsko</w:t>
      </w:r>
      <w:r w:rsidR="00234E43" w:rsidRPr="00D36E75">
        <w:rPr>
          <w:rFonts w:ascii="Roboto Condensed" w:hAnsi="Roboto Condensed"/>
          <w:i/>
          <w:iCs/>
          <w:sz w:val="20"/>
          <w:lang w:val="pl-PL"/>
        </w:rPr>
        <w:t>.</w:t>
      </w:r>
      <w:bookmarkEnd w:id="55"/>
    </w:p>
    <w:tbl>
      <w:tblPr>
        <w:tblStyle w:val="Tabela-Siatka"/>
        <w:tblW w:w="9355" w:type="dxa"/>
        <w:tblInd w:w="421" w:type="dxa"/>
        <w:tblLook w:val="04A0" w:firstRow="1" w:lastRow="0" w:firstColumn="1" w:lastColumn="0" w:noHBand="0" w:noVBand="1"/>
      </w:tblPr>
      <w:tblGrid>
        <w:gridCol w:w="474"/>
        <w:gridCol w:w="1150"/>
        <w:gridCol w:w="2332"/>
        <w:gridCol w:w="1865"/>
        <w:gridCol w:w="1132"/>
        <w:gridCol w:w="2402"/>
      </w:tblGrid>
      <w:tr w:rsidR="00267049" w:rsidRPr="009A175C" w14:paraId="61868CF7" w14:textId="77777777" w:rsidTr="00586497">
        <w:tc>
          <w:tcPr>
            <w:tcW w:w="474" w:type="dxa"/>
            <w:shd w:val="clear" w:color="auto" w:fill="A6A6A6" w:themeFill="background1" w:themeFillShade="A6"/>
          </w:tcPr>
          <w:p w14:paraId="3CC1CBE4" w14:textId="77777777" w:rsidR="00267049" w:rsidRPr="00416EA0" w:rsidRDefault="00267049" w:rsidP="00FB4719">
            <w:pPr>
              <w:ind w:left="-57" w:right="-57"/>
              <w:jc w:val="center"/>
              <w:rPr>
                <w:rFonts w:ascii="Roboto Condensed" w:hAnsi="Roboto Condensed"/>
                <w:b/>
                <w:bCs/>
                <w:sz w:val="18"/>
                <w:szCs w:val="18"/>
              </w:rPr>
            </w:pPr>
            <w:r w:rsidRPr="00416EA0">
              <w:rPr>
                <w:rFonts w:ascii="Roboto Condensed" w:hAnsi="Roboto Condensed"/>
                <w:b/>
                <w:bCs/>
                <w:sz w:val="18"/>
                <w:szCs w:val="18"/>
              </w:rPr>
              <w:t>LP.</w:t>
            </w:r>
          </w:p>
        </w:tc>
        <w:tc>
          <w:tcPr>
            <w:tcW w:w="1150" w:type="dxa"/>
            <w:shd w:val="clear" w:color="auto" w:fill="A6A6A6" w:themeFill="background1" w:themeFillShade="A6"/>
          </w:tcPr>
          <w:p w14:paraId="71B7B487" w14:textId="77777777" w:rsidR="00267049" w:rsidRPr="00416EA0" w:rsidRDefault="00267049" w:rsidP="00FB4719">
            <w:pPr>
              <w:ind w:left="-57" w:right="-57"/>
              <w:jc w:val="center"/>
              <w:rPr>
                <w:rFonts w:ascii="Roboto Condensed" w:hAnsi="Roboto Condensed"/>
                <w:b/>
                <w:bCs/>
                <w:sz w:val="18"/>
                <w:szCs w:val="18"/>
              </w:rPr>
            </w:pPr>
            <w:r w:rsidRPr="00416EA0">
              <w:rPr>
                <w:rFonts w:ascii="Roboto Condensed" w:hAnsi="Roboto Condensed"/>
                <w:b/>
                <w:bCs/>
                <w:sz w:val="18"/>
                <w:szCs w:val="18"/>
              </w:rPr>
              <w:t>Miejscowość</w:t>
            </w:r>
          </w:p>
        </w:tc>
        <w:tc>
          <w:tcPr>
            <w:tcW w:w="2332" w:type="dxa"/>
            <w:shd w:val="clear" w:color="auto" w:fill="A6A6A6" w:themeFill="background1" w:themeFillShade="A6"/>
          </w:tcPr>
          <w:p w14:paraId="2F95A2EB" w14:textId="77777777" w:rsidR="00267049" w:rsidRPr="00E37E31" w:rsidRDefault="00267049" w:rsidP="00FB4719">
            <w:pPr>
              <w:ind w:left="-57" w:right="-57"/>
              <w:jc w:val="center"/>
              <w:rPr>
                <w:rFonts w:ascii="Roboto Condensed" w:hAnsi="Roboto Condensed"/>
                <w:b/>
                <w:bCs/>
                <w:sz w:val="18"/>
                <w:szCs w:val="18"/>
              </w:rPr>
            </w:pPr>
            <w:r w:rsidRPr="00E37E31">
              <w:rPr>
                <w:rFonts w:ascii="Roboto Condensed" w:hAnsi="Roboto Condensed"/>
                <w:b/>
                <w:bCs/>
                <w:sz w:val="18"/>
                <w:szCs w:val="18"/>
              </w:rPr>
              <w:t>Obiekt</w:t>
            </w:r>
          </w:p>
        </w:tc>
        <w:tc>
          <w:tcPr>
            <w:tcW w:w="1865" w:type="dxa"/>
            <w:shd w:val="clear" w:color="auto" w:fill="A6A6A6" w:themeFill="background1" w:themeFillShade="A6"/>
          </w:tcPr>
          <w:p w14:paraId="1A97DF39" w14:textId="77777777" w:rsidR="00267049" w:rsidRPr="00E37E31" w:rsidRDefault="00267049" w:rsidP="00FB4719">
            <w:pPr>
              <w:ind w:left="-57" w:right="-57"/>
              <w:jc w:val="center"/>
              <w:rPr>
                <w:rFonts w:ascii="Roboto Condensed" w:hAnsi="Roboto Condensed"/>
                <w:b/>
                <w:bCs/>
                <w:sz w:val="18"/>
                <w:szCs w:val="18"/>
              </w:rPr>
            </w:pPr>
            <w:r w:rsidRPr="00E37E31">
              <w:rPr>
                <w:rFonts w:ascii="Roboto Condensed" w:hAnsi="Roboto Condensed"/>
                <w:b/>
                <w:bCs/>
                <w:sz w:val="18"/>
                <w:szCs w:val="18"/>
              </w:rPr>
              <w:t>Adres</w:t>
            </w:r>
          </w:p>
        </w:tc>
        <w:tc>
          <w:tcPr>
            <w:tcW w:w="1132" w:type="dxa"/>
            <w:shd w:val="clear" w:color="auto" w:fill="A6A6A6" w:themeFill="background1" w:themeFillShade="A6"/>
          </w:tcPr>
          <w:p w14:paraId="7F0AE9C3" w14:textId="77777777" w:rsidR="00267049" w:rsidRPr="007F5032" w:rsidRDefault="00267049" w:rsidP="00FB4719">
            <w:pPr>
              <w:ind w:left="-57" w:right="-57"/>
              <w:jc w:val="center"/>
              <w:rPr>
                <w:rFonts w:ascii="Roboto Condensed" w:hAnsi="Roboto Condensed"/>
                <w:b/>
                <w:bCs/>
                <w:sz w:val="18"/>
                <w:szCs w:val="18"/>
              </w:rPr>
            </w:pPr>
            <w:r w:rsidRPr="007F5032">
              <w:rPr>
                <w:rFonts w:ascii="Roboto Condensed" w:hAnsi="Roboto Condensed"/>
                <w:b/>
                <w:bCs/>
                <w:sz w:val="18"/>
                <w:szCs w:val="18"/>
              </w:rPr>
              <w:t>Datownik</w:t>
            </w:r>
          </w:p>
        </w:tc>
        <w:tc>
          <w:tcPr>
            <w:tcW w:w="2402" w:type="dxa"/>
            <w:shd w:val="clear" w:color="auto" w:fill="A6A6A6" w:themeFill="background1" w:themeFillShade="A6"/>
          </w:tcPr>
          <w:p w14:paraId="633774BE" w14:textId="65031638" w:rsidR="00267049" w:rsidRPr="007F5032" w:rsidRDefault="007F5032" w:rsidP="00FB4719">
            <w:pPr>
              <w:ind w:left="-57" w:right="-57"/>
              <w:jc w:val="center"/>
              <w:rPr>
                <w:rFonts w:ascii="Roboto Condensed" w:hAnsi="Roboto Condensed"/>
                <w:b/>
                <w:bCs/>
                <w:sz w:val="18"/>
                <w:szCs w:val="18"/>
              </w:rPr>
            </w:pPr>
            <w:r w:rsidRPr="007F5032">
              <w:rPr>
                <w:rFonts w:ascii="Roboto Condensed" w:hAnsi="Roboto Condensed"/>
                <w:b/>
                <w:bCs/>
                <w:sz w:val="18"/>
                <w:szCs w:val="18"/>
              </w:rPr>
              <w:t>Forma ochrony</w:t>
            </w:r>
            <w:r>
              <w:rPr>
                <w:rFonts w:ascii="Roboto Condensed" w:hAnsi="Roboto Condensed"/>
                <w:b/>
                <w:bCs/>
                <w:sz w:val="18"/>
                <w:szCs w:val="18"/>
              </w:rPr>
              <w:t xml:space="preserve"> / uwagi</w:t>
            </w:r>
          </w:p>
        </w:tc>
      </w:tr>
      <w:tr w:rsidR="00267049" w:rsidRPr="009A175C" w14:paraId="29926F57" w14:textId="77777777" w:rsidTr="00586497">
        <w:tc>
          <w:tcPr>
            <w:tcW w:w="474" w:type="dxa"/>
          </w:tcPr>
          <w:p w14:paraId="6BC1A1BC" w14:textId="77777777"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1</w:t>
            </w:r>
          </w:p>
        </w:tc>
        <w:tc>
          <w:tcPr>
            <w:tcW w:w="1150" w:type="dxa"/>
          </w:tcPr>
          <w:p w14:paraId="7E6688FA" w14:textId="172A744D"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Kietlin</w:t>
            </w:r>
          </w:p>
        </w:tc>
        <w:tc>
          <w:tcPr>
            <w:tcW w:w="2332" w:type="dxa"/>
          </w:tcPr>
          <w:p w14:paraId="3EA1DD60" w14:textId="1A5B592D" w:rsidR="00267049" w:rsidRPr="00C96965" w:rsidRDefault="00515716" w:rsidP="00FB4719">
            <w:pPr>
              <w:ind w:left="-57" w:right="-57"/>
              <w:rPr>
                <w:rFonts w:ascii="Roboto Condensed" w:hAnsi="Roboto Condensed"/>
                <w:sz w:val="18"/>
                <w:szCs w:val="18"/>
              </w:rPr>
            </w:pPr>
            <w:r w:rsidRPr="00C96965">
              <w:rPr>
                <w:rFonts w:ascii="Roboto Condensed" w:hAnsi="Roboto Condensed"/>
                <w:sz w:val="18"/>
                <w:szCs w:val="18"/>
              </w:rPr>
              <w:t>s</w:t>
            </w:r>
            <w:r w:rsidR="00267049" w:rsidRPr="00C96965">
              <w:rPr>
                <w:rFonts w:ascii="Roboto Condensed" w:hAnsi="Roboto Condensed"/>
                <w:sz w:val="18"/>
                <w:szCs w:val="18"/>
              </w:rPr>
              <w:t>zkoła</w:t>
            </w:r>
          </w:p>
        </w:tc>
        <w:tc>
          <w:tcPr>
            <w:tcW w:w="1865" w:type="dxa"/>
          </w:tcPr>
          <w:p w14:paraId="62B67DC5" w14:textId="6ACCA465"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ul. Radomszczańska 61</w:t>
            </w:r>
          </w:p>
        </w:tc>
        <w:tc>
          <w:tcPr>
            <w:tcW w:w="1132" w:type="dxa"/>
          </w:tcPr>
          <w:p w14:paraId="453CCC26" w14:textId="79CB4348"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1938 r.</w:t>
            </w:r>
          </w:p>
        </w:tc>
        <w:tc>
          <w:tcPr>
            <w:tcW w:w="2402" w:type="dxa"/>
          </w:tcPr>
          <w:p w14:paraId="510AFC88" w14:textId="516AB421"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WEZ</w:t>
            </w:r>
          </w:p>
          <w:p w14:paraId="22EAECFD" w14:textId="74896A87"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7F5032">
              <w:rPr>
                <w:rFonts w:ascii="Roboto Condensed" w:hAnsi="Roboto Condensed"/>
                <w:sz w:val="18"/>
                <w:szCs w:val="18"/>
              </w:rPr>
              <w:t xml:space="preserve"> (karta 20/1606)</w:t>
            </w:r>
          </w:p>
        </w:tc>
      </w:tr>
      <w:tr w:rsidR="00267049" w:rsidRPr="009A175C" w14:paraId="4CE249C5" w14:textId="77777777" w:rsidTr="00586497">
        <w:tc>
          <w:tcPr>
            <w:tcW w:w="474" w:type="dxa"/>
          </w:tcPr>
          <w:p w14:paraId="71C636BE" w14:textId="77777777"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2</w:t>
            </w:r>
          </w:p>
        </w:tc>
        <w:tc>
          <w:tcPr>
            <w:tcW w:w="1150" w:type="dxa"/>
          </w:tcPr>
          <w:p w14:paraId="5C2F0491" w14:textId="6F3DCF26"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Kietlin</w:t>
            </w:r>
          </w:p>
        </w:tc>
        <w:tc>
          <w:tcPr>
            <w:tcW w:w="2332" w:type="dxa"/>
          </w:tcPr>
          <w:p w14:paraId="12CF1E19" w14:textId="7FB2B470"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kaplica</w:t>
            </w:r>
          </w:p>
        </w:tc>
        <w:tc>
          <w:tcPr>
            <w:tcW w:w="1865" w:type="dxa"/>
          </w:tcPr>
          <w:p w14:paraId="2EC25C61" w14:textId="17757892"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ul. Radomszczańska 75</w:t>
            </w:r>
          </w:p>
        </w:tc>
        <w:tc>
          <w:tcPr>
            <w:tcW w:w="1132" w:type="dxa"/>
          </w:tcPr>
          <w:p w14:paraId="5D85C093" w14:textId="60306EC8"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ok. 1920 r.</w:t>
            </w:r>
          </w:p>
        </w:tc>
        <w:tc>
          <w:tcPr>
            <w:tcW w:w="2402" w:type="dxa"/>
          </w:tcPr>
          <w:p w14:paraId="62D60396" w14:textId="53F5EDC1"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WE</w:t>
            </w:r>
            <w:r w:rsidR="00515716" w:rsidRPr="00C96965">
              <w:rPr>
                <w:rFonts w:ascii="Roboto Condensed" w:hAnsi="Roboto Condensed"/>
                <w:sz w:val="18"/>
                <w:szCs w:val="18"/>
              </w:rPr>
              <w:t>Z</w:t>
            </w:r>
          </w:p>
          <w:p w14:paraId="120B0C44" w14:textId="791F2678"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7F5032">
              <w:rPr>
                <w:rFonts w:ascii="Roboto Condensed" w:hAnsi="Roboto Condensed"/>
                <w:sz w:val="18"/>
                <w:szCs w:val="18"/>
              </w:rPr>
              <w:t xml:space="preserve"> (karta 21/1606)</w:t>
            </w:r>
          </w:p>
        </w:tc>
      </w:tr>
      <w:tr w:rsidR="00267049" w:rsidRPr="009A175C" w14:paraId="1F133811" w14:textId="77777777" w:rsidTr="00586497">
        <w:tc>
          <w:tcPr>
            <w:tcW w:w="474" w:type="dxa"/>
          </w:tcPr>
          <w:p w14:paraId="2034E5D5" w14:textId="77777777"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3</w:t>
            </w:r>
          </w:p>
        </w:tc>
        <w:tc>
          <w:tcPr>
            <w:tcW w:w="1150" w:type="dxa"/>
          </w:tcPr>
          <w:p w14:paraId="2861D8FF" w14:textId="1A8F8549"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Kietlin</w:t>
            </w:r>
          </w:p>
        </w:tc>
        <w:tc>
          <w:tcPr>
            <w:tcW w:w="2332" w:type="dxa"/>
          </w:tcPr>
          <w:p w14:paraId="4CCE8674" w14:textId="1CC4C6D0"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kościół rzymsko-katolicki</w:t>
            </w:r>
          </w:p>
        </w:tc>
        <w:tc>
          <w:tcPr>
            <w:tcW w:w="1865" w:type="dxa"/>
          </w:tcPr>
          <w:p w14:paraId="2A08E57C" w14:textId="65B13CAB"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ul. Radomszczańska 75</w:t>
            </w:r>
          </w:p>
        </w:tc>
        <w:tc>
          <w:tcPr>
            <w:tcW w:w="1132" w:type="dxa"/>
          </w:tcPr>
          <w:p w14:paraId="0C56C083" w14:textId="265CAAAA"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1920 r.</w:t>
            </w:r>
          </w:p>
        </w:tc>
        <w:tc>
          <w:tcPr>
            <w:tcW w:w="2402" w:type="dxa"/>
          </w:tcPr>
          <w:p w14:paraId="6C214A39" w14:textId="2546AD84"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WE</w:t>
            </w:r>
            <w:r w:rsidR="00515716" w:rsidRPr="00C96965">
              <w:rPr>
                <w:rFonts w:ascii="Roboto Condensed" w:hAnsi="Roboto Condensed"/>
                <w:sz w:val="18"/>
                <w:szCs w:val="18"/>
              </w:rPr>
              <w:t>Z</w:t>
            </w:r>
          </w:p>
          <w:p w14:paraId="3EECD77A" w14:textId="6DD48511"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7F5032">
              <w:rPr>
                <w:rFonts w:ascii="Roboto Condensed" w:hAnsi="Roboto Condensed"/>
                <w:sz w:val="18"/>
                <w:szCs w:val="18"/>
              </w:rPr>
              <w:t xml:space="preserve"> (karta 22/1606)</w:t>
            </w:r>
          </w:p>
        </w:tc>
      </w:tr>
      <w:tr w:rsidR="00267049" w:rsidRPr="009A175C" w14:paraId="6B07891B" w14:textId="77777777" w:rsidTr="00586497">
        <w:tc>
          <w:tcPr>
            <w:tcW w:w="474" w:type="dxa"/>
          </w:tcPr>
          <w:p w14:paraId="3F5AA85C" w14:textId="77777777"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4</w:t>
            </w:r>
          </w:p>
        </w:tc>
        <w:tc>
          <w:tcPr>
            <w:tcW w:w="1150" w:type="dxa"/>
          </w:tcPr>
          <w:p w14:paraId="13F9B681" w14:textId="4242BBA2"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 xml:space="preserve">Strzałków </w:t>
            </w:r>
          </w:p>
        </w:tc>
        <w:tc>
          <w:tcPr>
            <w:tcW w:w="2332" w:type="dxa"/>
          </w:tcPr>
          <w:p w14:paraId="6DDB279C" w14:textId="5135A07D"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obora</w:t>
            </w:r>
          </w:p>
        </w:tc>
        <w:tc>
          <w:tcPr>
            <w:tcW w:w="1865" w:type="dxa"/>
          </w:tcPr>
          <w:p w14:paraId="0B8B8715" w14:textId="4E89E1F3"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ul. Reymonta 54</w:t>
            </w:r>
          </w:p>
        </w:tc>
        <w:tc>
          <w:tcPr>
            <w:tcW w:w="1132" w:type="dxa"/>
          </w:tcPr>
          <w:p w14:paraId="1732269F" w14:textId="1EA9AE41"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koniec XIX w., pocz. XX w.</w:t>
            </w:r>
          </w:p>
        </w:tc>
        <w:tc>
          <w:tcPr>
            <w:tcW w:w="2402" w:type="dxa"/>
          </w:tcPr>
          <w:p w14:paraId="75838FD9" w14:textId="465B5A6E"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WE</w:t>
            </w:r>
            <w:r w:rsidR="00515716" w:rsidRPr="00C96965">
              <w:rPr>
                <w:rFonts w:ascii="Roboto Condensed" w:hAnsi="Roboto Condensed"/>
                <w:sz w:val="18"/>
                <w:szCs w:val="18"/>
              </w:rPr>
              <w:t>Z</w:t>
            </w:r>
          </w:p>
          <w:p w14:paraId="799F3029" w14:textId="193E3A08"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7F5032">
              <w:rPr>
                <w:rFonts w:ascii="Roboto Condensed" w:hAnsi="Roboto Condensed"/>
                <w:sz w:val="18"/>
                <w:szCs w:val="18"/>
              </w:rPr>
              <w:t xml:space="preserve"> (karta 23/1606)</w:t>
            </w:r>
          </w:p>
        </w:tc>
      </w:tr>
      <w:tr w:rsidR="00267049" w:rsidRPr="009A175C" w14:paraId="76E9D50C" w14:textId="77777777" w:rsidTr="00586497">
        <w:tc>
          <w:tcPr>
            <w:tcW w:w="474" w:type="dxa"/>
          </w:tcPr>
          <w:p w14:paraId="4800D668" w14:textId="77777777"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5</w:t>
            </w:r>
          </w:p>
        </w:tc>
        <w:tc>
          <w:tcPr>
            <w:tcW w:w="1150" w:type="dxa"/>
          </w:tcPr>
          <w:p w14:paraId="632E3629" w14:textId="5063886F"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Strzałków</w:t>
            </w:r>
          </w:p>
        </w:tc>
        <w:tc>
          <w:tcPr>
            <w:tcW w:w="2332" w:type="dxa"/>
          </w:tcPr>
          <w:p w14:paraId="7EE0AFB0" w14:textId="2D0E3612"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spichlerz</w:t>
            </w:r>
          </w:p>
        </w:tc>
        <w:tc>
          <w:tcPr>
            <w:tcW w:w="1865" w:type="dxa"/>
          </w:tcPr>
          <w:p w14:paraId="0CC0E941" w14:textId="228C2963"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ul. Reymonta 54</w:t>
            </w:r>
          </w:p>
        </w:tc>
        <w:tc>
          <w:tcPr>
            <w:tcW w:w="1132" w:type="dxa"/>
          </w:tcPr>
          <w:p w14:paraId="0C654E72" w14:textId="754B8F31"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koniec XIX w., pocz. XX w.</w:t>
            </w:r>
          </w:p>
        </w:tc>
        <w:tc>
          <w:tcPr>
            <w:tcW w:w="2402" w:type="dxa"/>
          </w:tcPr>
          <w:p w14:paraId="75D2A917" w14:textId="1ADA50F5"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WE</w:t>
            </w:r>
            <w:r w:rsidR="00515716" w:rsidRPr="00C96965">
              <w:rPr>
                <w:rFonts w:ascii="Roboto Condensed" w:hAnsi="Roboto Condensed"/>
                <w:sz w:val="18"/>
                <w:szCs w:val="18"/>
              </w:rPr>
              <w:t>Z</w:t>
            </w:r>
          </w:p>
          <w:p w14:paraId="1A8B8E96" w14:textId="7E9DD468"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7F5032">
              <w:rPr>
                <w:rFonts w:ascii="Roboto Condensed" w:hAnsi="Roboto Condensed"/>
                <w:sz w:val="18"/>
                <w:szCs w:val="18"/>
              </w:rPr>
              <w:t xml:space="preserve"> (karta 24/1606)</w:t>
            </w:r>
          </w:p>
        </w:tc>
      </w:tr>
      <w:tr w:rsidR="00267049" w:rsidRPr="009A175C" w14:paraId="2E27BB03" w14:textId="77777777" w:rsidTr="00586497">
        <w:tc>
          <w:tcPr>
            <w:tcW w:w="474" w:type="dxa"/>
          </w:tcPr>
          <w:p w14:paraId="039F3549" w14:textId="77777777"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6</w:t>
            </w:r>
          </w:p>
        </w:tc>
        <w:tc>
          <w:tcPr>
            <w:tcW w:w="1150" w:type="dxa"/>
          </w:tcPr>
          <w:p w14:paraId="0DCBD1D1" w14:textId="32D9C790"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Strzałków</w:t>
            </w:r>
          </w:p>
        </w:tc>
        <w:tc>
          <w:tcPr>
            <w:tcW w:w="2332" w:type="dxa"/>
          </w:tcPr>
          <w:p w14:paraId="5F3CFD6A" w14:textId="030C491E"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pałac</w:t>
            </w:r>
          </w:p>
        </w:tc>
        <w:tc>
          <w:tcPr>
            <w:tcW w:w="1865" w:type="dxa"/>
          </w:tcPr>
          <w:p w14:paraId="41D2B814" w14:textId="60849EA7"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ul. Reymonta 54</w:t>
            </w:r>
          </w:p>
        </w:tc>
        <w:tc>
          <w:tcPr>
            <w:tcW w:w="1132" w:type="dxa"/>
          </w:tcPr>
          <w:p w14:paraId="53757D6B" w14:textId="2DD51FCD"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1921 r.</w:t>
            </w:r>
          </w:p>
        </w:tc>
        <w:tc>
          <w:tcPr>
            <w:tcW w:w="2402" w:type="dxa"/>
          </w:tcPr>
          <w:p w14:paraId="78CE01AC" w14:textId="4ABBFE7C"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WE</w:t>
            </w:r>
            <w:r w:rsidR="00515716" w:rsidRPr="00C96965">
              <w:rPr>
                <w:rFonts w:ascii="Roboto Condensed" w:hAnsi="Roboto Condensed"/>
                <w:sz w:val="18"/>
                <w:szCs w:val="18"/>
              </w:rPr>
              <w:t>Z</w:t>
            </w:r>
          </w:p>
          <w:p w14:paraId="12EE2C35" w14:textId="7E1E59AE"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7F5032">
              <w:rPr>
                <w:rFonts w:ascii="Roboto Condensed" w:hAnsi="Roboto Condensed"/>
                <w:sz w:val="18"/>
                <w:szCs w:val="18"/>
              </w:rPr>
              <w:t xml:space="preserve"> (karta 26/1606)</w:t>
            </w:r>
          </w:p>
          <w:p w14:paraId="46866D9B" w14:textId="3775DA4C" w:rsidR="00083576" w:rsidRPr="00C96965" w:rsidRDefault="00083576" w:rsidP="00FB4719">
            <w:pPr>
              <w:ind w:left="-57" w:right="-57"/>
              <w:rPr>
                <w:rFonts w:ascii="Roboto Condensed" w:hAnsi="Roboto Condensed"/>
                <w:sz w:val="18"/>
                <w:szCs w:val="18"/>
              </w:rPr>
            </w:pPr>
            <w:r w:rsidRPr="00C96965">
              <w:rPr>
                <w:rFonts w:ascii="Roboto Condensed" w:hAnsi="Roboto Condensed"/>
                <w:sz w:val="18"/>
                <w:szCs w:val="18"/>
              </w:rPr>
              <w:t>NID</w:t>
            </w:r>
          </w:p>
        </w:tc>
      </w:tr>
      <w:tr w:rsidR="00267049" w:rsidRPr="009A175C" w14:paraId="3BAB7717" w14:textId="77777777" w:rsidTr="00586497">
        <w:tc>
          <w:tcPr>
            <w:tcW w:w="474" w:type="dxa"/>
          </w:tcPr>
          <w:p w14:paraId="453E248D" w14:textId="77777777"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7</w:t>
            </w:r>
          </w:p>
        </w:tc>
        <w:tc>
          <w:tcPr>
            <w:tcW w:w="1150" w:type="dxa"/>
          </w:tcPr>
          <w:p w14:paraId="7C0D137B" w14:textId="5300FB01"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Strzałków</w:t>
            </w:r>
          </w:p>
        </w:tc>
        <w:tc>
          <w:tcPr>
            <w:tcW w:w="2332" w:type="dxa"/>
          </w:tcPr>
          <w:p w14:paraId="1CB142DB" w14:textId="4975837C"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stodoła</w:t>
            </w:r>
          </w:p>
        </w:tc>
        <w:tc>
          <w:tcPr>
            <w:tcW w:w="1865" w:type="dxa"/>
          </w:tcPr>
          <w:p w14:paraId="575E980F" w14:textId="299CBCDD"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ul. Reymonta 54</w:t>
            </w:r>
          </w:p>
        </w:tc>
        <w:tc>
          <w:tcPr>
            <w:tcW w:w="1132" w:type="dxa"/>
          </w:tcPr>
          <w:p w14:paraId="0765176D" w14:textId="5E1B9056"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koniec XIX w., pocz. XX w.</w:t>
            </w:r>
          </w:p>
        </w:tc>
        <w:tc>
          <w:tcPr>
            <w:tcW w:w="2402" w:type="dxa"/>
          </w:tcPr>
          <w:p w14:paraId="7DF0229B" w14:textId="73DB651C"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WE</w:t>
            </w:r>
            <w:r w:rsidR="00515716" w:rsidRPr="00C96965">
              <w:rPr>
                <w:rFonts w:ascii="Roboto Condensed" w:hAnsi="Roboto Condensed"/>
                <w:sz w:val="18"/>
                <w:szCs w:val="18"/>
              </w:rPr>
              <w:t>Z</w:t>
            </w:r>
          </w:p>
          <w:p w14:paraId="5D0FA14A" w14:textId="16738B3F"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7F5032">
              <w:rPr>
                <w:rFonts w:ascii="Roboto Condensed" w:hAnsi="Roboto Condensed"/>
                <w:sz w:val="18"/>
                <w:szCs w:val="18"/>
              </w:rPr>
              <w:t xml:space="preserve"> (karta 37/1606)</w:t>
            </w:r>
          </w:p>
        </w:tc>
      </w:tr>
      <w:tr w:rsidR="00267049" w:rsidRPr="009A175C" w14:paraId="524AE7A3" w14:textId="77777777" w:rsidTr="00586497">
        <w:tc>
          <w:tcPr>
            <w:tcW w:w="474" w:type="dxa"/>
          </w:tcPr>
          <w:p w14:paraId="3C0473B7" w14:textId="77777777"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8</w:t>
            </w:r>
          </w:p>
        </w:tc>
        <w:tc>
          <w:tcPr>
            <w:tcW w:w="1150" w:type="dxa"/>
          </w:tcPr>
          <w:p w14:paraId="11D7FC77" w14:textId="3169C48F"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Strzałków</w:t>
            </w:r>
          </w:p>
        </w:tc>
        <w:tc>
          <w:tcPr>
            <w:tcW w:w="2332" w:type="dxa"/>
          </w:tcPr>
          <w:p w14:paraId="25FD1190" w14:textId="2756FEB8"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budynek administracyjny</w:t>
            </w:r>
          </w:p>
        </w:tc>
        <w:tc>
          <w:tcPr>
            <w:tcW w:w="1865" w:type="dxa"/>
          </w:tcPr>
          <w:p w14:paraId="78977ADB" w14:textId="5CB89358"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ul. Reymonta 54</w:t>
            </w:r>
          </w:p>
        </w:tc>
        <w:tc>
          <w:tcPr>
            <w:tcW w:w="1132" w:type="dxa"/>
          </w:tcPr>
          <w:p w14:paraId="4EF5E2B2" w14:textId="042DFA24"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koniec XIX w., pocz. XX w.</w:t>
            </w:r>
          </w:p>
        </w:tc>
        <w:tc>
          <w:tcPr>
            <w:tcW w:w="2402" w:type="dxa"/>
          </w:tcPr>
          <w:p w14:paraId="4E8BFA29" w14:textId="4553E711"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WE</w:t>
            </w:r>
            <w:r w:rsidR="00515716" w:rsidRPr="00C96965">
              <w:rPr>
                <w:rFonts w:ascii="Roboto Condensed" w:hAnsi="Roboto Condensed"/>
                <w:sz w:val="18"/>
                <w:szCs w:val="18"/>
              </w:rPr>
              <w:t>Z</w:t>
            </w:r>
          </w:p>
          <w:p w14:paraId="79627C63" w14:textId="438E9CEC"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7F5032">
              <w:rPr>
                <w:rFonts w:ascii="Roboto Condensed" w:hAnsi="Roboto Condensed"/>
                <w:sz w:val="18"/>
                <w:szCs w:val="18"/>
              </w:rPr>
              <w:t xml:space="preserve"> (karta 38/1606)</w:t>
            </w:r>
          </w:p>
        </w:tc>
      </w:tr>
      <w:tr w:rsidR="00267049" w:rsidRPr="009A175C" w14:paraId="77BE9A60" w14:textId="77777777" w:rsidTr="00586497">
        <w:tc>
          <w:tcPr>
            <w:tcW w:w="474" w:type="dxa"/>
          </w:tcPr>
          <w:p w14:paraId="1EA533DB" w14:textId="77777777"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9</w:t>
            </w:r>
          </w:p>
        </w:tc>
        <w:tc>
          <w:tcPr>
            <w:tcW w:w="1150" w:type="dxa"/>
          </w:tcPr>
          <w:p w14:paraId="42C311A7" w14:textId="59A1DDC0" w:rsidR="00267049" w:rsidRPr="00C96965" w:rsidRDefault="00267049" w:rsidP="00FB4719">
            <w:pPr>
              <w:ind w:left="-57" w:right="-57"/>
              <w:rPr>
                <w:rFonts w:ascii="Roboto Condensed" w:hAnsi="Roboto Condensed"/>
                <w:sz w:val="18"/>
                <w:szCs w:val="18"/>
              </w:rPr>
            </w:pPr>
            <w:proofErr w:type="spellStart"/>
            <w:r w:rsidRPr="00C96965">
              <w:rPr>
                <w:rFonts w:ascii="Roboto Condensed" w:hAnsi="Roboto Condensed"/>
                <w:sz w:val="18"/>
                <w:szCs w:val="18"/>
              </w:rPr>
              <w:t>Dziepółć</w:t>
            </w:r>
            <w:proofErr w:type="spellEnd"/>
          </w:p>
        </w:tc>
        <w:tc>
          <w:tcPr>
            <w:tcW w:w="2332" w:type="dxa"/>
          </w:tcPr>
          <w:p w14:paraId="50891D3E" w14:textId="37BE976E"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szkoła</w:t>
            </w:r>
          </w:p>
        </w:tc>
        <w:tc>
          <w:tcPr>
            <w:tcW w:w="1865" w:type="dxa"/>
          </w:tcPr>
          <w:p w14:paraId="3733AABE" w14:textId="7901CC8E"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nr 97</w:t>
            </w:r>
          </w:p>
        </w:tc>
        <w:tc>
          <w:tcPr>
            <w:tcW w:w="1132" w:type="dxa"/>
          </w:tcPr>
          <w:p w14:paraId="6A27D9B8" w14:textId="4C5A0A41"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1913 r.</w:t>
            </w:r>
          </w:p>
        </w:tc>
        <w:tc>
          <w:tcPr>
            <w:tcW w:w="2402" w:type="dxa"/>
          </w:tcPr>
          <w:p w14:paraId="029C3A69" w14:textId="7C97BDB4"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WE</w:t>
            </w:r>
            <w:r w:rsidR="00515716" w:rsidRPr="00C96965">
              <w:rPr>
                <w:rFonts w:ascii="Roboto Condensed" w:hAnsi="Roboto Condensed"/>
                <w:sz w:val="18"/>
                <w:szCs w:val="18"/>
              </w:rPr>
              <w:t>Z</w:t>
            </w:r>
          </w:p>
          <w:p w14:paraId="2667D0B6" w14:textId="08C70BC1"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7F5032">
              <w:rPr>
                <w:rFonts w:ascii="Roboto Condensed" w:hAnsi="Roboto Condensed"/>
                <w:sz w:val="18"/>
                <w:szCs w:val="18"/>
              </w:rPr>
              <w:t xml:space="preserve"> (karta 39/1606)</w:t>
            </w:r>
          </w:p>
        </w:tc>
      </w:tr>
      <w:tr w:rsidR="00267049" w:rsidRPr="009A175C" w14:paraId="3BC12FCE" w14:textId="77777777" w:rsidTr="00586497">
        <w:tc>
          <w:tcPr>
            <w:tcW w:w="474" w:type="dxa"/>
          </w:tcPr>
          <w:p w14:paraId="663540EB" w14:textId="77777777"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10</w:t>
            </w:r>
          </w:p>
        </w:tc>
        <w:tc>
          <w:tcPr>
            <w:tcW w:w="1150" w:type="dxa"/>
          </w:tcPr>
          <w:p w14:paraId="240874E1" w14:textId="4510C7B7" w:rsidR="00267049" w:rsidRPr="00C96965" w:rsidRDefault="00267049" w:rsidP="00FB4719">
            <w:pPr>
              <w:ind w:left="-57" w:right="-57"/>
              <w:rPr>
                <w:rFonts w:ascii="Roboto Condensed" w:hAnsi="Roboto Condensed"/>
                <w:sz w:val="18"/>
                <w:szCs w:val="18"/>
              </w:rPr>
            </w:pPr>
            <w:proofErr w:type="spellStart"/>
            <w:r w:rsidRPr="00C96965">
              <w:rPr>
                <w:rFonts w:ascii="Roboto Condensed" w:hAnsi="Roboto Condensed"/>
                <w:sz w:val="18"/>
                <w:szCs w:val="18"/>
              </w:rPr>
              <w:t>Dziepółć</w:t>
            </w:r>
            <w:proofErr w:type="spellEnd"/>
          </w:p>
        </w:tc>
        <w:tc>
          <w:tcPr>
            <w:tcW w:w="2332" w:type="dxa"/>
          </w:tcPr>
          <w:p w14:paraId="737898BA" w14:textId="1A45D441"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strefa ochrony układu przestrzennego obejmująca fragment założenia dworsko-parkowego wraz z aleją dojazdową, zespół dawnego kościoła ewangelickiego, pojedyncze zabudowania historyczne wsi</w:t>
            </w:r>
          </w:p>
        </w:tc>
        <w:tc>
          <w:tcPr>
            <w:tcW w:w="1865" w:type="dxa"/>
          </w:tcPr>
          <w:p w14:paraId="7488123A" w14:textId="1C9C15BE"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przy drodze gminnej w kierunku Orzechówka</w:t>
            </w:r>
          </w:p>
        </w:tc>
        <w:tc>
          <w:tcPr>
            <w:tcW w:w="1132" w:type="dxa"/>
          </w:tcPr>
          <w:p w14:paraId="089EA960" w14:textId="6FBBFF80"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XVI w.</w:t>
            </w:r>
          </w:p>
        </w:tc>
        <w:tc>
          <w:tcPr>
            <w:tcW w:w="2402" w:type="dxa"/>
          </w:tcPr>
          <w:p w14:paraId="77D4DA22" w14:textId="3234F807"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7F5032">
              <w:rPr>
                <w:rFonts w:ascii="Roboto Condensed" w:hAnsi="Roboto Condensed"/>
                <w:sz w:val="18"/>
                <w:szCs w:val="18"/>
              </w:rPr>
              <w:t xml:space="preserve"> (karta 7/1606)</w:t>
            </w:r>
          </w:p>
        </w:tc>
      </w:tr>
      <w:tr w:rsidR="00267049" w:rsidRPr="009A175C" w14:paraId="7F70ECFD" w14:textId="77777777" w:rsidTr="00586497">
        <w:tc>
          <w:tcPr>
            <w:tcW w:w="474" w:type="dxa"/>
          </w:tcPr>
          <w:p w14:paraId="6076237B" w14:textId="6EF975FC"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11</w:t>
            </w:r>
          </w:p>
        </w:tc>
        <w:tc>
          <w:tcPr>
            <w:tcW w:w="1150" w:type="dxa"/>
          </w:tcPr>
          <w:p w14:paraId="2F3C0EBC" w14:textId="24940AC6" w:rsidR="00267049" w:rsidRPr="00C96965" w:rsidRDefault="00B95B85" w:rsidP="00FB4719">
            <w:pPr>
              <w:ind w:left="-57" w:right="-57"/>
              <w:rPr>
                <w:rFonts w:ascii="Roboto Condensed" w:hAnsi="Roboto Condensed"/>
                <w:sz w:val="18"/>
                <w:szCs w:val="18"/>
              </w:rPr>
            </w:pPr>
            <w:r w:rsidRPr="00C96965">
              <w:rPr>
                <w:rFonts w:ascii="Roboto Condensed" w:hAnsi="Roboto Condensed"/>
                <w:sz w:val="18"/>
                <w:szCs w:val="18"/>
              </w:rPr>
              <w:t xml:space="preserve">Kolonia </w:t>
            </w:r>
            <w:r w:rsidR="00267049" w:rsidRPr="00C96965">
              <w:rPr>
                <w:rFonts w:ascii="Roboto Condensed" w:hAnsi="Roboto Condensed"/>
                <w:sz w:val="18"/>
                <w:szCs w:val="18"/>
              </w:rPr>
              <w:t>Kietlin</w:t>
            </w:r>
          </w:p>
        </w:tc>
        <w:tc>
          <w:tcPr>
            <w:tcW w:w="2332" w:type="dxa"/>
          </w:tcPr>
          <w:p w14:paraId="2E0E0F1A" w14:textId="4FA6F38B"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kapliczka rzymsko-katolicka</w:t>
            </w:r>
          </w:p>
        </w:tc>
        <w:tc>
          <w:tcPr>
            <w:tcW w:w="1865" w:type="dxa"/>
          </w:tcPr>
          <w:p w14:paraId="6C6612E3" w14:textId="78835505"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przy drodze wojewódzkiej</w:t>
            </w:r>
            <w:r w:rsidR="00B95B85" w:rsidRPr="00C96965">
              <w:rPr>
                <w:rFonts w:ascii="Roboto Condensed" w:hAnsi="Roboto Condensed"/>
                <w:sz w:val="18"/>
                <w:szCs w:val="18"/>
              </w:rPr>
              <w:t xml:space="preserve"> naprzeciw numeru Radomszczańska 56</w:t>
            </w:r>
          </w:p>
        </w:tc>
        <w:tc>
          <w:tcPr>
            <w:tcW w:w="1132" w:type="dxa"/>
          </w:tcPr>
          <w:p w14:paraId="59699D13" w14:textId="386CD549"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1882 r.</w:t>
            </w:r>
          </w:p>
        </w:tc>
        <w:tc>
          <w:tcPr>
            <w:tcW w:w="2402" w:type="dxa"/>
          </w:tcPr>
          <w:p w14:paraId="18A4A594" w14:textId="21E51B6B"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7F5032">
              <w:rPr>
                <w:rFonts w:ascii="Roboto Condensed" w:hAnsi="Roboto Condensed"/>
                <w:sz w:val="18"/>
                <w:szCs w:val="18"/>
              </w:rPr>
              <w:t xml:space="preserve"> (karta 9/1606)</w:t>
            </w:r>
          </w:p>
        </w:tc>
      </w:tr>
      <w:tr w:rsidR="00245AF2" w:rsidRPr="009A175C" w14:paraId="36C79F98" w14:textId="77777777" w:rsidTr="00245AF2">
        <w:trPr>
          <w:trHeight w:val="182"/>
        </w:trPr>
        <w:tc>
          <w:tcPr>
            <w:tcW w:w="474" w:type="dxa"/>
          </w:tcPr>
          <w:p w14:paraId="2A409807" w14:textId="6F640C21" w:rsidR="00245AF2" w:rsidRPr="00C96965" w:rsidRDefault="00245AF2" w:rsidP="00FB4719">
            <w:pPr>
              <w:ind w:left="-57" w:right="-57"/>
              <w:jc w:val="both"/>
              <w:rPr>
                <w:rFonts w:ascii="Roboto Condensed" w:hAnsi="Roboto Condensed"/>
                <w:sz w:val="18"/>
                <w:szCs w:val="18"/>
              </w:rPr>
            </w:pPr>
            <w:r w:rsidRPr="00C96965">
              <w:rPr>
                <w:rFonts w:ascii="Roboto Condensed" w:hAnsi="Roboto Condensed"/>
                <w:sz w:val="18"/>
                <w:szCs w:val="18"/>
              </w:rPr>
              <w:t>12</w:t>
            </w:r>
            <w:r w:rsidR="003D1531" w:rsidRPr="00C96965">
              <w:rPr>
                <w:rFonts w:ascii="Roboto Condensed" w:hAnsi="Roboto Condensed"/>
                <w:sz w:val="18"/>
                <w:szCs w:val="18"/>
              </w:rPr>
              <w:t>.1</w:t>
            </w:r>
          </w:p>
        </w:tc>
        <w:tc>
          <w:tcPr>
            <w:tcW w:w="1150" w:type="dxa"/>
            <w:vMerge w:val="restart"/>
          </w:tcPr>
          <w:p w14:paraId="0B151099" w14:textId="1CB180EE" w:rsidR="00245AF2" w:rsidRPr="00C96965" w:rsidRDefault="00245AF2" w:rsidP="00FB4719">
            <w:pPr>
              <w:ind w:left="-57" w:right="-57"/>
              <w:rPr>
                <w:rFonts w:ascii="Roboto Condensed" w:hAnsi="Roboto Condensed"/>
                <w:sz w:val="18"/>
                <w:szCs w:val="18"/>
              </w:rPr>
            </w:pPr>
            <w:proofErr w:type="spellStart"/>
            <w:r w:rsidRPr="00C96965">
              <w:rPr>
                <w:rFonts w:ascii="Roboto Condensed" w:hAnsi="Roboto Condensed"/>
                <w:sz w:val="18"/>
                <w:szCs w:val="18"/>
              </w:rPr>
              <w:t>Dziepółć</w:t>
            </w:r>
            <w:proofErr w:type="spellEnd"/>
          </w:p>
        </w:tc>
        <w:tc>
          <w:tcPr>
            <w:tcW w:w="2332" w:type="dxa"/>
          </w:tcPr>
          <w:p w14:paraId="422A7F12" w14:textId="238B707B" w:rsidR="00245AF2" w:rsidRPr="00C96965" w:rsidRDefault="00245AF2" w:rsidP="00FB4719">
            <w:pPr>
              <w:ind w:left="-57" w:right="-57"/>
              <w:rPr>
                <w:rFonts w:ascii="Roboto Condensed" w:hAnsi="Roboto Condensed"/>
                <w:sz w:val="18"/>
                <w:szCs w:val="18"/>
              </w:rPr>
            </w:pPr>
            <w:r w:rsidRPr="00C96965">
              <w:rPr>
                <w:rFonts w:ascii="Roboto Condensed" w:hAnsi="Roboto Condensed"/>
                <w:sz w:val="18"/>
                <w:szCs w:val="18"/>
              </w:rPr>
              <w:t>zespół dworski</w:t>
            </w:r>
          </w:p>
        </w:tc>
        <w:tc>
          <w:tcPr>
            <w:tcW w:w="1865" w:type="dxa"/>
            <w:vMerge w:val="restart"/>
          </w:tcPr>
          <w:p w14:paraId="7359A5EF" w14:textId="667C1231" w:rsidR="00245AF2" w:rsidRPr="00C96965" w:rsidRDefault="00245AF2" w:rsidP="00FB4719">
            <w:pPr>
              <w:ind w:left="-57" w:right="-57"/>
              <w:rPr>
                <w:rFonts w:ascii="Roboto Condensed" w:hAnsi="Roboto Condensed"/>
                <w:sz w:val="18"/>
                <w:szCs w:val="18"/>
              </w:rPr>
            </w:pPr>
            <w:r w:rsidRPr="00C96965">
              <w:rPr>
                <w:rFonts w:ascii="Roboto Condensed" w:hAnsi="Roboto Condensed"/>
                <w:sz w:val="18"/>
                <w:szCs w:val="18"/>
              </w:rPr>
              <w:t>nr 39</w:t>
            </w:r>
          </w:p>
        </w:tc>
        <w:tc>
          <w:tcPr>
            <w:tcW w:w="1132" w:type="dxa"/>
            <w:vMerge w:val="restart"/>
          </w:tcPr>
          <w:p w14:paraId="4323CF8D" w14:textId="43AFFCF9" w:rsidR="00245AF2" w:rsidRPr="00C96965" w:rsidRDefault="00245AF2" w:rsidP="00FB4719">
            <w:pPr>
              <w:ind w:left="-57" w:right="-57"/>
              <w:rPr>
                <w:rFonts w:ascii="Roboto Condensed" w:hAnsi="Roboto Condensed"/>
                <w:sz w:val="18"/>
                <w:szCs w:val="18"/>
              </w:rPr>
            </w:pPr>
            <w:r w:rsidRPr="00C96965">
              <w:rPr>
                <w:rFonts w:ascii="Roboto Condensed" w:hAnsi="Roboto Condensed"/>
                <w:sz w:val="18"/>
                <w:szCs w:val="18"/>
              </w:rPr>
              <w:t xml:space="preserve">XVIII w., </w:t>
            </w:r>
          </w:p>
          <w:p w14:paraId="1570BED0" w14:textId="7761273E" w:rsidR="00245AF2" w:rsidRPr="00C96965" w:rsidRDefault="00D479BD" w:rsidP="00FB4719">
            <w:pPr>
              <w:ind w:left="-57" w:right="-57"/>
              <w:rPr>
                <w:rFonts w:ascii="Roboto Condensed" w:hAnsi="Roboto Condensed"/>
                <w:sz w:val="18"/>
                <w:szCs w:val="18"/>
              </w:rPr>
            </w:pPr>
            <w:r w:rsidRPr="00C96965">
              <w:rPr>
                <w:rFonts w:ascii="Roboto Condensed" w:hAnsi="Roboto Condensed"/>
                <w:sz w:val="18"/>
                <w:szCs w:val="18"/>
              </w:rPr>
              <w:t>1</w:t>
            </w:r>
            <w:r w:rsidR="00245AF2" w:rsidRPr="00C96965">
              <w:rPr>
                <w:rFonts w:ascii="Roboto Condensed" w:hAnsi="Roboto Condensed"/>
                <w:sz w:val="18"/>
                <w:szCs w:val="18"/>
              </w:rPr>
              <w:t xml:space="preserve"> poł. XIX w.</w:t>
            </w:r>
          </w:p>
        </w:tc>
        <w:tc>
          <w:tcPr>
            <w:tcW w:w="2402" w:type="dxa"/>
          </w:tcPr>
          <w:p w14:paraId="53928365" w14:textId="11121A3C" w:rsidR="00245AF2" w:rsidRPr="00C96965" w:rsidRDefault="00C96965" w:rsidP="00FB4719">
            <w:pPr>
              <w:ind w:left="-57" w:right="-57"/>
              <w:rPr>
                <w:rFonts w:ascii="Roboto Condensed" w:hAnsi="Roboto Condensed"/>
                <w:sz w:val="18"/>
                <w:szCs w:val="18"/>
              </w:rPr>
            </w:pPr>
            <w:r w:rsidRPr="00C96965">
              <w:rPr>
                <w:rFonts w:ascii="Roboto Condensed" w:hAnsi="Roboto Condensed"/>
                <w:sz w:val="18"/>
                <w:szCs w:val="18"/>
              </w:rPr>
              <w:t>GEZ</w:t>
            </w:r>
            <w:r w:rsidR="007F5032">
              <w:rPr>
                <w:rFonts w:ascii="Roboto Condensed" w:hAnsi="Roboto Condensed"/>
                <w:sz w:val="18"/>
                <w:szCs w:val="18"/>
              </w:rPr>
              <w:t xml:space="preserve"> (karta 10/1606)</w:t>
            </w:r>
          </w:p>
        </w:tc>
      </w:tr>
      <w:tr w:rsidR="00C96965" w:rsidRPr="009A175C" w14:paraId="4D82473E" w14:textId="77777777" w:rsidTr="00245AF2">
        <w:trPr>
          <w:trHeight w:val="182"/>
        </w:trPr>
        <w:tc>
          <w:tcPr>
            <w:tcW w:w="474" w:type="dxa"/>
          </w:tcPr>
          <w:p w14:paraId="14A9E41E" w14:textId="7816B684" w:rsidR="00C96965" w:rsidRPr="00C96965" w:rsidRDefault="00C96965" w:rsidP="00FB4719">
            <w:pPr>
              <w:ind w:left="-57" w:right="-57"/>
              <w:jc w:val="both"/>
              <w:rPr>
                <w:rFonts w:ascii="Roboto Condensed" w:hAnsi="Roboto Condensed"/>
                <w:sz w:val="18"/>
                <w:szCs w:val="18"/>
              </w:rPr>
            </w:pPr>
            <w:r w:rsidRPr="00C96965">
              <w:rPr>
                <w:rFonts w:ascii="Roboto Condensed" w:hAnsi="Roboto Condensed"/>
                <w:sz w:val="18"/>
                <w:szCs w:val="18"/>
              </w:rPr>
              <w:t>12.2</w:t>
            </w:r>
          </w:p>
        </w:tc>
        <w:tc>
          <w:tcPr>
            <w:tcW w:w="1150" w:type="dxa"/>
            <w:vMerge/>
          </w:tcPr>
          <w:p w14:paraId="54A10E17" w14:textId="77777777" w:rsidR="00C96965" w:rsidRPr="00C96965" w:rsidRDefault="00C96965" w:rsidP="00FB4719">
            <w:pPr>
              <w:ind w:left="-57" w:right="-57"/>
              <w:rPr>
                <w:rFonts w:ascii="Roboto Condensed" w:hAnsi="Roboto Condensed"/>
                <w:sz w:val="18"/>
                <w:szCs w:val="18"/>
              </w:rPr>
            </w:pPr>
          </w:p>
        </w:tc>
        <w:tc>
          <w:tcPr>
            <w:tcW w:w="2332" w:type="dxa"/>
          </w:tcPr>
          <w:p w14:paraId="41A6753A" w14:textId="78AE7CE7" w:rsidR="00C96965" w:rsidRPr="00C96965" w:rsidRDefault="00C96965" w:rsidP="00FB4719">
            <w:pPr>
              <w:ind w:left="-57" w:right="-57"/>
              <w:rPr>
                <w:rFonts w:ascii="Roboto Condensed" w:hAnsi="Roboto Condensed"/>
                <w:sz w:val="18"/>
                <w:szCs w:val="18"/>
              </w:rPr>
            </w:pPr>
            <w:r w:rsidRPr="00C96965">
              <w:rPr>
                <w:rFonts w:ascii="Roboto Condensed" w:hAnsi="Roboto Condensed"/>
                <w:sz w:val="18"/>
                <w:szCs w:val="18"/>
              </w:rPr>
              <w:t>dwór</w:t>
            </w:r>
          </w:p>
        </w:tc>
        <w:tc>
          <w:tcPr>
            <w:tcW w:w="1865" w:type="dxa"/>
            <w:vMerge/>
          </w:tcPr>
          <w:p w14:paraId="29EC08FD" w14:textId="77777777" w:rsidR="00C96965" w:rsidRPr="00C96965" w:rsidRDefault="00C96965" w:rsidP="00FB4719">
            <w:pPr>
              <w:ind w:left="-57" w:right="-57"/>
              <w:rPr>
                <w:rFonts w:ascii="Roboto Condensed" w:hAnsi="Roboto Condensed"/>
                <w:sz w:val="18"/>
                <w:szCs w:val="18"/>
              </w:rPr>
            </w:pPr>
          </w:p>
        </w:tc>
        <w:tc>
          <w:tcPr>
            <w:tcW w:w="1132" w:type="dxa"/>
            <w:vMerge/>
          </w:tcPr>
          <w:p w14:paraId="5F21A05C" w14:textId="77777777" w:rsidR="00C96965" w:rsidRPr="00C96965" w:rsidRDefault="00C96965" w:rsidP="00FB4719">
            <w:pPr>
              <w:ind w:left="-57" w:right="-57"/>
              <w:rPr>
                <w:rFonts w:ascii="Roboto Condensed" w:hAnsi="Roboto Condensed"/>
                <w:sz w:val="18"/>
                <w:szCs w:val="18"/>
              </w:rPr>
            </w:pPr>
          </w:p>
        </w:tc>
        <w:tc>
          <w:tcPr>
            <w:tcW w:w="2402" w:type="dxa"/>
          </w:tcPr>
          <w:p w14:paraId="23AC22CB" w14:textId="77777777" w:rsidR="00C96965" w:rsidRPr="00C96965" w:rsidRDefault="00C96965" w:rsidP="00C96965">
            <w:pPr>
              <w:ind w:left="-57" w:right="-57"/>
              <w:rPr>
                <w:rFonts w:ascii="Roboto Condensed" w:hAnsi="Roboto Condensed"/>
                <w:b/>
                <w:bCs/>
                <w:sz w:val="18"/>
                <w:szCs w:val="18"/>
              </w:rPr>
            </w:pPr>
            <w:r w:rsidRPr="00C96965">
              <w:rPr>
                <w:rFonts w:ascii="Roboto Condensed" w:hAnsi="Roboto Condensed"/>
                <w:b/>
                <w:bCs/>
                <w:sz w:val="18"/>
                <w:szCs w:val="18"/>
              </w:rPr>
              <w:t xml:space="preserve">Rejestr zabytków </w:t>
            </w:r>
            <w:r w:rsidRPr="00C96965">
              <w:rPr>
                <w:rFonts w:ascii="Roboto Condensed" w:hAnsi="Roboto Condensed"/>
                <w:b/>
                <w:bCs/>
                <w:sz w:val="18"/>
                <w:szCs w:val="18"/>
              </w:rPr>
              <w:br/>
              <w:t>nr 332 z 1983-08-31</w:t>
            </w:r>
          </w:p>
          <w:p w14:paraId="1DBF93AD" w14:textId="77777777" w:rsidR="00C96965" w:rsidRPr="00C96965" w:rsidRDefault="00C96965" w:rsidP="00C96965">
            <w:pPr>
              <w:ind w:left="-57" w:right="-57"/>
              <w:rPr>
                <w:rFonts w:ascii="Roboto Condensed" w:hAnsi="Roboto Condensed"/>
                <w:sz w:val="18"/>
                <w:szCs w:val="18"/>
              </w:rPr>
            </w:pPr>
            <w:r w:rsidRPr="00C96965">
              <w:rPr>
                <w:rFonts w:ascii="Roboto Condensed" w:hAnsi="Roboto Condensed"/>
                <w:sz w:val="18"/>
                <w:szCs w:val="18"/>
              </w:rPr>
              <w:t>NID</w:t>
            </w:r>
          </w:p>
          <w:p w14:paraId="2811CA15" w14:textId="14E918CE" w:rsidR="00C96965" w:rsidRPr="00C96965" w:rsidRDefault="00C96965" w:rsidP="00C96965">
            <w:pPr>
              <w:ind w:left="-57" w:right="-57"/>
              <w:rPr>
                <w:rFonts w:ascii="Roboto Condensed" w:hAnsi="Roboto Condensed"/>
                <w:b/>
                <w:bCs/>
                <w:sz w:val="18"/>
                <w:szCs w:val="18"/>
              </w:rPr>
            </w:pPr>
            <w:r w:rsidRPr="00C96965">
              <w:rPr>
                <w:rFonts w:ascii="Roboto Condensed" w:hAnsi="Roboto Condensed"/>
                <w:sz w:val="18"/>
                <w:szCs w:val="18"/>
              </w:rPr>
              <w:t>GEZ</w:t>
            </w:r>
            <w:r w:rsidR="007F5032">
              <w:rPr>
                <w:rFonts w:ascii="Roboto Condensed" w:hAnsi="Roboto Condensed"/>
                <w:sz w:val="18"/>
                <w:szCs w:val="18"/>
              </w:rPr>
              <w:t xml:space="preserve"> (karta 29/1606)</w:t>
            </w:r>
          </w:p>
        </w:tc>
      </w:tr>
      <w:tr w:rsidR="00C96965" w:rsidRPr="009A175C" w14:paraId="177A6B44" w14:textId="77777777" w:rsidTr="00586497">
        <w:trPr>
          <w:trHeight w:val="181"/>
        </w:trPr>
        <w:tc>
          <w:tcPr>
            <w:tcW w:w="474" w:type="dxa"/>
          </w:tcPr>
          <w:p w14:paraId="583F4E18" w14:textId="29B956E8" w:rsidR="00C96965" w:rsidRPr="00C96965" w:rsidRDefault="00C96965" w:rsidP="00FB4719">
            <w:pPr>
              <w:ind w:left="-57" w:right="-57"/>
              <w:jc w:val="both"/>
              <w:rPr>
                <w:rFonts w:ascii="Roboto Condensed" w:hAnsi="Roboto Condensed"/>
                <w:sz w:val="18"/>
                <w:szCs w:val="18"/>
              </w:rPr>
            </w:pPr>
            <w:r w:rsidRPr="00C96965">
              <w:rPr>
                <w:rFonts w:ascii="Roboto Condensed" w:hAnsi="Roboto Condensed"/>
                <w:sz w:val="18"/>
                <w:szCs w:val="18"/>
              </w:rPr>
              <w:t>12.3</w:t>
            </w:r>
          </w:p>
        </w:tc>
        <w:tc>
          <w:tcPr>
            <w:tcW w:w="1150" w:type="dxa"/>
            <w:vMerge/>
          </w:tcPr>
          <w:p w14:paraId="0FA3C710" w14:textId="77777777" w:rsidR="00C96965" w:rsidRPr="00C96965" w:rsidRDefault="00C96965" w:rsidP="00FB4719">
            <w:pPr>
              <w:ind w:left="-57" w:right="-57"/>
              <w:rPr>
                <w:rFonts w:ascii="Roboto Condensed" w:hAnsi="Roboto Condensed"/>
                <w:sz w:val="18"/>
                <w:szCs w:val="18"/>
              </w:rPr>
            </w:pPr>
          </w:p>
        </w:tc>
        <w:tc>
          <w:tcPr>
            <w:tcW w:w="2332" w:type="dxa"/>
          </w:tcPr>
          <w:p w14:paraId="19186A36" w14:textId="170963C0" w:rsidR="00C96965" w:rsidRPr="00C96965" w:rsidRDefault="00C96965" w:rsidP="00FB4719">
            <w:pPr>
              <w:ind w:left="-57" w:right="-57"/>
              <w:rPr>
                <w:rFonts w:ascii="Roboto Condensed" w:hAnsi="Roboto Condensed"/>
                <w:sz w:val="18"/>
                <w:szCs w:val="18"/>
              </w:rPr>
            </w:pPr>
            <w:r w:rsidRPr="00C96965">
              <w:rPr>
                <w:rFonts w:ascii="Roboto Condensed" w:hAnsi="Roboto Condensed"/>
                <w:sz w:val="18"/>
                <w:szCs w:val="18"/>
              </w:rPr>
              <w:t>park dworski</w:t>
            </w:r>
          </w:p>
        </w:tc>
        <w:tc>
          <w:tcPr>
            <w:tcW w:w="1865" w:type="dxa"/>
            <w:vMerge/>
          </w:tcPr>
          <w:p w14:paraId="58AF5256" w14:textId="77777777" w:rsidR="00C96965" w:rsidRPr="00C96965" w:rsidRDefault="00C96965" w:rsidP="00FB4719">
            <w:pPr>
              <w:ind w:left="-57" w:right="-57"/>
              <w:rPr>
                <w:rFonts w:ascii="Roboto Condensed" w:hAnsi="Roboto Condensed"/>
                <w:sz w:val="18"/>
                <w:szCs w:val="18"/>
              </w:rPr>
            </w:pPr>
          </w:p>
        </w:tc>
        <w:tc>
          <w:tcPr>
            <w:tcW w:w="1132" w:type="dxa"/>
            <w:vMerge/>
          </w:tcPr>
          <w:p w14:paraId="58F69A56" w14:textId="77777777" w:rsidR="00C96965" w:rsidRPr="00C96965" w:rsidRDefault="00C96965" w:rsidP="00FB4719">
            <w:pPr>
              <w:ind w:left="-57" w:right="-57"/>
              <w:rPr>
                <w:rFonts w:ascii="Roboto Condensed" w:hAnsi="Roboto Condensed"/>
                <w:sz w:val="18"/>
                <w:szCs w:val="18"/>
              </w:rPr>
            </w:pPr>
          </w:p>
        </w:tc>
        <w:tc>
          <w:tcPr>
            <w:tcW w:w="2402" w:type="dxa"/>
          </w:tcPr>
          <w:p w14:paraId="0EBB4FD6" w14:textId="77777777" w:rsidR="001B2BE3" w:rsidRPr="00C96965" w:rsidRDefault="001B2BE3" w:rsidP="001B2BE3">
            <w:pPr>
              <w:ind w:left="-57" w:right="-57"/>
              <w:rPr>
                <w:rFonts w:ascii="Roboto Condensed" w:hAnsi="Roboto Condensed"/>
                <w:b/>
                <w:bCs/>
                <w:sz w:val="18"/>
                <w:szCs w:val="18"/>
              </w:rPr>
            </w:pPr>
            <w:r w:rsidRPr="00C96965">
              <w:rPr>
                <w:rFonts w:ascii="Roboto Condensed" w:hAnsi="Roboto Condensed"/>
                <w:b/>
                <w:bCs/>
                <w:sz w:val="18"/>
                <w:szCs w:val="18"/>
              </w:rPr>
              <w:t xml:space="preserve">Rejestr zabytków </w:t>
            </w:r>
            <w:r w:rsidRPr="00C96965">
              <w:rPr>
                <w:rFonts w:ascii="Roboto Condensed" w:hAnsi="Roboto Condensed"/>
                <w:b/>
                <w:bCs/>
                <w:sz w:val="18"/>
                <w:szCs w:val="18"/>
              </w:rPr>
              <w:br/>
              <w:t>nr 332 z 1983-08-31</w:t>
            </w:r>
          </w:p>
          <w:p w14:paraId="6BD7F067" w14:textId="77777777" w:rsidR="00C96965" w:rsidRDefault="001B2BE3" w:rsidP="001B2BE3">
            <w:pPr>
              <w:ind w:left="-57" w:right="-57"/>
              <w:rPr>
                <w:rFonts w:ascii="Roboto Condensed" w:hAnsi="Roboto Condensed"/>
                <w:sz w:val="18"/>
                <w:szCs w:val="18"/>
              </w:rPr>
            </w:pPr>
            <w:r w:rsidRPr="00C96965">
              <w:rPr>
                <w:rFonts w:ascii="Roboto Condensed" w:hAnsi="Roboto Condensed"/>
                <w:sz w:val="18"/>
                <w:szCs w:val="18"/>
              </w:rPr>
              <w:t>NID</w:t>
            </w:r>
          </w:p>
          <w:p w14:paraId="078BC111" w14:textId="39E9549D" w:rsidR="001B2BE3" w:rsidRPr="00C96965" w:rsidRDefault="001B2BE3" w:rsidP="001B2BE3">
            <w:pPr>
              <w:ind w:left="-57" w:right="-57"/>
              <w:rPr>
                <w:rFonts w:ascii="Roboto Condensed" w:hAnsi="Roboto Condensed"/>
                <w:sz w:val="18"/>
                <w:szCs w:val="18"/>
              </w:rPr>
            </w:pPr>
            <w:r>
              <w:rPr>
                <w:rFonts w:ascii="Roboto Condensed" w:hAnsi="Roboto Condensed"/>
                <w:sz w:val="18"/>
                <w:szCs w:val="18"/>
              </w:rPr>
              <w:t>GEZ (karta 28/1606)</w:t>
            </w:r>
          </w:p>
        </w:tc>
      </w:tr>
      <w:tr w:rsidR="00267049" w:rsidRPr="009A175C" w14:paraId="1BCA8A68" w14:textId="77777777" w:rsidTr="00586497">
        <w:tc>
          <w:tcPr>
            <w:tcW w:w="474" w:type="dxa"/>
          </w:tcPr>
          <w:p w14:paraId="23426542" w14:textId="299457B9"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13</w:t>
            </w:r>
          </w:p>
        </w:tc>
        <w:tc>
          <w:tcPr>
            <w:tcW w:w="1150" w:type="dxa"/>
          </w:tcPr>
          <w:p w14:paraId="4533630D" w14:textId="6159F791"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Płoszów</w:t>
            </w:r>
          </w:p>
        </w:tc>
        <w:tc>
          <w:tcPr>
            <w:tcW w:w="2332" w:type="dxa"/>
          </w:tcPr>
          <w:p w14:paraId="5F6BCDE6" w14:textId="29D18AF8" w:rsidR="00267049" w:rsidRPr="00C96965" w:rsidRDefault="00245AF2" w:rsidP="00FB4719">
            <w:pPr>
              <w:ind w:left="-57" w:right="-57"/>
              <w:rPr>
                <w:rFonts w:ascii="Roboto Condensed" w:hAnsi="Roboto Condensed"/>
                <w:sz w:val="18"/>
                <w:szCs w:val="18"/>
              </w:rPr>
            </w:pPr>
            <w:r w:rsidRPr="00C96965">
              <w:rPr>
                <w:rFonts w:ascii="Roboto Condensed" w:hAnsi="Roboto Condensed"/>
                <w:sz w:val="18"/>
                <w:szCs w:val="18"/>
              </w:rPr>
              <w:t>c</w:t>
            </w:r>
            <w:r w:rsidR="00267049" w:rsidRPr="00C96965">
              <w:rPr>
                <w:rFonts w:ascii="Roboto Condensed" w:hAnsi="Roboto Condensed"/>
                <w:sz w:val="18"/>
                <w:szCs w:val="18"/>
              </w:rPr>
              <w:t>hałupa</w:t>
            </w:r>
            <w:r w:rsidRPr="00C96965">
              <w:rPr>
                <w:rFonts w:ascii="Roboto Condensed" w:hAnsi="Roboto Condensed"/>
                <w:sz w:val="18"/>
                <w:szCs w:val="18"/>
              </w:rPr>
              <w:t xml:space="preserve"> drewniana</w:t>
            </w:r>
          </w:p>
        </w:tc>
        <w:tc>
          <w:tcPr>
            <w:tcW w:w="1865" w:type="dxa"/>
          </w:tcPr>
          <w:p w14:paraId="45C6EB23" w14:textId="6E1C71C5"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ul. Radomszczańska 39</w:t>
            </w:r>
          </w:p>
        </w:tc>
        <w:tc>
          <w:tcPr>
            <w:tcW w:w="1132" w:type="dxa"/>
          </w:tcPr>
          <w:p w14:paraId="1AE3C966" w14:textId="7D450FC4"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1910 r.</w:t>
            </w:r>
          </w:p>
        </w:tc>
        <w:tc>
          <w:tcPr>
            <w:tcW w:w="2402" w:type="dxa"/>
          </w:tcPr>
          <w:p w14:paraId="5AC39225" w14:textId="3B994A0D" w:rsidR="00267049" w:rsidRPr="00C96965" w:rsidRDefault="00267049" w:rsidP="001B2BE3">
            <w:pPr>
              <w:tabs>
                <w:tab w:val="center" w:pos="1093"/>
              </w:tabs>
              <w:ind w:left="-57" w:right="-57"/>
              <w:rPr>
                <w:rFonts w:ascii="Roboto Condensed" w:hAnsi="Roboto Condensed"/>
                <w:sz w:val="18"/>
                <w:szCs w:val="18"/>
              </w:rPr>
            </w:pPr>
            <w:r w:rsidRPr="00C96965">
              <w:rPr>
                <w:rFonts w:ascii="Roboto Condensed" w:hAnsi="Roboto Condensed"/>
                <w:sz w:val="18"/>
                <w:szCs w:val="18"/>
              </w:rPr>
              <w:t>GEZ</w:t>
            </w:r>
            <w:r w:rsidR="001B2BE3">
              <w:rPr>
                <w:rFonts w:ascii="Roboto Condensed" w:hAnsi="Roboto Condensed"/>
                <w:sz w:val="18"/>
                <w:szCs w:val="18"/>
              </w:rPr>
              <w:t xml:space="preserve"> (karta 14/1606)</w:t>
            </w:r>
          </w:p>
        </w:tc>
      </w:tr>
      <w:tr w:rsidR="002E0770" w:rsidRPr="009A175C" w14:paraId="6038076F" w14:textId="77777777" w:rsidTr="001B2BE3">
        <w:trPr>
          <w:trHeight w:val="190"/>
        </w:trPr>
        <w:tc>
          <w:tcPr>
            <w:tcW w:w="474" w:type="dxa"/>
          </w:tcPr>
          <w:p w14:paraId="4A531168" w14:textId="2AAD464B" w:rsidR="002E0770" w:rsidRPr="00C96965" w:rsidRDefault="002E0770" w:rsidP="00FB4719">
            <w:pPr>
              <w:ind w:left="-57" w:right="-57"/>
              <w:jc w:val="both"/>
              <w:rPr>
                <w:rFonts w:ascii="Roboto Condensed" w:hAnsi="Roboto Condensed"/>
                <w:sz w:val="18"/>
                <w:szCs w:val="18"/>
              </w:rPr>
            </w:pPr>
            <w:r w:rsidRPr="00C96965">
              <w:rPr>
                <w:rFonts w:ascii="Roboto Condensed" w:hAnsi="Roboto Condensed"/>
                <w:sz w:val="18"/>
                <w:szCs w:val="18"/>
              </w:rPr>
              <w:t>14.1</w:t>
            </w:r>
          </w:p>
        </w:tc>
        <w:tc>
          <w:tcPr>
            <w:tcW w:w="1150" w:type="dxa"/>
            <w:vMerge w:val="restart"/>
          </w:tcPr>
          <w:p w14:paraId="6FCFAC34" w14:textId="01325200" w:rsidR="002E0770" w:rsidRPr="00C96965" w:rsidRDefault="002E0770" w:rsidP="00FB4719">
            <w:pPr>
              <w:ind w:left="-57" w:right="-57"/>
              <w:jc w:val="both"/>
              <w:rPr>
                <w:rFonts w:ascii="Roboto Condensed" w:hAnsi="Roboto Condensed"/>
                <w:sz w:val="18"/>
                <w:szCs w:val="18"/>
              </w:rPr>
            </w:pPr>
            <w:r w:rsidRPr="00C96965">
              <w:rPr>
                <w:rFonts w:ascii="Roboto Condensed" w:hAnsi="Roboto Condensed"/>
                <w:sz w:val="18"/>
                <w:szCs w:val="18"/>
              </w:rPr>
              <w:t>Strzałków</w:t>
            </w:r>
          </w:p>
        </w:tc>
        <w:tc>
          <w:tcPr>
            <w:tcW w:w="2332" w:type="dxa"/>
          </w:tcPr>
          <w:p w14:paraId="0D0E368A" w14:textId="6A168EB5" w:rsidR="002E0770" w:rsidRPr="00C96965" w:rsidRDefault="002E0770" w:rsidP="00FB4719">
            <w:pPr>
              <w:ind w:left="-57" w:right="-57"/>
              <w:rPr>
                <w:rFonts w:ascii="Roboto Condensed" w:hAnsi="Roboto Condensed"/>
                <w:sz w:val="18"/>
                <w:szCs w:val="18"/>
              </w:rPr>
            </w:pPr>
            <w:r w:rsidRPr="00C96965">
              <w:rPr>
                <w:rFonts w:ascii="Roboto Condensed" w:hAnsi="Roboto Condensed"/>
                <w:sz w:val="18"/>
                <w:szCs w:val="18"/>
              </w:rPr>
              <w:t>zespół kościelny</w:t>
            </w:r>
          </w:p>
        </w:tc>
        <w:tc>
          <w:tcPr>
            <w:tcW w:w="1865" w:type="dxa"/>
            <w:vMerge w:val="restart"/>
          </w:tcPr>
          <w:p w14:paraId="754EF21E" w14:textId="53737B2B" w:rsidR="002E0770" w:rsidRPr="00C96965" w:rsidRDefault="002E0770" w:rsidP="00FB4719">
            <w:pPr>
              <w:ind w:left="-57" w:right="-57"/>
              <w:rPr>
                <w:rFonts w:ascii="Roboto Condensed" w:hAnsi="Roboto Condensed"/>
                <w:sz w:val="18"/>
                <w:szCs w:val="18"/>
              </w:rPr>
            </w:pPr>
            <w:r w:rsidRPr="00C96965">
              <w:rPr>
                <w:rFonts w:ascii="Roboto Condensed" w:hAnsi="Roboto Condensed"/>
                <w:sz w:val="18"/>
                <w:szCs w:val="18"/>
              </w:rPr>
              <w:t>ul. Reymonta</w:t>
            </w:r>
          </w:p>
        </w:tc>
        <w:tc>
          <w:tcPr>
            <w:tcW w:w="1132" w:type="dxa"/>
            <w:vMerge w:val="restart"/>
          </w:tcPr>
          <w:p w14:paraId="7B72F62F" w14:textId="3A6E4A98" w:rsidR="002E0770" w:rsidRPr="00C96965" w:rsidRDefault="002E0770" w:rsidP="00FB4719">
            <w:pPr>
              <w:ind w:left="-57" w:right="-57"/>
              <w:rPr>
                <w:rFonts w:ascii="Roboto Condensed" w:hAnsi="Roboto Condensed"/>
                <w:sz w:val="18"/>
                <w:szCs w:val="18"/>
              </w:rPr>
            </w:pPr>
            <w:r w:rsidRPr="00C96965">
              <w:rPr>
                <w:rFonts w:ascii="Roboto Condensed" w:hAnsi="Roboto Condensed"/>
                <w:sz w:val="18"/>
                <w:szCs w:val="18"/>
              </w:rPr>
              <w:t>ok. 1550-1600r.</w:t>
            </w:r>
          </w:p>
        </w:tc>
        <w:tc>
          <w:tcPr>
            <w:tcW w:w="2402" w:type="dxa"/>
          </w:tcPr>
          <w:p w14:paraId="43A3065D" w14:textId="4E0CC464" w:rsidR="002E0770" w:rsidRPr="00C96965" w:rsidRDefault="001B2BE3" w:rsidP="00FB4719">
            <w:pPr>
              <w:ind w:left="-57" w:right="-57"/>
              <w:rPr>
                <w:rFonts w:ascii="Roboto Condensed" w:hAnsi="Roboto Condensed"/>
                <w:sz w:val="18"/>
                <w:szCs w:val="18"/>
              </w:rPr>
            </w:pPr>
            <w:r>
              <w:rPr>
                <w:rFonts w:ascii="Roboto Condensed" w:hAnsi="Roboto Condensed"/>
                <w:sz w:val="18"/>
                <w:szCs w:val="18"/>
              </w:rPr>
              <w:t>GEZ (karta 16/1606)</w:t>
            </w:r>
          </w:p>
        </w:tc>
      </w:tr>
      <w:tr w:rsidR="002E0770" w:rsidRPr="009A175C" w14:paraId="3897F045" w14:textId="77777777" w:rsidTr="00D27010">
        <w:trPr>
          <w:trHeight w:val="451"/>
        </w:trPr>
        <w:tc>
          <w:tcPr>
            <w:tcW w:w="474" w:type="dxa"/>
          </w:tcPr>
          <w:p w14:paraId="5CE1EBA8" w14:textId="6CA11BAA" w:rsidR="002E0770" w:rsidRPr="00C96965" w:rsidRDefault="002E0770" w:rsidP="00FB4719">
            <w:pPr>
              <w:ind w:left="-57" w:right="-57"/>
              <w:jc w:val="both"/>
              <w:rPr>
                <w:rFonts w:ascii="Roboto Condensed" w:hAnsi="Roboto Condensed"/>
                <w:sz w:val="18"/>
                <w:szCs w:val="18"/>
              </w:rPr>
            </w:pPr>
            <w:r w:rsidRPr="00C96965">
              <w:rPr>
                <w:rFonts w:ascii="Roboto Condensed" w:hAnsi="Roboto Condensed"/>
                <w:sz w:val="18"/>
                <w:szCs w:val="18"/>
              </w:rPr>
              <w:t>14.2</w:t>
            </w:r>
          </w:p>
        </w:tc>
        <w:tc>
          <w:tcPr>
            <w:tcW w:w="1150" w:type="dxa"/>
            <w:vMerge/>
          </w:tcPr>
          <w:p w14:paraId="621A7FA5" w14:textId="77777777" w:rsidR="002E0770" w:rsidRPr="00C96965" w:rsidRDefault="002E0770" w:rsidP="00FB4719">
            <w:pPr>
              <w:ind w:left="-57" w:right="-57"/>
              <w:jc w:val="both"/>
              <w:rPr>
                <w:rFonts w:ascii="Roboto Condensed" w:hAnsi="Roboto Condensed"/>
                <w:sz w:val="18"/>
                <w:szCs w:val="18"/>
              </w:rPr>
            </w:pPr>
          </w:p>
        </w:tc>
        <w:tc>
          <w:tcPr>
            <w:tcW w:w="2332" w:type="dxa"/>
          </w:tcPr>
          <w:p w14:paraId="2D9FC132" w14:textId="3E08A299" w:rsidR="002E0770" w:rsidRPr="00C96965" w:rsidRDefault="002E0770" w:rsidP="00FB4719">
            <w:pPr>
              <w:ind w:left="-57" w:right="-57"/>
              <w:rPr>
                <w:rFonts w:ascii="Roboto Condensed" w:hAnsi="Roboto Condensed"/>
                <w:sz w:val="18"/>
                <w:szCs w:val="18"/>
              </w:rPr>
            </w:pPr>
            <w:r w:rsidRPr="00C96965">
              <w:rPr>
                <w:rFonts w:ascii="Roboto Condensed" w:hAnsi="Roboto Condensed"/>
                <w:sz w:val="18"/>
                <w:szCs w:val="18"/>
              </w:rPr>
              <w:t>kościół parafialny p.w. Nawiedzenia NMP</w:t>
            </w:r>
          </w:p>
        </w:tc>
        <w:tc>
          <w:tcPr>
            <w:tcW w:w="1865" w:type="dxa"/>
            <w:vMerge/>
          </w:tcPr>
          <w:p w14:paraId="64C3765A" w14:textId="77777777" w:rsidR="002E0770" w:rsidRPr="00C96965" w:rsidRDefault="002E0770" w:rsidP="00FB4719">
            <w:pPr>
              <w:ind w:left="-57" w:right="-57"/>
              <w:rPr>
                <w:rFonts w:ascii="Roboto Condensed" w:hAnsi="Roboto Condensed"/>
                <w:sz w:val="18"/>
                <w:szCs w:val="18"/>
              </w:rPr>
            </w:pPr>
          </w:p>
        </w:tc>
        <w:tc>
          <w:tcPr>
            <w:tcW w:w="1132" w:type="dxa"/>
            <w:vMerge/>
          </w:tcPr>
          <w:p w14:paraId="39A036B5" w14:textId="77777777" w:rsidR="002E0770" w:rsidRPr="00C96965" w:rsidRDefault="002E0770" w:rsidP="00FB4719">
            <w:pPr>
              <w:ind w:left="-57" w:right="-57"/>
              <w:rPr>
                <w:rFonts w:ascii="Roboto Condensed" w:hAnsi="Roboto Condensed"/>
                <w:sz w:val="18"/>
                <w:szCs w:val="18"/>
              </w:rPr>
            </w:pPr>
          </w:p>
        </w:tc>
        <w:tc>
          <w:tcPr>
            <w:tcW w:w="2402" w:type="dxa"/>
          </w:tcPr>
          <w:p w14:paraId="2FAFE622" w14:textId="77777777" w:rsidR="001B2BE3" w:rsidRPr="00C96965" w:rsidRDefault="001B2BE3" w:rsidP="001B2BE3">
            <w:pPr>
              <w:ind w:left="-57" w:right="-57"/>
              <w:rPr>
                <w:rFonts w:ascii="Roboto Condensed" w:hAnsi="Roboto Condensed"/>
                <w:sz w:val="18"/>
                <w:szCs w:val="18"/>
              </w:rPr>
            </w:pPr>
            <w:r w:rsidRPr="00C96965">
              <w:rPr>
                <w:rFonts w:ascii="Roboto Condensed" w:hAnsi="Roboto Condensed"/>
                <w:b/>
                <w:bCs/>
                <w:sz w:val="18"/>
                <w:szCs w:val="18"/>
              </w:rPr>
              <w:t xml:space="preserve">Rejestr zabytków </w:t>
            </w:r>
            <w:r w:rsidRPr="00C96965">
              <w:rPr>
                <w:rFonts w:ascii="Roboto Condensed" w:hAnsi="Roboto Condensed"/>
                <w:b/>
                <w:bCs/>
                <w:sz w:val="18"/>
                <w:szCs w:val="18"/>
              </w:rPr>
              <w:br/>
              <w:t xml:space="preserve">nr 228-X-38 z 1949-03-28 </w:t>
            </w:r>
            <w:r w:rsidRPr="00C96965">
              <w:rPr>
                <w:rFonts w:ascii="Roboto Condensed" w:hAnsi="Roboto Condensed"/>
                <w:b/>
                <w:bCs/>
                <w:sz w:val="18"/>
                <w:szCs w:val="18"/>
              </w:rPr>
              <w:br/>
              <w:t>oraz nr 245 z 1967-12-27</w:t>
            </w:r>
          </w:p>
          <w:p w14:paraId="0A1C6DE9" w14:textId="10B66F3D" w:rsidR="001B2BE3" w:rsidRPr="00C96965" w:rsidRDefault="001B2BE3" w:rsidP="001B2BE3">
            <w:pPr>
              <w:ind w:left="-57" w:right="-57"/>
              <w:rPr>
                <w:rFonts w:ascii="Roboto Condensed" w:hAnsi="Roboto Condensed"/>
                <w:sz w:val="18"/>
                <w:szCs w:val="18"/>
              </w:rPr>
            </w:pPr>
            <w:r w:rsidRPr="00C96965">
              <w:rPr>
                <w:rFonts w:ascii="Roboto Condensed" w:hAnsi="Roboto Condensed"/>
                <w:sz w:val="18"/>
                <w:szCs w:val="18"/>
              </w:rPr>
              <w:t>GEZ</w:t>
            </w:r>
            <w:r>
              <w:rPr>
                <w:rFonts w:ascii="Roboto Condensed" w:hAnsi="Roboto Condensed"/>
                <w:sz w:val="18"/>
                <w:szCs w:val="18"/>
              </w:rPr>
              <w:t xml:space="preserve"> (karta 30/1606)</w:t>
            </w:r>
          </w:p>
          <w:p w14:paraId="525F99B1" w14:textId="7FB14906" w:rsidR="002E0770" w:rsidRPr="00C96965" w:rsidRDefault="001B2BE3" w:rsidP="001B2BE3">
            <w:pPr>
              <w:ind w:left="-57" w:right="-57"/>
              <w:rPr>
                <w:rFonts w:ascii="Roboto Condensed" w:hAnsi="Roboto Condensed"/>
                <w:b/>
                <w:bCs/>
                <w:sz w:val="18"/>
                <w:szCs w:val="18"/>
              </w:rPr>
            </w:pPr>
            <w:r w:rsidRPr="00C96965">
              <w:rPr>
                <w:rFonts w:ascii="Roboto Condensed" w:hAnsi="Roboto Condensed"/>
                <w:sz w:val="18"/>
                <w:szCs w:val="18"/>
              </w:rPr>
              <w:t>NID</w:t>
            </w:r>
          </w:p>
        </w:tc>
      </w:tr>
      <w:tr w:rsidR="00267049" w:rsidRPr="009A175C" w14:paraId="3D81A96D" w14:textId="77777777" w:rsidTr="00586497">
        <w:tc>
          <w:tcPr>
            <w:tcW w:w="474" w:type="dxa"/>
          </w:tcPr>
          <w:p w14:paraId="60820B82" w14:textId="63766B1F"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15</w:t>
            </w:r>
          </w:p>
        </w:tc>
        <w:tc>
          <w:tcPr>
            <w:tcW w:w="1150" w:type="dxa"/>
          </w:tcPr>
          <w:p w14:paraId="7800606D" w14:textId="5F57A52A"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Strzałków</w:t>
            </w:r>
          </w:p>
        </w:tc>
        <w:tc>
          <w:tcPr>
            <w:tcW w:w="2332" w:type="dxa"/>
          </w:tcPr>
          <w:p w14:paraId="41802C82" w14:textId="0F65EF83"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strefa ochrony układu przestrzennego obejmująca założenie dworsko-parkowo-folwarczne, zespół kościoła</w:t>
            </w:r>
          </w:p>
        </w:tc>
        <w:tc>
          <w:tcPr>
            <w:tcW w:w="1865" w:type="dxa"/>
          </w:tcPr>
          <w:p w14:paraId="6D385B41" w14:textId="3B59B911"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ul. Reymonta</w:t>
            </w:r>
          </w:p>
        </w:tc>
        <w:tc>
          <w:tcPr>
            <w:tcW w:w="1132" w:type="dxa"/>
          </w:tcPr>
          <w:p w14:paraId="10FD0181" w14:textId="3BB7A5F1"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XVII w.</w:t>
            </w:r>
          </w:p>
        </w:tc>
        <w:tc>
          <w:tcPr>
            <w:tcW w:w="2402" w:type="dxa"/>
          </w:tcPr>
          <w:p w14:paraId="188B928B" w14:textId="14B5B75A"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1B2BE3">
              <w:rPr>
                <w:rFonts w:ascii="Roboto Condensed" w:hAnsi="Roboto Condensed"/>
                <w:sz w:val="18"/>
                <w:szCs w:val="18"/>
              </w:rPr>
              <w:t xml:space="preserve"> (karta 17/1606)</w:t>
            </w:r>
          </w:p>
        </w:tc>
      </w:tr>
      <w:tr w:rsidR="003D1531" w:rsidRPr="009A175C" w14:paraId="39ABD7E7" w14:textId="77777777" w:rsidTr="00586497">
        <w:tc>
          <w:tcPr>
            <w:tcW w:w="474" w:type="dxa"/>
          </w:tcPr>
          <w:p w14:paraId="6A65B8E2" w14:textId="1E1EAB80" w:rsidR="003D1531" w:rsidRPr="00C96965" w:rsidRDefault="003D1531" w:rsidP="00FB4719">
            <w:pPr>
              <w:ind w:left="-57" w:right="-57"/>
              <w:jc w:val="both"/>
              <w:rPr>
                <w:rFonts w:ascii="Roboto Condensed" w:hAnsi="Roboto Condensed"/>
                <w:sz w:val="18"/>
                <w:szCs w:val="18"/>
              </w:rPr>
            </w:pPr>
            <w:r w:rsidRPr="00C96965">
              <w:rPr>
                <w:rFonts w:ascii="Roboto Condensed" w:hAnsi="Roboto Condensed"/>
                <w:sz w:val="18"/>
                <w:szCs w:val="18"/>
              </w:rPr>
              <w:t>16.1</w:t>
            </w:r>
          </w:p>
        </w:tc>
        <w:tc>
          <w:tcPr>
            <w:tcW w:w="1150" w:type="dxa"/>
            <w:vMerge w:val="restart"/>
          </w:tcPr>
          <w:p w14:paraId="5B72B0C2" w14:textId="73052375" w:rsidR="003D1531" w:rsidRPr="00C96965" w:rsidRDefault="003D1531" w:rsidP="00FB4719">
            <w:pPr>
              <w:ind w:left="-57" w:right="-57"/>
              <w:jc w:val="both"/>
              <w:rPr>
                <w:rFonts w:ascii="Roboto Condensed" w:hAnsi="Roboto Condensed"/>
                <w:sz w:val="18"/>
                <w:szCs w:val="18"/>
              </w:rPr>
            </w:pPr>
            <w:r w:rsidRPr="00C96965">
              <w:rPr>
                <w:rFonts w:ascii="Roboto Condensed" w:hAnsi="Roboto Condensed"/>
                <w:sz w:val="18"/>
                <w:szCs w:val="18"/>
              </w:rPr>
              <w:t>Strzałków</w:t>
            </w:r>
          </w:p>
        </w:tc>
        <w:tc>
          <w:tcPr>
            <w:tcW w:w="2332" w:type="dxa"/>
          </w:tcPr>
          <w:p w14:paraId="59F3E994" w14:textId="45D6A703" w:rsidR="003D1531" w:rsidRPr="00C96965" w:rsidRDefault="003D1531" w:rsidP="00FB4719">
            <w:pPr>
              <w:ind w:left="-57" w:right="-57"/>
              <w:rPr>
                <w:rFonts w:ascii="Roboto Condensed" w:hAnsi="Roboto Condensed"/>
                <w:sz w:val="18"/>
                <w:szCs w:val="18"/>
              </w:rPr>
            </w:pPr>
            <w:r w:rsidRPr="00C96965">
              <w:rPr>
                <w:rFonts w:ascii="Roboto Condensed" w:hAnsi="Roboto Condensed"/>
                <w:sz w:val="18"/>
                <w:szCs w:val="18"/>
              </w:rPr>
              <w:t>zespół pałacowy</w:t>
            </w:r>
          </w:p>
        </w:tc>
        <w:tc>
          <w:tcPr>
            <w:tcW w:w="1865" w:type="dxa"/>
            <w:vMerge w:val="restart"/>
          </w:tcPr>
          <w:p w14:paraId="7D54AA34" w14:textId="4B7E0EEF" w:rsidR="003D1531" w:rsidRPr="00C96965" w:rsidRDefault="003D1531" w:rsidP="00FB4719">
            <w:pPr>
              <w:ind w:left="-57" w:right="-57"/>
              <w:rPr>
                <w:rFonts w:ascii="Roboto Condensed" w:hAnsi="Roboto Condensed"/>
                <w:sz w:val="18"/>
                <w:szCs w:val="18"/>
              </w:rPr>
            </w:pPr>
            <w:r w:rsidRPr="00C96965">
              <w:rPr>
                <w:rFonts w:ascii="Roboto Condensed" w:hAnsi="Roboto Condensed"/>
                <w:sz w:val="18"/>
                <w:szCs w:val="18"/>
              </w:rPr>
              <w:t>ul. Reymonta 54</w:t>
            </w:r>
          </w:p>
        </w:tc>
        <w:tc>
          <w:tcPr>
            <w:tcW w:w="1132" w:type="dxa"/>
          </w:tcPr>
          <w:p w14:paraId="46964539" w14:textId="1B04E7E6" w:rsidR="003D1531" w:rsidRPr="00C96965" w:rsidRDefault="003D1531" w:rsidP="00FB4719">
            <w:pPr>
              <w:ind w:left="-57" w:right="-57"/>
              <w:rPr>
                <w:rFonts w:ascii="Roboto Condensed" w:hAnsi="Roboto Condensed"/>
                <w:sz w:val="18"/>
                <w:szCs w:val="18"/>
              </w:rPr>
            </w:pPr>
            <w:r w:rsidRPr="00C96965">
              <w:rPr>
                <w:rFonts w:ascii="Roboto Condensed" w:hAnsi="Roboto Condensed"/>
                <w:sz w:val="18"/>
                <w:szCs w:val="18"/>
              </w:rPr>
              <w:t>XVII-XIX w.</w:t>
            </w:r>
          </w:p>
        </w:tc>
        <w:tc>
          <w:tcPr>
            <w:tcW w:w="2402" w:type="dxa"/>
          </w:tcPr>
          <w:p w14:paraId="2F08937F" w14:textId="77777777" w:rsidR="003D1531" w:rsidRDefault="003D1531" w:rsidP="003D1531">
            <w:pPr>
              <w:ind w:left="-57" w:right="-57"/>
              <w:rPr>
                <w:rFonts w:ascii="Roboto Condensed" w:hAnsi="Roboto Condensed"/>
                <w:sz w:val="18"/>
                <w:szCs w:val="18"/>
              </w:rPr>
            </w:pPr>
            <w:r w:rsidRPr="00C96965">
              <w:rPr>
                <w:rFonts w:ascii="Roboto Condensed" w:hAnsi="Roboto Condensed"/>
                <w:sz w:val="18"/>
                <w:szCs w:val="18"/>
              </w:rPr>
              <w:t>GEZ</w:t>
            </w:r>
            <w:r w:rsidR="001B2BE3">
              <w:rPr>
                <w:rFonts w:ascii="Roboto Condensed" w:hAnsi="Roboto Condensed"/>
                <w:sz w:val="18"/>
                <w:szCs w:val="18"/>
              </w:rPr>
              <w:t xml:space="preserve"> (karta 19/1606)</w:t>
            </w:r>
          </w:p>
          <w:p w14:paraId="75397E36" w14:textId="70982DB2" w:rsidR="002B473A" w:rsidRPr="00C96965" w:rsidRDefault="002B473A" w:rsidP="003D1531">
            <w:pPr>
              <w:ind w:left="-57" w:right="-57"/>
              <w:rPr>
                <w:rFonts w:ascii="Roboto Condensed" w:hAnsi="Roboto Condensed"/>
                <w:sz w:val="18"/>
                <w:szCs w:val="18"/>
              </w:rPr>
            </w:pPr>
            <w:r>
              <w:rPr>
                <w:rFonts w:ascii="Roboto Condensed" w:hAnsi="Roboto Condensed"/>
                <w:sz w:val="18"/>
                <w:szCs w:val="18"/>
              </w:rPr>
              <w:t>Oznaczenie orientacyjne.</w:t>
            </w:r>
          </w:p>
        </w:tc>
      </w:tr>
      <w:tr w:rsidR="003D1531" w:rsidRPr="009A175C" w14:paraId="2FFB83B2" w14:textId="77777777" w:rsidTr="00586497">
        <w:tc>
          <w:tcPr>
            <w:tcW w:w="474" w:type="dxa"/>
          </w:tcPr>
          <w:p w14:paraId="1AA496E5" w14:textId="2DEBA8F3" w:rsidR="003D1531" w:rsidRPr="00C96965" w:rsidRDefault="003D1531" w:rsidP="00FB4719">
            <w:pPr>
              <w:ind w:left="-57" w:right="-57"/>
              <w:jc w:val="both"/>
              <w:rPr>
                <w:rFonts w:ascii="Roboto Condensed" w:hAnsi="Roboto Condensed"/>
                <w:sz w:val="18"/>
                <w:szCs w:val="18"/>
              </w:rPr>
            </w:pPr>
            <w:r w:rsidRPr="00C96965">
              <w:rPr>
                <w:rFonts w:ascii="Roboto Condensed" w:hAnsi="Roboto Condensed"/>
                <w:sz w:val="18"/>
                <w:szCs w:val="18"/>
              </w:rPr>
              <w:t>16.2</w:t>
            </w:r>
          </w:p>
        </w:tc>
        <w:tc>
          <w:tcPr>
            <w:tcW w:w="1150" w:type="dxa"/>
            <w:vMerge/>
          </w:tcPr>
          <w:p w14:paraId="373D9194" w14:textId="77777777" w:rsidR="003D1531" w:rsidRPr="00C96965" w:rsidRDefault="003D1531" w:rsidP="00FB4719">
            <w:pPr>
              <w:ind w:left="-57" w:right="-57"/>
              <w:jc w:val="both"/>
              <w:rPr>
                <w:rFonts w:ascii="Roboto Condensed" w:hAnsi="Roboto Condensed"/>
                <w:sz w:val="18"/>
                <w:szCs w:val="18"/>
              </w:rPr>
            </w:pPr>
          </w:p>
        </w:tc>
        <w:tc>
          <w:tcPr>
            <w:tcW w:w="2332" w:type="dxa"/>
          </w:tcPr>
          <w:p w14:paraId="5006B20E" w14:textId="17BEB743" w:rsidR="003D1531" w:rsidRPr="00C96965" w:rsidRDefault="003D1531" w:rsidP="00FB4719">
            <w:pPr>
              <w:ind w:left="-57" w:right="-57"/>
              <w:rPr>
                <w:rFonts w:ascii="Roboto Condensed" w:hAnsi="Roboto Condensed"/>
                <w:sz w:val="18"/>
                <w:szCs w:val="18"/>
              </w:rPr>
            </w:pPr>
            <w:r w:rsidRPr="00C96965">
              <w:rPr>
                <w:rFonts w:ascii="Roboto Condensed" w:hAnsi="Roboto Condensed"/>
                <w:sz w:val="18"/>
                <w:szCs w:val="18"/>
              </w:rPr>
              <w:t xml:space="preserve">park </w:t>
            </w:r>
            <w:r w:rsidR="001B2BE3">
              <w:rPr>
                <w:rFonts w:ascii="Roboto Condensed" w:hAnsi="Roboto Condensed"/>
                <w:sz w:val="18"/>
                <w:szCs w:val="18"/>
              </w:rPr>
              <w:t>pałacowy</w:t>
            </w:r>
          </w:p>
        </w:tc>
        <w:tc>
          <w:tcPr>
            <w:tcW w:w="1865" w:type="dxa"/>
            <w:vMerge/>
          </w:tcPr>
          <w:p w14:paraId="2BE9B461" w14:textId="77777777" w:rsidR="003D1531" w:rsidRPr="00C96965" w:rsidRDefault="003D1531" w:rsidP="00FB4719">
            <w:pPr>
              <w:ind w:left="-57" w:right="-57"/>
              <w:rPr>
                <w:rFonts w:ascii="Roboto Condensed" w:hAnsi="Roboto Condensed"/>
                <w:sz w:val="18"/>
                <w:szCs w:val="18"/>
              </w:rPr>
            </w:pPr>
          </w:p>
        </w:tc>
        <w:tc>
          <w:tcPr>
            <w:tcW w:w="1132" w:type="dxa"/>
          </w:tcPr>
          <w:p w14:paraId="3FB9B94A" w14:textId="7182D3E8" w:rsidR="003D1531" w:rsidRPr="00C96965" w:rsidRDefault="003D1531" w:rsidP="00FB4719">
            <w:pPr>
              <w:ind w:left="-57" w:right="-57"/>
              <w:rPr>
                <w:rFonts w:ascii="Roboto Condensed" w:hAnsi="Roboto Condensed"/>
                <w:sz w:val="18"/>
                <w:szCs w:val="18"/>
              </w:rPr>
            </w:pPr>
            <w:r w:rsidRPr="00C96965">
              <w:rPr>
                <w:rFonts w:ascii="Roboto Condensed" w:hAnsi="Roboto Condensed"/>
                <w:sz w:val="18"/>
                <w:szCs w:val="18"/>
              </w:rPr>
              <w:t>XVII w.</w:t>
            </w:r>
          </w:p>
        </w:tc>
        <w:tc>
          <w:tcPr>
            <w:tcW w:w="2402" w:type="dxa"/>
          </w:tcPr>
          <w:p w14:paraId="34D9A82D" w14:textId="34B10335" w:rsidR="003D1531" w:rsidRPr="00C96965" w:rsidRDefault="003D1531" w:rsidP="00FB4719">
            <w:pPr>
              <w:ind w:left="-57" w:right="-57"/>
              <w:rPr>
                <w:rFonts w:ascii="Roboto Condensed" w:hAnsi="Roboto Condensed"/>
                <w:b/>
                <w:bCs/>
                <w:sz w:val="18"/>
                <w:szCs w:val="18"/>
              </w:rPr>
            </w:pPr>
            <w:r w:rsidRPr="00C96965">
              <w:rPr>
                <w:rFonts w:ascii="Roboto Condensed" w:hAnsi="Roboto Condensed"/>
                <w:b/>
                <w:bCs/>
                <w:sz w:val="18"/>
                <w:szCs w:val="18"/>
              </w:rPr>
              <w:t xml:space="preserve">Rejestr zabytków </w:t>
            </w:r>
            <w:r w:rsidR="00D27010" w:rsidRPr="00C96965">
              <w:rPr>
                <w:rFonts w:ascii="Roboto Condensed" w:hAnsi="Roboto Condensed"/>
                <w:b/>
                <w:bCs/>
                <w:sz w:val="18"/>
                <w:szCs w:val="18"/>
              </w:rPr>
              <w:br/>
            </w:r>
            <w:r w:rsidRPr="00C96965">
              <w:rPr>
                <w:rFonts w:ascii="Roboto Condensed" w:hAnsi="Roboto Condensed"/>
                <w:b/>
                <w:bCs/>
                <w:sz w:val="18"/>
                <w:szCs w:val="18"/>
              </w:rPr>
              <w:t>nr 346 z 1985-02-14</w:t>
            </w:r>
          </w:p>
          <w:p w14:paraId="595B4964" w14:textId="77777777" w:rsidR="003D1531" w:rsidRDefault="003D1531" w:rsidP="00FB4719">
            <w:pPr>
              <w:ind w:left="-57" w:right="-57"/>
              <w:rPr>
                <w:rFonts w:ascii="Roboto Condensed" w:hAnsi="Roboto Condensed"/>
                <w:sz w:val="18"/>
                <w:szCs w:val="18"/>
              </w:rPr>
            </w:pPr>
            <w:r w:rsidRPr="00C96965">
              <w:rPr>
                <w:rFonts w:ascii="Roboto Condensed" w:hAnsi="Roboto Condensed"/>
                <w:sz w:val="18"/>
                <w:szCs w:val="18"/>
              </w:rPr>
              <w:t>NID</w:t>
            </w:r>
          </w:p>
          <w:p w14:paraId="530633BC" w14:textId="45FB2766" w:rsidR="001B2BE3" w:rsidRPr="00C96965" w:rsidRDefault="001B2BE3" w:rsidP="00FB4719">
            <w:pPr>
              <w:ind w:left="-57" w:right="-57"/>
              <w:rPr>
                <w:rFonts w:ascii="Roboto Condensed" w:hAnsi="Roboto Condensed"/>
                <w:sz w:val="18"/>
                <w:szCs w:val="18"/>
              </w:rPr>
            </w:pPr>
            <w:r>
              <w:rPr>
                <w:rFonts w:ascii="Roboto Condensed" w:hAnsi="Roboto Condensed"/>
                <w:sz w:val="18"/>
                <w:szCs w:val="18"/>
              </w:rPr>
              <w:t>GEZ (karta 27/1606)</w:t>
            </w:r>
          </w:p>
        </w:tc>
      </w:tr>
      <w:tr w:rsidR="00267049" w:rsidRPr="009A175C" w14:paraId="79703AA7" w14:textId="77777777" w:rsidTr="00586497">
        <w:tc>
          <w:tcPr>
            <w:tcW w:w="474" w:type="dxa"/>
          </w:tcPr>
          <w:p w14:paraId="10867D2E" w14:textId="437C0101"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17</w:t>
            </w:r>
          </w:p>
        </w:tc>
        <w:tc>
          <w:tcPr>
            <w:tcW w:w="1150" w:type="dxa"/>
          </w:tcPr>
          <w:p w14:paraId="127D1366" w14:textId="33F5A6D8" w:rsidR="00267049" w:rsidRPr="00C96965" w:rsidRDefault="00267049" w:rsidP="00FB4719">
            <w:pPr>
              <w:ind w:left="-57" w:right="-57"/>
              <w:jc w:val="both"/>
              <w:rPr>
                <w:rFonts w:ascii="Roboto Condensed" w:hAnsi="Roboto Condensed"/>
                <w:sz w:val="18"/>
                <w:szCs w:val="18"/>
              </w:rPr>
            </w:pPr>
            <w:proofErr w:type="spellStart"/>
            <w:r w:rsidRPr="00C96965">
              <w:rPr>
                <w:rFonts w:ascii="Roboto Condensed" w:hAnsi="Roboto Condensed"/>
                <w:sz w:val="18"/>
                <w:szCs w:val="18"/>
              </w:rPr>
              <w:t>Dziepółć</w:t>
            </w:r>
            <w:proofErr w:type="spellEnd"/>
          </w:p>
        </w:tc>
        <w:tc>
          <w:tcPr>
            <w:tcW w:w="2332" w:type="dxa"/>
          </w:tcPr>
          <w:p w14:paraId="635DE0AE" w14:textId="1AEA8051"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kapliczka rzymsko-katolicka</w:t>
            </w:r>
          </w:p>
        </w:tc>
        <w:tc>
          <w:tcPr>
            <w:tcW w:w="1865" w:type="dxa"/>
          </w:tcPr>
          <w:p w14:paraId="23816EFF" w14:textId="40B4CB4A" w:rsidR="00267049" w:rsidRPr="00C96965" w:rsidRDefault="0072121E" w:rsidP="00FB4719">
            <w:pPr>
              <w:ind w:left="-57" w:right="-57"/>
              <w:rPr>
                <w:rFonts w:ascii="Roboto Condensed" w:hAnsi="Roboto Condensed"/>
                <w:sz w:val="18"/>
                <w:szCs w:val="18"/>
              </w:rPr>
            </w:pPr>
            <w:r w:rsidRPr="00C96965">
              <w:rPr>
                <w:rFonts w:ascii="Roboto Condensed" w:hAnsi="Roboto Condensed"/>
                <w:sz w:val="18"/>
                <w:szCs w:val="18"/>
              </w:rPr>
              <w:t>przy adresie 32c (przy drodze powiatowej)</w:t>
            </w:r>
          </w:p>
        </w:tc>
        <w:tc>
          <w:tcPr>
            <w:tcW w:w="1132" w:type="dxa"/>
          </w:tcPr>
          <w:p w14:paraId="0C89058E" w14:textId="3C23E450" w:rsidR="00267049" w:rsidRPr="00C96965" w:rsidRDefault="00D479BD" w:rsidP="00FB4719">
            <w:pPr>
              <w:ind w:left="-57" w:right="-57"/>
              <w:rPr>
                <w:rFonts w:ascii="Roboto Condensed" w:hAnsi="Roboto Condensed"/>
                <w:sz w:val="18"/>
                <w:szCs w:val="18"/>
              </w:rPr>
            </w:pPr>
            <w:r w:rsidRPr="00C96965">
              <w:rPr>
                <w:rFonts w:ascii="Roboto Condensed" w:hAnsi="Roboto Condensed"/>
                <w:sz w:val="18"/>
                <w:szCs w:val="18"/>
              </w:rPr>
              <w:t>1</w:t>
            </w:r>
            <w:r w:rsidR="00267049" w:rsidRPr="00C96965">
              <w:rPr>
                <w:rFonts w:ascii="Roboto Condensed" w:hAnsi="Roboto Condensed"/>
                <w:sz w:val="18"/>
                <w:szCs w:val="18"/>
              </w:rPr>
              <w:t xml:space="preserve"> poł</w:t>
            </w:r>
            <w:r w:rsidR="00CB5019" w:rsidRPr="00C96965">
              <w:rPr>
                <w:rFonts w:ascii="Roboto Condensed" w:hAnsi="Roboto Condensed"/>
                <w:sz w:val="18"/>
                <w:szCs w:val="18"/>
              </w:rPr>
              <w:t>.</w:t>
            </w:r>
            <w:r w:rsidR="00267049" w:rsidRPr="00C96965">
              <w:rPr>
                <w:rFonts w:ascii="Roboto Condensed" w:hAnsi="Roboto Condensed"/>
                <w:sz w:val="18"/>
                <w:szCs w:val="18"/>
              </w:rPr>
              <w:t xml:space="preserve"> XX w.</w:t>
            </w:r>
          </w:p>
        </w:tc>
        <w:tc>
          <w:tcPr>
            <w:tcW w:w="2402" w:type="dxa"/>
          </w:tcPr>
          <w:p w14:paraId="3DA18B77" w14:textId="61C33F47"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1B2BE3">
              <w:rPr>
                <w:rFonts w:ascii="Roboto Condensed" w:hAnsi="Roboto Condensed"/>
                <w:sz w:val="18"/>
                <w:szCs w:val="18"/>
              </w:rPr>
              <w:t xml:space="preserve"> (karta 25/1606)</w:t>
            </w:r>
          </w:p>
        </w:tc>
      </w:tr>
      <w:tr w:rsidR="00267049" w:rsidRPr="009A175C" w14:paraId="4ADEA834" w14:textId="77777777" w:rsidTr="00586497">
        <w:tc>
          <w:tcPr>
            <w:tcW w:w="474" w:type="dxa"/>
          </w:tcPr>
          <w:p w14:paraId="544C93C2" w14:textId="23047B4B"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18</w:t>
            </w:r>
          </w:p>
        </w:tc>
        <w:tc>
          <w:tcPr>
            <w:tcW w:w="1150" w:type="dxa"/>
          </w:tcPr>
          <w:p w14:paraId="18CD532B" w14:textId="132FD9B9"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Okrajszów</w:t>
            </w:r>
          </w:p>
        </w:tc>
        <w:tc>
          <w:tcPr>
            <w:tcW w:w="2332" w:type="dxa"/>
          </w:tcPr>
          <w:p w14:paraId="17FC5C5C" w14:textId="7F1FE06B"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kapliczka rzymsko-katolicka</w:t>
            </w:r>
          </w:p>
        </w:tc>
        <w:tc>
          <w:tcPr>
            <w:tcW w:w="1865" w:type="dxa"/>
          </w:tcPr>
          <w:p w14:paraId="476FF0B1" w14:textId="034675AB" w:rsidR="00267049" w:rsidRPr="00C96965" w:rsidRDefault="00B360D8" w:rsidP="00FB4719">
            <w:pPr>
              <w:ind w:left="-57" w:right="-57"/>
              <w:rPr>
                <w:rFonts w:ascii="Roboto Condensed" w:hAnsi="Roboto Condensed"/>
                <w:sz w:val="18"/>
                <w:szCs w:val="18"/>
              </w:rPr>
            </w:pPr>
            <w:r w:rsidRPr="00C96965">
              <w:rPr>
                <w:rFonts w:ascii="Roboto Condensed" w:hAnsi="Roboto Condensed"/>
                <w:sz w:val="18"/>
                <w:szCs w:val="18"/>
              </w:rPr>
              <w:t>przy skrzyżowaniu dróg powiatowych</w:t>
            </w:r>
          </w:p>
        </w:tc>
        <w:tc>
          <w:tcPr>
            <w:tcW w:w="1132" w:type="dxa"/>
          </w:tcPr>
          <w:p w14:paraId="19D93C17" w14:textId="77A45E8C"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1932 r.</w:t>
            </w:r>
          </w:p>
        </w:tc>
        <w:tc>
          <w:tcPr>
            <w:tcW w:w="2402" w:type="dxa"/>
          </w:tcPr>
          <w:p w14:paraId="4A7D7AD9" w14:textId="4681EC24"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1B2BE3">
              <w:rPr>
                <w:rFonts w:ascii="Roboto Condensed" w:hAnsi="Roboto Condensed"/>
                <w:sz w:val="18"/>
                <w:szCs w:val="18"/>
              </w:rPr>
              <w:t xml:space="preserve"> (karta 31/1606)</w:t>
            </w:r>
          </w:p>
        </w:tc>
      </w:tr>
      <w:tr w:rsidR="00267049" w:rsidRPr="009A175C" w14:paraId="6AC6581E" w14:textId="77777777" w:rsidTr="00586497">
        <w:tc>
          <w:tcPr>
            <w:tcW w:w="474" w:type="dxa"/>
          </w:tcPr>
          <w:p w14:paraId="47E91558" w14:textId="40EB6CAB"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19</w:t>
            </w:r>
          </w:p>
        </w:tc>
        <w:tc>
          <w:tcPr>
            <w:tcW w:w="1150" w:type="dxa"/>
          </w:tcPr>
          <w:p w14:paraId="53E4B286" w14:textId="65B1AED0" w:rsidR="00267049" w:rsidRPr="00C96965" w:rsidRDefault="00267049" w:rsidP="00FB4719">
            <w:pPr>
              <w:ind w:left="-57" w:right="-57"/>
              <w:jc w:val="both"/>
              <w:rPr>
                <w:rFonts w:ascii="Roboto Condensed" w:hAnsi="Roboto Condensed"/>
                <w:sz w:val="18"/>
                <w:szCs w:val="18"/>
              </w:rPr>
            </w:pPr>
            <w:proofErr w:type="spellStart"/>
            <w:r w:rsidRPr="00C96965">
              <w:rPr>
                <w:rFonts w:ascii="Roboto Condensed" w:hAnsi="Roboto Condensed"/>
                <w:sz w:val="18"/>
                <w:szCs w:val="18"/>
              </w:rPr>
              <w:t>Dziepółć</w:t>
            </w:r>
            <w:proofErr w:type="spellEnd"/>
          </w:p>
        </w:tc>
        <w:tc>
          <w:tcPr>
            <w:tcW w:w="2332" w:type="dxa"/>
          </w:tcPr>
          <w:p w14:paraId="07A1AB8E" w14:textId="026C054C"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kapliczka rzymsko-katolicka</w:t>
            </w:r>
          </w:p>
        </w:tc>
        <w:tc>
          <w:tcPr>
            <w:tcW w:w="1865" w:type="dxa"/>
          </w:tcPr>
          <w:p w14:paraId="603F1723" w14:textId="288D3AE2"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skrzyżowanie dr</w:t>
            </w:r>
            <w:r w:rsidR="0072121E" w:rsidRPr="00C96965">
              <w:rPr>
                <w:rFonts w:ascii="Roboto Condensed" w:hAnsi="Roboto Condensed"/>
                <w:sz w:val="18"/>
                <w:szCs w:val="18"/>
              </w:rPr>
              <w:t xml:space="preserve">ogi </w:t>
            </w:r>
            <w:r w:rsidRPr="00C96965">
              <w:rPr>
                <w:rFonts w:ascii="Roboto Condensed" w:hAnsi="Roboto Condensed"/>
                <w:sz w:val="18"/>
                <w:szCs w:val="18"/>
              </w:rPr>
              <w:t xml:space="preserve"> powiatow</w:t>
            </w:r>
            <w:r w:rsidR="0072121E" w:rsidRPr="00C96965">
              <w:rPr>
                <w:rFonts w:ascii="Roboto Condensed" w:hAnsi="Roboto Condensed"/>
                <w:sz w:val="18"/>
                <w:szCs w:val="18"/>
              </w:rPr>
              <w:t>ej i gminnej naprzeciwko nr 5</w:t>
            </w:r>
          </w:p>
        </w:tc>
        <w:tc>
          <w:tcPr>
            <w:tcW w:w="1132" w:type="dxa"/>
          </w:tcPr>
          <w:p w14:paraId="72D3B1B3" w14:textId="54DE6F79" w:rsidR="00267049" w:rsidRPr="00C96965" w:rsidRDefault="00D479BD" w:rsidP="00FB4719">
            <w:pPr>
              <w:ind w:left="-57" w:right="-57"/>
              <w:rPr>
                <w:rFonts w:ascii="Roboto Condensed" w:hAnsi="Roboto Condensed"/>
                <w:sz w:val="18"/>
                <w:szCs w:val="18"/>
              </w:rPr>
            </w:pPr>
            <w:r w:rsidRPr="00C96965">
              <w:rPr>
                <w:rFonts w:ascii="Roboto Condensed" w:hAnsi="Roboto Condensed"/>
                <w:sz w:val="18"/>
                <w:szCs w:val="18"/>
              </w:rPr>
              <w:t>1</w:t>
            </w:r>
            <w:r w:rsidR="00267049" w:rsidRPr="00C96965">
              <w:rPr>
                <w:rFonts w:ascii="Roboto Condensed" w:hAnsi="Roboto Condensed"/>
                <w:sz w:val="18"/>
                <w:szCs w:val="18"/>
              </w:rPr>
              <w:t xml:space="preserve"> poł</w:t>
            </w:r>
            <w:r w:rsidR="00CB5019" w:rsidRPr="00C96965">
              <w:rPr>
                <w:rFonts w:ascii="Roboto Condensed" w:hAnsi="Roboto Condensed"/>
                <w:sz w:val="18"/>
                <w:szCs w:val="18"/>
              </w:rPr>
              <w:t>.</w:t>
            </w:r>
            <w:r w:rsidR="00267049" w:rsidRPr="00C96965">
              <w:rPr>
                <w:rFonts w:ascii="Roboto Condensed" w:hAnsi="Roboto Condensed"/>
                <w:sz w:val="18"/>
                <w:szCs w:val="18"/>
              </w:rPr>
              <w:t xml:space="preserve"> XX w.</w:t>
            </w:r>
          </w:p>
        </w:tc>
        <w:tc>
          <w:tcPr>
            <w:tcW w:w="2402" w:type="dxa"/>
          </w:tcPr>
          <w:p w14:paraId="5ED9F62F" w14:textId="2471AA0B"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1B2BE3">
              <w:rPr>
                <w:rFonts w:ascii="Roboto Condensed" w:hAnsi="Roboto Condensed"/>
                <w:sz w:val="18"/>
                <w:szCs w:val="18"/>
              </w:rPr>
              <w:t xml:space="preserve"> (karta 32/1606)</w:t>
            </w:r>
          </w:p>
        </w:tc>
      </w:tr>
      <w:tr w:rsidR="00267049" w:rsidRPr="009A175C" w14:paraId="2140BF67" w14:textId="77777777" w:rsidTr="00586497">
        <w:tc>
          <w:tcPr>
            <w:tcW w:w="474" w:type="dxa"/>
          </w:tcPr>
          <w:p w14:paraId="562F5814" w14:textId="0AC0C404"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lastRenderedPageBreak/>
              <w:t>20</w:t>
            </w:r>
          </w:p>
        </w:tc>
        <w:tc>
          <w:tcPr>
            <w:tcW w:w="1150" w:type="dxa"/>
          </w:tcPr>
          <w:p w14:paraId="7152E7BB" w14:textId="6ACAD281"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Grzebień</w:t>
            </w:r>
          </w:p>
        </w:tc>
        <w:tc>
          <w:tcPr>
            <w:tcW w:w="2332" w:type="dxa"/>
          </w:tcPr>
          <w:p w14:paraId="1490E36D" w14:textId="58921580"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kapliczka rzymsko-katolicka</w:t>
            </w:r>
          </w:p>
        </w:tc>
        <w:tc>
          <w:tcPr>
            <w:tcW w:w="1865" w:type="dxa"/>
          </w:tcPr>
          <w:p w14:paraId="1571950E" w14:textId="671BC323"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centrum wsi</w:t>
            </w:r>
            <w:r w:rsidR="00B95B85" w:rsidRPr="00C96965">
              <w:rPr>
                <w:rFonts w:ascii="Roboto Condensed" w:hAnsi="Roboto Condensed"/>
                <w:sz w:val="18"/>
                <w:szCs w:val="18"/>
              </w:rPr>
              <w:t xml:space="preserve"> przy adresie 15a</w:t>
            </w:r>
          </w:p>
        </w:tc>
        <w:tc>
          <w:tcPr>
            <w:tcW w:w="1132" w:type="dxa"/>
          </w:tcPr>
          <w:p w14:paraId="01B0F42E" w14:textId="253AB3F5"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1939 r.</w:t>
            </w:r>
          </w:p>
        </w:tc>
        <w:tc>
          <w:tcPr>
            <w:tcW w:w="2402" w:type="dxa"/>
          </w:tcPr>
          <w:p w14:paraId="60511287" w14:textId="25C02F40"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1B2BE3">
              <w:rPr>
                <w:rFonts w:ascii="Roboto Condensed" w:hAnsi="Roboto Condensed"/>
                <w:sz w:val="18"/>
                <w:szCs w:val="18"/>
              </w:rPr>
              <w:t xml:space="preserve"> (karta 33/1606)</w:t>
            </w:r>
          </w:p>
        </w:tc>
      </w:tr>
      <w:tr w:rsidR="00267049" w:rsidRPr="009A175C" w14:paraId="62D8BF5B" w14:textId="77777777" w:rsidTr="00586497">
        <w:tc>
          <w:tcPr>
            <w:tcW w:w="474" w:type="dxa"/>
          </w:tcPr>
          <w:p w14:paraId="4BFB9DA5" w14:textId="66581C43"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21</w:t>
            </w:r>
          </w:p>
        </w:tc>
        <w:tc>
          <w:tcPr>
            <w:tcW w:w="1150" w:type="dxa"/>
          </w:tcPr>
          <w:p w14:paraId="0EDBAADF" w14:textId="17A8D951"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Strzałków</w:t>
            </w:r>
          </w:p>
        </w:tc>
        <w:tc>
          <w:tcPr>
            <w:tcW w:w="2332" w:type="dxa"/>
          </w:tcPr>
          <w:p w14:paraId="1C36DE04" w14:textId="46E98F26"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cmentarz rzymsko-katolicki</w:t>
            </w:r>
          </w:p>
        </w:tc>
        <w:tc>
          <w:tcPr>
            <w:tcW w:w="1865" w:type="dxa"/>
          </w:tcPr>
          <w:p w14:paraId="7FF01159" w14:textId="2BA1D4F5"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przy drodze powiatowej</w:t>
            </w:r>
          </w:p>
        </w:tc>
        <w:tc>
          <w:tcPr>
            <w:tcW w:w="1132" w:type="dxa"/>
          </w:tcPr>
          <w:p w14:paraId="38D1EF5A" w14:textId="2E2F53FB"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1946 r.</w:t>
            </w:r>
          </w:p>
        </w:tc>
        <w:tc>
          <w:tcPr>
            <w:tcW w:w="2402" w:type="dxa"/>
          </w:tcPr>
          <w:p w14:paraId="61404DCD" w14:textId="68F93F03"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1B2BE3">
              <w:rPr>
                <w:rFonts w:ascii="Roboto Condensed" w:hAnsi="Roboto Condensed"/>
                <w:sz w:val="18"/>
                <w:szCs w:val="18"/>
              </w:rPr>
              <w:t xml:space="preserve"> (karta 34/1606)</w:t>
            </w:r>
          </w:p>
          <w:p w14:paraId="45CCF4D1" w14:textId="5FDF4DE8" w:rsidR="00D479BD" w:rsidRPr="00C96965" w:rsidRDefault="00D479BD" w:rsidP="00FB4719">
            <w:pPr>
              <w:ind w:left="-57" w:right="-57"/>
              <w:rPr>
                <w:rFonts w:ascii="Roboto Condensed" w:hAnsi="Roboto Condensed"/>
                <w:sz w:val="18"/>
                <w:szCs w:val="18"/>
              </w:rPr>
            </w:pPr>
            <w:r w:rsidRPr="00C96965">
              <w:rPr>
                <w:rFonts w:ascii="Roboto Condensed" w:hAnsi="Roboto Condensed"/>
                <w:sz w:val="18"/>
                <w:szCs w:val="18"/>
              </w:rPr>
              <w:t>NID</w:t>
            </w:r>
          </w:p>
        </w:tc>
      </w:tr>
      <w:tr w:rsidR="00267049" w:rsidRPr="009A175C" w14:paraId="64BC3B43" w14:textId="77777777" w:rsidTr="00586497">
        <w:tc>
          <w:tcPr>
            <w:tcW w:w="474" w:type="dxa"/>
          </w:tcPr>
          <w:p w14:paraId="3031E033" w14:textId="24A3600C"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22</w:t>
            </w:r>
          </w:p>
        </w:tc>
        <w:tc>
          <w:tcPr>
            <w:tcW w:w="1150" w:type="dxa"/>
          </w:tcPr>
          <w:p w14:paraId="0472CBB7" w14:textId="3A0680F2"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Strzałków</w:t>
            </w:r>
          </w:p>
        </w:tc>
        <w:tc>
          <w:tcPr>
            <w:tcW w:w="2332" w:type="dxa"/>
          </w:tcPr>
          <w:p w14:paraId="42FDCE06" w14:textId="0A85BF5A"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cmentarz przykościelny</w:t>
            </w:r>
          </w:p>
        </w:tc>
        <w:tc>
          <w:tcPr>
            <w:tcW w:w="1865" w:type="dxa"/>
          </w:tcPr>
          <w:p w14:paraId="1DD58BE8" w14:textId="76D56D8F"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ul. Reymonta</w:t>
            </w:r>
          </w:p>
        </w:tc>
        <w:tc>
          <w:tcPr>
            <w:tcW w:w="1132" w:type="dxa"/>
          </w:tcPr>
          <w:p w14:paraId="51E2308F" w14:textId="24EEF339"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XVII-XVIII</w:t>
            </w:r>
          </w:p>
        </w:tc>
        <w:tc>
          <w:tcPr>
            <w:tcW w:w="2402" w:type="dxa"/>
          </w:tcPr>
          <w:p w14:paraId="41F367E6" w14:textId="09935DDD" w:rsidR="00CB5019" w:rsidRPr="00C96965" w:rsidRDefault="00267049" w:rsidP="00D479BD">
            <w:pPr>
              <w:ind w:left="-57" w:right="-57"/>
              <w:rPr>
                <w:rFonts w:ascii="Roboto Condensed" w:hAnsi="Roboto Condensed"/>
                <w:sz w:val="18"/>
                <w:szCs w:val="18"/>
              </w:rPr>
            </w:pPr>
            <w:r w:rsidRPr="00C96965">
              <w:rPr>
                <w:rFonts w:ascii="Roboto Condensed" w:hAnsi="Roboto Condensed"/>
                <w:sz w:val="18"/>
                <w:szCs w:val="18"/>
              </w:rPr>
              <w:t>GEZ</w:t>
            </w:r>
            <w:r w:rsidR="001B2BE3">
              <w:rPr>
                <w:rFonts w:ascii="Roboto Condensed" w:hAnsi="Roboto Condensed"/>
                <w:sz w:val="18"/>
                <w:szCs w:val="18"/>
              </w:rPr>
              <w:t xml:space="preserve"> (karta 36/1606)</w:t>
            </w:r>
          </w:p>
          <w:p w14:paraId="19978294" w14:textId="64384FAF" w:rsidR="002E0770" w:rsidRPr="00C96965" w:rsidRDefault="002E0770" w:rsidP="00D479BD">
            <w:pPr>
              <w:ind w:left="-57" w:right="-57"/>
              <w:rPr>
                <w:rFonts w:ascii="Roboto Condensed" w:hAnsi="Roboto Condensed"/>
                <w:sz w:val="18"/>
                <w:szCs w:val="18"/>
              </w:rPr>
            </w:pPr>
            <w:r w:rsidRPr="00C96965">
              <w:rPr>
                <w:rFonts w:ascii="Roboto Condensed" w:hAnsi="Roboto Condensed"/>
                <w:sz w:val="18"/>
                <w:szCs w:val="18"/>
              </w:rPr>
              <w:t>Oznaczenie na mapie orientacyjne.</w:t>
            </w:r>
          </w:p>
          <w:p w14:paraId="275E38F8" w14:textId="49E7B7ED" w:rsidR="002E0770" w:rsidRPr="00C96965" w:rsidRDefault="002E0770" w:rsidP="00D479BD">
            <w:pPr>
              <w:ind w:left="-57" w:right="-57"/>
              <w:rPr>
                <w:rFonts w:ascii="Roboto Condensed" w:hAnsi="Roboto Condensed"/>
                <w:sz w:val="18"/>
                <w:szCs w:val="18"/>
              </w:rPr>
            </w:pPr>
            <w:r w:rsidRPr="00C96965">
              <w:rPr>
                <w:rFonts w:ascii="Roboto Condensed" w:hAnsi="Roboto Condensed"/>
                <w:sz w:val="18"/>
                <w:szCs w:val="18"/>
              </w:rPr>
              <w:t xml:space="preserve">Brak śladów w obrębie zespołu kościelnego potwierdzających </w:t>
            </w:r>
            <w:r w:rsidR="007F5032">
              <w:rPr>
                <w:rFonts w:ascii="Roboto Condensed" w:hAnsi="Roboto Condensed"/>
                <w:sz w:val="18"/>
                <w:szCs w:val="18"/>
              </w:rPr>
              <w:t>lokalizację</w:t>
            </w:r>
            <w:r w:rsidRPr="00C96965">
              <w:rPr>
                <w:rFonts w:ascii="Roboto Condensed" w:hAnsi="Roboto Condensed"/>
                <w:sz w:val="18"/>
                <w:szCs w:val="18"/>
              </w:rPr>
              <w:t>.</w:t>
            </w:r>
          </w:p>
        </w:tc>
      </w:tr>
      <w:tr w:rsidR="00267049" w:rsidRPr="009A175C" w14:paraId="3FD9E119" w14:textId="77777777" w:rsidTr="00586497">
        <w:tc>
          <w:tcPr>
            <w:tcW w:w="474" w:type="dxa"/>
          </w:tcPr>
          <w:p w14:paraId="243A69E2" w14:textId="1C9BD670" w:rsidR="00267049" w:rsidRPr="00C96965" w:rsidRDefault="00267049" w:rsidP="00FB4719">
            <w:pPr>
              <w:ind w:left="-57" w:right="-57"/>
              <w:jc w:val="both"/>
              <w:rPr>
                <w:rFonts w:ascii="Roboto Condensed" w:hAnsi="Roboto Condensed"/>
                <w:sz w:val="18"/>
                <w:szCs w:val="18"/>
              </w:rPr>
            </w:pPr>
            <w:r w:rsidRPr="00C96965">
              <w:rPr>
                <w:rFonts w:ascii="Roboto Condensed" w:hAnsi="Roboto Condensed"/>
                <w:sz w:val="18"/>
                <w:szCs w:val="18"/>
              </w:rPr>
              <w:t>23</w:t>
            </w:r>
          </w:p>
        </w:tc>
        <w:tc>
          <w:tcPr>
            <w:tcW w:w="1150" w:type="dxa"/>
          </w:tcPr>
          <w:p w14:paraId="6FFCD632" w14:textId="5C2DF57D" w:rsidR="00267049" w:rsidRPr="00C96965" w:rsidRDefault="00267049" w:rsidP="00FB4719">
            <w:pPr>
              <w:ind w:left="-57" w:right="-57"/>
              <w:jc w:val="both"/>
              <w:rPr>
                <w:rFonts w:ascii="Roboto Condensed" w:hAnsi="Roboto Condensed"/>
                <w:sz w:val="18"/>
                <w:szCs w:val="18"/>
              </w:rPr>
            </w:pPr>
            <w:proofErr w:type="spellStart"/>
            <w:r w:rsidRPr="00C96965">
              <w:rPr>
                <w:rFonts w:ascii="Roboto Condensed" w:hAnsi="Roboto Condensed"/>
                <w:sz w:val="18"/>
                <w:szCs w:val="18"/>
              </w:rPr>
              <w:t>Dziepółć</w:t>
            </w:r>
            <w:proofErr w:type="spellEnd"/>
          </w:p>
        </w:tc>
        <w:tc>
          <w:tcPr>
            <w:tcW w:w="2332" w:type="dxa"/>
          </w:tcPr>
          <w:p w14:paraId="51B226DC" w14:textId="1797E0CC"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dom</w:t>
            </w:r>
          </w:p>
        </w:tc>
        <w:tc>
          <w:tcPr>
            <w:tcW w:w="1865" w:type="dxa"/>
          </w:tcPr>
          <w:p w14:paraId="3A89B8F0" w14:textId="2192819F" w:rsidR="00267049" w:rsidRPr="00C96965" w:rsidRDefault="00100ED8" w:rsidP="00FB4719">
            <w:pPr>
              <w:ind w:left="-57" w:right="-57"/>
              <w:rPr>
                <w:rFonts w:ascii="Roboto Condensed" w:hAnsi="Roboto Condensed"/>
                <w:sz w:val="18"/>
                <w:szCs w:val="18"/>
              </w:rPr>
            </w:pPr>
            <w:r>
              <w:rPr>
                <w:rFonts w:ascii="Roboto Condensed" w:hAnsi="Roboto Condensed"/>
                <w:sz w:val="18"/>
                <w:szCs w:val="18"/>
              </w:rPr>
              <w:t>n</w:t>
            </w:r>
            <w:r w:rsidR="00267049" w:rsidRPr="00C96965">
              <w:rPr>
                <w:rFonts w:ascii="Roboto Condensed" w:hAnsi="Roboto Condensed"/>
                <w:sz w:val="18"/>
                <w:szCs w:val="18"/>
              </w:rPr>
              <w:t>r 14</w:t>
            </w:r>
          </w:p>
        </w:tc>
        <w:tc>
          <w:tcPr>
            <w:tcW w:w="1132" w:type="dxa"/>
          </w:tcPr>
          <w:p w14:paraId="24BDEF3E" w14:textId="0DE91A90"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koniec XIX w., pocz. XX w.</w:t>
            </w:r>
          </w:p>
        </w:tc>
        <w:tc>
          <w:tcPr>
            <w:tcW w:w="2402" w:type="dxa"/>
          </w:tcPr>
          <w:p w14:paraId="6B734502" w14:textId="1FB4A438" w:rsidR="00267049" w:rsidRPr="00C96965" w:rsidRDefault="00267049" w:rsidP="00FB4719">
            <w:pPr>
              <w:ind w:left="-57" w:right="-57"/>
              <w:rPr>
                <w:rFonts w:ascii="Roboto Condensed" w:hAnsi="Roboto Condensed"/>
                <w:sz w:val="18"/>
                <w:szCs w:val="18"/>
              </w:rPr>
            </w:pPr>
            <w:r w:rsidRPr="00C96965">
              <w:rPr>
                <w:rFonts w:ascii="Roboto Condensed" w:hAnsi="Roboto Condensed"/>
                <w:sz w:val="18"/>
                <w:szCs w:val="18"/>
              </w:rPr>
              <w:t>GEZ</w:t>
            </w:r>
            <w:r w:rsidR="001B2BE3">
              <w:rPr>
                <w:rFonts w:ascii="Roboto Condensed" w:hAnsi="Roboto Condensed"/>
                <w:sz w:val="18"/>
                <w:szCs w:val="18"/>
              </w:rPr>
              <w:t xml:space="preserve"> (karta 40/1606)</w:t>
            </w:r>
          </w:p>
          <w:p w14:paraId="1EF1DDE2" w14:textId="20D366A5" w:rsidR="003076E1" w:rsidRPr="00C96965" w:rsidRDefault="003076E1" w:rsidP="00FB4719">
            <w:pPr>
              <w:ind w:left="-57" w:right="-57"/>
              <w:rPr>
                <w:rFonts w:ascii="Roboto Condensed" w:hAnsi="Roboto Condensed"/>
                <w:sz w:val="18"/>
                <w:szCs w:val="18"/>
              </w:rPr>
            </w:pPr>
            <w:r w:rsidRPr="00C96965">
              <w:rPr>
                <w:rFonts w:ascii="Roboto Condensed" w:hAnsi="Roboto Condensed"/>
                <w:sz w:val="18"/>
                <w:szCs w:val="18"/>
              </w:rPr>
              <w:t>NID</w:t>
            </w:r>
          </w:p>
        </w:tc>
      </w:tr>
      <w:tr w:rsidR="00586497" w:rsidRPr="009A175C" w14:paraId="39961B0A" w14:textId="77777777" w:rsidTr="00586497">
        <w:tc>
          <w:tcPr>
            <w:tcW w:w="474" w:type="dxa"/>
          </w:tcPr>
          <w:p w14:paraId="249D4630" w14:textId="2D3913CB" w:rsidR="00586497" w:rsidRPr="00C96965" w:rsidRDefault="00586497" w:rsidP="00FB4719">
            <w:pPr>
              <w:ind w:left="-57" w:right="-57"/>
              <w:jc w:val="both"/>
              <w:rPr>
                <w:rFonts w:ascii="Roboto Condensed" w:hAnsi="Roboto Condensed"/>
                <w:sz w:val="18"/>
                <w:szCs w:val="18"/>
              </w:rPr>
            </w:pPr>
            <w:r w:rsidRPr="00C96965">
              <w:rPr>
                <w:rFonts w:ascii="Roboto Condensed" w:hAnsi="Roboto Condensed"/>
                <w:sz w:val="18"/>
                <w:szCs w:val="18"/>
              </w:rPr>
              <w:t>24</w:t>
            </w:r>
            <w:r w:rsidR="00E74F64" w:rsidRPr="00C96965">
              <w:rPr>
                <w:rFonts w:ascii="Roboto Condensed" w:hAnsi="Roboto Condensed"/>
                <w:sz w:val="18"/>
                <w:szCs w:val="18"/>
              </w:rPr>
              <w:t>.1</w:t>
            </w:r>
          </w:p>
        </w:tc>
        <w:tc>
          <w:tcPr>
            <w:tcW w:w="1150" w:type="dxa"/>
            <w:vMerge w:val="restart"/>
          </w:tcPr>
          <w:p w14:paraId="409A6B91" w14:textId="12BD5842" w:rsidR="00586497" w:rsidRPr="00C96965" w:rsidRDefault="00586497" w:rsidP="00FB4719">
            <w:pPr>
              <w:ind w:left="-57" w:right="-57"/>
              <w:jc w:val="both"/>
              <w:rPr>
                <w:rFonts w:ascii="Roboto Condensed" w:hAnsi="Roboto Condensed"/>
                <w:sz w:val="18"/>
                <w:szCs w:val="18"/>
              </w:rPr>
            </w:pPr>
            <w:proofErr w:type="spellStart"/>
            <w:r w:rsidRPr="00C96965">
              <w:rPr>
                <w:rFonts w:ascii="Roboto Condensed" w:hAnsi="Roboto Condensed"/>
                <w:sz w:val="18"/>
                <w:szCs w:val="18"/>
              </w:rPr>
              <w:t>Dziepółć</w:t>
            </w:r>
            <w:proofErr w:type="spellEnd"/>
          </w:p>
        </w:tc>
        <w:tc>
          <w:tcPr>
            <w:tcW w:w="2332" w:type="dxa"/>
          </w:tcPr>
          <w:p w14:paraId="7F1D6221" w14:textId="646A6C8E" w:rsidR="00586497" w:rsidRPr="00C96965" w:rsidRDefault="00586497" w:rsidP="00FB4719">
            <w:pPr>
              <w:ind w:left="-57" w:right="-57"/>
              <w:rPr>
                <w:rFonts w:ascii="Roboto Condensed" w:hAnsi="Roboto Condensed"/>
                <w:sz w:val="18"/>
                <w:szCs w:val="18"/>
              </w:rPr>
            </w:pPr>
            <w:r w:rsidRPr="00C96965">
              <w:rPr>
                <w:rFonts w:ascii="Roboto Condensed" w:hAnsi="Roboto Condensed"/>
                <w:sz w:val="18"/>
                <w:szCs w:val="18"/>
              </w:rPr>
              <w:t xml:space="preserve">kościół ewangelicki, </w:t>
            </w:r>
            <w:r w:rsidRPr="00C96965">
              <w:rPr>
                <w:rFonts w:ascii="Roboto Condensed" w:hAnsi="Roboto Condensed"/>
                <w:sz w:val="18"/>
                <w:szCs w:val="18"/>
              </w:rPr>
              <w:br/>
              <w:t xml:space="preserve">ob. rzym.-kat. </w:t>
            </w:r>
            <w:r w:rsidRPr="00C96965">
              <w:rPr>
                <w:rFonts w:ascii="Roboto Condensed" w:hAnsi="Roboto Condensed"/>
                <w:sz w:val="18"/>
                <w:szCs w:val="18"/>
              </w:rPr>
              <w:br/>
              <w:t>par. pw. Miłosierdzia Bożego</w:t>
            </w:r>
          </w:p>
        </w:tc>
        <w:tc>
          <w:tcPr>
            <w:tcW w:w="1865" w:type="dxa"/>
            <w:vMerge w:val="restart"/>
          </w:tcPr>
          <w:p w14:paraId="254A7EA1" w14:textId="25ECD20B" w:rsidR="00586497" w:rsidRPr="00C96965" w:rsidRDefault="00586497" w:rsidP="00FB4719">
            <w:pPr>
              <w:ind w:left="-57" w:right="-57"/>
              <w:rPr>
                <w:rFonts w:ascii="Roboto Condensed" w:hAnsi="Roboto Condensed"/>
                <w:sz w:val="18"/>
                <w:szCs w:val="18"/>
              </w:rPr>
            </w:pPr>
            <w:r w:rsidRPr="00C96965">
              <w:rPr>
                <w:rFonts w:ascii="Roboto Condensed" w:hAnsi="Roboto Condensed"/>
                <w:sz w:val="18"/>
                <w:szCs w:val="18"/>
              </w:rPr>
              <w:t>nr 96a</w:t>
            </w:r>
          </w:p>
        </w:tc>
        <w:tc>
          <w:tcPr>
            <w:tcW w:w="1132" w:type="dxa"/>
          </w:tcPr>
          <w:p w14:paraId="3CA8ADE1" w14:textId="6474D558" w:rsidR="00586497" w:rsidRPr="00C96965" w:rsidRDefault="00586497" w:rsidP="00FB4719">
            <w:pPr>
              <w:ind w:left="-57" w:right="-57"/>
              <w:rPr>
                <w:rFonts w:ascii="Roboto Condensed" w:hAnsi="Roboto Condensed"/>
                <w:sz w:val="18"/>
                <w:szCs w:val="18"/>
              </w:rPr>
            </w:pPr>
            <w:r w:rsidRPr="00C96965">
              <w:rPr>
                <w:rFonts w:ascii="Roboto Condensed" w:hAnsi="Roboto Condensed"/>
                <w:sz w:val="18"/>
                <w:szCs w:val="18"/>
              </w:rPr>
              <w:t>1910 - 1914</w:t>
            </w:r>
          </w:p>
        </w:tc>
        <w:tc>
          <w:tcPr>
            <w:tcW w:w="2402" w:type="dxa"/>
          </w:tcPr>
          <w:p w14:paraId="06A819C5" w14:textId="50911FCF" w:rsidR="00586497" w:rsidRPr="00C96965" w:rsidRDefault="00586497" w:rsidP="00FB4719">
            <w:pPr>
              <w:ind w:left="-57" w:right="-57"/>
              <w:rPr>
                <w:rFonts w:ascii="Roboto Condensed" w:hAnsi="Roboto Condensed"/>
                <w:b/>
                <w:bCs/>
                <w:sz w:val="18"/>
                <w:szCs w:val="18"/>
              </w:rPr>
            </w:pPr>
            <w:r w:rsidRPr="00C96965">
              <w:rPr>
                <w:rFonts w:ascii="Roboto Condensed" w:hAnsi="Roboto Condensed"/>
                <w:b/>
                <w:bCs/>
                <w:sz w:val="18"/>
                <w:szCs w:val="18"/>
              </w:rPr>
              <w:t xml:space="preserve">Rejestr zabytków </w:t>
            </w:r>
            <w:r w:rsidR="00D27010" w:rsidRPr="00C96965">
              <w:rPr>
                <w:rFonts w:ascii="Roboto Condensed" w:hAnsi="Roboto Condensed"/>
                <w:b/>
                <w:bCs/>
                <w:sz w:val="18"/>
                <w:szCs w:val="18"/>
              </w:rPr>
              <w:br/>
            </w:r>
            <w:r w:rsidRPr="00C96965">
              <w:rPr>
                <w:rFonts w:ascii="Roboto Condensed" w:hAnsi="Roboto Condensed"/>
                <w:b/>
                <w:bCs/>
                <w:sz w:val="18"/>
                <w:szCs w:val="18"/>
              </w:rPr>
              <w:t xml:space="preserve">nr A/155 </w:t>
            </w:r>
            <w:r w:rsidRPr="00C96965">
              <w:rPr>
                <w:rFonts w:ascii="Roboto Condensed" w:hAnsi="Roboto Condensed"/>
                <w:b/>
                <w:bCs/>
                <w:sz w:val="18"/>
                <w:szCs w:val="18"/>
              </w:rPr>
              <w:br/>
              <w:t>z 2014-09-25</w:t>
            </w:r>
          </w:p>
          <w:p w14:paraId="63DF17A4" w14:textId="77777777" w:rsidR="00586497" w:rsidRDefault="00586497" w:rsidP="00FB4719">
            <w:pPr>
              <w:ind w:left="-57" w:right="-57"/>
              <w:rPr>
                <w:rFonts w:ascii="Roboto Condensed" w:hAnsi="Roboto Condensed"/>
                <w:sz w:val="18"/>
                <w:szCs w:val="18"/>
              </w:rPr>
            </w:pPr>
            <w:r w:rsidRPr="00C96965">
              <w:rPr>
                <w:rFonts w:ascii="Roboto Condensed" w:hAnsi="Roboto Condensed"/>
                <w:sz w:val="18"/>
                <w:szCs w:val="18"/>
              </w:rPr>
              <w:t>NID</w:t>
            </w:r>
          </w:p>
          <w:p w14:paraId="1E18D452" w14:textId="224893EC" w:rsidR="001B2BE3" w:rsidRPr="00C96965" w:rsidRDefault="001B2BE3" w:rsidP="00FB4719">
            <w:pPr>
              <w:ind w:left="-57" w:right="-57"/>
              <w:rPr>
                <w:rFonts w:ascii="Roboto Condensed" w:hAnsi="Roboto Condensed"/>
                <w:sz w:val="18"/>
                <w:szCs w:val="18"/>
              </w:rPr>
            </w:pPr>
            <w:r>
              <w:rPr>
                <w:rFonts w:ascii="Roboto Condensed" w:hAnsi="Roboto Condensed"/>
                <w:sz w:val="18"/>
                <w:szCs w:val="18"/>
              </w:rPr>
              <w:t>GEZ (karta 15/1606)</w:t>
            </w:r>
          </w:p>
        </w:tc>
      </w:tr>
      <w:tr w:rsidR="00586497" w:rsidRPr="009A175C" w14:paraId="3164166C" w14:textId="77777777" w:rsidTr="00586497">
        <w:tc>
          <w:tcPr>
            <w:tcW w:w="474" w:type="dxa"/>
          </w:tcPr>
          <w:p w14:paraId="4E9832E3" w14:textId="37522F47" w:rsidR="00586497" w:rsidRPr="00C96965" w:rsidRDefault="00586497" w:rsidP="00FB4719">
            <w:pPr>
              <w:ind w:left="-57" w:right="-57"/>
              <w:jc w:val="both"/>
              <w:rPr>
                <w:rFonts w:ascii="Roboto Condensed" w:hAnsi="Roboto Condensed"/>
                <w:sz w:val="18"/>
                <w:szCs w:val="18"/>
              </w:rPr>
            </w:pPr>
            <w:r w:rsidRPr="00C96965">
              <w:rPr>
                <w:rFonts w:ascii="Roboto Condensed" w:hAnsi="Roboto Condensed"/>
                <w:sz w:val="18"/>
                <w:szCs w:val="18"/>
              </w:rPr>
              <w:t>24</w:t>
            </w:r>
            <w:r w:rsidR="00E74F64" w:rsidRPr="00C96965">
              <w:rPr>
                <w:rFonts w:ascii="Roboto Condensed" w:hAnsi="Roboto Condensed"/>
                <w:sz w:val="18"/>
                <w:szCs w:val="18"/>
              </w:rPr>
              <w:t>.1</w:t>
            </w:r>
          </w:p>
        </w:tc>
        <w:tc>
          <w:tcPr>
            <w:tcW w:w="1150" w:type="dxa"/>
            <w:vMerge/>
          </w:tcPr>
          <w:p w14:paraId="3FE509A7" w14:textId="4ACD3C21" w:rsidR="00586497" w:rsidRPr="00C96965" w:rsidRDefault="00586497" w:rsidP="00FB4719">
            <w:pPr>
              <w:ind w:left="-57" w:right="-57"/>
              <w:jc w:val="both"/>
              <w:rPr>
                <w:rFonts w:ascii="Roboto Condensed" w:hAnsi="Roboto Condensed"/>
                <w:sz w:val="18"/>
                <w:szCs w:val="18"/>
              </w:rPr>
            </w:pPr>
          </w:p>
        </w:tc>
        <w:tc>
          <w:tcPr>
            <w:tcW w:w="2332" w:type="dxa"/>
          </w:tcPr>
          <w:p w14:paraId="50B027AE" w14:textId="2A5C496D" w:rsidR="00586497" w:rsidRPr="00C96965" w:rsidRDefault="00586497" w:rsidP="00FB4719">
            <w:pPr>
              <w:ind w:left="-57" w:right="-57"/>
              <w:rPr>
                <w:rFonts w:ascii="Roboto Condensed" w:hAnsi="Roboto Condensed"/>
                <w:sz w:val="18"/>
                <w:szCs w:val="18"/>
              </w:rPr>
            </w:pPr>
            <w:r w:rsidRPr="00C96965">
              <w:rPr>
                <w:rFonts w:ascii="Roboto Condensed" w:hAnsi="Roboto Condensed"/>
                <w:sz w:val="18"/>
                <w:szCs w:val="18"/>
              </w:rPr>
              <w:t>otoczenie</w:t>
            </w:r>
          </w:p>
        </w:tc>
        <w:tc>
          <w:tcPr>
            <w:tcW w:w="1865" w:type="dxa"/>
            <w:vMerge/>
          </w:tcPr>
          <w:p w14:paraId="10EF1A27" w14:textId="416D3277" w:rsidR="00586497" w:rsidRPr="00FC0ABE" w:rsidRDefault="00586497" w:rsidP="00FB4719">
            <w:pPr>
              <w:ind w:left="-57" w:right="-57"/>
              <w:rPr>
                <w:rFonts w:ascii="Roboto Condensed" w:hAnsi="Roboto Condensed"/>
                <w:color w:val="EE0000"/>
                <w:sz w:val="18"/>
                <w:szCs w:val="18"/>
              </w:rPr>
            </w:pPr>
          </w:p>
        </w:tc>
        <w:tc>
          <w:tcPr>
            <w:tcW w:w="1132" w:type="dxa"/>
          </w:tcPr>
          <w:p w14:paraId="68B69D04" w14:textId="516AEC41" w:rsidR="00586497" w:rsidRPr="00FC0ABE" w:rsidRDefault="00586497" w:rsidP="00FB4719">
            <w:pPr>
              <w:ind w:left="-57" w:right="-57"/>
              <w:rPr>
                <w:rFonts w:ascii="Roboto Condensed" w:hAnsi="Roboto Condensed"/>
                <w:color w:val="EE0000"/>
                <w:sz w:val="18"/>
                <w:szCs w:val="18"/>
              </w:rPr>
            </w:pPr>
          </w:p>
        </w:tc>
        <w:tc>
          <w:tcPr>
            <w:tcW w:w="2402" w:type="dxa"/>
          </w:tcPr>
          <w:p w14:paraId="12AEB8EC" w14:textId="77777777" w:rsidR="001B2BE3" w:rsidRPr="00C96965" w:rsidRDefault="001B2BE3" w:rsidP="001B2BE3">
            <w:pPr>
              <w:ind w:left="-57" w:right="-57"/>
              <w:rPr>
                <w:rFonts w:ascii="Roboto Condensed" w:hAnsi="Roboto Condensed"/>
                <w:b/>
                <w:bCs/>
                <w:sz w:val="18"/>
                <w:szCs w:val="18"/>
              </w:rPr>
            </w:pPr>
            <w:r w:rsidRPr="00C96965">
              <w:rPr>
                <w:rFonts w:ascii="Roboto Condensed" w:hAnsi="Roboto Condensed"/>
                <w:b/>
                <w:bCs/>
                <w:sz w:val="18"/>
                <w:szCs w:val="18"/>
              </w:rPr>
              <w:t xml:space="preserve">Rejestr zabytków </w:t>
            </w:r>
            <w:r w:rsidRPr="00C96965">
              <w:rPr>
                <w:rFonts w:ascii="Roboto Condensed" w:hAnsi="Roboto Condensed"/>
                <w:b/>
                <w:bCs/>
                <w:sz w:val="18"/>
                <w:szCs w:val="18"/>
              </w:rPr>
              <w:br/>
              <w:t xml:space="preserve">nr A/155 </w:t>
            </w:r>
            <w:r w:rsidRPr="00C96965">
              <w:rPr>
                <w:rFonts w:ascii="Roboto Condensed" w:hAnsi="Roboto Condensed"/>
                <w:b/>
                <w:bCs/>
                <w:sz w:val="18"/>
                <w:szCs w:val="18"/>
              </w:rPr>
              <w:br/>
              <w:t>z 2014-09-25</w:t>
            </w:r>
          </w:p>
          <w:p w14:paraId="1FEBBAA5" w14:textId="53F9024F" w:rsidR="00586497" w:rsidRPr="00FC0ABE" w:rsidRDefault="001B2BE3" w:rsidP="001B2BE3">
            <w:pPr>
              <w:ind w:left="-57" w:right="-57"/>
              <w:rPr>
                <w:rFonts w:ascii="Roboto Condensed" w:hAnsi="Roboto Condensed"/>
                <w:color w:val="EE0000"/>
                <w:sz w:val="18"/>
                <w:szCs w:val="18"/>
              </w:rPr>
            </w:pPr>
            <w:r w:rsidRPr="00C96965">
              <w:rPr>
                <w:rFonts w:ascii="Roboto Condensed" w:hAnsi="Roboto Condensed"/>
                <w:sz w:val="18"/>
                <w:szCs w:val="18"/>
              </w:rPr>
              <w:t>NID</w:t>
            </w:r>
          </w:p>
        </w:tc>
      </w:tr>
      <w:tr w:rsidR="00D479BD" w:rsidRPr="009A175C" w14:paraId="53CC9F44" w14:textId="77777777">
        <w:tc>
          <w:tcPr>
            <w:tcW w:w="9355" w:type="dxa"/>
            <w:gridSpan w:val="6"/>
          </w:tcPr>
          <w:p w14:paraId="4680BC82" w14:textId="6713FEDB" w:rsidR="00D479BD" w:rsidRPr="00D479BD" w:rsidRDefault="00D479BD" w:rsidP="008A492C">
            <w:pPr>
              <w:ind w:left="-57" w:right="-57"/>
              <w:rPr>
                <w:rFonts w:ascii="Roboto Condensed" w:hAnsi="Roboto Condensed"/>
                <w:b/>
                <w:bCs/>
                <w:color w:val="808080" w:themeColor="background1" w:themeShade="80"/>
                <w:sz w:val="18"/>
                <w:szCs w:val="18"/>
              </w:rPr>
            </w:pPr>
            <w:r w:rsidRPr="00D479BD">
              <w:rPr>
                <w:rFonts w:ascii="Roboto Condensed" w:hAnsi="Roboto Condensed"/>
                <w:b/>
                <w:bCs/>
                <w:sz w:val="18"/>
                <w:szCs w:val="18"/>
              </w:rPr>
              <w:t>Obiekty nieistniejące</w:t>
            </w:r>
          </w:p>
        </w:tc>
      </w:tr>
      <w:tr w:rsidR="00D479BD" w:rsidRPr="009A175C" w14:paraId="62C221CD" w14:textId="77777777" w:rsidTr="00586497">
        <w:tc>
          <w:tcPr>
            <w:tcW w:w="474" w:type="dxa"/>
          </w:tcPr>
          <w:p w14:paraId="48C8DBCE" w14:textId="2A4C511A" w:rsidR="00D479BD" w:rsidRPr="00CB5019" w:rsidRDefault="00D479BD" w:rsidP="00D479BD">
            <w:pPr>
              <w:ind w:left="-57" w:right="-57"/>
              <w:jc w:val="both"/>
              <w:rPr>
                <w:rFonts w:ascii="Roboto Condensed" w:hAnsi="Roboto Condensed"/>
                <w:color w:val="808080" w:themeColor="background1" w:themeShade="80"/>
                <w:sz w:val="18"/>
                <w:szCs w:val="18"/>
              </w:rPr>
            </w:pPr>
            <w:r w:rsidRPr="00CB5019">
              <w:rPr>
                <w:rFonts w:ascii="Roboto Condensed" w:hAnsi="Roboto Condensed"/>
                <w:color w:val="808080" w:themeColor="background1" w:themeShade="80"/>
                <w:sz w:val="18"/>
                <w:szCs w:val="18"/>
              </w:rPr>
              <w:t>25</w:t>
            </w:r>
          </w:p>
        </w:tc>
        <w:tc>
          <w:tcPr>
            <w:tcW w:w="1150" w:type="dxa"/>
          </w:tcPr>
          <w:p w14:paraId="5CA54CC5" w14:textId="4CD00C11" w:rsidR="00D479BD" w:rsidRPr="00CB5019" w:rsidRDefault="00D479BD" w:rsidP="00D479BD">
            <w:pPr>
              <w:ind w:left="-57" w:right="-57"/>
              <w:jc w:val="both"/>
              <w:rPr>
                <w:rFonts w:ascii="Roboto Condensed" w:hAnsi="Roboto Condensed"/>
                <w:color w:val="808080" w:themeColor="background1" w:themeShade="80"/>
                <w:sz w:val="18"/>
                <w:szCs w:val="18"/>
              </w:rPr>
            </w:pPr>
            <w:r w:rsidRPr="00CB5019">
              <w:rPr>
                <w:rFonts w:ascii="Roboto Condensed" w:hAnsi="Roboto Condensed"/>
                <w:color w:val="808080" w:themeColor="background1" w:themeShade="80"/>
                <w:sz w:val="18"/>
                <w:szCs w:val="18"/>
              </w:rPr>
              <w:t>Strzałków</w:t>
            </w:r>
          </w:p>
        </w:tc>
        <w:tc>
          <w:tcPr>
            <w:tcW w:w="2332" w:type="dxa"/>
          </w:tcPr>
          <w:p w14:paraId="4C7F00BA" w14:textId="646BB5CD" w:rsidR="00D479BD" w:rsidRPr="00CB5019" w:rsidRDefault="00D479BD" w:rsidP="00D479BD">
            <w:pPr>
              <w:ind w:left="-57" w:right="-57"/>
              <w:rPr>
                <w:rFonts w:ascii="Roboto Condensed" w:hAnsi="Roboto Condensed"/>
                <w:color w:val="808080" w:themeColor="background1" w:themeShade="80"/>
                <w:sz w:val="18"/>
                <w:szCs w:val="18"/>
              </w:rPr>
            </w:pPr>
            <w:r w:rsidRPr="00CB5019">
              <w:rPr>
                <w:rFonts w:ascii="Roboto Condensed" w:hAnsi="Roboto Condensed"/>
                <w:color w:val="808080" w:themeColor="background1" w:themeShade="80"/>
                <w:sz w:val="18"/>
                <w:szCs w:val="18"/>
              </w:rPr>
              <w:t>kościół filialny pw. Św. Józefa, drewniany</w:t>
            </w:r>
          </w:p>
        </w:tc>
        <w:tc>
          <w:tcPr>
            <w:tcW w:w="1865" w:type="dxa"/>
          </w:tcPr>
          <w:p w14:paraId="3F4BAD45" w14:textId="132A5A35" w:rsidR="00D479BD" w:rsidRPr="00CB5019" w:rsidRDefault="00D479BD" w:rsidP="00D479BD">
            <w:pPr>
              <w:ind w:left="-57" w:right="-57"/>
              <w:rPr>
                <w:rFonts w:ascii="Roboto Condensed" w:hAnsi="Roboto Condensed"/>
                <w:b/>
                <w:bCs/>
                <w:color w:val="808080" w:themeColor="background1" w:themeShade="80"/>
                <w:sz w:val="18"/>
                <w:szCs w:val="18"/>
              </w:rPr>
            </w:pPr>
            <w:r w:rsidRPr="00CB5019">
              <w:rPr>
                <w:rFonts w:ascii="Roboto Condensed" w:hAnsi="Roboto Condensed"/>
                <w:b/>
                <w:bCs/>
                <w:color w:val="808080" w:themeColor="background1" w:themeShade="80"/>
                <w:sz w:val="18"/>
                <w:szCs w:val="18"/>
              </w:rPr>
              <w:t>Nie istnieje</w:t>
            </w:r>
          </w:p>
        </w:tc>
        <w:tc>
          <w:tcPr>
            <w:tcW w:w="1132" w:type="dxa"/>
          </w:tcPr>
          <w:p w14:paraId="554317C4" w14:textId="5AD369D6" w:rsidR="00D479BD" w:rsidRPr="00CB5019" w:rsidRDefault="00D479BD" w:rsidP="00D479BD">
            <w:pPr>
              <w:ind w:left="-57" w:right="-57"/>
              <w:rPr>
                <w:rFonts w:ascii="Roboto Condensed" w:hAnsi="Roboto Condensed"/>
                <w:color w:val="808080" w:themeColor="background1" w:themeShade="80"/>
                <w:sz w:val="18"/>
                <w:szCs w:val="18"/>
              </w:rPr>
            </w:pPr>
            <w:r w:rsidRPr="00CB5019">
              <w:rPr>
                <w:rFonts w:ascii="Roboto Condensed" w:hAnsi="Roboto Condensed"/>
                <w:color w:val="808080" w:themeColor="background1" w:themeShade="80"/>
                <w:sz w:val="18"/>
                <w:szCs w:val="18"/>
              </w:rPr>
              <w:t>poł. XVII w.</w:t>
            </w:r>
          </w:p>
        </w:tc>
        <w:tc>
          <w:tcPr>
            <w:tcW w:w="2402" w:type="dxa"/>
          </w:tcPr>
          <w:p w14:paraId="7B9014A0" w14:textId="77777777" w:rsidR="00D479BD" w:rsidRPr="00CB5019" w:rsidRDefault="00D479BD" w:rsidP="00D479BD">
            <w:pPr>
              <w:ind w:left="-57" w:right="-57"/>
              <w:rPr>
                <w:rFonts w:ascii="Roboto Condensed" w:hAnsi="Roboto Condensed"/>
                <w:color w:val="808080" w:themeColor="background1" w:themeShade="80"/>
                <w:sz w:val="18"/>
                <w:szCs w:val="18"/>
              </w:rPr>
            </w:pPr>
            <w:r w:rsidRPr="00CB5019">
              <w:rPr>
                <w:rFonts w:ascii="Roboto Condensed" w:hAnsi="Roboto Condensed"/>
                <w:b/>
                <w:bCs/>
                <w:color w:val="808080" w:themeColor="background1" w:themeShade="80"/>
                <w:sz w:val="18"/>
                <w:szCs w:val="18"/>
              </w:rPr>
              <w:t xml:space="preserve">Rejestr zabytków </w:t>
            </w:r>
            <w:r w:rsidRPr="00CB5019">
              <w:rPr>
                <w:rFonts w:ascii="Roboto Condensed" w:hAnsi="Roboto Condensed"/>
                <w:color w:val="808080" w:themeColor="background1" w:themeShade="80"/>
                <w:sz w:val="18"/>
                <w:szCs w:val="18"/>
              </w:rPr>
              <w:t xml:space="preserve"> </w:t>
            </w:r>
          </w:p>
          <w:p w14:paraId="09F3A308" w14:textId="61742ED1" w:rsidR="00D479BD" w:rsidRPr="00CB5019" w:rsidRDefault="00D479BD" w:rsidP="00D479BD">
            <w:pPr>
              <w:ind w:left="-57" w:right="-57"/>
              <w:rPr>
                <w:rFonts w:ascii="Roboto Condensed" w:hAnsi="Roboto Condensed"/>
                <w:b/>
                <w:bCs/>
                <w:color w:val="808080" w:themeColor="background1" w:themeShade="80"/>
                <w:sz w:val="18"/>
                <w:szCs w:val="18"/>
              </w:rPr>
            </w:pPr>
            <w:r w:rsidRPr="00CB5019">
              <w:rPr>
                <w:rFonts w:ascii="Roboto Condensed" w:hAnsi="Roboto Condensed"/>
                <w:b/>
                <w:bCs/>
                <w:color w:val="808080" w:themeColor="background1" w:themeShade="80"/>
                <w:sz w:val="18"/>
                <w:szCs w:val="18"/>
              </w:rPr>
              <w:t>nr 227-X-37 z 1949-03-29</w:t>
            </w:r>
          </w:p>
        </w:tc>
      </w:tr>
      <w:tr w:rsidR="00D479BD" w:rsidRPr="009A175C" w14:paraId="75DABDBE" w14:textId="77777777">
        <w:tc>
          <w:tcPr>
            <w:tcW w:w="9355" w:type="dxa"/>
            <w:gridSpan w:val="6"/>
          </w:tcPr>
          <w:p w14:paraId="44D33666" w14:textId="2E2F2F44" w:rsidR="00D479BD" w:rsidRPr="00CB5019" w:rsidRDefault="00D479BD" w:rsidP="00D479BD">
            <w:pPr>
              <w:ind w:left="-57" w:right="-57"/>
              <w:rPr>
                <w:rFonts w:ascii="Roboto Condensed" w:hAnsi="Roboto Condensed"/>
                <w:b/>
                <w:bCs/>
                <w:color w:val="808080" w:themeColor="background1" w:themeShade="80"/>
                <w:sz w:val="18"/>
                <w:szCs w:val="18"/>
              </w:rPr>
            </w:pPr>
            <w:r w:rsidRPr="00D479BD">
              <w:rPr>
                <w:rFonts w:ascii="Roboto Condensed" w:hAnsi="Roboto Condensed"/>
                <w:b/>
                <w:bCs/>
                <w:sz w:val="18"/>
                <w:szCs w:val="18"/>
              </w:rPr>
              <w:t>Obiekty ujęte w bazie NID</w:t>
            </w:r>
          </w:p>
        </w:tc>
      </w:tr>
      <w:tr w:rsidR="00D479BD" w:rsidRPr="009A175C" w14:paraId="7710A327" w14:textId="77777777" w:rsidTr="00586497">
        <w:tc>
          <w:tcPr>
            <w:tcW w:w="474" w:type="dxa"/>
          </w:tcPr>
          <w:p w14:paraId="6C06DDF3" w14:textId="23A4DEED" w:rsidR="00D479BD" w:rsidRPr="00100ED8" w:rsidRDefault="00D479BD" w:rsidP="00D479BD">
            <w:pPr>
              <w:ind w:left="-57" w:right="-57"/>
              <w:jc w:val="both"/>
              <w:rPr>
                <w:rFonts w:ascii="Roboto Condensed" w:hAnsi="Roboto Condensed"/>
                <w:sz w:val="18"/>
                <w:szCs w:val="18"/>
              </w:rPr>
            </w:pPr>
            <w:r w:rsidRPr="00100ED8">
              <w:rPr>
                <w:rFonts w:ascii="Roboto Condensed" w:hAnsi="Roboto Condensed"/>
                <w:sz w:val="18"/>
                <w:szCs w:val="18"/>
              </w:rPr>
              <w:t>26</w:t>
            </w:r>
          </w:p>
        </w:tc>
        <w:tc>
          <w:tcPr>
            <w:tcW w:w="1150" w:type="dxa"/>
          </w:tcPr>
          <w:p w14:paraId="5E7DA2D8" w14:textId="18D4D340" w:rsidR="00D479BD" w:rsidRPr="00100ED8" w:rsidRDefault="00D479BD" w:rsidP="00D479BD">
            <w:pPr>
              <w:ind w:left="-57" w:right="-57"/>
              <w:jc w:val="both"/>
              <w:rPr>
                <w:rFonts w:ascii="Roboto Condensed" w:hAnsi="Roboto Condensed"/>
                <w:sz w:val="18"/>
                <w:szCs w:val="18"/>
              </w:rPr>
            </w:pPr>
            <w:proofErr w:type="spellStart"/>
            <w:r w:rsidRPr="00100ED8">
              <w:rPr>
                <w:rFonts w:ascii="Roboto Condensed" w:hAnsi="Roboto Condensed"/>
                <w:sz w:val="18"/>
                <w:szCs w:val="18"/>
              </w:rPr>
              <w:t>Dziepółć</w:t>
            </w:r>
            <w:proofErr w:type="spellEnd"/>
          </w:p>
        </w:tc>
        <w:tc>
          <w:tcPr>
            <w:tcW w:w="2332" w:type="dxa"/>
          </w:tcPr>
          <w:p w14:paraId="14DD2425" w14:textId="3D18436D" w:rsidR="00D479BD" w:rsidRPr="00100ED8" w:rsidRDefault="00D479BD" w:rsidP="00D479BD">
            <w:pPr>
              <w:ind w:left="-57" w:right="-57"/>
              <w:rPr>
                <w:rFonts w:ascii="Roboto Condensed" w:hAnsi="Roboto Condensed"/>
                <w:sz w:val="18"/>
                <w:szCs w:val="18"/>
              </w:rPr>
            </w:pPr>
            <w:r w:rsidRPr="00100ED8">
              <w:rPr>
                <w:rFonts w:ascii="Roboto Condensed" w:hAnsi="Roboto Condensed"/>
                <w:sz w:val="18"/>
                <w:szCs w:val="18"/>
              </w:rPr>
              <w:t xml:space="preserve">cmentarz </w:t>
            </w:r>
          </w:p>
        </w:tc>
        <w:tc>
          <w:tcPr>
            <w:tcW w:w="1865" w:type="dxa"/>
          </w:tcPr>
          <w:p w14:paraId="02C05398" w14:textId="18D44847" w:rsidR="00D479BD" w:rsidRPr="00100ED8" w:rsidRDefault="00D479BD" w:rsidP="00D479BD">
            <w:pPr>
              <w:ind w:left="-57" w:right="-57"/>
              <w:rPr>
                <w:rFonts w:ascii="Roboto Condensed" w:hAnsi="Roboto Condensed"/>
                <w:sz w:val="18"/>
                <w:szCs w:val="18"/>
              </w:rPr>
            </w:pPr>
          </w:p>
        </w:tc>
        <w:tc>
          <w:tcPr>
            <w:tcW w:w="1132" w:type="dxa"/>
          </w:tcPr>
          <w:p w14:paraId="50DBDF67" w14:textId="58205544" w:rsidR="00D479BD" w:rsidRPr="00100ED8" w:rsidRDefault="00D479BD" w:rsidP="00D479BD">
            <w:pPr>
              <w:ind w:left="-57" w:right="-57"/>
              <w:rPr>
                <w:rFonts w:ascii="Roboto Condensed" w:hAnsi="Roboto Condensed"/>
                <w:sz w:val="18"/>
                <w:szCs w:val="18"/>
              </w:rPr>
            </w:pPr>
            <w:r w:rsidRPr="00100ED8">
              <w:rPr>
                <w:rFonts w:ascii="Roboto Condensed" w:hAnsi="Roboto Condensed"/>
                <w:sz w:val="18"/>
                <w:szCs w:val="18"/>
              </w:rPr>
              <w:t>2. poł. XX w.</w:t>
            </w:r>
          </w:p>
        </w:tc>
        <w:tc>
          <w:tcPr>
            <w:tcW w:w="2402" w:type="dxa"/>
          </w:tcPr>
          <w:p w14:paraId="5AAE982B" w14:textId="23D40721" w:rsidR="00D479BD" w:rsidRPr="00100ED8" w:rsidRDefault="00D479BD" w:rsidP="00D479BD">
            <w:pPr>
              <w:ind w:left="-57" w:right="-57"/>
              <w:rPr>
                <w:rFonts w:ascii="Roboto Condensed" w:hAnsi="Roboto Condensed"/>
                <w:sz w:val="18"/>
                <w:szCs w:val="18"/>
              </w:rPr>
            </w:pPr>
            <w:r w:rsidRPr="00100ED8">
              <w:rPr>
                <w:rFonts w:ascii="Roboto Condensed" w:hAnsi="Roboto Condensed"/>
                <w:sz w:val="18"/>
                <w:szCs w:val="18"/>
              </w:rPr>
              <w:t>NID (ujęty w ewidencji)</w:t>
            </w:r>
          </w:p>
        </w:tc>
      </w:tr>
      <w:tr w:rsidR="00D479BD" w:rsidRPr="009A175C" w14:paraId="2F0D1F51" w14:textId="77777777" w:rsidTr="00586497">
        <w:tc>
          <w:tcPr>
            <w:tcW w:w="474" w:type="dxa"/>
          </w:tcPr>
          <w:p w14:paraId="545000D5" w14:textId="73C533A9" w:rsidR="00D479BD" w:rsidRPr="00100ED8" w:rsidRDefault="00D479BD" w:rsidP="00D479BD">
            <w:pPr>
              <w:ind w:left="-57" w:right="-57"/>
              <w:jc w:val="both"/>
              <w:rPr>
                <w:rFonts w:ascii="Roboto Condensed" w:hAnsi="Roboto Condensed"/>
                <w:sz w:val="18"/>
                <w:szCs w:val="18"/>
              </w:rPr>
            </w:pPr>
            <w:r w:rsidRPr="00100ED8">
              <w:rPr>
                <w:rFonts w:ascii="Roboto Condensed" w:hAnsi="Roboto Condensed"/>
                <w:sz w:val="18"/>
                <w:szCs w:val="18"/>
              </w:rPr>
              <w:t>27</w:t>
            </w:r>
          </w:p>
        </w:tc>
        <w:tc>
          <w:tcPr>
            <w:tcW w:w="1150" w:type="dxa"/>
          </w:tcPr>
          <w:p w14:paraId="1C3CDA5A" w14:textId="0AA6A571" w:rsidR="00D479BD" w:rsidRPr="00100ED8" w:rsidRDefault="00D479BD" w:rsidP="00D479BD">
            <w:pPr>
              <w:ind w:left="-57" w:right="-57"/>
              <w:jc w:val="both"/>
              <w:rPr>
                <w:rFonts w:ascii="Roboto Condensed" w:hAnsi="Roboto Condensed"/>
                <w:sz w:val="18"/>
                <w:szCs w:val="18"/>
              </w:rPr>
            </w:pPr>
            <w:r w:rsidRPr="00100ED8">
              <w:rPr>
                <w:rFonts w:ascii="Roboto Condensed" w:hAnsi="Roboto Condensed"/>
                <w:sz w:val="18"/>
                <w:szCs w:val="18"/>
              </w:rPr>
              <w:t>Płoszów</w:t>
            </w:r>
          </w:p>
        </w:tc>
        <w:tc>
          <w:tcPr>
            <w:tcW w:w="2332" w:type="dxa"/>
          </w:tcPr>
          <w:p w14:paraId="6591628B" w14:textId="377F2FC2" w:rsidR="00D479BD" w:rsidRPr="00100ED8" w:rsidRDefault="00D479BD" w:rsidP="00D479BD">
            <w:pPr>
              <w:ind w:left="-57" w:right="-57"/>
              <w:rPr>
                <w:rFonts w:ascii="Roboto Condensed" w:hAnsi="Roboto Condensed"/>
                <w:sz w:val="18"/>
                <w:szCs w:val="18"/>
              </w:rPr>
            </w:pPr>
            <w:r w:rsidRPr="00100ED8">
              <w:rPr>
                <w:rFonts w:ascii="Roboto Condensed" w:hAnsi="Roboto Condensed"/>
                <w:sz w:val="18"/>
                <w:szCs w:val="18"/>
              </w:rPr>
              <w:t xml:space="preserve">cmentarz </w:t>
            </w:r>
          </w:p>
        </w:tc>
        <w:tc>
          <w:tcPr>
            <w:tcW w:w="1865" w:type="dxa"/>
          </w:tcPr>
          <w:p w14:paraId="157E6303" w14:textId="059E8FDB" w:rsidR="00D479BD" w:rsidRPr="00100ED8" w:rsidRDefault="00182E3C" w:rsidP="00D479BD">
            <w:pPr>
              <w:ind w:left="-57" w:right="-57"/>
              <w:rPr>
                <w:rFonts w:ascii="Roboto Condensed" w:hAnsi="Roboto Condensed"/>
                <w:sz w:val="18"/>
                <w:szCs w:val="18"/>
              </w:rPr>
            </w:pPr>
            <w:r w:rsidRPr="00100ED8">
              <w:rPr>
                <w:rFonts w:ascii="Roboto Condensed" w:hAnsi="Roboto Condensed"/>
                <w:sz w:val="18"/>
                <w:szCs w:val="18"/>
              </w:rPr>
              <w:t xml:space="preserve">ul. </w:t>
            </w:r>
            <w:r w:rsidR="00D479BD" w:rsidRPr="00100ED8">
              <w:rPr>
                <w:rFonts w:ascii="Roboto Condensed" w:hAnsi="Roboto Condensed"/>
                <w:sz w:val="18"/>
                <w:szCs w:val="18"/>
              </w:rPr>
              <w:t>Wiśniowa</w:t>
            </w:r>
          </w:p>
        </w:tc>
        <w:tc>
          <w:tcPr>
            <w:tcW w:w="1132" w:type="dxa"/>
          </w:tcPr>
          <w:p w14:paraId="71781778" w14:textId="2FEF8793" w:rsidR="00D479BD" w:rsidRPr="00100ED8" w:rsidRDefault="00D479BD" w:rsidP="00D479BD">
            <w:pPr>
              <w:ind w:left="-57" w:right="-57"/>
              <w:rPr>
                <w:rFonts w:ascii="Roboto Condensed" w:hAnsi="Roboto Condensed"/>
                <w:sz w:val="18"/>
                <w:szCs w:val="18"/>
              </w:rPr>
            </w:pPr>
            <w:r w:rsidRPr="00100ED8">
              <w:rPr>
                <w:rFonts w:ascii="Roboto Condensed" w:hAnsi="Roboto Condensed"/>
                <w:sz w:val="18"/>
                <w:szCs w:val="18"/>
              </w:rPr>
              <w:t>1. poł. XX w.</w:t>
            </w:r>
          </w:p>
        </w:tc>
        <w:tc>
          <w:tcPr>
            <w:tcW w:w="2402" w:type="dxa"/>
          </w:tcPr>
          <w:p w14:paraId="78F37645" w14:textId="39893384" w:rsidR="00D479BD" w:rsidRPr="00100ED8" w:rsidRDefault="00D479BD" w:rsidP="00D479BD">
            <w:pPr>
              <w:ind w:left="-57" w:right="-57"/>
              <w:rPr>
                <w:rFonts w:ascii="Roboto Condensed" w:hAnsi="Roboto Condensed"/>
                <w:sz w:val="18"/>
                <w:szCs w:val="18"/>
              </w:rPr>
            </w:pPr>
            <w:r w:rsidRPr="00100ED8">
              <w:rPr>
                <w:rFonts w:ascii="Roboto Condensed" w:hAnsi="Roboto Condensed"/>
                <w:sz w:val="18"/>
                <w:szCs w:val="18"/>
              </w:rPr>
              <w:t>NID (ujęty w ewidencji)</w:t>
            </w:r>
          </w:p>
        </w:tc>
      </w:tr>
      <w:tr w:rsidR="00182E3C" w:rsidRPr="009A175C" w14:paraId="401213AB" w14:textId="77777777" w:rsidTr="00586497">
        <w:tc>
          <w:tcPr>
            <w:tcW w:w="474" w:type="dxa"/>
          </w:tcPr>
          <w:p w14:paraId="25772FC8" w14:textId="353C0B99" w:rsidR="00182E3C" w:rsidRPr="00100ED8" w:rsidRDefault="00182E3C" w:rsidP="00182E3C">
            <w:pPr>
              <w:ind w:left="-57" w:right="-57"/>
              <w:jc w:val="both"/>
              <w:rPr>
                <w:rFonts w:ascii="Roboto Condensed" w:hAnsi="Roboto Condensed"/>
                <w:sz w:val="18"/>
                <w:szCs w:val="18"/>
              </w:rPr>
            </w:pPr>
            <w:r w:rsidRPr="00100ED8">
              <w:rPr>
                <w:rFonts w:ascii="Roboto Condensed" w:hAnsi="Roboto Condensed"/>
                <w:sz w:val="18"/>
                <w:szCs w:val="18"/>
              </w:rPr>
              <w:t>28</w:t>
            </w:r>
          </w:p>
        </w:tc>
        <w:tc>
          <w:tcPr>
            <w:tcW w:w="1150" w:type="dxa"/>
          </w:tcPr>
          <w:p w14:paraId="6870DED3" w14:textId="46CB0444" w:rsidR="00182E3C" w:rsidRPr="00100ED8" w:rsidRDefault="00182E3C" w:rsidP="00182E3C">
            <w:pPr>
              <w:ind w:left="-57" w:right="-57"/>
              <w:jc w:val="both"/>
              <w:rPr>
                <w:rFonts w:ascii="Roboto Condensed" w:hAnsi="Roboto Condensed"/>
                <w:sz w:val="18"/>
                <w:szCs w:val="18"/>
              </w:rPr>
            </w:pPr>
            <w:r w:rsidRPr="00100ED8">
              <w:rPr>
                <w:rFonts w:ascii="Roboto Condensed" w:hAnsi="Roboto Condensed"/>
                <w:sz w:val="18"/>
                <w:szCs w:val="18"/>
              </w:rPr>
              <w:t>Kolonia Kietlin</w:t>
            </w:r>
          </w:p>
        </w:tc>
        <w:tc>
          <w:tcPr>
            <w:tcW w:w="2332" w:type="dxa"/>
          </w:tcPr>
          <w:p w14:paraId="4D213651" w14:textId="4771E57A" w:rsidR="00182E3C" w:rsidRPr="00100ED8" w:rsidRDefault="00182E3C" w:rsidP="00182E3C">
            <w:pPr>
              <w:ind w:left="-57" w:right="-57"/>
              <w:rPr>
                <w:rFonts w:ascii="Roboto Condensed" w:hAnsi="Roboto Condensed"/>
                <w:sz w:val="18"/>
                <w:szCs w:val="18"/>
              </w:rPr>
            </w:pPr>
            <w:r w:rsidRPr="00100ED8">
              <w:rPr>
                <w:rFonts w:ascii="Roboto Condensed" w:hAnsi="Roboto Condensed"/>
                <w:sz w:val="18"/>
                <w:szCs w:val="18"/>
              </w:rPr>
              <w:t xml:space="preserve">cmentarz </w:t>
            </w:r>
          </w:p>
        </w:tc>
        <w:tc>
          <w:tcPr>
            <w:tcW w:w="1865" w:type="dxa"/>
          </w:tcPr>
          <w:p w14:paraId="0E2DB053" w14:textId="54F68CE6" w:rsidR="00182E3C" w:rsidRPr="00100ED8" w:rsidRDefault="00182E3C" w:rsidP="00182E3C">
            <w:pPr>
              <w:ind w:left="-57" w:right="-57"/>
              <w:rPr>
                <w:rFonts w:ascii="Roboto Condensed" w:hAnsi="Roboto Condensed"/>
                <w:sz w:val="18"/>
                <w:szCs w:val="18"/>
              </w:rPr>
            </w:pPr>
            <w:r w:rsidRPr="00100ED8">
              <w:rPr>
                <w:rFonts w:ascii="Roboto Condensed" w:hAnsi="Roboto Condensed"/>
                <w:sz w:val="18"/>
                <w:szCs w:val="18"/>
              </w:rPr>
              <w:t>ul. Południowa</w:t>
            </w:r>
          </w:p>
        </w:tc>
        <w:tc>
          <w:tcPr>
            <w:tcW w:w="1132" w:type="dxa"/>
          </w:tcPr>
          <w:p w14:paraId="5A4AE48A" w14:textId="1BABC789" w:rsidR="00182E3C" w:rsidRPr="00100ED8" w:rsidRDefault="00182E3C" w:rsidP="00182E3C">
            <w:pPr>
              <w:ind w:left="-57" w:right="-57"/>
              <w:rPr>
                <w:rFonts w:ascii="Roboto Condensed" w:hAnsi="Roboto Condensed"/>
                <w:sz w:val="18"/>
                <w:szCs w:val="18"/>
              </w:rPr>
            </w:pPr>
            <w:r w:rsidRPr="00100ED8">
              <w:rPr>
                <w:rFonts w:ascii="Roboto Condensed" w:hAnsi="Roboto Condensed"/>
                <w:sz w:val="18"/>
                <w:szCs w:val="18"/>
              </w:rPr>
              <w:t>1. poł. XX w.</w:t>
            </w:r>
          </w:p>
        </w:tc>
        <w:tc>
          <w:tcPr>
            <w:tcW w:w="2402" w:type="dxa"/>
          </w:tcPr>
          <w:p w14:paraId="3E14D3E7" w14:textId="28129DED" w:rsidR="00182E3C" w:rsidRPr="00100ED8" w:rsidRDefault="00182E3C" w:rsidP="00182E3C">
            <w:pPr>
              <w:ind w:left="-57" w:right="-57"/>
              <w:rPr>
                <w:rFonts w:ascii="Roboto Condensed" w:hAnsi="Roboto Condensed"/>
                <w:sz w:val="18"/>
                <w:szCs w:val="18"/>
              </w:rPr>
            </w:pPr>
            <w:r w:rsidRPr="00100ED8">
              <w:rPr>
                <w:rFonts w:ascii="Roboto Condensed" w:hAnsi="Roboto Condensed"/>
                <w:sz w:val="18"/>
                <w:szCs w:val="18"/>
              </w:rPr>
              <w:t>NID (ujęty w ewidencji)</w:t>
            </w:r>
          </w:p>
        </w:tc>
      </w:tr>
      <w:tr w:rsidR="00182E3C" w:rsidRPr="009A175C" w14:paraId="56712FBD" w14:textId="77777777" w:rsidTr="00586497">
        <w:tc>
          <w:tcPr>
            <w:tcW w:w="474" w:type="dxa"/>
          </w:tcPr>
          <w:p w14:paraId="179C359D" w14:textId="178F47C2" w:rsidR="00182E3C" w:rsidRPr="00100ED8" w:rsidRDefault="00182E3C" w:rsidP="00182E3C">
            <w:pPr>
              <w:ind w:left="-57" w:right="-57"/>
              <w:jc w:val="both"/>
              <w:rPr>
                <w:rFonts w:ascii="Roboto Condensed" w:hAnsi="Roboto Condensed"/>
                <w:sz w:val="18"/>
                <w:szCs w:val="18"/>
              </w:rPr>
            </w:pPr>
            <w:r w:rsidRPr="00100ED8">
              <w:rPr>
                <w:rFonts w:ascii="Roboto Condensed" w:hAnsi="Roboto Condensed"/>
                <w:sz w:val="18"/>
                <w:szCs w:val="18"/>
              </w:rPr>
              <w:t>29</w:t>
            </w:r>
          </w:p>
        </w:tc>
        <w:tc>
          <w:tcPr>
            <w:tcW w:w="1150" w:type="dxa"/>
          </w:tcPr>
          <w:p w14:paraId="5EC1791D" w14:textId="6DDE7920" w:rsidR="00182E3C" w:rsidRPr="00100ED8" w:rsidRDefault="00182E3C" w:rsidP="00182E3C">
            <w:pPr>
              <w:ind w:left="-57" w:right="-57"/>
              <w:jc w:val="both"/>
              <w:rPr>
                <w:rFonts w:ascii="Roboto Condensed" w:hAnsi="Roboto Condensed"/>
                <w:sz w:val="18"/>
                <w:szCs w:val="18"/>
              </w:rPr>
            </w:pPr>
            <w:r w:rsidRPr="00100ED8">
              <w:rPr>
                <w:rFonts w:ascii="Roboto Condensed" w:hAnsi="Roboto Condensed"/>
                <w:sz w:val="18"/>
                <w:szCs w:val="18"/>
              </w:rPr>
              <w:t>Szczepocice Rządowe</w:t>
            </w:r>
          </w:p>
        </w:tc>
        <w:tc>
          <w:tcPr>
            <w:tcW w:w="2332" w:type="dxa"/>
          </w:tcPr>
          <w:p w14:paraId="3F502667" w14:textId="5C37F43F" w:rsidR="00182E3C" w:rsidRPr="00100ED8" w:rsidRDefault="00182E3C" w:rsidP="00182E3C">
            <w:pPr>
              <w:ind w:left="-57" w:right="-57"/>
              <w:rPr>
                <w:rFonts w:ascii="Roboto Condensed" w:hAnsi="Roboto Condensed"/>
                <w:sz w:val="18"/>
                <w:szCs w:val="18"/>
              </w:rPr>
            </w:pPr>
            <w:r w:rsidRPr="00100ED8">
              <w:rPr>
                <w:rFonts w:ascii="Roboto Condensed" w:hAnsi="Roboto Condensed"/>
                <w:sz w:val="18"/>
                <w:szCs w:val="18"/>
              </w:rPr>
              <w:t xml:space="preserve">cmentarz </w:t>
            </w:r>
          </w:p>
        </w:tc>
        <w:tc>
          <w:tcPr>
            <w:tcW w:w="1865" w:type="dxa"/>
          </w:tcPr>
          <w:p w14:paraId="00DE013B" w14:textId="49B6ECD8" w:rsidR="00182E3C" w:rsidRPr="00100ED8" w:rsidRDefault="00182E3C" w:rsidP="00182E3C">
            <w:pPr>
              <w:ind w:left="-57" w:right="-57"/>
              <w:rPr>
                <w:rFonts w:ascii="Roboto Condensed" w:hAnsi="Roboto Condensed"/>
                <w:sz w:val="18"/>
                <w:szCs w:val="18"/>
              </w:rPr>
            </w:pPr>
          </w:p>
        </w:tc>
        <w:tc>
          <w:tcPr>
            <w:tcW w:w="1132" w:type="dxa"/>
          </w:tcPr>
          <w:p w14:paraId="5FE1F6AB" w14:textId="6F6D287B" w:rsidR="00182E3C" w:rsidRPr="00100ED8" w:rsidRDefault="00182E3C" w:rsidP="00182E3C">
            <w:pPr>
              <w:ind w:left="-57" w:right="-57"/>
              <w:rPr>
                <w:rFonts w:ascii="Roboto Condensed" w:hAnsi="Roboto Condensed"/>
                <w:sz w:val="18"/>
                <w:szCs w:val="18"/>
              </w:rPr>
            </w:pPr>
            <w:r w:rsidRPr="00100ED8">
              <w:rPr>
                <w:rFonts w:ascii="Roboto Condensed" w:hAnsi="Roboto Condensed"/>
                <w:sz w:val="18"/>
                <w:szCs w:val="18"/>
              </w:rPr>
              <w:t>lata 80. XX w.</w:t>
            </w:r>
          </w:p>
        </w:tc>
        <w:tc>
          <w:tcPr>
            <w:tcW w:w="2402" w:type="dxa"/>
          </w:tcPr>
          <w:p w14:paraId="7AC0EDD6" w14:textId="0D0ED4C2" w:rsidR="00182E3C" w:rsidRPr="00100ED8" w:rsidRDefault="00182E3C" w:rsidP="00182E3C">
            <w:pPr>
              <w:ind w:left="-57" w:right="-57"/>
              <w:rPr>
                <w:rFonts w:ascii="Roboto Condensed" w:hAnsi="Roboto Condensed"/>
                <w:sz w:val="18"/>
                <w:szCs w:val="18"/>
              </w:rPr>
            </w:pPr>
            <w:r w:rsidRPr="00100ED8">
              <w:rPr>
                <w:rFonts w:ascii="Roboto Condensed" w:hAnsi="Roboto Condensed"/>
                <w:sz w:val="18"/>
                <w:szCs w:val="18"/>
              </w:rPr>
              <w:t>NID (ujęty w ewidencji)</w:t>
            </w:r>
          </w:p>
        </w:tc>
      </w:tr>
      <w:bookmarkEnd w:id="54"/>
    </w:tbl>
    <w:p w14:paraId="2E4C3E87" w14:textId="77777777" w:rsidR="0074164E" w:rsidRDefault="0074164E" w:rsidP="00D1043F">
      <w:pPr>
        <w:pStyle w:val="Tekstpodstawowy2"/>
        <w:spacing w:line="240" w:lineRule="auto"/>
        <w:ind w:left="530"/>
        <w:rPr>
          <w:rFonts w:ascii="Roboto Condensed" w:hAnsi="Roboto Condensed"/>
          <w:color w:val="EE0000"/>
          <w:sz w:val="20"/>
          <w:lang w:val="pl-PL"/>
        </w:rPr>
      </w:pPr>
    </w:p>
    <w:p w14:paraId="24196381" w14:textId="0063F2FF" w:rsidR="00416EA0" w:rsidRDefault="00D36E75" w:rsidP="00D1043F">
      <w:pPr>
        <w:pStyle w:val="Tekstpodstawowy2"/>
        <w:spacing w:line="240" w:lineRule="auto"/>
        <w:ind w:left="530"/>
        <w:rPr>
          <w:rFonts w:ascii="Roboto Condensed" w:hAnsi="Roboto Condensed"/>
          <w:i/>
          <w:iCs/>
          <w:sz w:val="20"/>
          <w:lang w:val="pl-PL"/>
        </w:rPr>
      </w:pPr>
      <w:r w:rsidRPr="00416EA0">
        <w:rPr>
          <w:rFonts w:ascii="Roboto Condensed" w:hAnsi="Roboto Condensed"/>
          <w:i/>
          <w:iCs/>
          <w:sz w:val="20"/>
          <w:lang w:val="pl-PL"/>
        </w:rPr>
        <w:t xml:space="preserve">Tab. </w:t>
      </w:r>
      <w:r>
        <w:rPr>
          <w:rFonts w:ascii="Roboto Condensed" w:hAnsi="Roboto Condensed"/>
          <w:i/>
          <w:iCs/>
          <w:sz w:val="20"/>
          <w:lang w:val="pl-PL"/>
        </w:rPr>
        <w:t>2</w:t>
      </w:r>
      <w:r w:rsidRPr="00416EA0">
        <w:rPr>
          <w:rFonts w:ascii="Roboto Condensed" w:hAnsi="Roboto Condensed"/>
          <w:i/>
          <w:iCs/>
          <w:sz w:val="20"/>
          <w:lang w:val="pl-PL"/>
        </w:rPr>
        <w:t>. Wykaz</w:t>
      </w:r>
      <w:r w:rsidRPr="00D36E75">
        <w:rPr>
          <w:rFonts w:ascii="Roboto Condensed" w:hAnsi="Roboto Condensed"/>
          <w:i/>
          <w:iCs/>
          <w:sz w:val="20"/>
          <w:lang w:val="pl-PL"/>
        </w:rPr>
        <w:t xml:space="preserve"> obiektów </w:t>
      </w:r>
      <w:r>
        <w:rPr>
          <w:rFonts w:ascii="Roboto Condensed" w:hAnsi="Roboto Condensed"/>
          <w:i/>
          <w:iCs/>
          <w:sz w:val="20"/>
          <w:lang w:val="pl-PL"/>
        </w:rPr>
        <w:t xml:space="preserve">proponowanych do objęcia ochroną w </w:t>
      </w:r>
      <w:r w:rsidRPr="00D36E75">
        <w:rPr>
          <w:rFonts w:ascii="Roboto Condensed" w:hAnsi="Roboto Condensed"/>
          <w:i/>
          <w:iCs/>
          <w:sz w:val="20"/>
          <w:lang w:val="pl-PL"/>
        </w:rPr>
        <w:t>Gminny</w:t>
      </w:r>
      <w:r>
        <w:rPr>
          <w:rFonts w:ascii="Roboto Condensed" w:hAnsi="Roboto Condensed"/>
          <w:i/>
          <w:iCs/>
          <w:sz w:val="20"/>
          <w:lang w:val="pl-PL"/>
        </w:rPr>
        <w:t>m</w:t>
      </w:r>
      <w:r w:rsidRPr="00D36E75">
        <w:rPr>
          <w:rFonts w:ascii="Roboto Condensed" w:hAnsi="Roboto Condensed"/>
          <w:i/>
          <w:iCs/>
          <w:sz w:val="20"/>
          <w:lang w:val="pl-PL"/>
        </w:rPr>
        <w:t xml:space="preserve"> Program Opieki nad Zabytkami</w:t>
      </w:r>
      <w:r>
        <w:rPr>
          <w:rFonts w:ascii="Roboto Condensed" w:hAnsi="Roboto Condensed"/>
          <w:i/>
          <w:iCs/>
          <w:sz w:val="20"/>
          <w:lang w:val="pl-PL"/>
        </w:rPr>
        <w:t xml:space="preserve"> </w:t>
      </w:r>
      <w:r w:rsidRPr="00D36E75">
        <w:rPr>
          <w:rFonts w:ascii="Roboto Condensed" w:hAnsi="Roboto Condensed"/>
          <w:i/>
          <w:iCs/>
          <w:sz w:val="20"/>
          <w:lang w:val="pl-PL"/>
        </w:rPr>
        <w:t>Gminy Radomsko na lata 2023-2026</w:t>
      </w:r>
    </w:p>
    <w:tbl>
      <w:tblPr>
        <w:tblStyle w:val="Tabela-Siatka"/>
        <w:tblW w:w="9355" w:type="dxa"/>
        <w:tblInd w:w="421" w:type="dxa"/>
        <w:tblLook w:val="04A0" w:firstRow="1" w:lastRow="0" w:firstColumn="1" w:lastColumn="0" w:noHBand="0" w:noVBand="1"/>
      </w:tblPr>
      <w:tblGrid>
        <w:gridCol w:w="474"/>
        <w:gridCol w:w="1794"/>
        <w:gridCol w:w="2551"/>
        <w:gridCol w:w="4536"/>
      </w:tblGrid>
      <w:tr w:rsidR="00100ED8" w:rsidRPr="009A175C" w14:paraId="1191F273" w14:textId="77777777" w:rsidTr="00100ED8">
        <w:tc>
          <w:tcPr>
            <w:tcW w:w="474" w:type="dxa"/>
            <w:shd w:val="clear" w:color="auto" w:fill="A6A6A6" w:themeFill="background1" w:themeFillShade="A6"/>
          </w:tcPr>
          <w:p w14:paraId="17B857D7" w14:textId="77777777" w:rsidR="00100ED8" w:rsidRPr="00416EA0" w:rsidRDefault="00100ED8">
            <w:pPr>
              <w:ind w:left="-57" w:right="-57"/>
              <w:jc w:val="center"/>
              <w:rPr>
                <w:rFonts w:ascii="Roboto Condensed" w:hAnsi="Roboto Condensed"/>
                <w:b/>
                <w:bCs/>
                <w:sz w:val="18"/>
                <w:szCs w:val="18"/>
              </w:rPr>
            </w:pPr>
            <w:r w:rsidRPr="00416EA0">
              <w:rPr>
                <w:rFonts w:ascii="Roboto Condensed" w:hAnsi="Roboto Condensed"/>
                <w:b/>
                <w:bCs/>
                <w:sz w:val="18"/>
                <w:szCs w:val="18"/>
              </w:rPr>
              <w:t>LP.</w:t>
            </w:r>
          </w:p>
        </w:tc>
        <w:tc>
          <w:tcPr>
            <w:tcW w:w="1794" w:type="dxa"/>
            <w:shd w:val="clear" w:color="auto" w:fill="A6A6A6" w:themeFill="background1" w:themeFillShade="A6"/>
          </w:tcPr>
          <w:p w14:paraId="160E8190" w14:textId="77777777" w:rsidR="00100ED8" w:rsidRPr="00416EA0" w:rsidRDefault="00100ED8">
            <w:pPr>
              <w:ind w:left="-57" w:right="-57"/>
              <w:jc w:val="center"/>
              <w:rPr>
                <w:rFonts w:ascii="Roboto Condensed" w:hAnsi="Roboto Condensed"/>
                <w:b/>
                <w:bCs/>
                <w:sz w:val="18"/>
                <w:szCs w:val="18"/>
              </w:rPr>
            </w:pPr>
            <w:r w:rsidRPr="00416EA0">
              <w:rPr>
                <w:rFonts w:ascii="Roboto Condensed" w:hAnsi="Roboto Condensed"/>
                <w:b/>
                <w:bCs/>
                <w:sz w:val="18"/>
                <w:szCs w:val="18"/>
              </w:rPr>
              <w:t>Miejscowość</w:t>
            </w:r>
          </w:p>
        </w:tc>
        <w:tc>
          <w:tcPr>
            <w:tcW w:w="2551" w:type="dxa"/>
            <w:shd w:val="clear" w:color="auto" w:fill="A6A6A6" w:themeFill="background1" w:themeFillShade="A6"/>
          </w:tcPr>
          <w:p w14:paraId="458D3C77" w14:textId="77777777" w:rsidR="00100ED8" w:rsidRPr="00E37E31" w:rsidRDefault="00100ED8">
            <w:pPr>
              <w:ind w:left="-57" w:right="-57"/>
              <w:jc w:val="center"/>
              <w:rPr>
                <w:rFonts w:ascii="Roboto Condensed" w:hAnsi="Roboto Condensed"/>
                <w:b/>
                <w:bCs/>
                <w:sz w:val="18"/>
                <w:szCs w:val="18"/>
              </w:rPr>
            </w:pPr>
            <w:r w:rsidRPr="00E37E31">
              <w:rPr>
                <w:rFonts w:ascii="Roboto Condensed" w:hAnsi="Roboto Condensed"/>
                <w:b/>
                <w:bCs/>
                <w:sz w:val="18"/>
                <w:szCs w:val="18"/>
              </w:rPr>
              <w:t>Obiekt</w:t>
            </w:r>
          </w:p>
        </w:tc>
        <w:tc>
          <w:tcPr>
            <w:tcW w:w="4536" w:type="dxa"/>
            <w:shd w:val="clear" w:color="auto" w:fill="A6A6A6" w:themeFill="background1" w:themeFillShade="A6"/>
          </w:tcPr>
          <w:p w14:paraId="56558230" w14:textId="77777777" w:rsidR="00100ED8" w:rsidRPr="00E37E31" w:rsidRDefault="00100ED8">
            <w:pPr>
              <w:ind w:left="-57" w:right="-57"/>
              <w:jc w:val="center"/>
              <w:rPr>
                <w:rFonts w:ascii="Roboto Condensed" w:hAnsi="Roboto Condensed"/>
                <w:b/>
                <w:bCs/>
                <w:sz w:val="18"/>
                <w:szCs w:val="18"/>
              </w:rPr>
            </w:pPr>
            <w:r w:rsidRPr="00E37E31">
              <w:rPr>
                <w:rFonts w:ascii="Roboto Condensed" w:hAnsi="Roboto Condensed"/>
                <w:b/>
                <w:bCs/>
                <w:sz w:val="18"/>
                <w:szCs w:val="18"/>
              </w:rPr>
              <w:t>Adres</w:t>
            </w:r>
          </w:p>
        </w:tc>
      </w:tr>
      <w:tr w:rsidR="00100ED8" w:rsidRPr="009A175C" w14:paraId="327436B7" w14:textId="77777777" w:rsidTr="00100ED8">
        <w:tc>
          <w:tcPr>
            <w:tcW w:w="474" w:type="dxa"/>
          </w:tcPr>
          <w:p w14:paraId="270EF0C8" w14:textId="77777777" w:rsidR="00100ED8" w:rsidRPr="00100ED8" w:rsidRDefault="00100ED8">
            <w:pPr>
              <w:ind w:left="-57" w:right="-57"/>
              <w:jc w:val="both"/>
              <w:rPr>
                <w:rFonts w:ascii="Roboto Condensed" w:hAnsi="Roboto Condensed"/>
                <w:sz w:val="18"/>
                <w:szCs w:val="18"/>
              </w:rPr>
            </w:pPr>
            <w:r w:rsidRPr="00100ED8">
              <w:rPr>
                <w:rFonts w:ascii="Roboto Condensed" w:hAnsi="Roboto Condensed"/>
                <w:sz w:val="18"/>
                <w:szCs w:val="18"/>
              </w:rPr>
              <w:t>1</w:t>
            </w:r>
          </w:p>
        </w:tc>
        <w:tc>
          <w:tcPr>
            <w:tcW w:w="1794" w:type="dxa"/>
          </w:tcPr>
          <w:p w14:paraId="0337FBAE" w14:textId="114FDA2B" w:rsidR="00100ED8" w:rsidRPr="00100ED8" w:rsidRDefault="00100ED8">
            <w:pPr>
              <w:ind w:left="-57" w:right="-57"/>
              <w:rPr>
                <w:rFonts w:ascii="Roboto Condensed" w:hAnsi="Roboto Condensed"/>
                <w:sz w:val="18"/>
                <w:szCs w:val="18"/>
              </w:rPr>
            </w:pPr>
            <w:proofErr w:type="spellStart"/>
            <w:r w:rsidRPr="00100ED8">
              <w:rPr>
                <w:rFonts w:ascii="Roboto Condensed" w:hAnsi="Roboto Condensed"/>
                <w:sz w:val="18"/>
                <w:szCs w:val="18"/>
              </w:rPr>
              <w:t>Dziepółć</w:t>
            </w:r>
            <w:proofErr w:type="spellEnd"/>
          </w:p>
        </w:tc>
        <w:tc>
          <w:tcPr>
            <w:tcW w:w="2551" w:type="dxa"/>
          </w:tcPr>
          <w:p w14:paraId="15BEFF95" w14:textId="5771108F" w:rsidR="00100ED8" w:rsidRPr="00100ED8" w:rsidRDefault="00100ED8">
            <w:pPr>
              <w:ind w:left="-57" w:right="-57"/>
              <w:rPr>
                <w:rFonts w:ascii="Roboto Condensed" w:hAnsi="Roboto Condensed"/>
                <w:sz w:val="18"/>
                <w:szCs w:val="18"/>
              </w:rPr>
            </w:pPr>
            <w:r w:rsidRPr="00100ED8">
              <w:rPr>
                <w:rFonts w:ascii="Roboto Condensed" w:hAnsi="Roboto Condensed"/>
                <w:sz w:val="18"/>
                <w:szCs w:val="18"/>
              </w:rPr>
              <w:t>Kapliczka przydrożna</w:t>
            </w:r>
          </w:p>
        </w:tc>
        <w:tc>
          <w:tcPr>
            <w:tcW w:w="4536" w:type="dxa"/>
          </w:tcPr>
          <w:p w14:paraId="5B5FA18A" w14:textId="71E17683" w:rsidR="00100ED8" w:rsidRPr="00100ED8" w:rsidRDefault="00100ED8">
            <w:pPr>
              <w:ind w:left="-57" w:right="-57"/>
              <w:rPr>
                <w:rFonts w:ascii="Roboto Condensed" w:hAnsi="Roboto Condensed"/>
                <w:sz w:val="18"/>
                <w:szCs w:val="18"/>
              </w:rPr>
            </w:pPr>
            <w:r w:rsidRPr="00100ED8">
              <w:rPr>
                <w:rFonts w:ascii="Roboto Condensed" w:hAnsi="Roboto Condensed"/>
                <w:sz w:val="18"/>
                <w:szCs w:val="18"/>
              </w:rPr>
              <w:t>przy nr 58</w:t>
            </w:r>
          </w:p>
        </w:tc>
      </w:tr>
      <w:tr w:rsidR="00100ED8" w:rsidRPr="009A175C" w14:paraId="72CA45E3" w14:textId="77777777" w:rsidTr="00100ED8">
        <w:tc>
          <w:tcPr>
            <w:tcW w:w="474" w:type="dxa"/>
          </w:tcPr>
          <w:p w14:paraId="2F63CB25" w14:textId="77777777" w:rsidR="00100ED8" w:rsidRPr="00100ED8" w:rsidRDefault="00100ED8">
            <w:pPr>
              <w:ind w:left="-57" w:right="-57"/>
              <w:jc w:val="both"/>
              <w:rPr>
                <w:rFonts w:ascii="Roboto Condensed" w:hAnsi="Roboto Condensed"/>
                <w:sz w:val="18"/>
                <w:szCs w:val="18"/>
              </w:rPr>
            </w:pPr>
            <w:r w:rsidRPr="00100ED8">
              <w:rPr>
                <w:rFonts w:ascii="Roboto Condensed" w:hAnsi="Roboto Condensed"/>
                <w:sz w:val="18"/>
                <w:szCs w:val="18"/>
              </w:rPr>
              <w:t>2</w:t>
            </w:r>
          </w:p>
        </w:tc>
        <w:tc>
          <w:tcPr>
            <w:tcW w:w="1794" w:type="dxa"/>
          </w:tcPr>
          <w:p w14:paraId="22751AEB" w14:textId="56BD0584" w:rsidR="00100ED8" w:rsidRPr="00100ED8" w:rsidRDefault="00100ED8">
            <w:pPr>
              <w:ind w:left="-57" w:right="-57"/>
              <w:rPr>
                <w:rFonts w:ascii="Roboto Condensed" w:hAnsi="Roboto Condensed"/>
                <w:sz w:val="18"/>
                <w:szCs w:val="18"/>
              </w:rPr>
            </w:pPr>
            <w:proofErr w:type="spellStart"/>
            <w:r w:rsidRPr="00100ED8">
              <w:rPr>
                <w:rFonts w:ascii="Roboto Condensed" w:hAnsi="Roboto Condensed"/>
                <w:sz w:val="18"/>
                <w:szCs w:val="18"/>
              </w:rPr>
              <w:t>Cerkawizna</w:t>
            </w:r>
            <w:proofErr w:type="spellEnd"/>
          </w:p>
        </w:tc>
        <w:tc>
          <w:tcPr>
            <w:tcW w:w="2551" w:type="dxa"/>
          </w:tcPr>
          <w:p w14:paraId="01965FFF" w14:textId="33FC59C4" w:rsidR="00100ED8" w:rsidRPr="00100ED8" w:rsidRDefault="00100ED8">
            <w:pPr>
              <w:ind w:left="-57" w:right="-57"/>
              <w:rPr>
                <w:rFonts w:ascii="Roboto Condensed" w:hAnsi="Roboto Condensed"/>
                <w:sz w:val="18"/>
                <w:szCs w:val="18"/>
              </w:rPr>
            </w:pPr>
            <w:r w:rsidRPr="00100ED8">
              <w:rPr>
                <w:rFonts w:ascii="Roboto Condensed" w:hAnsi="Roboto Condensed"/>
                <w:sz w:val="18"/>
                <w:szCs w:val="18"/>
              </w:rPr>
              <w:t>Kapliczka przydrożna</w:t>
            </w:r>
          </w:p>
        </w:tc>
        <w:tc>
          <w:tcPr>
            <w:tcW w:w="4536" w:type="dxa"/>
          </w:tcPr>
          <w:p w14:paraId="00ED7D14" w14:textId="09E4AB8C" w:rsidR="00100ED8" w:rsidRPr="00100ED8" w:rsidRDefault="00100ED8">
            <w:pPr>
              <w:ind w:left="-57" w:right="-57"/>
              <w:rPr>
                <w:rFonts w:ascii="Roboto Condensed" w:hAnsi="Roboto Condensed"/>
                <w:sz w:val="18"/>
                <w:szCs w:val="18"/>
              </w:rPr>
            </w:pPr>
            <w:r w:rsidRPr="00100ED8">
              <w:rPr>
                <w:rFonts w:ascii="Roboto Condensed" w:hAnsi="Roboto Condensed"/>
                <w:sz w:val="18"/>
                <w:szCs w:val="18"/>
              </w:rPr>
              <w:t>przy skrzyżowaniu dróg gminnych</w:t>
            </w:r>
          </w:p>
        </w:tc>
      </w:tr>
      <w:tr w:rsidR="00100ED8" w:rsidRPr="009A175C" w14:paraId="0E296DE4" w14:textId="77777777" w:rsidTr="00100ED8">
        <w:tc>
          <w:tcPr>
            <w:tcW w:w="474" w:type="dxa"/>
          </w:tcPr>
          <w:p w14:paraId="54E80AA7" w14:textId="77777777" w:rsidR="00100ED8" w:rsidRPr="00100ED8" w:rsidRDefault="00100ED8">
            <w:pPr>
              <w:ind w:left="-57" w:right="-57"/>
              <w:jc w:val="both"/>
              <w:rPr>
                <w:rFonts w:ascii="Roboto Condensed" w:hAnsi="Roboto Condensed"/>
                <w:sz w:val="18"/>
                <w:szCs w:val="18"/>
              </w:rPr>
            </w:pPr>
            <w:r w:rsidRPr="00100ED8">
              <w:rPr>
                <w:rFonts w:ascii="Roboto Condensed" w:hAnsi="Roboto Condensed"/>
                <w:sz w:val="18"/>
                <w:szCs w:val="18"/>
              </w:rPr>
              <w:t>3</w:t>
            </w:r>
          </w:p>
        </w:tc>
        <w:tc>
          <w:tcPr>
            <w:tcW w:w="1794" w:type="dxa"/>
          </w:tcPr>
          <w:p w14:paraId="64ED85CD" w14:textId="3463ACC2" w:rsidR="00100ED8" w:rsidRPr="00100ED8" w:rsidRDefault="00100ED8">
            <w:pPr>
              <w:ind w:left="-57" w:right="-57"/>
              <w:rPr>
                <w:rFonts w:ascii="Roboto Condensed" w:hAnsi="Roboto Condensed"/>
                <w:sz w:val="18"/>
                <w:szCs w:val="18"/>
              </w:rPr>
            </w:pPr>
            <w:proofErr w:type="spellStart"/>
            <w:r w:rsidRPr="00100ED8">
              <w:rPr>
                <w:rFonts w:ascii="Roboto Condensed" w:hAnsi="Roboto Condensed"/>
                <w:sz w:val="18"/>
                <w:szCs w:val="18"/>
              </w:rPr>
              <w:t>Cerkawizna</w:t>
            </w:r>
            <w:proofErr w:type="spellEnd"/>
          </w:p>
        </w:tc>
        <w:tc>
          <w:tcPr>
            <w:tcW w:w="2551" w:type="dxa"/>
          </w:tcPr>
          <w:p w14:paraId="07330136" w14:textId="5E275879" w:rsidR="00100ED8" w:rsidRPr="00100ED8" w:rsidRDefault="00100ED8">
            <w:pPr>
              <w:ind w:left="-57" w:right="-57"/>
              <w:rPr>
                <w:rFonts w:ascii="Roboto Condensed" w:hAnsi="Roboto Condensed"/>
                <w:sz w:val="18"/>
                <w:szCs w:val="18"/>
              </w:rPr>
            </w:pPr>
            <w:r w:rsidRPr="00100ED8">
              <w:rPr>
                <w:rFonts w:ascii="Roboto Condensed" w:hAnsi="Roboto Condensed"/>
                <w:sz w:val="18"/>
                <w:szCs w:val="18"/>
              </w:rPr>
              <w:t>Dom drewniany</w:t>
            </w:r>
          </w:p>
        </w:tc>
        <w:tc>
          <w:tcPr>
            <w:tcW w:w="4536" w:type="dxa"/>
          </w:tcPr>
          <w:p w14:paraId="4AC23222" w14:textId="4F03B607" w:rsidR="00100ED8" w:rsidRPr="00100ED8" w:rsidRDefault="00100ED8">
            <w:pPr>
              <w:ind w:left="-57" w:right="-57"/>
              <w:rPr>
                <w:rFonts w:ascii="Roboto Condensed" w:hAnsi="Roboto Condensed"/>
                <w:sz w:val="18"/>
                <w:szCs w:val="18"/>
              </w:rPr>
            </w:pPr>
            <w:r w:rsidRPr="00100ED8">
              <w:rPr>
                <w:rFonts w:ascii="Roboto Condensed" w:hAnsi="Roboto Condensed"/>
                <w:sz w:val="18"/>
                <w:szCs w:val="18"/>
              </w:rPr>
              <w:t>nr 2</w:t>
            </w:r>
          </w:p>
        </w:tc>
      </w:tr>
      <w:tr w:rsidR="00100ED8" w:rsidRPr="009A175C" w14:paraId="57560A85" w14:textId="77777777" w:rsidTr="00100ED8">
        <w:tc>
          <w:tcPr>
            <w:tcW w:w="474" w:type="dxa"/>
          </w:tcPr>
          <w:p w14:paraId="6669786D" w14:textId="77777777" w:rsidR="00100ED8" w:rsidRPr="00100ED8" w:rsidRDefault="00100ED8">
            <w:pPr>
              <w:ind w:left="-57" w:right="-57"/>
              <w:jc w:val="both"/>
              <w:rPr>
                <w:rFonts w:ascii="Roboto Condensed" w:hAnsi="Roboto Condensed"/>
                <w:sz w:val="18"/>
                <w:szCs w:val="18"/>
              </w:rPr>
            </w:pPr>
            <w:r w:rsidRPr="00100ED8">
              <w:rPr>
                <w:rFonts w:ascii="Roboto Condensed" w:hAnsi="Roboto Condensed"/>
                <w:sz w:val="18"/>
                <w:szCs w:val="18"/>
              </w:rPr>
              <w:t>4</w:t>
            </w:r>
          </w:p>
        </w:tc>
        <w:tc>
          <w:tcPr>
            <w:tcW w:w="1794" w:type="dxa"/>
          </w:tcPr>
          <w:p w14:paraId="773DDB11" w14:textId="3F71523A" w:rsidR="00100ED8" w:rsidRPr="00100ED8" w:rsidRDefault="00100ED8">
            <w:pPr>
              <w:ind w:left="-57" w:right="-57"/>
              <w:rPr>
                <w:rFonts w:ascii="Roboto Condensed" w:hAnsi="Roboto Condensed"/>
                <w:sz w:val="18"/>
                <w:szCs w:val="18"/>
              </w:rPr>
            </w:pPr>
            <w:proofErr w:type="spellStart"/>
            <w:r w:rsidRPr="00100ED8">
              <w:rPr>
                <w:rFonts w:ascii="Roboto Condensed" w:hAnsi="Roboto Condensed"/>
                <w:sz w:val="18"/>
                <w:szCs w:val="18"/>
              </w:rPr>
              <w:t>Dziepółć</w:t>
            </w:r>
            <w:proofErr w:type="spellEnd"/>
          </w:p>
        </w:tc>
        <w:tc>
          <w:tcPr>
            <w:tcW w:w="2551" w:type="dxa"/>
          </w:tcPr>
          <w:p w14:paraId="1B0A037B" w14:textId="087ABFC2" w:rsidR="00100ED8" w:rsidRPr="00100ED8" w:rsidRDefault="00100ED8">
            <w:pPr>
              <w:ind w:left="-57" w:right="-57"/>
              <w:rPr>
                <w:rFonts w:ascii="Roboto Condensed" w:hAnsi="Roboto Condensed"/>
                <w:sz w:val="18"/>
                <w:szCs w:val="18"/>
              </w:rPr>
            </w:pPr>
            <w:r w:rsidRPr="00100ED8">
              <w:rPr>
                <w:rFonts w:ascii="Roboto Condensed" w:hAnsi="Roboto Condensed"/>
                <w:sz w:val="18"/>
                <w:szCs w:val="18"/>
              </w:rPr>
              <w:t>Dom murowany</w:t>
            </w:r>
          </w:p>
        </w:tc>
        <w:tc>
          <w:tcPr>
            <w:tcW w:w="4536" w:type="dxa"/>
          </w:tcPr>
          <w:p w14:paraId="6A34332A" w14:textId="2A8EE878" w:rsidR="00100ED8" w:rsidRPr="00100ED8" w:rsidRDefault="00100ED8">
            <w:pPr>
              <w:ind w:left="-57" w:right="-57"/>
              <w:rPr>
                <w:rFonts w:ascii="Roboto Condensed" w:hAnsi="Roboto Condensed"/>
                <w:sz w:val="18"/>
                <w:szCs w:val="18"/>
              </w:rPr>
            </w:pPr>
            <w:r w:rsidRPr="00100ED8">
              <w:rPr>
                <w:rFonts w:ascii="Roboto Condensed" w:hAnsi="Roboto Condensed"/>
                <w:sz w:val="18"/>
                <w:szCs w:val="18"/>
              </w:rPr>
              <w:t>nr 94</w:t>
            </w:r>
          </w:p>
        </w:tc>
      </w:tr>
    </w:tbl>
    <w:p w14:paraId="187114C0" w14:textId="37D42740" w:rsidR="008337B7" w:rsidRPr="009A175C" w:rsidRDefault="008337B7" w:rsidP="00100ED8">
      <w:pPr>
        <w:pStyle w:val="Nagwek1"/>
        <w:spacing w:before="240" w:after="60" w:line="240" w:lineRule="auto"/>
        <w:ind w:firstLine="170"/>
        <w:rPr>
          <w:rFonts w:ascii="Roboto Condensed" w:hAnsi="Roboto Condensed"/>
          <w:bCs/>
          <w:i/>
          <w:iCs/>
          <w:color w:val="EE0000"/>
          <w:sz w:val="22"/>
          <w:szCs w:val="22"/>
          <w:u w:val="single"/>
          <w:lang w:val="pl-PL"/>
        </w:rPr>
      </w:pPr>
      <w:bookmarkStart w:id="56" w:name="_Toc193697372"/>
      <w:bookmarkStart w:id="57" w:name="_Toc206769030"/>
      <w:r w:rsidRPr="00EE54DD">
        <w:rPr>
          <w:rFonts w:ascii="Roboto Condensed" w:hAnsi="Roboto Condensed"/>
          <w:bCs/>
          <w:i/>
          <w:iCs/>
          <w:sz w:val="22"/>
          <w:szCs w:val="22"/>
          <w:u w:val="single"/>
          <w:lang w:val="pl-PL"/>
        </w:rPr>
        <w:t>Zabytki archeologiczne:</w:t>
      </w:r>
      <w:bookmarkEnd w:id="56"/>
      <w:bookmarkEnd w:id="57"/>
    </w:p>
    <w:p w14:paraId="743F6E05" w14:textId="2D49F844" w:rsidR="00EE54DD" w:rsidRPr="00D86599" w:rsidRDefault="0056665E" w:rsidP="00D86599">
      <w:pPr>
        <w:pStyle w:val="Tekstpodstawowy2"/>
        <w:spacing w:before="120" w:after="120" w:line="240" w:lineRule="auto"/>
        <w:ind w:left="170"/>
        <w:rPr>
          <w:rFonts w:ascii="Roboto Condensed" w:hAnsi="Roboto Condensed"/>
          <w:sz w:val="20"/>
          <w:lang w:val="pl-PL"/>
        </w:rPr>
      </w:pPr>
      <w:r w:rsidRPr="00EE54DD">
        <w:rPr>
          <w:rFonts w:ascii="Roboto Condensed" w:hAnsi="Roboto Condensed"/>
          <w:sz w:val="20"/>
          <w:lang w:val="pl-PL"/>
        </w:rPr>
        <w:t xml:space="preserve">Na terenie </w:t>
      </w:r>
      <w:r w:rsidRPr="00EE54DD">
        <w:rPr>
          <w:rFonts w:ascii="Roboto Condensed" w:hAnsi="Roboto Condensed" w:cs="Arial"/>
          <w:sz w:val="20"/>
          <w:lang w:val="pl-PL"/>
        </w:rPr>
        <w:t>gminy</w:t>
      </w:r>
      <w:r w:rsidRPr="00EE54DD">
        <w:rPr>
          <w:rFonts w:ascii="Roboto Condensed" w:hAnsi="Roboto Condensed"/>
          <w:sz w:val="20"/>
          <w:lang w:val="pl-PL"/>
        </w:rPr>
        <w:t xml:space="preserve"> </w:t>
      </w:r>
      <w:r w:rsidR="00EE54DD" w:rsidRPr="00EE54DD">
        <w:rPr>
          <w:rFonts w:ascii="Roboto Condensed" w:hAnsi="Roboto Condensed"/>
          <w:sz w:val="20"/>
          <w:lang w:val="pl-PL"/>
        </w:rPr>
        <w:t>Radomsko</w:t>
      </w:r>
      <w:r w:rsidRPr="00EE54DD">
        <w:rPr>
          <w:rFonts w:ascii="Roboto Condensed" w:hAnsi="Roboto Condensed"/>
          <w:sz w:val="20"/>
          <w:lang w:val="pl-PL"/>
        </w:rPr>
        <w:t xml:space="preserve"> </w:t>
      </w:r>
      <w:r w:rsidR="006B79AB" w:rsidRPr="00EE54DD">
        <w:rPr>
          <w:rFonts w:ascii="Roboto Condensed" w:hAnsi="Roboto Condensed"/>
          <w:sz w:val="20"/>
          <w:lang w:val="pl-PL"/>
        </w:rPr>
        <w:t>zgodnie z</w:t>
      </w:r>
      <w:r w:rsidR="00CC4C6C" w:rsidRPr="00EE54DD">
        <w:rPr>
          <w:rFonts w:ascii="Roboto Condensed" w:hAnsi="Roboto Condensed"/>
          <w:sz w:val="20"/>
          <w:lang w:val="pl-PL"/>
        </w:rPr>
        <w:t>e</w:t>
      </w:r>
      <w:r w:rsidR="006B79AB" w:rsidRPr="00EE54DD">
        <w:rPr>
          <w:rFonts w:ascii="Roboto Condensed" w:hAnsi="Roboto Condensed"/>
          <w:sz w:val="20"/>
          <w:lang w:val="pl-PL"/>
        </w:rPr>
        <w:t xml:space="preserve"> </w:t>
      </w:r>
      <w:r w:rsidR="00CC4C6C" w:rsidRPr="00EE54DD">
        <w:rPr>
          <w:rFonts w:ascii="Roboto Condensed" w:hAnsi="Roboto Condensed"/>
          <w:sz w:val="20"/>
          <w:lang w:val="pl-PL"/>
        </w:rPr>
        <w:t>zbiorem danych przestrzennych objętych infrastrukturą informacji przestrzennej w zakresie: obszary chronione, w części dotyczącej zabytków nieruchomych w rozumieniu ustawy z dnia 23 lipca 2003 r. o ochronie zabytków i opiece nad zabytkami,</w:t>
      </w:r>
      <w:r w:rsidR="00465670" w:rsidRPr="00EE54DD">
        <w:rPr>
          <w:rFonts w:ascii="Roboto Condensed" w:hAnsi="Roboto Condensed"/>
          <w:sz w:val="20"/>
          <w:lang w:val="pl-PL"/>
        </w:rPr>
        <w:t xml:space="preserve"> przekazanymi przez Narodowy Instytut Dziedzictwa</w:t>
      </w:r>
      <w:r w:rsidR="00650B3C" w:rsidRPr="00EE54DD">
        <w:rPr>
          <w:rFonts w:ascii="Roboto Condensed" w:hAnsi="Roboto Condensed"/>
          <w:sz w:val="20"/>
          <w:lang w:val="pl-PL"/>
        </w:rPr>
        <w:t xml:space="preserve"> </w:t>
      </w:r>
      <w:r w:rsidR="00465670" w:rsidRPr="00EE54DD">
        <w:rPr>
          <w:rFonts w:ascii="Roboto Condensed" w:hAnsi="Roboto Condensed" w:cs="Arial"/>
          <w:sz w:val="20"/>
          <w:lang w:val="pl-PL"/>
        </w:rPr>
        <w:t>zostało</w:t>
      </w:r>
      <w:r w:rsidR="00465670" w:rsidRPr="00EE54DD">
        <w:rPr>
          <w:rFonts w:ascii="Roboto Condensed" w:hAnsi="Roboto Condensed"/>
          <w:sz w:val="20"/>
          <w:lang w:val="pl-PL"/>
        </w:rPr>
        <w:t xml:space="preserve"> </w:t>
      </w:r>
      <w:r w:rsidR="00CC4C6C" w:rsidRPr="00EE54DD">
        <w:rPr>
          <w:rFonts w:ascii="Roboto Condensed" w:hAnsi="Roboto Condensed"/>
          <w:sz w:val="20"/>
          <w:lang w:val="pl-PL"/>
        </w:rPr>
        <w:t>zewidencjonow</w:t>
      </w:r>
      <w:r w:rsidR="00465670" w:rsidRPr="00EE54DD">
        <w:rPr>
          <w:rFonts w:ascii="Roboto Condensed" w:hAnsi="Roboto Condensed"/>
          <w:sz w:val="20"/>
          <w:lang w:val="pl-PL"/>
        </w:rPr>
        <w:t>anych</w:t>
      </w:r>
      <w:r w:rsidR="00CC4C6C" w:rsidRPr="00EE54DD">
        <w:rPr>
          <w:rFonts w:ascii="Roboto Condensed" w:hAnsi="Roboto Condensed"/>
          <w:sz w:val="20"/>
          <w:lang w:val="pl-PL"/>
        </w:rPr>
        <w:t xml:space="preserve"> </w:t>
      </w:r>
      <w:r w:rsidR="00EE54DD" w:rsidRPr="00EE54DD">
        <w:rPr>
          <w:rFonts w:ascii="Roboto Condensed" w:hAnsi="Roboto Condensed"/>
          <w:sz w:val="20"/>
          <w:lang w:val="pl-PL"/>
        </w:rPr>
        <w:t>112</w:t>
      </w:r>
      <w:r w:rsidR="00CC4C6C" w:rsidRPr="00EE54DD">
        <w:rPr>
          <w:rFonts w:ascii="Roboto Condensed" w:hAnsi="Roboto Condensed"/>
          <w:sz w:val="20"/>
          <w:lang w:val="pl-PL"/>
        </w:rPr>
        <w:t xml:space="preserve"> stanowisk archeologicznych. </w:t>
      </w:r>
      <w:r w:rsidR="00EE54DD">
        <w:rPr>
          <w:rFonts w:ascii="Roboto Condensed" w:hAnsi="Roboto Condensed"/>
          <w:sz w:val="20"/>
          <w:lang w:val="pl-PL"/>
        </w:rPr>
        <w:t>Gminna ewidencja zabytków obejmuje 115 stanowisk</w:t>
      </w:r>
      <w:r w:rsidR="00D86599">
        <w:rPr>
          <w:rFonts w:ascii="Roboto Condensed" w:hAnsi="Roboto Condensed"/>
          <w:sz w:val="20"/>
          <w:lang w:val="pl-PL"/>
        </w:rPr>
        <w:t xml:space="preserve"> - nie zawiera stanowiska </w:t>
      </w:r>
      <w:r w:rsidR="00D86599" w:rsidRPr="00D86599">
        <w:rPr>
          <w:rFonts w:ascii="Roboto Condensed" w:hAnsi="Roboto Condensed"/>
          <w:sz w:val="20"/>
          <w:lang w:val="pl-PL"/>
        </w:rPr>
        <w:t>Orzechówek 1 AZP082-052/39 ujętego w zbiorze danych pr</w:t>
      </w:r>
      <w:r w:rsidR="00CE18D7">
        <w:rPr>
          <w:rFonts w:ascii="Roboto Condensed" w:hAnsi="Roboto Condensed"/>
          <w:sz w:val="20"/>
          <w:lang w:val="pl-PL"/>
        </w:rPr>
        <w:t>z</w:t>
      </w:r>
      <w:r w:rsidR="00D86599" w:rsidRPr="00D86599">
        <w:rPr>
          <w:rFonts w:ascii="Roboto Condensed" w:hAnsi="Roboto Condensed"/>
          <w:sz w:val="20"/>
          <w:lang w:val="pl-PL"/>
        </w:rPr>
        <w:t>estrzennych NID, ale zawiera dodatkowo 4 stanowiska nie ujęte w zbiorze danych pr</w:t>
      </w:r>
      <w:r w:rsidR="00CE18D7">
        <w:rPr>
          <w:rFonts w:ascii="Roboto Condensed" w:hAnsi="Roboto Condensed"/>
          <w:sz w:val="20"/>
          <w:lang w:val="pl-PL"/>
        </w:rPr>
        <w:t>z</w:t>
      </w:r>
      <w:r w:rsidR="00D86599" w:rsidRPr="00D86599">
        <w:rPr>
          <w:rFonts w:ascii="Roboto Condensed" w:hAnsi="Roboto Condensed"/>
          <w:sz w:val="20"/>
          <w:lang w:val="pl-PL"/>
        </w:rPr>
        <w:t>estrzennych NID</w:t>
      </w:r>
      <w:r w:rsidR="00D86599">
        <w:rPr>
          <w:rFonts w:ascii="Roboto Condensed" w:hAnsi="Roboto Condensed"/>
          <w:sz w:val="20"/>
          <w:lang w:val="pl-PL"/>
        </w:rPr>
        <w:t xml:space="preserve">: </w:t>
      </w:r>
      <w:r w:rsidR="00D86599" w:rsidRPr="00D86599">
        <w:rPr>
          <w:rFonts w:ascii="Roboto Condensed" w:hAnsi="Roboto Condensed"/>
          <w:sz w:val="20"/>
          <w:lang w:val="pl-PL"/>
        </w:rPr>
        <w:t>Kolonia Kietlin 3 AZP081-052/10, Kolonia Strzałków 6 AZP082-052/21, Okrajszów 3 AZP080-052/42, Szczepocice Rządowe 19 AZP082-050/30</w:t>
      </w:r>
      <w:r w:rsidR="00CE18D7">
        <w:rPr>
          <w:rFonts w:ascii="Roboto Condensed" w:hAnsi="Roboto Condensed"/>
          <w:sz w:val="20"/>
          <w:lang w:val="pl-PL"/>
        </w:rPr>
        <w:t xml:space="preserve"> – stanowiska te są zlokalizowane poza granicą gminy co potwierdzają dane </w:t>
      </w:r>
      <w:r w:rsidR="00CE18D7" w:rsidRPr="00D86599">
        <w:rPr>
          <w:rFonts w:ascii="Roboto Condensed" w:hAnsi="Roboto Condensed"/>
          <w:sz w:val="20"/>
          <w:lang w:val="pl-PL"/>
        </w:rPr>
        <w:t>w zbiorze danych pr</w:t>
      </w:r>
      <w:r w:rsidR="00CE18D7">
        <w:rPr>
          <w:rFonts w:ascii="Roboto Condensed" w:hAnsi="Roboto Condensed"/>
          <w:sz w:val="20"/>
          <w:lang w:val="pl-PL"/>
        </w:rPr>
        <w:t>z</w:t>
      </w:r>
      <w:r w:rsidR="00CE18D7" w:rsidRPr="00D86599">
        <w:rPr>
          <w:rFonts w:ascii="Roboto Condensed" w:hAnsi="Roboto Condensed"/>
          <w:sz w:val="20"/>
          <w:lang w:val="pl-PL"/>
        </w:rPr>
        <w:t>estrzennych NID</w:t>
      </w:r>
      <w:r w:rsidR="00CE18D7">
        <w:rPr>
          <w:rFonts w:ascii="Roboto Condensed" w:hAnsi="Roboto Condensed"/>
          <w:sz w:val="20"/>
          <w:lang w:val="pl-PL"/>
        </w:rPr>
        <w:t>.</w:t>
      </w:r>
    </w:p>
    <w:p w14:paraId="74B52A75" w14:textId="1A68146B" w:rsidR="0056665E" w:rsidRPr="009A175C" w:rsidRDefault="008465C1" w:rsidP="00FD65B2">
      <w:pPr>
        <w:pStyle w:val="Tekstpodstawowy2"/>
        <w:spacing w:before="120" w:after="120" w:line="240" w:lineRule="auto"/>
        <w:ind w:left="170"/>
        <w:rPr>
          <w:rFonts w:ascii="Roboto Condensed" w:hAnsi="Roboto Condensed"/>
          <w:color w:val="EE0000"/>
          <w:sz w:val="20"/>
          <w:lang w:val="pl-PL"/>
        </w:rPr>
      </w:pPr>
      <w:r w:rsidRPr="00D86599">
        <w:rPr>
          <w:rFonts w:ascii="Roboto Condensed" w:hAnsi="Roboto Condensed"/>
          <w:sz w:val="20"/>
          <w:lang w:val="pl-PL"/>
        </w:rPr>
        <w:t>W danych przestrzennych</w:t>
      </w:r>
      <w:r w:rsidR="00CC4C6C" w:rsidRPr="00D86599">
        <w:rPr>
          <w:rFonts w:ascii="Roboto Condensed" w:hAnsi="Roboto Condensed"/>
          <w:sz w:val="20"/>
          <w:lang w:val="pl-PL"/>
        </w:rPr>
        <w:t>,</w:t>
      </w:r>
      <w:r w:rsidRPr="00D86599">
        <w:rPr>
          <w:rFonts w:ascii="Roboto Condensed" w:hAnsi="Roboto Condensed"/>
          <w:sz w:val="20"/>
          <w:lang w:val="pl-PL"/>
        </w:rPr>
        <w:t xml:space="preserve"> stanowiących element graficzny uzasadnienia</w:t>
      </w:r>
      <w:r w:rsidR="00CC4C6C" w:rsidRPr="00D86599">
        <w:rPr>
          <w:rFonts w:ascii="Roboto Condensed" w:hAnsi="Roboto Condensed"/>
          <w:sz w:val="20"/>
          <w:lang w:val="pl-PL"/>
        </w:rPr>
        <w:t>,</w:t>
      </w:r>
      <w:r w:rsidRPr="00D86599">
        <w:rPr>
          <w:rFonts w:ascii="Roboto Condensed" w:hAnsi="Roboto Condensed"/>
          <w:sz w:val="20"/>
          <w:lang w:val="pl-PL"/>
        </w:rPr>
        <w:t xml:space="preserve"> przyjęto lokalizację i kształt wszystkich stanowisk archeologicznych </w:t>
      </w:r>
      <w:r w:rsidR="00465670" w:rsidRPr="00D86599">
        <w:rPr>
          <w:rFonts w:ascii="Roboto Condensed" w:hAnsi="Roboto Condensed"/>
          <w:sz w:val="20"/>
          <w:lang w:val="pl-PL"/>
        </w:rPr>
        <w:t>jako danych przestrzennych objętych infrastrukturą informacji przestrzennej</w:t>
      </w:r>
      <w:r w:rsidRPr="00D86599">
        <w:rPr>
          <w:rFonts w:ascii="Roboto Condensed" w:hAnsi="Roboto Condensed"/>
          <w:sz w:val="20"/>
          <w:lang w:val="pl-PL"/>
        </w:rPr>
        <w:t xml:space="preserve"> Narodowego Instytutu Dziedzictwa</w:t>
      </w:r>
      <w:r w:rsidR="00CC4C6C" w:rsidRPr="00D86599">
        <w:rPr>
          <w:rFonts w:ascii="Roboto Condensed" w:hAnsi="Roboto Condensed"/>
          <w:sz w:val="20"/>
          <w:lang w:val="pl-PL"/>
        </w:rPr>
        <w:t xml:space="preserve"> </w:t>
      </w:r>
      <w:r w:rsidR="00465670" w:rsidRPr="00D86599">
        <w:rPr>
          <w:rFonts w:ascii="Roboto Condensed" w:hAnsi="Roboto Condensed"/>
          <w:sz w:val="20"/>
          <w:lang w:val="pl-PL"/>
        </w:rPr>
        <w:t>(</w:t>
      </w:r>
      <w:r w:rsidR="00CC4C6C" w:rsidRPr="00D86599">
        <w:rPr>
          <w:rFonts w:ascii="Roboto Condensed" w:hAnsi="Roboto Condensed"/>
          <w:sz w:val="20"/>
          <w:lang w:val="pl-PL"/>
        </w:rPr>
        <w:t xml:space="preserve">ujętych </w:t>
      </w:r>
      <w:r w:rsidR="00465670" w:rsidRPr="00D86599">
        <w:rPr>
          <w:rFonts w:ascii="Roboto Condensed" w:hAnsi="Roboto Condensed"/>
          <w:sz w:val="20"/>
          <w:lang w:val="pl-PL"/>
        </w:rPr>
        <w:t xml:space="preserve">w </w:t>
      </w:r>
      <w:r w:rsidR="00CC4C6C" w:rsidRPr="00D86599">
        <w:rPr>
          <w:rFonts w:ascii="Roboto Condensed" w:hAnsi="Roboto Condensed"/>
          <w:sz w:val="20"/>
          <w:lang w:val="pl-PL"/>
        </w:rPr>
        <w:t>Krajowej Ewidencji Zabytków lub wpisanych do Rejestru Zabytków (księga C)</w:t>
      </w:r>
      <w:r w:rsidR="00D86599" w:rsidRPr="00D86599">
        <w:rPr>
          <w:rFonts w:ascii="Roboto Condensed" w:hAnsi="Roboto Condensed"/>
          <w:sz w:val="20"/>
          <w:lang w:val="pl-PL"/>
        </w:rPr>
        <w:t>, za wyjątkiem wyżej wymienionych brakujących stanowisk ujętych w GEZ, dla których lokalizację przyjęto na podstawie kart zabytków</w:t>
      </w:r>
      <w:r w:rsidRPr="00D86599">
        <w:rPr>
          <w:rFonts w:ascii="Roboto Condensed" w:hAnsi="Roboto Condensed"/>
          <w:sz w:val="20"/>
          <w:lang w:val="pl-PL"/>
        </w:rPr>
        <w:t xml:space="preserve">. </w:t>
      </w:r>
    </w:p>
    <w:p w14:paraId="652ABD38" w14:textId="7E87A376" w:rsidR="0056665E" w:rsidRPr="009A175C" w:rsidRDefault="00464DA7" w:rsidP="00234E43">
      <w:pPr>
        <w:pStyle w:val="Tekstpodstawowy2"/>
        <w:spacing w:before="120" w:line="240" w:lineRule="auto"/>
        <w:ind w:firstLine="170"/>
        <w:rPr>
          <w:rFonts w:ascii="Roboto Condensed" w:hAnsi="Roboto Condensed"/>
          <w:color w:val="EE0000"/>
          <w:sz w:val="20"/>
          <w:lang w:val="pl-PL"/>
        </w:rPr>
      </w:pPr>
      <w:bookmarkStart w:id="58" w:name="_Hlk198649554"/>
      <w:r w:rsidRPr="00477B67">
        <w:rPr>
          <w:rFonts w:ascii="Roboto Condensed" w:hAnsi="Roboto Condensed"/>
          <w:i/>
          <w:iCs/>
          <w:sz w:val="20"/>
          <w:lang w:val="pl-PL"/>
        </w:rPr>
        <w:t>Tab</w:t>
      </w:r>
      <w:r w:rsidR="00234E43" w:rsidRPr="00477B67">
        <w:rPr>
          <w:rFonts w:ascii="Roboto Condensed" w:hAnsi="Roboto Condensed"/>
          <w:i/>
          <w:iCs/>
          <w:sz w:val="20"/>
          <w:lang w:val="pl-PL"/>
        </w:rPr>
        <w:t>.</w:t>
      </w:r>
      <w:r w:rsidRPr="00477B67">
        <w:rPr>
          <w:rFonts w:ascii="Roboto Condensed" w:hAnsi="Roboto Condensed"/>
          <w:i/>
          <w:iCs/>
          <w:sz w:val="20"/>
          <w:lang w:val="pl-PL"/>
        </w:rPr>
        <w:t xml:space="preserve"> </w:t>
      </w:r>
      <w:r w:rsidR="00941D46">
        <w:rPr>
          <w:rFonts w:ascii="Roboto Condensed" w:hAnsi="Roboto Condensed"/>
          <w:i/>
          <w:iCs/>
          <w:sz w:val="20"/>
          <w:lang w:val="pl-PL"/>
        </w:rPr>
        <w:t>3</w:t>
      </w:r>
      <w:r w:rsidRPr="00477B67">
        <w:rPr>
          <w:rFonts w:ascii="Roboto Condensed" w:hAnsi="Roboto Condensed"/>
          <w:i/>
          <w:iCs/>
          <w:sz w:val="20"/>
          <w:lang w:val="pl-PL"/>
        </w:rPr>
        <w:t xml:space="preserve">. </w:t>
      </w:r>
      <w:r w:rsidR="006B79AB" w:rsidRPr="00477B67">
        <w:rPr>
          <w:rFonts w:ascii="Roboto Condensed" w:hAnsi="Roboto Condensed"/>
          <w:sz w:val="20"/>
          <w:lang w:val="pl-PL"/>
        </w:rPr>
        <w:t xml:space="preserve">Wykaz </w:t>
      </w:r>
      <w:r w:rsidR="006B79AB" w:rsidRPr="00477B67">
        <w:rPr>
          <w:rFonts w:ascii="Roboto Condensed" w:hAnsi="Roboto Condensed"/>
          <w:i/>
          <w:iCs/>
          <w:sz w:val="20"/>
          <w:lang w:val="pl-PL"/>
        </w:rPr>
        <w:t>stanowisk</w:t>
      </w:r>
      <w:r w:rsidR="006B79AB" w:rsidRPr="00477B67">
        <w:rPr>
          <w:rFonts w:ascii="Roboto Condensed" w:hAnsi="Roboto Condensed"/>
          <w:sz w:val="20"/>
          <w:lang w:val="pl-PL"/>
        </w:rPr>
        <w:t xml:space="preserve"> archeologicznych zlokalizowanych na obszarze gminy </w:t>
      </w:r>
      <w:r w:rsidR="00477B67" w:rsidRPr="00477B67">
        <w:rPr>
          <w:rFonts w:ascii="Roboto Condensed" w:hAnsi="Roboto Condensed"/>
          <w:sz w:val="20"/>
          <w:lang w:val="pl-PL"/>
        </w:rPr>
        <w:t>Radomsko</w:t>
      </w:r>
      <w:r w:rsidR="007C60F5" w:rsidRPr="00477B67">
        <w:rPr>
          <w:rFonts w:ascii="Roboto Condensed" w:hAnsi="Roboto Condensed"/>
          <w:sz w:val="20"/>
          <w:lang w:val="pl-PL"/>
        </w:rPr>
        <w:t>.</w:t>
      </w:r>
      <w:bookmarkEnd w:id="58"/>
    </w:p>
    <w:tbl>
      <w:tblPr>
        <w:tblStyle w:val="Tabela-Siatka"/>
        <w:tblW w:w="9323" w:type="dxa"/>
        <w:tblInd w:w="595" w:type="dxa"/>
        <w:tblLayout w:type="fixed"/>
        <w:tblLook w:val="04A0" w:firstRow="1" w:lastRow="0" w:firstColumn="1" w:lastColumn="0" w:noHBand="0" w:noVBand="1"/>
      </w:tblPr>
      <w:tblGrid>
        <w:gridCol w:w="457"/>
        <w:gridCol w:w="1778"/>
        <w:gridCol w:w="1134"/>
        <w:gridCol w:w="3969"/>
        <w:gridCol w:w="1985"/>
      </w:tblGrid>
      <w:tr w:rsidR="00F71BFA" w:rsidRPr="009A175C" w14:paraId="6692B31E" w14:textId="77777777" w:rsidTr="00D86599">
        <w:tc>
          <w:tcPr>
            <w:tcW w:w="457" w:type="dxa"/>
          </w:tcPr>
          <w:p w14:paraId="33A9EAC8" w14:textId="77777777" w:rsidR="00F71BFA" w:rsidRPr="00207092" w:rsidRDefault="00F71BFA" w:rsidP="001D35F8">
            <w:pPr>
              <w:ind w:left="-57" w:right="-57"/>
              <w:jc w:val="center"/>
              <w:rPr>
                <w:rFonts w:ascii="Roboto Condensed" w:hAnsi="Roboto Condensed" w:cs="Arial"/>
                <w:b/>
                <w:bCs/>
                <w:sz w:val="18"/>
                <w:szCs w:val="18"/>
              </w:rPr>
            </w:pPr>
            <w:r w:rsidRPr="00207092">
              <w:rPr>
                <w:rFonts w:ascii="Roboto Condensed" w:hAnsi="Roboto Condensed" w:cs="Arial"/>
                <w:b/>
                <w:bCs/>
                <w:sz w:val="18"/>
                <w:szCs w:val="18"/>
              </w:rPr>
              <w:t>LP.</w:t>
            </w:r>
          </w:p>
        </w:tc>
        <w:tc>
          <w:tcPr>
            <w:tcW w:w="1778" w:type="dxa"/>
          </w:tcPr>
          <w:p w14:paraId="18A0C18B" w14:textId="7D0909DA" w:rsidR="00F71BFA" w:rsidRPr="00207092" w:rsidRDefault="00F71BFA" w:rsidP="001D35F8">
            <w:pPr>
              <w:ind w:left="-57" w:right="-57"/>
              <w:jc w:val="center"/>
              <w:rPr>
                <w:rFonts w:ascii="Roboto Condensed" w:hAnsi="Roboto Condensed"/>
                <w:b/>
                <w:bCs/>
                <w:sz w:val="18"/>
                <w:szCs w:val="18"/>
              </w:rPr>
            </w:pPr>
            <w:r w:rsidRPr="00207092">
              <w:rPr>
                <w:rFonts w:ascii="Roboto Condensed" w:hAnsi="Roboto Condensed"/>
                <w:b/>
                <w:bCs/>
                <w:sz w:val="18"/>
                <w:szCs w:val="18"/>
              </w:rPr>
              <w:t xml:space="preserve">Miejscowość </w:t>
            </w:r>
            <w:r w:rsidRPr="00207092">
              <w:rPr>
                <w:rFonts w:ascii="Roboto Condensed" w:hAnsi="Roboto Condensed"/>
                <w:b/>
                <w:bCs/>
                <w:sz w:val="18"/>
                <w:szCs w:val="18"/>
              </w:rPr>
              <w:br/>
              <w:t>i numer stanowiska</w:t>
            </w:r>
          </w:p>
        </w:tc>
        <w:tc>
          <w:tcPr>
            <w:tcW w:w="1134" w:type="dxa"/>
          </w:tcPr>
          <w:p w14:paraId="6A2D9E87" w14:textId="77777777" w:rsidR="00F71BFA" w:rsidRPr="00207092" w:rsidRDefault="00F71BFA" w:rsidP="001D35F8">
            <w:pPr>
              <w:ind w:left="-57" w:right="-57"/>
              <w:jc w:val="center"/>
              <w:rPr>
                <w:rFonts w:ascii="Roboto Condensed" w:hAnsi="Roboto Condensed"/>
                <w:b/>
                <w:bCs/>
                <w:sz w:val="18"/>
                <w:szCs w:val="18"/>
              </w:rPr>
            </w:pPr>
            <w:r w:rsidRPr="00207092">
              <w:rPr>
                <w:rFonts w:ascii="Roboto Condensed" w:hAnsi="Roboto Condensed"/>
                <w:b/>
                <w:bCs/>
                <w:sz w:val="18"/>
                <w:szCs w:val="18"/>
              </w:rPr>
              <w:t>Obszar AZP i nr stanowiska na obszarze</w:t>
            </w:r>
          </w:p>
        </w:tc>
        <w:tc>
          <w:tcPr>
            <w:tcW w:w="3969" w:type="dxa"/>
          </w:tcPr>
          <w:p w14:paraId="73278140" w14:textId="77777777" w:rsidR="00F71BFA" w:rsidRPr="00207092" w:rsidRDefault="00F71BFA" w:rsidP="001D35F8">
            <w:pPr>
              <w:ind w:left="-57" w:right="-57"/>
              <w:jc w:val="center"/>
              <w:rPr>
                <w:rFonts w:ascii="Roboto Condensed" w:hAnsi="Roboto Condensed"/>
                <w:b/>
                <w:bCs/>
                <w:sz w:val="18"/>
                <w:szCs w:val="18"/>
              </w:rPr>
            </w:pPr>
            <w:r w:rsidRPr="00207092">
              <w:rPr>
                <w:rFonts w:ascii="Roboto Condensed" w:hAnsi="Roboto Condensed"/>
                <w:b/>
                <w:bCs/>
                <w:sz w:val="18"/>
                <w:szCs w:val="18"/>
              </w:rPr>
              <w:t>Charakter stanowiska i chronologia</w:t>
            </w:r>
          </w:p>
        </w:tc>
        <w:tc>
          <w:tcPr>
            <w:tcW w:w="1985" w:type="dxa"/>
          </w:tcPr>
          <w:p w14:paraId="1B8C0B1A" w14:textId="77777777" w:rsidR="00F71BFA" w:rsidRPr="009A175C" w:rsidRDefault="00F71BFA" w:rsidP="001D35F8">
            <w:pPr>
              <w:ind w:left="-57" w:right="-57"/>
              <w:jc w:val="center"/>
              <w:rPr>
                <w:rFonts w:ascii="Roboto Condensed" w:hAnsi="Roboto Condensed"/>
                <w:b/>
                <w:bCs/>
                <w:color w:val="EE0000"/>
                <w:sz w:val="18"/>
                <w:szCs w:val="18"/>
              </w:rPr>
            </w:pPr>
            <w:r w:rsidRPr="00CE18D7">
              <w:rPr>
                <w:rFonts w:ascii="Roboto Condensed" w:hAnsi="Roboto Condensed"/>
                <w:b/>
                <w:bCs/>
                <w:sz w:val="18"/>
                <w:szCs w:val="18"/>
              </w:rPr>
              <w:t>Uwagi</w:t>
            </w:r>
          </w:p>
        </w:tc>
      </w:tr>
      <w:tr w:rsidR="00F71BFA" w:rsidRPr="009A175C" w14:paraId="355EFB0E" w14:textId="77777777" w:rsidTr="00D86599">
        <w:trPr>
          <w:cantSplit/>
          <w:trHeight w:val="227"/>
        </w:trPr>
        <w:tc>
          <w:tcPr>
            <w:tcW w:w="457" w:type="dxa"/>
          </w:tcPr>
          <w:p w14:paraId="24EE7B77" w14:textId="77777777" w:rsidR="00F71BFA" w:rsidRPr="00207092" w:rsidRDefault="00F71BFA" w:rsidP="008636AA">
            <w:pPr>
              <w:pStyle w:val="Akapitzlist"/>
              <w:numPr>
                <w:ilvl w:val="0"/>
                <w:numId w:val="1"/>
              </w:numPr>
              <w:rPr>
                <w:rFonts w:ascii="Roboto Condensed" w:hAnsi="Roboto Condensed" w:cs="Arial"/>
                <w:sz w:val="18"/>
                <w:szCs w:val="18"/>
              </w:rPr>
            </w:pPr>
          </w:p>
        </w:tc>
        <w:tc>
          <w:tcPr>
            <w:tcW w:w="1778" w:type="dxa"/>
          </w:tcPr>
          <w:p w14:paraId="6C03377B" w14:textId="2556D507"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Amelin 1</w:t>
            </w:r>
          </w:p>
        </w:tc>
        <w:tc>
          <w:tcPr>
            <w:tcW w:w="1134" w:type="dxa"/>
          </w:tcPr>
          <w:p w14:paraId="52744CD0" w14:textId="0F372D16" w:rsidR="00F71BFA" w:rsidRPr="00207092" w:rsidRDefault="00F71BFA"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081-052/24</w:t>
            </w:r>
          </w:p>
        </w:tc>
        <w:tc>
          <w:tcPr>
            <w:tcW w:w="3969" w:type="dxa"/>
          </w:tcPr>
          <w:p w14:paraId="52B3AD64" w14:textId="706B4427"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 xml:space="preserve">osada / nowożytność </w:t>
            </w:r>
          </w:p>
        </w:tc>
        <w:tc>
          <w:tcPr>
            <w:tcW w:w="1985" w:type="dxa"/>
          </w:tcPr>
          <w:p w14:paraId="3DE28040" w14:textId="02DD2938" w:rsidR="00F71BFA" w:rsidRPr="009A175C" w:rsidRDefault="00F71BFA" w:rsidP="00AC786C">
            <w:pPr>
              <w:ind w:left="-57" w:right="-57"/>
              <w:rPr>
                <w:rFonts w:ascii="Roboto Condensed" w:hAnsi="Roboto Condensed" w:cs="Arial"/>
                <w:color w:val="EE0000"/>
                <w:sz w:val="18"/>
                <w:szCs w:val="18"/>
              </w:rPr>
            </w:pPr>
          </w:p>
        </w:tc>
      </w:tr>
      <w:tr w:rsidR="00F71BFA" w:rsidRPr="009A175C" w14:paraId="44113445" w14:textId="77777777" w:rsidTr="00D86599">
        <w:trPr>
          <w:cantSplit/>
          <w:trHeight w:val="227"/>
        </w:trPr>
        <w:tc>
          <w:tcPr>
            <w:tcW w:w="457" w:type="dxa"/>
          </w:tcPr>
          <w:p w14:paraId="17D21FD4" w14:textId="30B168A0" w:rsidR="00F71BFA" w:rsidRPr="00207092" w:rsidRDefault="00F71BFA" w:rsidP="008636AA">
            <w:pPr>
              <w:pStyle w:val="Akapitzlist"/>
              <w:numPr>
                <w:ilvl w:val="0"/>
                <w:numId w:val="1"/>
              </w:numPr>
              <w:rPr>
                <w:rFonts w:ascii="Roboto Condensed" w:hAnsi="Roboto Condensed" w:cs="Arial"/>
                <w:sz w:val="18"/>
                <w:szCs w:val="18"/>
              </w:rPr>
            </w:pPr>
            <w:r w:rsidRPr="00207092">
              <w:rPr>
                <w:rFonts w:ascii="Roboto Condensed" w:hAnsi="Roboto Condensed" w:cs="Arial"/>
                <w:sz w:val="20"/>
                <w:szCs w:val="20"/>
              </w:rPr>
              <w:t>1</w:t>
            </w:r>
          </w:p>
        </w:tc>
        <w:tc>
          <w:tcPr>
            <w:tcW w:w="1778" w:type="dxa"/>
          </w:tcPr>
          <w:p w14:paraId="731BD663" w14:textId="3A2A3958" w:rsidR="00F71BFA" w:rsidRPr="00207092" w:rsidRDefault="00F71BFA" w:rsidP="00AC786C">
            <w:pPr>
              <w:ind w:left="-57" w:right="-57"/>
              <w:rPr>
                <w:rFonts w:ascii="Roboto Condensed" w:hAnsi="Roboto Condensed" w:cs="Arial"/>
                <w:sz w:val="18"/>
                <w:szCs w:val="18"/>
              </w:rPr>
            </w:pPr>
            <w:proofErr w:type="spellStart"/>
            <w:r w:rsidRPr="00207092">
              <w:rPr>
                <w:rFonts w:ascii="Roboto Condensed" w:hAnsi="Roboto Condensed" w:cs="Arial"/>
                <w:sz w:val="18"/>
                <w:szCs w:val="18"/>
              </w:rPr>
              <w:t>Bajkowizna</w:t>
            </w:r>
            <w:proofErr w:type="spellEnd"/>
            <w:r w:rsidRPr="00207092">
              <w:rPr>
                <w:rFonts w:ascii="Roboto Condensed" w:hAnsi="Roboto Condensed" w:cs="Arial"/>
                <w:sz w:val="18"/>
                <w:szCs w:val="18"/>
              </w:rPr>
              <w:t xml:space="preserve"> 1</w:t>
            </w:r>
          </w:p>
        </w:tc>
        <w:tc>
          <w:tcPr>
            <w:tcW w:w="1134" w:type="dxa"/>
          </w:tcPr>
          <w:p w14:paraId="0DFC9405" w14:textId="00E6B931" w:rsidR="00F71BFA" w:rsidRPr="00207092" w:rsidRDefault="00F71BFA"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082-052/5</w:t>
            </w:r>
          </w:p>
        </w:tc>
        <w:tc>
          <w:tcPr>
            <w:tcW w:w="3969" w:type="dxa"/>
          </w:tcPr>
          <w:p w14:paraId="2DC747A1" w14:textId="190F0624"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osada / średniowiecze - wczesne</w:t>
            </w:r>
          </w:p>
        </w:tc>
        <w:tc>
          <w:tcPr>
            <w:tcW w:w="1985" w:type="dxa"/>
          </w:tcPr>
          <w:p w14:paraId="7AFC81EC" w14:textId="79830A9A" w:rsidR="00F71BFA" w:rsidRPr="009A175C" w:rsidRDefault="00F71BFA" w:rsidP="00AC786C">
            <w:pPr>
              <w:ind w:left="-57" w:right="-57"/>
              <w:rPr>
                <w:rFonts w:ascii="Roboto Condensed" w:hAnsi="Roboto Condensed" w:cs="Arial"/>
                <w:color w:val="EE0000"/>
                <w:sz w:val="18"/>
                <w:szCs w:val="18"/>
              </w:rPr>
            </w:pPr>
          </w:p>
        </w:tc>
      </w:tr>
      <w:tr w:rsidR="00F71BFA" w:rsidRPr="009A175C" w14:paraId="06407540" w14:textId="77777777" w:rsidTr="00D86599">
        <w:trPr>
          <w:cantSplit/>
          <w:trHeight w:val="227"/>
        </w:trPr>
        <w:tc>
          <w:tcPr>
            <w:tcW w:w="457" w:type="dxa"/>
          </w:tcPr>
          <w:p w14:paraId="630F0684" w14:textId="5680DFCD" w:rsidR="00F71BFA" w:rsidRPr="00207092" w:rsidRDefault="00F71BFA" w:rsidP="008636AA">
            <w:pPr>
              <w:pStyle w:val="Akapitzlist"/>
              <w:numPr>
                <w:ilvl w:val="0"/>
                <w:numId w:val="1"/>
              </w:numPr>
              <w:rPr>
                <w:rFonts w:ascii="Roboto Condensed" w:hAnsi="Roboto Condensed" w:cs="Arial"/>
                <w:sz w:val="18"/>
                <w:szCs w:val="18"/>
              </w:rPr>
            </w:pPr>
            <w:r w:rsidRPr="00207092">
              <w:rPr>
                <w:rFonts w:ascii="Roboto Condensed" w:hAnsi="Roboto Condensed" w:cs="Arial"/>
                <w:sz w:val="20"/>
                <w:szCs w:val="20"/>
              </w:rPr>
              <w:t>2</w:t>
            </w:r>
          </w:p>
        </w:tc>
        <w:tc>
          <w:tcPr>
            <w:tcW w:w="1778" w:type="dxa"/>
          </w:tcPr>
          <w:p w14:paraId="5279F2C8" w14:textId="210239F0"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Bobry 1a</w:t>
            </w:r>
          </w:p>
        </w:tc>
        <w:tc>
          <w:tcPr>
            <w:tcW w:w="1134" w:type="dxa"/>
          </w:tcPr>
          <w:p w14:paraId="2B63D406" w14:textId="6D758247" w:rsidR="00F71BFA" w:rsidRPr="00207092" w:rsidRDefault="00F71BFA"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082-051/1</w:t>
            </w:r>
          </w:p>
        </w:tc>
        <w:tc>
          <w:tcPr>
            <w:tcW w:w="3969" w:type="dxa"/>
          </w:tcPr>
          <w:p w14:paraId="2FC9BD34" w14:textId="3CEA45A0"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ślad osadniczy / epoka kamienia - neolit</w:t>
            </w:r>
          </w:p>
        </w:tc>
        <w:tc>
          <w:tcPr>
            <w:tcW w:w="1985" w:type="dxa"/>
          </w:tcPr>
          <w:p w14:paraId="76AA81BF" w14:textId="333ABE2B" w:rsidR="00F71BFA" w:rsidRPr="009A175C" w:rsidRDefault="00F71BFA" w:rsidP="00AC786C">
            <w:pPr>
              <w:ind w:left="-57" w:right="-57"/>
              <w:rPr>
                <w:rFonts w:ascii="Roboto Condensed" w:hAnsi="Roboto Condensed" w:cs="Arial"/>
                <w:color w:val="EE0000"/>
                <w:sz w:val="18"/>
                <w:szCs w:val="18"/>
              </w:rPr>
            </w:pPr>
          </w:p>
        </w:tc>
      </w:tr>
      <w:tr w:rsidR="00F71BFA" w:rsidRPr="009A175C" w14:paraId="7D418C7B" w14:textId="77777777" w:rsidTr="00D86599">
        <w:trPr>
          <w:cantSplit/>
          <w:trHeight w:val="227"/>
        </w:trPr>
        <w:tc>
          <w:tcPr>
            <w:tcW w:w="457" w:type="dxa"/>
          </w:tcPr>
          <w:p w14:paraId="71DECB46" w14:textId="29B81E9B" w:rsidR="00F71BFA" w:rsidRPr="00207092" w:rsidRDefault="00F71BFA" w:rsidP="008636AA">
            <w:pPr>
              <w:pStyle w:val="Akapitzlist"/>
              <w:numPr>
                <w:ilvl w:val="0"/>
                <w:numId w:val="1"/>
              </w:numPr>
              <w:rPr>
                <w:rFonts w:ascii="Roboto Condensed" w:hAnsi="Roboto Condensed" w:cs="Arial"/>
                <w:sz w:val="18"/>
                <w:szCs w:val="18"/>
              </w:rPr>
            </w:pPr>
            <w:r w:rsidRPr="00207092">
              <w:rPr>
                <w:rFonts w:ascii="Roboto Condensed" w:hAnsi="Roboto Condensed" w:cs="Arial"/>
                <w:sz w:val="20"/>
                <w:szCs w:val="20"/>
              </w:rPr>
              <w:t>3</w:t>
            </w:r>
          </w:p>
        </w:tc>
        <w:tc>
          <w:tcPr>
            <w:tcW w:w="1778" w:type="dxa"/>
          </w:tcPr>
          <w:p w14:paraId="0B293106" w14:textId="710BA799"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Bobry 1b</w:t>
            </w:r>
          </w:p>
        </w:tc>
        <w:tc>
          <w:tcPr>
            <w:tcW w:w="1134" w:type="dxa"/>
          </w:tcPr>
          <w:p w14:paraId="464A5892" w14:textId="67297AF6" w:rsidR="00F71BFA" w:rsidRPr="00207092" w:rsidRDefault="00F71BFA"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082-051/2</w:t>
            </w:r>
          </w:p>
        </w:tc>
        <w:tc>
          <w:tcPr>
            <w:tcW w:w="3969" w:type="dxa"/>
          </w:tcPr>
          <w:p w14:paraId="2D34A505" w14:textId="3EE164E4"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osada / epoka kamienia</w:t>
            </w:r>
          </w:p>
        </w:tc>
        <w:tc>
          <w:tcPr>
            <w:tcW w:w="1985" w:type="dxa"/>
          </w:tcPr>
          <w:p w14:paraId="664196C2" w14:textId="6F9E4AB7" w:rsidR="00F71BFA" w:rsidRPr="009A175C" w:rsidRDefault="00F71BFA" w:rsidP="00AC786C">
            <w:pPr>
              <w:ind w:left="-57" w:right="-57"/>
              <w:rPr>
                <w:rFonts w:ascii="Roboto Condensed" w:hAnsi="Roboto Condensed" w:cs="Arial"/>
                <w:color w:val="EE0000"/>
                <w:sz w:val="18"/>
                <w:szCs w:val="18"/>
              </w:rPr>
            </w:pPr>
          </w:p>
        </w:tc>
      </w:tr>
      <w:tr w:rsidR="00F71BFA" w:rsidRPr="009A175C" w14:paraId="06AECD7D" w14:textId="77777777" w:rsidTr="00D86599">
        <w:trPr>
          <w:cantSplit/>
          <w:trHeight w:val="227"/>
        </w:trPr>
        <w:tc>
          <w:tcPr>
            <w:tcW w:w="457" w:type="dxa"/>
          </w:tcPr>
          <w:p w14:paraId="56B73C20" w14:textId="4A965C58" w:rsidR="00F71BFA" w:rsidRPr="00207092" w:rsidRDefault="00F71BFA" w:rsidP="008636AA">
            <w:pPr>
              <w:pStyle w:val="Akapitzlist"/>
              <w:numPr>
                <w:ilvl w:val="0"/>
                <w:numId w:val="1"/>
              </w:numPr>
              <w:rPr>
                <w:rFonts w:ascii="Roboto Condensed" w:hAnsi="Roboto Condensed" w:cs="Arial"/>
                <w:sz w:val="18"/>
                <w:szCs w:val="18"/>
              </w:rPr>
            </w:pPr>
            <w:r w:rsidRPr="00207092">
              <w:rPr>
                <w:rFonts w:ascii="Roboto Condensed" w:hAnsi="Roboto Condensed" w:cs="Arial"/>
                <w:sz w:val="20"/>
                <w:szCs w:val="20"/>
              </w:rPr>
              <w:t>4</w:t>
            </w:r>
          </w:p>
        </w:tc>
        <w:tc>
          <w:tcPr>
            <w:tcW w:w="1778" w:type="dxa"/>
          </w:tcPr>
          <w:p w14:paraId="4E8A71C3" w14:textId="00A6F8B8"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Bobry 2</w:t>
            </w:r>
          </w:p>
        </w:tc>
        <w:tc>
          <w:tcPr>
            <w:tcW w:w="1134" w:type="dxa"/>
          </w:tcPr>
          <w:p w14:paraId="303B3363" w14:textId="20A06524" w:rsidR="00F71BFA" w:rsidRPr="00207092" w:rsidRDefault="00F71BFA"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082-051/3</w:t>
            </w:r>
          </w:p>
        </w:tc>
        <w:tc>
          <w:tcPr>
            <w:tcW w:w="3969" w:type="dxa"/>
          </w:tcPr>
          <w:p w14:paraId="2DCCABBD" w14:textId="69C1D65C"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osada / epoka kamienia</w:t>
            </w:r>
          </w:p>
        </w:tc>
        <w:tc>
          <w:tcPr>
            <w:tcW w:w="1985" w:type="dxa"/>
          </w:tcPr>
          <w:p w14:paraId="36556FCD" w14:textId="26A5392E" w:rsidR="00F71BFA" w:rsidRPr="009A175C" w:rsidRDefault="00F71BFA" w:rsidP="00AC786C">
            <w:pPr>
              <w:ind w:left="-57" w:right="-57"/>
              <w:rPr>
                <w:rFonts w:ascii="Roboto Condensed" w:hAnsi="Roboto Condensed" w:cs="Arial"/>
                <w:color w:val="EE0000"/>
                <w:sz w:val="18"/>
                <w:szCs w:val="18"/>
              </w:rPr>
            </w:pPr>
          </w:p>
        </w:tc>
      </w:tr>
      <w:tr w:rsidR="00F71BFA" w:rsidRPr="009A175C" w14:paraId="21554B03" w14:textId="77777777" w:rsidTr="00D86599">
        <w:trPr>
          <w:cantSplit/>
          <w:trHeight w:val="227"/>
        </w:trPr>
        <w:tc>
          <w:tcPr>
            <w:tcW w:w="457" w:type="dxa"/>
          </w:tcPr>
          <w:p w14:paraId="7B0DE8DB" w14:textId="6D32BE67" w:rsidR="00F71BFA" w:rsidRPr="00207092" w:rsidRDefault="00F71BFA" w:rsidP="008636AA">
            <w:pPr>
              <w:pStyle w:val="Akapitzlist"/>
              <w:numPr>
                <w:ilvl w:val="0"/>
                <w:numId w:val="1"/>
              </w:numPr>
              <w:rPr>
                <w:rFonts w:ascii="Roboto Condensed" w:hAnsi="Roboto Condensed" w:cs="Arial"/>
                <w:sz w:val="18"/>
                <w:szCs w:val="18"/>
              </w:rPr>
            </w:pPr>
            <w:r w:rsidRPr="00207092">
              <w:rPr>
                <w:rFonts w:ascii="Roboto Condensed" w:hAnsi="Roboto Condensed" w:cs="Arial"/>
                <w:sz w:val="20"/>
                <w:szCs w:val="20"/>
              </w:rPr>
              <w:t>5</w:t>
            </w:r>
          </w:p>
        </w:tc>
        <w:tc>
          <w:tcPr>
            <w:tcW w:w="1778" w:type="dxa"/>
          </w:tcPr>
          <w:p w14:paraId="5FAB1F74" w14:textId="066EE1C5"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Bobry 3</w:t>
            </w:r>
          </w:p>
        </w:tc>
        <w:tc>
          <w:tcPr>
            <w:tcW w:w="1134" w:type="dxa"/>
          </w:tcPr>
          <w:p w14:paraId="42E295C2" w14:textId="66D7EA80" w:rsidR="00F71BFA" w:rsidRPr="00207092" w:rsidRDefault="00F71BFA"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082-051/4</w:t>
            </w:r>
          </w:p>
        </w:tc>
        <w:tc>
          <w:tcPr>
            <w:tcW w:w="3969" w:type="dxa"/>
          </w:tcPr>
          <w:p w14:paraId="294C4DB6" w14:textId="5B93C4E7"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osada / epoka kamienia</w:t>
            </w:r>
          </w:p>
        </w:tc>
        <w:tc>
          <w:tcPr>
            <w:tcW w:w="1985" w:type="dxa"/>
          </w:tcPr>
          <w:p w14:paraId="2034B6CB" w14:textId="2B8F665D" w:rsidR="00F71BFA" w:rsidRPr="009A175C" w:rsidRDefault="00F71BFA" w:rsidP="00AC786C">
            <w:pPr>
              <w:ind w:left="-57" w:right="-57"/>
              <w:rPr>
                <w:rFonts w:ascii="Roboto Condensed" w:hAnsi="Roboto Condensed" w:cs="Arial"/>
                <w:color w:val="EE0000"/>
                <w:sz w:val="18"/>
                <w:szCs w:val="18"/>
              </w:rPr>
            </w:pPr>
          </w:p>
        </w:tc>
      </w:tr>
      <w:tr w:rsidR="00F71BFA" w:rsidRPr="009A175C" w14:paraId="14972AF0" w14:textId="77777777" w:rsidTr="00D86599">
        <w:trPr>
          <w:cantSplit/>
          <w:trHeight w:val="227"/>
        </w:trPr>
        <w:tc>
          <w:tcPr>
            <w:tcW w:w="457" w:type="dxa"/>
          </w:tcPr>
          <w:p w14:paraId="602B6D95" w14:textId="5C683370" w:rsidR="00F71BFA" w:rsidRPr="00207092" w:rsidRDefault="00F71BFA" w:rsidP="008636AA">
            <w:pPr>
              <w:pStyle w:val="Akapitzlist"/>
              <w:numPr>
                <w:ilvl w:val="0"/>
                <w:numId w:val="1"/>
              </w:numPr>
              <w:rPr>
                <w:rFonts w:ascii="Roboto Condensed" w:hAnsi="Roboto Condensed" w:cs="Arial"/>
                <w:sz w:val="18"/>
                <w:szCs w:val="18"/>
              </w:rPr>
            </w:pPr>
            <w:r w:rsidRPr="00207092">
              <w:rPr>
                <w:rFonts w:ascii="Roboto Condensed" w:hAnsi="Roboto Condensed" w:cs="Arial"/>
                <w:sz w:val="20"/>
                <w:szCs w:val="20"/>
              </w:rPr>
              <w:t>6</w:t>
            </w:r>
          </w:p>
        </w:tc>
        <w:tc>
          <w:tcPr>
            <w:tcW w:w="1778" w:type="dxa"/>
          </w:tcPr>
          <w:p w14:paraId="7D17CF82" w14:textId="63C66296"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Bobry 5</w:t>
            </w:r>
          </w:p>
        </w:tc>
        <w:tc>
          <w:tcPr>
            <w:tcW w:w="1134" w:type="dxa"/>
          </w:tcPr>
          <w:p w14:paraId="15809B06" w14:textId="4CC10C01" w:rsidR="00F71BFA" w:rsidRPr="00207092" w:rsidRDefault="00F71BFA"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082-051/37</w:t>
            </w:r>
          </w:p>
        </w:tc>
        <w:tc>
          <w:tcPr>
            <w:tcW w:w="3969" w:type="dxa"/>
          </w:tcPr>
          <w:p w14:paraId="01C80522" w14:textId="18ABEF07"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osada / nowożytność</w:t>
            </w:r>
          </w:p>
        </w:tc>
        <w:tc>
          <w:tcPr>
            <w:tcW w:w="1985" w:type="dxa"/>
          </w:tcPr>
          <w:p w14:paraId="606B6F3C" w14:textId="3756D0A8" w:rsidR="00F71BFA" w:rsidRPr="009A175C" w:rsidRDefault="00F71BFA" w:rsidP="00AC786C">
            <w:pPr>
              <w:ind w:left="-57" w:right="-57"/>
              <w:rPr>
                <w:rFonts w:ascii="Roboto Condensed" w:hAnsi="Roboto Condensed" w:cs="Arial"/>
                <w:color w:val="EE0000"/>
                <w:sz w:val="18"/>
                <w:szCs w:val="18"/>
              </w:rPr>
            </w:pPr>
          </w:p>
        </w:tc>
      </w:tr>
      <w:tr w:rsidR="00F71BFA" w:rsidRPr="009A175C" w14:paraId="5E379412" w14:textId="77777777" w:rsidTr="00D86599">
        <w:trPr>
          <w:cantSplit/>
          <w:trHeight w:val="227"/>
        </w:trPr>
        <w:tc>
          <w:tcPr>
            <w:tcW w:w="457" w:type="dxa"/>
          </w:tcPr>
          <w:p w14:paraId="06570060" w14:textId="08AE475C" w:rsidR="00F71BFA" w:rsidRPr="00207092" w:rsidRDefault="00F71BFA" w:rsidP="008636AA">
            <w:pPr>
              <w:pStyle w:val="Akapitzlist"/>
              <w:numPr>
                <w:ilvl w:val="0"/>
                <w:numId w:val="1"/>
              </w:numPr>
              <w:rPr>
                <w:rFonts w:ascii="Roboto Condensed" w:hAnsi="Roboto Condensed" w:cs="Arial"/>
                <w:sz w:val="18"/>
                <w:szCs w:val="18"/>
              </w:rPr>
            </w:pPr>
            <w:r w:rsidRPr="00207092">
              <w:rPr>
                <w:rFonts w:ascii="Roboto Condensed" w:hAnsi="Roboto Condensed" w:cs="Arial"/>
                <w:sz w:val="20"/>
                <w:szCs w:val="20"/>
              </w:rPr>
              <w:lastRenderedPageBreak/>
              <w:t>7</w:t>
            </w:r>
          </w:p>
        </w:tc>
        <w:tc>
          <w:tcPr>
            <w:tcW w:w="1778" w:type="dxa"/>
          </w:tcPr>
          <w:p w14:paraId="52B6056B" w14:textId="163F5B8F"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Bobry 6</w:t>
            </w:r>
          </w:p>
        </w:tc>
        <w:tc>
          <w:tcPr>
            <w:tcW w:w="1134" w:type="dxa"/>
          </w:tcPr>
          <w:p w14:paraId="2BFAA999" w14:textId="17A83B38" w:rsidR="00F71BFA" w:rsidRPr="00207092" w:rsidRDefault="00F71BFA"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082-051/38</w:t>
            </w:r>
          </w:p>
        </w:tc>
        <w:tc>
          <w:tcPr>
            <w:tcW w:w="3969" w:type="dxa"/>
          </w:tcPr>
          <w:p w14:paraId="70012D88" w14:textId="514CCE30"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osada / nowożytność</w:t>
            </w:r>
          </w:p>
        </w:tc>
        <w:tc>
          <w:tcPr>
            <w:tcW w:w="1985" w:type="dxa"/>
          </w:tcPr>
          <w:p w14:paraId="493DAD8B" w14:textId="188F92D4" w:rsidR="00F71BFA" w:rsidRPr="009A175C" w:rsidRDefault="00F71BFA" w:rsidP="00AC786C">
            <w:pPr>
              <w:ind w:left="-57" w:right="-57"/>
              <w:rPr>
                <w:rFonts w:ascii="Roboto Condensed" w:hAnsi="Roboto Condensed" w:cs="Arial"/>
                <w:color w:val="EE0000"/>
                <w:sz w:val="18"/>
                <w:szCs w:val="18"/>
              </w:rPr>
            </w:pPr>
          </w:p>
        </w:tc>
      </w:tr>
      <w:tr w:rsidR="00F71BFA" w:rsidRPr="009A175C" w14:paraId="00AAA664" w14:textId="77777777" w:rsidTr="00D86599">
        <w:trPr>
          <w:cantSplit/>
          <w:trHeight w:val="227"/>
        </w:trPr>
        <w:tc>
          <w:tcPr>
            <w:tcW w:w="457" w:type="dxa"/>
          </w:tcPr>
          <w:p w14:paraId="153869EE" w14:textId="720C3633" w:rsidR="00F71BFA" w:rsidRPr="00207092" w:rsidRDefault="00F71BFA" w:rsidP="008636AA">
            <w:pPr>
              <w:pStyle w:val="Akapitzlist"/>
              <w:numPr>
                <w:ilvl w:val="0"/>
                <w:numId w:val="1"/>
              </w:numPr>
              <w:rPr>
                <w:rFonts w:ascii="Roboto Condensed" w:hAnsi="Roboto Condensed" w:cs="Arial"/>
                <w:sz w:val="18"/>
                <w:szCs w:val="18"/>
              </w:rPr>
            </w:pPr>
            <w:r w:rsidRPr="00207092">
              <w:rPr>
                <w:rFonts w:ascii="Roboto Condensed" w:hAnsi="Roboto Condensed" w:cs="Arial"/>
                <w:sz w:val="20"/>
                <w:szCs w:val="20"/>
              </w:rPr>
              <w:t>8</w:t>
            </w:r>
          </w:p>
        </w:tc>
        <w:tc>
          <w:tcPr>
            <w:tcW w:w="1778" w:type="dxa"/>
          </w:tcPr>
          <w:p w14:paraId="30449ED0" w14:textId="130F72EE"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Bobry 7</w:t>
            </w:r>
          </w:p>
        </w:tc>
        <w:tc>
          <w:tcPr>
            <w:tcW w:w="1134" w:type="dxa"/>
          </w:tcPr>
          <w:p w14:paraId="538D52C0" w14:textId="52B8D7D2" w:rsidR="00F71BFA" w:rsidRPr="00207092" w:rsidRDefault="00F71BFA"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082-051/39</w:t>
            </w:r>
          </w:p>
        </w:tc>
        <w:tc>
          <w:tcPr>
            <w:tcW w:w="3969" w:type="dxa"/>
          </w:tcPr>
          <w:p w14:paraId="6FAC6AA3" w14:textId="39709005"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osada / nowożytność</w:t>
            </w:r>
          </w:p>
        </w:tc>
        <w:tc>
          <w:tcPr>
            <w:tcW w:w="1985" w:type="dxa"/>
          </w:tcPr>
          <w:p w14:paraId="10AAB9E8" w14:textId="570081AB" w:rsidR="00F71BFA" w:rsidRPr="009A175C" w:rsidRDefault="00F71BFA" w:rsidP="00AC786C">
            <w:pPr>
              <w:ind w:left="-57" w:right="-57"/>
              <w:rPr>
                <w:rFonts w:ascii="Roboto Condensed" w:hAnsi="Roboto Condensed" w:cs="Arial"/>
                <w:color w:val="EE0000"/>
                <w:sz w:val="18"/>
                <w:szCs w:val="18"/>
              </w:rPr>
            </w:pPr>
          </w:p>
        </w:tc>
      </w:tr>
      <w:tr w:rsidR="00F71BFA" w:rsidRPr="009A175C" w14:paraId="45012ECF" w14:textId="77777777" w:rsidTr="00D86599">
        <w:trPr>
          <w:cantSplit/>
          <w:trHeight w:val="227"/>
        </w:trPr>
        <w:tc>
          <w:tcPr>
            <w:tcW w:w="457" w:type="dxa"/>
          </w:tcPr>
          <w:p w14:paraId="2DBE0B24" w14:textId="5C03A124" w:rsidR="00F71BFA" w:rsidRPr="00207092" w:rsidRDefault="00F71BFA" w:rsidP="008636AA">
            <w:pPr>
              <w:pStyle w:val="Akapitzlist"/>
              <w:numPr>
                <w:ilvl w:val="0"/>
                <w:numId w:val="1"/>
              </w:numPr>
              <w:rPr>
                <w:rFonts w:ascii="Roboto Condensed" w:hAnsi="Roboto Condensed" w:cs="Arial"/>
                <w:sz w:val="18"/>
                <w:szCs w:val="18"/>
              </w:rPr>
            </w:pPr>
            <w:r w:rsidRPr="00207092">
              <w:rPr>
                <w:rFonts w:ascii="Roboto Condensed" w:hAnsi="Roboto Condensed" w:cs="Arial"/>
                <w:sz w:val="20"/>
                <w:szCs w:val="20"/>
              </w:rPr>
              <w:t>9</w:t>
            </w:r>
          </w:p>
        </w:tc>
        <w:tc>
          <w:tcPr>
            <w:tcW w:w="1778" w:type="dxa"/>
          </w:tcPr>
          <w:p w14:paraId="6EBE427D" w14:textId="15FF0E47"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Bobry 8</w:t>
            </w:r>
          </w:p>
        </w:tc>
        <w:tc>
          <w:tcPr>
            <w:tcW w:w="1134" w:type="dxa"/>
          </w:tcPr>
          <w:p w14:paraId="140995A9" w14:textId="74D373DC" w:rsidR="00F71BFA" w:rsidRPr="00207092" w:rsidRDefault="00F71BFA"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082-051/40</w:t>
            </w:r>
          </w:p>
        </w:tc>
        <w:tc>
          <w:tcPr>
            <w:tcW w:w="3969" w:type="dxa"/>
          </w:tcPr>
          <w:p w14:paraId="1560F396" w14:textId="118A94EB" w:rsidR="00F71BFA" w:rsidRPr="00207092" w:rsidRDefault="00F71BFA" w:rsidP="00AC786C">
            <w:pPr>
              <w:ind w:left="-57" w:right="-57"/>
              <w:rPr>
                <w:rFonts w:ascii="Roboto Condensed" w:hAnsi="Roboto Condensed" w:cs="Arial"/>
                <w:sz w:val="18"/>
                <w:szCs w:val="18"/>
              </w:rPr>
            </w:pPr>
            <w:r w:rsidRPr="00207092">
              <w:rPr>
                <w:rFonts w:ascii="Roboto Condensed" w:hAnsi="Roboto Condensed" w:cs="Arial"/>
                <w:sz w:val="18"/>
                <w:szCs w:val="18"/>
              </w:rPr>
              <w:t>ślad osadniczy / epoka kamienia</w:t>
            </w:r>
          </w:p>
        </w:tc>
        <w:tc>
          <w:tcPr>
            <w:tcW w:w="1985" w:type="dxa"/>
          </w:tcPr>
          <w:p w14:paraId="586F684D" w14:textId="497B4EDE" w:rsidR="00F71BFA" w:rsidRPr="009A175C" w:rsidRDefault="00F71BFA" w:rsidP="00AC786C">
            <w:pPr>
              <w:ind w:left="-57" w:right="-57"/>
              <w:rPr>
                <w:rFonts w:ascii="Roboto Condensed" w:hAnsi="Roboto Condensed" w:cs="Arial"/>
                <w:color w:val="EE0000"/>
                <w:sz w:val="18"/>
                <w:szCs w:val="18"/>
              </w:rPr>
            </w:pPr>
          </w:p>
        </w:tc>
      </w:tr>
      <w:tr w:rsidR="00AC786C" w:rsidRPr="009A175C" w14:paraId="42432357" w14:textId="77777777" w:rsidTr="00D86599">
        <w:trPr>
          <w:cantSplit/>
          <w:trHeight w:val="227"/>
        </w:trPr>
        <w:tc>
          <w:tcPr>
            <w:tcW w:w="457" w:type="dxa"/>
          </w:tcPr>
          <w:p w14:paraId="60F26ECB" w14:textId="77777777" w:rsidR="00AC786C" w:rsidRPr="00207092" w:rsidRDefault="00AC786C" w:rsidP="008636AA">
            <w:pPr>
              <w:pStyle w:val="Akapitzlist"/>
              <w:numPr>
                <w:ilvl w:val="0"/>
                <w:numId w:val="1"/>
              </w:numPr>
              <w:rPr>
                <w:rFonts w:ascii="Roboto Condensed" w:hAnsi="Roboto Condensed" w:cs="Arial"/>
                <w:sz w:val="20"/>
                <w:szCs w:val="20"/>
              </w:rPr>
            </w:pPr>
          </w:p>
        </w:tc>
        <w:tc>
          <w:tcPr>
            <w:tcW w:w="1778" w:type="dxa"/>
          </w:tcPr>
          <w:p w14:paraId="4F915E20" w14:textId="3CB9682F"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Dąbrówka 1</w:t>
            </w:r>
          </w:p>
        </w:tc>
        <w:tc>
          <w:tcPr>
            <w:tcW w:w="1134" w:type="dxa"/>
          </w:tcPr>
          <w:p w14:paraId="16D4DF8C" w14:textId="2FDEB1F0" w:rsidR="00AC786C" w:rsidRPr="00207092" w:rsidRDefault="00AC786C"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082-051/5</w:t>
            </w:r>
          </w:p>
        </w:tc>
        <w:tc>
          <w:tcPr>
            <w:tcW w:w="3969" w:type="dxa"/>
          </w:tcPr>
          <w:p w14:paraId="7F90C33D" w14:textId="0D5D017B"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osada / epoka kamienia</w:t>
            </w:r>
          </w:p>
        </w:tc>
        <w:tc>
          <w:tcPr>
            <w:tcW w:w="1985" w:type="dxa"/>
          </w:tcPr>
          <w:p w14:paraId="6F9F0301" w14:textId="77777777" w:rsidR="00AC786C" w:rsidRPr="009A175C" w:rsidRDefault="00AC786C" w:rsidP="00AC786C">
            <w:pPr>
              <w:ind w:left="-57" w:right="-57"/>
              <w:rPr>
                <w:rFonts w:ascii="Roboto Condensed" w:hAnsi="Roboto Condensed" w:cs="Arial"/>
                <w:color w:val="EE0000"/>
                <w:sz w:val="18"/>
                <w:szCs w:val="18"/>
              </w:rPr>
            </w:pPr>
          </w:p>
        </w:tc>
      </w:tr>
      <w:tr w:rsidR="00AC786C" w:rsidRPr="009A175C" w14:paraId="0382BA08" w14:textId="77777777" w:rsidTr="00D86599">
        <w:trPr>
          <w:cantSplit/>
          <w:trHeight w:val="227"/>
        </w:trPr>
        <w:tc>
          <w:tcPr>
            <w:tcW w:w="457" w:type="dxa"/>
          </w:tcPr>
          <w:p w14:paraId="6DD83F94" w14:textId="77777777" w:rsidR="00AC786C" w:rsidRPr="00207092" w:rsidRDefault="00AC786C" w:rsidP="008636AA">
            <w:pPr>
              <w:pStyle w:val="Akapitzlist"/>
              <w:numPr>
                <w:ilvl w:val="0"/>
                <w:numId w:val="1"/>
              </w:numPr>
              <w:rPr>
                <w:rFonts w:ascii="Roboto Condensed" w:hAnsi="Roboto Condensed" w:cs="Arial"/>
                <w:sz w:val="20"/>
                <w:szCs w:val="20"/>
              </w:rPr>
            </w:pPr>
          </w:p>
        </w:tc>
        <w:tc>
          <w:tcPr>
            <w:tcW w:w="1778" w:type="dxa"/>
          </w:tcPr>
          <w:p w14:paraId="1C0BF925" w14:textId="3041EED7"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Dąbrówka 2</w:t>
            </w:r>
          </w:p>
        </w:tc>
        <w:tc>
          <w:tcPr>
            <w:tcW w:w="1134" w:type="dxa"/>
          </w:tcPr>
          <w:p w14:paraId="1261B4F8" w14:textId="6C748073" w:rsidR="00AC786C" w:rsidRPr="00207092" w:rsidRDefault="00AC786C"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082-051/6</w:t>
            </w:r>
          </w:p>
        </w:tc>
        <w:tc>
          <w:tcPr>
            <w:tcW w:w="3969" w:type="dxa"/>
          </w:tcPr>
          <w:p w14:paraId="49684E3B" w14:textId="72A03DF2"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znalezisko luźne / średniowiecze - wczesne</w:t>
            </w:r>
          </w:p>
        </w:tc>
        <w:tc>
          <w:tcPr>
            <w:tcW w:w="1985" w:type="dxa"/>
          </w:tcPr>
          <w:p w14:paraId="418E19DB" w14:textId="77777777" w:rsidR="00AC786C" w:rsidRPr="009A175C" w:rsidRDefault="00AC786C" w:rsidP="00AC786C">
            <w:pPr>
              <w:ind w:left="-57" w:right="-57"/>
              <w:rPr>
                <w:rFonts w:ascii="Roboto Condensed" w:hAnsi="Roboto Condensed" w:cs="Arial"/>
                <w:color w:val="EE0000"/>
                <w:sz w:val="18"/>
                <w:szCs w:val="18"/>
              </w:rPr>
            </w:pPr>
          </w:p>
        </w:tc>
      </w:tr>
      <w:tr w:rsidR="00AC786C" w:rsidRPr="009A175C" w14:paraId="1F04E514" w14:textId="77777777" w:rsidTr="00D86599">
        <w:trPr>
          <w:cantSplit/>
          <w:trHeight w:val="227"/>
        </w:trPr>
        <w:tc>
          <w:tcPr>
            <w:tcW w:w="457" w:type="dxa"/>
          </w:tcPr>
          <w:p w14:paraId="492785B8" w14:textId="77777777" w:rsidR="00AC786C" w:rsidRPr="00207092" w:rsidRDefault="00AC786C" w:rsidP="008636AA">
            <w:pPr>
              <w:pStyle w:val="Akapitzlist"/>
              <w:numPr>
                <w:ilvl w:val="0"/>
                <w:numId w:val="1"/>
              </w:numPr>
              <w:rPr>
                <w:rFonts w:ascii="Roboto Condensed" w:hAnsi="Roboto Condensed" w:cs="Arial"/>
                <w:sz w:val="20"/>
                <w:szCs w:val="20"/>
              </w:rPr>
            </w:pPr>
          </w:p>
        </w:tc>
        <w:tc>
          <w:tcPr>
            <w:tcW w:w="1778" w:type="dxa"/>
          </w:tcPr>
          <w:p w14:paraId="0C41C242" w14:textId="19BD96F8"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Dąbrówka 3</w:t>
            </w:r>
          </w:p>
        </w:tc>
        <w:tc>
          <w:tcPr>
            <w:tcW w:w="1134" w:type="dxa"/>
          </w:tcPr>
          <w:p w14:paraId="51C60C5B" w14:textId="19555ECB" w:rsidR="00AC786C" w:rsidRPr="00207092" w:rsidRDefault="00AC786C"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082-051/15</w:t>
            </w:r>
          </w:p>
        </w:tc>
        <w:tc>
          <w:tcPr>
            <w:tcW w:w="3969" w:type="dxa"/>
          </w:tcPr>
          <w:p w14:paraId="35D4E99C" w14:textId="254C423F"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ślad osadniczy / epoka kamienia</w:t>
            </w:r>
          </w:p>
        </w:tc>
        <w:tc>
          <w:tcPr>
            <w:tcW w:w="1985" w:type="dxa"/>
          </w:tcPr>
          <w:p w14:paraId="4412C463" w14:textId="77777777" w:rsidR="00AC786C" w:rsidRPr="009A175C" w:rsidRDefault="00AC786C" w:rsidP="00AC786C">
            <w:pPr>
              <w:ind w:left="-57" w:right="-57"/>
              <w:rPr>
                <w:rFonts w:ascii="Roboto Condensed" w:hAnsi="Roboto Condensed" w:cs="Arial"/>
                <w:color w:val="EE0000"/>
                <w:sz w:val="18"/>
                <w:szCs w:val="18"/>
              </w:rPr>
            </w:pPr>
          </w:p>
        </w:tc>
      </w:tr>
      <w:tr w:rsidR="00AC786C" w:rsidRPr="009A175C" w14:paraId="5ACB69FD" w14:textId="77777777" w:rsidTr="00D86599">
        <w:trPr>
          <w:cantSplit/>
          <w:trHeight w:val="227"/>
        </w:trPr>
        <w:tc>
          <w:tcPr>
            <w:tcW w:w="457" w:type="dxa"/>
          </w:tcPr>
          <w:p w14:paraId="19D50550" w14:textId="77777777" w:rsidR="00AC786C" w:rsidRPr="00207092" w:rsidRDefault="00AC786C" w:rsidP="008636AA">
            <w:pPr>
              <w:pStyle w:val="Akapitzlist"/>
              <w:numPr>
                <w:ilvl w:val="0"/>
                <w:numId w:val="1"/>
              </w:numPr>
              <w:rPr>
                <w:rFonts w:ascii="Roboto Condensed" w:hAnsi="Roboto Condensed" w:cs="Arial"/>
                <w:sz w:val="20"/>
                <w:szCs w:val="20"/>
              </w:rPr>
            </w:pPr>
          </w:p>
        </w:tc>
        <w:tc>
          <w:tcPr>
            <w:tcW w:w="1778" w:type="dxa"/>
          </w:tcPr>
          <w:p w14:paraId="1C3987C3" w14:textId="703605CD"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Dąbrówka 4</w:t>
            </w:r>
          </w:p>
        </w:tc>
        <w:tc>
          <w:tcPr>
            <w:tcW w:w="1134" w:type="dxa"/>
          </w:tcPr>
          <w:p w14:paraId="6619F212" w14:textId="63898E2B" w:rsidR="00AC786C" w:rsidRPr="00207092" w:rsidRDefault="00AC786C"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082-051/16</w:t>
            </w:r>
          </w:p>
        </w:tc>
        <w:tc>
          <w:tcPr>
            <w:tcW w:w="3969" w:type="dxa"/>
          </w:tcPr>
          <w:p w14:paraId="0C687927" w14:textId="4CEB237A"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ślad osadniczy / epoka kamienia</w:t>
            </w:r>
          </w:p>
        </w:tc>
        <w:tc>
          <w:tcPr>
            <w:tcW w:w="1985" w:type="dxa"/>
          </w:tcPr>
          <w:p w14:paraId="1EFC9421" w14:textId="77777777" w:rsidR="00AC786C" w:rsidRPr="009A175C" w:rsidRDefault="00AC786C" w:rsidP="00AC786C">
            <w:pPr>
              <w:ind w:left="-57" w:right="-57"/>
              <w:rPr>
                <w:rFonts w:ascii="Roboto Condensed" w:hAnsi="Roboto Condensed" w:cs="Arial"/>
                <w:color w:val="EE0000"/>
                <w:sz w:val="18"/>
                <w:szCs w:val="18"/>
              </w:rPr>
            </w:pPr>
          </w:p>
        </w:tc>
      </w:tr>
      <w:tr w:rsidR="00AC786C" w:rsidRPr="009A175C" w14:paraId="4BC545F3" w14:textId="77777777" w:rsidTr="00D86599">
        <w:trPr>
          <w:cantSplit/>
          <w:trHeight w:val="227"/>
        </w:trPr>
        <w:tc>
          <w:tcPr>
            <w:tcW w:w="457" w:type="dxa"/>
          </w:tcPr>
          <w:p w14:paraId="48ADEAFF" w14:textId="77777777" w:rsidR="00AC786C" w:rsidRPr="00207092" w:rsidRDefault="00AC786C" w:rsidP="008636AA">
            <w:pPr>
              <w:pStyle w:val="Akapitzlist"/>
              <w:numPr>
                <w:ilvl w:val="0"/>
                <w:numId w:val="1"/>
              </w:numPr>
              <w:rPr>
                <w:rFonts w:ascii="Roboto Condensed" w:hAnsi="Roboto Condensed" w:cs="Arial"/>
                <w:sz w:val="20"/>
                <w:szCs w:val="20"/>
              </w:rPr>
            </w:pPr>
          </w:p>
        </w:tc>
        <w:tc>
          <w:tcPr>
            <w:tcW w:w="1778" w:type="dxa"/>
          </w:tcPr>
          <w:p w14:paraId="531D1B8B" w14:textId="790D1003"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Dąbrówka 5</w:t>
            </w:r>
          </w:p>
        </w:tc>
        <w:tc>
          <w:tcPr>
            <w:tcW w:w="1134" w:type="dxa"/>
          </w:tcPr>
          <w:p w14:paraId="1EB67459" w14:textId="052C4A0A" w:rsidR="00AC786C" w:rsidRPr="00207092" w:rsidRDefault="00AC786C"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082-051/17</w:t>
            </w:r>
          </w:p>
        </w:tc>
        <w:tc>
          <w:tcPr>
            <w:tcW w:w="3969" w:type="dxa"/>
          </w:tcPr>
          <w:p w14:paraId="589A2D6F" w14:textId="2E3CACEF"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osada / epoka kamienia</w:t>
            </w:r>
          </w:p>
        </w:tc>
        <w:tc>
          <w:tcPr>
            <w:tcW w:w="1985" w:type="dxa"/>
          </w:tcPr>
          <w:p w14:paraId="2DCDD085" w14:textId="77777777" w:rsidR="00AC786C" w:rsidRPr="009A175C" w:rsidRDefault="00AC786C" w:rsidP="00AC786C">
            <w:pPr>
              <w:ind w:left="-57" w:right="-57"/>
              <w:rPr>
                <w:rFonts w:ascii="Roboto Condensed" w:hAnsi="Roboto Condensed" w:cs="Arial"/>
                <w:color w:val="EE0000"/>
                <w:sz w:val="18"/>
                <w:szCs w:val="18"/>
              </w:rPr>
            </w:pPr>
          </w:p>
        </w:tc>
      </w:tr>
      <w:tr w:rsidR="00AC786C" w:rsidRPr="009A175C" w14:paraId="41CEBEB2" w14:textId="77777777" w:rsidTr="00D86599">
        <w:trPr>
          <w:cantSplit/>
          <w:trHeight w:val="227"/>
        </w:trPr>
        <w:tc>
          <w:tcPr>
            <w:tcW w:w="457" w:type="dxa"/>
          </w:tcPr>
          <w:p w14:paraId="6A1947A1" w14:textId="77777777" w:rsidR="00AC786C" w:rsidRPr="00207092" w:rsidRDefault="00AC786C" w:rsidP="008636AA">
            <w:pPr>
              <w:pStyle w:val="Akapitzlist"/>
              <w:numPr>
                <w:ilvl w:val="0"/>
                <w:numId w:val="1"/>
              </w:numPr>
              <w:rPr>
                <w:rFonts w:ascii="Roboto Condensed" w:hAnsi="Roboto Condensed" w:cs="Arial"/>
                <w:sz w:val="20"/>
                <w:szCs w:val="20"/>
              </w:rPr>
            </w:pPr>
          </w:p>
        </w:tc>
        <w:tc>
          <w:tcPr>
            <w:tcW w:w="1778" w:type="dxa"/>
          </w:tcPr>
          <w:p w14:paraId="66DDC8D9" w14:textId="03FCDBCB"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Dąbrówka 6</w:t>
            </w:r>
          </w:p>
        </w:tc>
        <w:tc>
          <w:tcPr>
            <w:tcW w:w="1134" w:type="dxa"/>
          </w:tcPr>
          <w:p w14:paraId="656F131B" w14:textId="1688C035" w:rsidR="00AC786C" w:rsidRPr="00207092" w:rsidRDefault="00AC786C"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082-051/24</w:t>
            </w:r>
          </w:p>
        </w:tc>
        <w:tc>
          <w:tcPr>
            <w:tcW w:w="3969" w:type="dxa"/>
          </w:tcPr>
          <w:p w14:paraId="713CF0AF" w14:textId="4A590105"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osada / nowożytność</w:t>
            </w:r>
          </w:p>
        </w:tc>
        <w:tc>
          <w:tcPr>
            <w:tcW w:w="1985" w:type="dxa"/>
          </w:tcPr>
          <w:p w14:paraId="49EA6FC5" w14:textId="77777777" w:rsidR="00AC786C" w:rsidRPr="009A175C" w:rsidRDefault="00AC786C" w:rsidP="00AC786C">
            <w:pPr>
              <w:ind w:left="-57" w:right="-57"/>
              <w:rPr>
                <w:rFonts w:ascii="Roboto Condensed" w:hAnsi="Roboto Condensed" w:cs="Arial"/>
                <w:color w:val="EE0000"/>
                <w:sz w:val="18"/>
                <w:szCs w:val="18"/>
              </w:rPr>
            </w:pPr>
          </w:p>
        </w:tc>
      </w:tr>
      <w:tr w:rsidR="00AC786C" w:rsidRPr="009A175C" w14:paraId="0CE6D077" w14:textId="77777777" w:rsidTr="00D86599">
        <w:trPr>
          <w:cantSplit/>
          <w:trHeight w:val="227"/>
        </w:trPr>
        <w:tc>
          <w:tcPr>
            <w:tcW w:w="457" w:type="dxa"/>
          </w:tcPr>
          <w:p w14:paraId="7D11BBA4" w14:textId="77777777" w:rsidR="00AC786C" w:rsidRPr="00207092" w:rsidRDefault="00AC786C" w:rsidP="008636AA">
            <w:pPr>
              <w:pStyle w:val="Akapitzlist"/>
              <w:numPr>
                <w:ilvl w:val="0"/>
                <w:numId w:val="1"/>
              </w:numPr>
              <w:rPr>
                <w:rFonts w:ascii="Roboto Condensed" w:hAnsi="Roboto Condensed" w:cs="Arial"/>
                <w:sz w:val="20"/>
                <w:szCs w:val="20"/>
              </w:rPr>
            </w:pPr>
          </w:p>
        </w:tc>
        <w:tc>
          <w:tcPr>
            <w:tcW w:w="1778" w:type="dxa"/>
          </w:tcPr>
          <w:p w14:paraId="2C588BC6" w14:textId="29E51A73"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Dąbrówka 7</w:t>
            </w:r>
          </w:p>
        </w:tc>
        <w:tc>
          <w:tcPr>
            <w:tcW w:w="1134" w:type="dxa"/>
          </w:tcPr>
          <w:p w14:paraId="5BF6F4E2" w14:textId="5534837F" w:rsidR="00AC786C" w:rsidRPr="00207092" w:rsidRDefault="00AC786C"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082-051/25</w:t>
            </w:r>
          </w:p>
        </w:tc>
        <w:tc>
          <w:tcPr>
            <w:tcW w:w="3969" w:type="dxa"/>
          </w:tcPr>
          <w:p w14:paraId="2C1D66A8" w14:textId="6D8FD60F"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ślad osadniczy / epoka brązu - wczesna</w:t>
            </w:r>
          </w:p>
        </w:tc>
        <w:tc>
          <w:tcPr>
            <w:tcW w:w="1985" w:type="dxa"/>
          </w:tcPr>
          <w:p w14:paraId="7EF80BBA" w14:textId="77777777" w:rsidR="00AC786C" w:rsidRPr="009A175C" w:rsidRDefault="00AC786C" w:rsidP="00AC786C">
            <w:pPr>
              <w:ind w:left="-57" w:right="-57"/>
              <w:rPr>
                <w:rFonts w:ascii="Roboto Condensed" w:hAnsi="Roboto Condensed" w:cs="Arial"/>
                <w:color w:val="EE0000"/>
                <w:sz w:val="18"/>
                <w:szCs w:val="18"/>
              </w:rPr>
            </w:pPr>
          </w:p>
        </w:tc>
      </w:tr>
      <w:tr w:rsidR="00AC786C" w:rsidRPr="009A175C" w14:paraId="33C24C15" w14:textId="77777777" w:rsidTr="00D86599">
        <w:trPr>
          <w:cantSplit/>
          <w:trHeight w:val="227"/>
        </w:trPr>
        <w:tc>
          <w:tcPr>
            <w:tcW w:w="457" w:type="dxa"/>
          </w:tcPr>
          <w:p w14:paraId="0DD81C4E" w14:textId="77777777" w:rsidR="00AC786C" w:rsidRPr="00207092" w:rsidRDefault="00AC786C" w:rsidP="008636AA">
            <w:pPr>
              <w:pStyle w:val="Akapitzlist"/>
              <w:numPr>
                <w:ilvl w:val="0"/>
                <w:numId w:val="1"/>
              </w:numPr>
              <w:rPr>
                <w:rFonts w:ascii="Roboto Condensed" w:hAnsi="Roboto Condensed" w:cs="Arial"/>
                <w:sz w:val="20"/>
                <w:szCs w:val="20"/>
              </w:rPr>
            </w:pPr>
          </w:p>
        </w:tc>
        <w:tc>
          <w:tcPr>
            <w:tcW w:w="1778" w:type="dxa"/>
          </w:tcPr>
          <w:p w14:paraId="36C2A338" w14:textId="17F3EDF2"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Dąbrówka 8</w:t>
            </w:r>
          </w:p>
        </w:tc>
        <w:tc>
          <w:tcPr>
            <w:tcW w:w="1134" w:type="dxa"/>
          </w:tcPr>
          <w:p w14:paraId="63FC6EBD" w14:textId="03FC168A" w:rsidR="00AC786C" w:rsidRPr="00207092" w:rsidRDefault="00AC786C"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082-051/26</w:t>
            </w:r>
          </w:p>
        </w:tc>
        <w:tc>
          <w:tcPr>
            <w:tcW w:w="3969" w:type="dxa"/>
          </w:tcPr>
          <w:p w14:paraId="663128DE" w14:textId="521264E2"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ślad osadniczy / epoka kamienia</w:t>
            </w:r>
          </w:p>
        </w:tc>
        <w:tc>
          <w:tcPr>
            <w:tcW w:w="1985" w:type="dxa"/>
          </w:tcPr>
          <w:p w14:paraId="06F9AF2F" w14:textId="77777777" w:rsidR="00AC786C" w:rsidRPr="009A175C" w:rsidRDefault="00AC786C" w:rsidP="00AC786C">
            <w:pPr>
              <w:ind w:left="-57" w:right="-57"/>
              <w:rPr>
                <w:rFonts w:ascii="Roboto Condensed" w:hAnsi="Roboto Condensed" w:cs="Arial"/>
                <w:color w:val="EE0000"/>
                <w:sz w:val="18"/>
                <w:szCs w:val="18"/>
              </w:rPr>
            </w:pPr>
          </w:p>
        </w:tc>
      </w:tr>
      <w:tr w:rsidR="00AC786C" w:rsidRPr="009A175C" w14:paraId="3D65C3BD" w14:textId="77777777" w:rsidTr="00D86599">
        <w:trPr>
          <w:cantSplit/>
          <w:trHeight w:val="227"/>
        </w:trPr>
        <w:tc>
          <w:tcPr>
            <w:tcW w:w="457" w:type="dxa"/>
          </w:tcPr>
          <w:p w14:paraId="3FED8956" w14:textId="77777777" w:rsidR="00AC786C" w:rsidRPr="00207092" w:rsidRDefault="00AC786C" w:rsidP="008636AA">
            <w:pPr>
              <w:pStyle w:val="Akapitzlist"/>
              <w:numPr>
                <w:ilvl w:val="0"/>
                <w:numId w:val="1"/>
              </w:numPr>
              <w:rPr>
                <w:rFonts w:ascii="Roboto Condensed" w:hAnsi="Roboto Condensed" w:cs="Arial"/>
                <w:sz w:val="20"/>
                <w:szCs w:val="20"/>
              </w:rPr>
            </w:pPr>
          </w:p>
        </w:tc>
        <w:tc>
          <w:tcPr>
            <w:tcW w:w="1778" w:type="dxa"/>
          </w:tcPr>
          <w:p w14:paraId="16BA7B91" w14:textId="10012A6D"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Dąbrówka 9</w:t>
            </w:r>
          </w:p>
        </w:tc>
        <w:tc>
          <w:tcPr>
            <w:tcW w:w="1134" w:type="dxa"/>
          </w:tcPr>
          <w:p w14:paraId="0B231C8E" w14:textId="17C55E42" w:rsidR="00AC786C" w:rsidRPr="00207092" w:rsidRDefault="00AC786C" w:rsidP="009A3963">
            <w:pPr>
              <w:ind w:left="-57" w:right="-57"/>
              <w:jc w:val="center"/>
              <w:rPr>
                <w:rFonts w:ascii="Roboto Condensed" w:hAnsi="Roboto Condensed" w:cs="Arial"/>
                <w:sz w:val="18"/>
                <w:szCs w:val="18"/>
              </w:rPr>
            </w:pPr>
            <w:r w:rsidRPr="00207092">
              <w:rPr>
                <w:rFonts w:ascii="Roboto Condensed" w:hAnsi="Roboto Condensed" w:cs="Arial"/>
                <w:sz w:val="18"/>
                <w:szCs w:val="18"/>
              </w:rPr>
              <w:t>082-051/27</w:t>
            </w:r>
          </w:p>
        </w:tc>
        <w:tc>
          <w:tcPr>
            <w:tcW w:w="3969" w:type="dxa"/>
          </w:tcPr>
          <w:p w14:paraId="5D0B33DF" w14:textId="40692DDA" w:rsidR="00AC786C" w:rsidRPr="00207092" w:rsidRDefault="00AC786C" w:rsidP="00AC786C">
            <w:pPr>
              <w:ind w:left="-57" w:right="-57"/>
              <w:rPr>
                <w:rFonts w:ascii="Roboto Condensed" w:hAnsi="Roboto Condensed" w:cs="Arial"/>
                <w:sz w:val="18"/>
                <w:szCs w:val="18"/>
              </w:rPr>
            </w:pPr>
            <w:r w:rsidRPr="00207092">
              <w:rPr>
                <w:rFonts w:ascii="Roboto Condensed" w:hAnsi="Roboto Condensed" w:cs="Arial"/>
                <w:sz w:val="18"/>
                <w:szCs w:val="18"/>
              </w:rPr>
              <w:t>osada - kultura łużycka / epoka brązu</w:t>
            </w:r>
          </w:p>
        </w:tc>
        <w:tc>
          <w:tcPr>
            <w:tcW w:w="1985" w:type="dxa"/>
          </w:tcPr>
          <w:p w14:paraId="11D1EC5F" w14:textId="77777777" w:rsidR="00AC786C" w:rsidRPr="009A175C" w:rsidRDefault="00AC786C" w:rsidP="00AC786C">
            <w:pPr>
              <w:ind w:left="-57" w:right="-57"/>
              <w:rPr>
                <w:rFonts w:ascii="Roboto Condensed" w:hAnsi="Roboto Condensed" w:cs="Arial"/>
                <w:color w:val="EE0000"/>
                <w:sz w:val="18"/>
                <w:szCs w:val="18"/>
              </w:rPr>
            </w:pPr>
          </w:p>
        </w:tc>
      </w:tr>
      <w:tr w:rsidR="00844C93" w:rsidRPr="009A175C" w14:paraId="76EBA3BC" w14:textId="77777777" w:rsidTr="00D86599">
        <w:trPr>
          <w:cantSplit/>
          <w:trHeight w:val="227"/>
        </w:trPr>
        <w:tc>
          <w:tcPr>
            <w:tcW w:w="457" w:type="dxa"/>
          </w:tcPr>
          <w:p w14:paraId="129EE9E0"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757EFAB5" w14:textId="4F234DA6"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Dąbrówka 10</w:t>
            </w:r>
          </w:p>
        </w:tc>
        <w:tc>
          <w:tcPr>
            <w:tcW w:w="1134" w:type="dxa"/>
          </w:tcPr>
          <w:p w14:paraId="2364E4C5" w14:textId="1866B82B"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082-051/28</w:t>
            </w:r>
          </w:p>
        </w:tc>
        <w:tc>
          <w:tcPr>
            <w:tcW w:w="3969" w:type="dxa"/>
          </w:tcPr>
          <w:p w14:paraId="70A92C82" w14:textId="0668285A"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osada / nowożytność</w:t>
            </w:r>
          </w:p>
        </w:tc>
        <w:tc>
          <w:tcPr>
            <w:tcW w:w="1985" w:type="dxa"/>
          </w:tcPr>
          <w:p w14:paraId="251D7A5A"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39D481E3" w14:textId="77777777" w:rsidTr="00D86599">
        <w:trPr>
          <w:cantSplit/>
          <w:trHeight w:val="227"/>
        </w:trPr>
        <w:tc>
          <w:tcPr>
            <w:tcW w:w="457" w:type="dxa"/>
          </w:tcPr>
          <w:p w14:paraId="66540538"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4059274F" w14:textId="0EC23C9A"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Dąbrówka 11</w:t>
            </w:r>
          </w:p>
        </w:tc>
        <w:tc>
          <w:tcPr>
            <w:tcW w:w="1134" w:type="dxa"/>
          </w:tcPr>
          <w:p w14:paraId="3745E61B" w14:textId="4C9BA0E8"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082-051/29</w:t>
            </w:r>
          </w:p>
        </w:tc>
        <w:tc>
          <w:tcPr>
            <w:tcW w:w="3969" w:type="dxa"/>
          </w:tcPr>
          <w:p w14:paraId="0F995C93" w14:textId="2B4AF3B8"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obozowisko / epoka kamienia - mezolit</w:t>
            </w:r>
          </w:p>
        </w:tc>
        <w:tc>
          <w:tcPr>
            <w:tcW w:w="1985" w:type="dxa"/>
          </w:tcPr>
          <w:p w14:paraId="098120D0"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2A3D5D77" w14:textId="77777777" w:rsidTr="00D86599">
        <w:trPr>
          <w:cantSplit/>
          <w:trHeight w:val="227"/>
        </w:trPr>
        <w:tc>
          <w:tcPr>
            <w:tcW w:w="457" w:type="dxa"/>
          </w:tcPr>
          <w:p w14:paraId="2A1E717E"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6CF4B056" w14:textId="7AE87CFD"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Dąbrówka 12</w:t>
            </w:r>
          </w:p>
        </w:tc>
        <w:tc>
          <w:tcPr>
            <w:tcW w:w="1134" w:type="dxa"/>
          </w:tcPr>
          <w:p w14:paraId="021DC19E" w14:textId="440FE135"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082-051/30</w:t>
            </w:r>
          </w:p>
        </w:tc>
        <w:tc>
          <w:tcPr>
            <w:tcW w:w="3969" w:type="dxa"/>
          </w:tcPr>
          <w:p w14:paraId="4A996CF1" w14:textId="5D097EBF"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ślad osadniczy / epoka kamienia</w:t>
            </w:r>
          </w:p>
        </w:tc>
        <w:tc>
          <w:tcPr>
            <w:tcW w:w="1985" w:type="dxa"/>
          </w:tcPr>
          <w:p w14:paraId="7AF52946"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3B5B1FD5" w14:textId="77777777" w:rsidTr="00D86599">
        <w:trPr>
          <w:cantSplit/>
          <w:trHeight w:val="227"/>
        </w:trPr>
        <w:tc>
          <w:tcPr>
            <w:tcW w:w="457" w:type="dxa"/>
          </w:tcPr>
          <w:p w14:paraId="23BC178D"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01E0462E" w14:textId="10F5CB27"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Dąbrówka 13</w:t>
            </w:r>
          </w:p>
        </w:tc>
        <w:tc>
          <w:tcPr>
            <w:tcW w:w="1134" w:type="dxa"/>
          </w:tcPr>
          <w:p w14:paraId="13F110E8" w14:textId="407F4998"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082-051/31</w:t>
            </w:r>
          </w:p>
        </w:tc>
        <w:tc>
          <w:tcPr>
            <w:tcW w:w="3969" w:type="dxa"/>
          </w:tcPr>
          <w:p w14:paraId="22223E9F" w14:textId="77D1DB2D"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osada / epoka kamienia</w:t>
            </w:r>
          </w:p>
        </w:tc>
        <w:tc>
          <w:tcPr>
            <w:tcW w:w="1985" w:type="dxa"/>
          </w:tcPr>
          <w:p w14:paraId="16C915EF"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25A154EB" w14:textId="77777777" w:rsidTr="00D86599">
        <w:trPr>
          <w:cantSplit/>
          <w:trHeight w:val="227"/>
        </w:trPr>
        <w:tc>
          <w:tcPr>
            <w:tcW w:w="457" w:type="dxa"/>
          </w:tcPr>
          <w:p w14:paraId="04131197"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6A967EDB" w14:textId="50C069CD" w:rsidR="00844C93" w:rsidRPr="00207092" w:rsidRDefault="00844C93" w:rsidP="00844C93">
            <w:pPr>
              <w:ind w:left="-57" w:right="-57"/>
              <w:rPr>
                <w:rFonts w:ascii="Roboto Condensed" w:hAnsi="Roboto Condensed" w:cs="Arial"/>
                <w:sz w:val="18"/>
                <w:szCs w:val="18"/>
              </w:rPr>
            </w:pPr>
            <w:proofErr w:type="spellStart"/>
            <w:r w:rsidRPr="00207092">
              <w:rPr>
                <w:rFonts w:ascii="Roboto Condensed" w:hAnsi="Roboto Condensed" w:cs="Arial"/>
                <w:sz w:val="18"/>
                <w:szCs w:val="18"/>
              </w:rPr>
              <w:t>Dziepółć</w:t>
            </w:r>
            <w:proofErr w:type="spellEnd"/>
            <w:r w:rsidRPr="00207092">
              <w:rPr>
                <w:rFonts w:ascii="Roboto Condensed" w:hAnsi="Roboto Condensed" w:cs="Arial"/>
                <w:sz w:val="18"/>
                <w:szCs w:val="18"/>
              </w:rPr>
              <w:t xml:space="preserve"> 1</w:t>
            </w:r>
          </w:p>
        </w:tc>
        <w:tc>
          <w:tcPr>
            <w:tcW w:w="1134" w:type="dxa"/>
          </w:tcPr>
          <w:p w14:paraId="2A8D8FD2" w14:textId="00A7BEE2"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081-052/19</w:t>
            </w:r>
          </w:p>
        </w:tc>
        <w:tc>
          <w:tcPr>
            <w:tcW w:w="3969" w:type="dxa"/>
          </w:tcPr>
          <w:p w14:paraId="13D33339" w14:textId="7F48EC86"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osada / średniowiecze</w:t>
            </w:r>
          </w:p>
        </w:tc>
        <w:tc>
          <w:tcPr>
            <w:tcW w:w="1985" w:type="dxa"/>
          </w:tcPr>
          <w:p w14:paraId="2860D392"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5F41F663" w14:textId="77777777" w:rsidTr="00D86599">
        <w:trPr>
          <w:cantSplit/>
          <w:trHeight w:val="227"/>
        </w:trPr>
        <w:tc>
          <w:tcPr>
            <w:tcW w:w="457" w:type="dxa"/>
          </w:tcPr>
          <w:p w14:paraId="39437CC9"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6D16F472" w14:textId="025151A6" w:rsidR="00844C93" w:rsidRPr="00207092" w:rsidRDefault="00844C93" w:rsidP="00844C93">
            <w:pPr>
              <w:ind w:left="-57" w:right="-57"/>
              <w:rPr>
                <w:rFonts w:ascii="Roboto Condensed" w:hAnsi="Roboto Condensed" w:cs="Arial"/>
                <w:sz w:val="18"/>
                <w:szCs w:val="18"/>
              </w:rPr>
            </w:pPr>
            <w:proofErr w:type="spellStart"/>
            <w:r w:rsidRPr="00207092">
              <w:rPr>
                <w:rFonts w:ascii="Roboto Condensed" w:hAnsi="Roboto Condensed" w:cs="Arial"/>
                <w:sz w:val="18"/>
                <w:szCs w:val="18"/>
              </w:rPr>
              <w:t>Dziepółć</w:t>
            </w:r>
            <w:proofErr w:type="spellEnd"/>
            <w:r w:rsidRPr="00207092">
              <w:rPr>
                <w:rFonts w:ascii="Roboto Condensed" w:hAnsi="Roboto Condensed" w:cs="Arial"/>
                <w:sz w:val="18"/>
                <w:szCs w:val="18"/>
              </w:rPr>
              <w:t xml:space="preserve"> 2</w:t>
            </w:r>
          </w:p>
        </w:tc>
        <w:tc>
          <w:tcPr>
            <w:tcW w:w="1134" w:type="dxa"/>
          </w:tcPr>
          <w:p w14:paraId="24ACB9EB" w14:textId="04B6001C"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081-052/20</w:t>
            </w:r>
          </w:p>
        </w:tc>
        <w:tc>
          <w:tcPr>
            <w:tcW w:w="3969" w:type="dxa"/>
          </w:tcPr>
          <w:p w14:paraId="116533A2" w14:textId="438DB7E1"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osada / średniowiecze - wczesne</w:t>
            </w:r>
          </w:p>
        </w:tc>
        <w:tc>
          <w:tcPr>
            <w:tcW w:w="1985" w:type="dxa"/>
          </w:tcPr>
          <w:p w14:paraId="727A775C"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125F9FC3" w14:textId="77777777" w:rsidTr="00D86599">
        <w:trPr>
          <w:cantSplit/>
          <w:trHeight w:val="227"/>
        </w:trPr>
        <w:tc>
          <w:tcPr>
            <w:tcW w:w="457" w:type="dxa"/>
          </w:tcPr>
          <w:p w14:paraId="00961873"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19349725" w14:textId="040D2FE3" w:rsidR="00844C93" w:rsidRPr="00207092" w:rsidRDefault="00844C93" w:rsidP="00844C93">
            <w:pPr>
              <w:ind w:left="-57" w:right="-57"/>
              <w:rPr>
                <w:rFonts w:ascii="Roboto Condensed" w:hAnsi="Roboto Condensed" w:cs="Arial"/>
                <w:sz w:val="18"/>
                <w:szCs w:val="18"/>
              </w:rPr>
            </w:pPr>
            <w:proofErr w:type="spellStart"/>
            <w:r w:rsidRPr="00207092">
              <w:rPr>
                <w:rFonts w:ascii="Roboto Condensed" w:hAnsi="Roboto Condensed" w:cs="Arial"/>
                <w:sz w:val="18"/>
                <w:szCs w:val="18"/>
              </w:rPr>
              <w:t>Dziepółć</w:t>
            </w:r>
            <w:proofErr w:type="spellEnd"/>
            <w:r w:rsidRPr="00207092">
              <w:rPr>
                <w:rFonts w:ascii="Roboto Condensed" w:hAnsi="Roboto Condensed" w:cs="Arial"/>
                <w:sz w:val="18"/>
                <w:szCs w:val="18"/>
              </w:rPr>
              <w:t xml:space="preserve"> 3</w:t>
            </w:r>
          </w:p>
        </w:tc>
        <w:tc>
          <w:tcPr>
            <w:tcW w:w="1134" w:type="dxa"/>
          </w:tcPr>
          <w:p w14:paraId="11973618" w14:textId="08F2C9F8"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081-052/21</w:t>
            </w:r>
          </w:p>
        </w:tc>
        <w:tc>
          <w:tcPr>
            <w:tcW w:w="3969" w:type="dxa"/>
          </w:tcPr>
          <w:p w14:paraId="7102F8EA" w14:textId="2568B81E"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osada / epoka kamienia</w:t>
            </w:r>
          </w:p>
        </w:tc>
        <w:tc>
          <w:tcPr>
            <w:tcW w:w="1985" w:type="dxa"/>
          </w:tcPr>
          <w:p w14:paraId="1A14286D"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5F161193" w14:textId="77777777" w:rsidTr="00D86599">
        <w:trPr>
          <w:cantSplit/>
          <w:trHeight w:val="227"/>
        </w:trPr>
        <w:tc>
          <w:tcPr>
            <w:tcW w:w="457" w:type="dxa"/>
          </w:tcPr>
          <w:p w14:paraId="7980BE39"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5B0E8E5C" w14:textId="21857085" w:rsidR="00844C93" w:rsidRPr="00207092" w:rsidRDefault="00844C93" w:rsidP="00844C93">
            <w:pPr>
              <w:ind w:left="-57" w:right="-57"/>
              <w:rPr>
                <w:rFonts w:ascii="Roboto Condensed" w:hAnsi="Roboto Condensed" w:cs="Arial"/>
                <w:sz w:val="18"/>
                <w:szCs w:val="18"/>
              </w:rPr>
            </w:pPr>
            <w:proofErr w:type="spellStart"/>
            <w:r w:rsidRPr="00207092">
              <w:rPr>
                <w:rFonts w:ascii="Roboto Condensed" w:hAnsi="Roboto Condensed" w:cs="Arial"/>
                <w:sz w:val="18"/>
                <w:szCs w:val="18"/>
              </w:rPr>
              <w:t>Dziepółć</w:t>
            </w:r>
            <w:proofErr w:type="spellEnd"/>
            <w:r w:rsidRPr="00207092">
              <w:rPr>
                <w:rFonts w:ascii="Roboto Condensed" w:hAnsi="Roboto Condensed" w:cs="Arial"/>
                <w:sz w:val="18"/>
                <w:szCs w:val="18"/>
              </w:rPr>
              <w:t xml:space="preserve"> 4</w:t>
            </w:r>
          </w:p>
        </w:tc>
        <w:tc>
          <w:tcPr>
            <w:tcW w:w="1134" w:type="dxa"/>
          </w:tcPr>
          <w:p w14:paraId="587850CA" w14:textId="173A67AD"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081-052/22</w:t>
            </w:r>
          </w:p>
        </w:tc>
        <w:tc>
          <w:tcPr>
            <w:tcW w:w="3969" w:type="dxa"/>
          </w:tcPr>
          <w:p w14:paraId="1AC02868" w14:textId="10974A92"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ślad osadniczy / średniowiecze</w:t>
            </w:r>
          </w:p>
        </w:tc>
        <w:tc>
          <w:tcPr>
            <w:tcW w:w="1985" w:type="dxa"/>
          </w:tcPr>
          <w:p w14:paraId="58DADB25"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118BDFAC" w14:textId="77777777" w:rsidTr="00D86599">
        <w:trPr>
          <w:cantSplit/>
          <w:trHeight w:val="227"/>
        </w:trPr>
        <w:tc>
          <w:tcPr>
            <w:tcW w:w="457" w:type="dxa"/>
          </w:tcPr>
          <w:p w14:paraId="6CAD2D42"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4AAE3CA7" w14:textId="66C76C55" w:rsidR="00844C93" w:rsidRPr="00207092" w:rsidRDefault="00844C93" w:rsidP="00844C93">
            <w:pPr>
              <w:ind w:left="-57" w:right="-57"/>
              <w:rPr>
                <w:rFonts w:ascii="Roboto Condensed" w:hAnsi="Roboto Condensed" w:cs="Arial"/>
                <w:sz w:val="18"/>
                <w:szCs w:val="18"/>
              </w:rPr>
            </w:pPr>
            <w:proofErr w:type="spellStart"/>
            <w:r w:rsidRPr="00207092">
              <w:rPr>
                <w:rFonts w:ascii="Roboto Condensed" w:hAnsi="Roboto Condensed" w:cs="Arial"/>
                <w:sz w:val="18"/>
                <w:szCs w:val="18"/>
              </w:rPr>
              <w:t>Dziepółć</w:t>
            </w:r>
            <w:proofErr w:type="spellEnd"/>
            <w:r w:rsidRPr="00207092">
              <w:rPr>
                <w:rFonts w:ascii="Roboto Condensed" w:hAnsi="Roboto Condensed" w:cs="Arial"/>
                <w:sz w:val="18"/>
                <w:szCs w:val="18"/>
              </w:rPr>
              <w:t xml:space="preserve"> 5</w:t>
            </w:r>
          </w:p>
        </w:tc>
        <w:tc>
          <w:tcPr>
            <w:tcW w:w="1134" w:type="dxa"/>
          </w:tcPr>
          <w:p w14:paraId="1959C04A" w14:textId="0B93E7C7"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081-052/25</w:t>
            </w:r>
          </w:p>
        </w:tc>
        <w:tc>
          <w:tcPr>
            <w:tcW w:w="3969" w:type="dxa"/>
          </w:tcPr>
          <w:p w14:paraId="2332A6C2" w14:textId="29F91FB5"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osada / nowożytność</w:t>
            </w:r>
          </w:p>
        </w:tc>
        <w:tc>
          <w:tcPr>
            <w:tcW w:w="1985" w:type="dxa"/>
          </w:tcPr>
          <w:p w14:paraId="69342C14"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05159DAA" w14:textId="77777777" w:rsidTr="00D86599">
        <w:trPr>
          <w:cantSplit/>
          <w:trHeight w:val="227"/>
        </w:trPr>
        <w:tc>
          <w:tcPr>
            <w:tcW w:w="457" w:type="dxa"/>
          </w:tcPr>
          <w:p w14:paraId="3E108C3F"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1BE120A9" w14:textId="6A09129E"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Gaj 1</w:t>
            </w:r>
          </w:p>
        </w:tc>
        <w:tc>
          <w:tcPr>
            <w:tcW w:w="1134" w:type="dxa"/>
          </w:tcPr>
          <w:p w14:paraId="26AEA9B8" w14:textId="791C222B"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080-052/32</w:t>
            </w:r>
          </w:p>
        </w:tc>
        <w:tc>
          <w:tcPr>
            <w:tcW w:w="3969" w:type="dxa"/>
          </w:tcPr>
          <w:p w14:paraId="15B1C5C6" w14:textId="260BD01B"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ślad osadniczy / średniowiecze - wczesne</w:t>
            </w:r>
          </w:p>
        </w:tc>
        <w:tc>
          <w:tcPr>
            <w:tcW w:w="1985" w:type="dxa"/>
          </w:tcPr>
          <w:p w14:paraId="5FFCECCF"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10EF91A2" w14:textId="77777777" w:rsidTr="00D86599">
        <w:trPr>
          <w:cantSplit/>
          <w:trHeight w:val="227"/>
        </w:trPr>
        <w:tc>
          <w:tcPr>
            <w:tcW w:w="457" w:type="dxa"/>
          </w:tcPr>
          <w:p w14:paraId="294E3BC8"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395823E6" w14:textId="0D449A10"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Gaj 2</w:t>
            </w:r>
          </w:p>
        </w:tc>
        <w:tc>
          <w:tcPr>
            <w:tcW w:w="1134" w:type="dxa"/>
          </w:tcPr>
          <w:p w14:paraId="056609E5" w14:textId="1BD7079F"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080-052/33</w:t>
            </w:r>
          </w:p>
        </w:tc>
        <w:tc>
          <w:tcPr>
            <w:tcW w:w="3969" w:type="dxa"/>
          </w:tcPr>
          <w:p w14:paraId="419FBB1C" w14:textId="77777777"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ślad osadniczy - kultura przeworska</w:t>
            </w:r>
          </w:p>
          <w:p w14:paraId="369659C7" w14:textId="1ECD3610"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epoka żelaza - okres wpływów rzymskich</w:t>
            </w:r>
          </w:p>
        </w:tc>
        <w:tc>
          <w:tcPr>
            <w:tcW w:w="1985" w:type="dxa"/>
          </w:tcPr>
          <w:p w14:paraId="40FEFAFD"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582F5F80" w14:textId="77777777" w:rsidTr="00D86599">
        <w:trPr>
          <w:cantSplit/>
          <w:trHeight w:val="227"/>
        </w:trPr>
        <w:tc>
          <w:tcPr>
            <w:tcW w:w="457" w:type="dxa"/>
          </w:tcPr>
          <w:p w14:paraId="51B29F89"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4C9F20A3" w14:textId="37BDC755"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Gaj 3</w:t>
            </w:r>
          </w:p>
        </w:tc>
        <w:tc>
          <w:tcPr>
            <w:tcW w:w="1134" w:type="dxa"/>
          </w:tcPr>
          <w:p w14:paraId="0FB3ED34" w14:textId="0694EA1D"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080-052/34</w:t>
            </w:r>
          </w:p>
        </w:tc>
        <w:tc>
          <w:tcPr>
            <w:tcW w:w="3969" w:type="dxa"/>
          </w:tcPr>
          <w:p w14:paraId="049F8B28" w14:textId="52951FB1"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ślad osadniczy / pradzieje</w:t>
            </w:r>
          </w:p>
        </w:tc>
        <w:tc>
          <w:tcPr>
            <w:tcW w:w="1985" w:type="dxa"/>
          </w:tcPr>
          <w:p w14:paraId="77AA37E6"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0D747B63" w14:textId="77777777" w:rsidTr="00D86599">
        <w:trPr>
          <w:cantSplit/>
          <w:trHeight w:val="227"/>
        </w:trPr>
        <w:tc>
          <w:tcPr>
            <w:tcW w:w="457" w:type="dxa"/>
          </w:tcPr>
          <w:p w14:paraId="2C6F8F89"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4EE25309" w14:textId="2A74F219"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Gaj 4</w:t>
            </w:r>
          </w:p>
        </w:tc>
        <w:tc>
          <w:tcPr>
            <w:tcW w:w="1134" w:type="dxa"/>
          </w:tcPr>
          <w:p w14:paraId="5B98590F" w14:textId="63787AE7"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080-052/35</w:t>
            </w:r>
          </w:p>
        </w:tc>
        <w:tc>
          <w:tcPr>
            <w:tcW w:w="3969" w:type="dxa"/>
          </w:tcPr>
          <w:p w14:paraId="7E9D77A7" w14:textId="7943F824"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ślad osadniczy / pradzieje</w:t>
            </w:r>
          </w:p>
        </w:tc>
        <w:tc>
          <w:tcPr>
            <w:tcW w:w="1985" w:type="dxa"/>
          </w:tcPr>
          <w:p w14:paraId="7A042E63"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5AACC8C0" w14:textId="77777777" w:rsidTr="00D86599">
        <w:trPr>
          <w:cantSplit/>
          <w:trHeight w:val="227"/>
        </w:trPr>
        <w:tc>
          <w:tcPr>
            <w:tcW w:w="457" w:type="dxa"/>
          </w:tcPr>
          <w:p w14:paraId="48AE3C56"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5F4D91FF" w14:textId="1AC151DF"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Gaj 5</w:t>
            </w:r>
          </w:p>
        </w:tc>
        <w:tc>
          <w:tcPr>
            <w:tcW w:w="1134" w:type="dxa"/>
          </w:tcPr>
          <w:p w14:paraId="3DE6CCE9" w14:textId="056EA484"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080-052/36</w:t>
            </w:r>
          </w:p>
        </w:tc>
        <w:tc>
          <w:tcPr>
            <w:tcW w:w="3969" w:type="dxa"/>
          </w:tcPr>
          <w:p w14:paraId="17AF9A64" w14:textId="77777777"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ślad osadniczy - kultura przeworska</w:t>
            </w:r>
          </w:p>
          <w:p w14:paraId="5A4FE85A" w14:textId="70CA3066"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 xml:space="preserve">epoka żelaza - okres </w:t>
            </w:r>
            <w:proofErr w:type="spellStart"/>
            <w:r w:rsidRPr="00207092">
              <w:rPr>
                <w:rFonts w:ascii="Roboto Condensed" w:hAnsi="Roboto Condensed" w:cs="Arial"/>
                <w:sz w:val="18"/>
                <w:szCs w:val="18"/>
              </w:rPr>
              <w:t>przedrzymski</w:t>
            </w:r>
            <w:proofErr w:type="spellEnd"/>
            <w:r w:rsidRPr="00207092">
              <w:rPr>
                <w:rFonts w:ascii="Roboto Condensed" w:hAnsi="Roboto Condensed" w:cs="Arial"/>
                <w:sz w:val="18"/>
                <w:szCs w:val="18"/>
              </w:rPr>
              <w:t>/lateński</w:t>
            </w:r>
          </w:p>
        </w:tc>
        <w:tc>
          <w:tcPr>
            <w:tcW w:w="1985" w:type="dxa"/>
          </w:tcPr>
          <w:p w14:paraId="46919924"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2CE5D32F" w14:textId="77777777" w:rsidTr="00D86599">
        <w:trPr>
          <w:cantSplit/>
          <w:trHeight w:val="227"/>
        </w:trPr>
        <w:tc>
          <w:tcPr>
            <w:tcW w:w="457" w:type="dxa"/>
          </w:tcPr>
          <w:p w14:paraId="319E6350"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2454CDAE" w14:textId="19BC8281"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Grzebień 1</w:t>
            </w:r>
          </w:p>
        </w:tc>
        <w:tc>
          <w:tcPr>
            <w:tcW w:w="1134" w:type="dxa"/>
          </w:tcPr>
          <w:p w14:paraId="646348FA" w14:textId="6FE740C4"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082-052/2</w:t>
            </w:r>
          </w:p>
        </w:tc>
        <w:tc>
          <w:tcPr>
            <w:tcW w:w="3969" w:type="dxa"/>
          </w:tcPr>
          <w:p w14:paraId="7C05CFC1" w14:textId="77777777"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cmentarzysko - kultura grobów kloszowych</w:t>
            </w:r>
          </w:p>
          <w:p w14:paraId="4FF38493" w14:textId="7E32C03D"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epoka żelaza - wczesna</w:t>
            </w:r>
          </w:p>
        </w:tc>
        <w:tc>
          <w:tcPr>
            <w:tcW w:w="1985" w:type="dxa"/>
          </w:tcPr>
          <w:p w14:paraId="4C31C881"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2D99B06C" w14:textId="77777777" w:rsidTr="00D86599">
        <w:trPr>
          <w:cantSplit/>
          <w:trHeight w:val="227"/>
        </w:trPr>
        <w:tc>
          <w:tcPr>
            <w:tcW w:w="457" w:type="dxa"/>
          </w:tcPr>
          <w:p w14:paraId="0B547459"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42002C89" w14:textId="5F272F18"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Grzebień 2</w:t>
            </w:r>
          </w:p>
        </w:tc>
        <w:tc>
          <w:tcPr>
            <w:tcW w:w="1134" w:type="dxa"/>
          </w:tcPr>
          <w:p w14:paraId="1BB95212" w14:textId="7D4688ED"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082-052/6</w:t>
            </w:r>
          </w:p>
        </w:tc>
        <w:tc>
          <w:tcPr>
            <w:tcW w:w="3969" w:type="dxa"/>
          </w:tcPr>
          <w:p w14:paraId="2F8E4F43" w14:textId="26E3AEDC"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osada / średniowiecze - późne</w:t>
            </w:r>
          </w:p>
        </w:tc>
        <w:tc>
          <w:tcPr>
            <w:tcW w:w="1985" w:type="dxa"/>
          </w:tcPr>
          <w:p w14:paraId="01838533"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66C7F3E0" w14:textId="77777777" w:rsidTr="00D86599">
        <w:trPr>
          <w:cantSplit/>
          <w:trHeight w:val="227"/>
        </w:trPr>
        <w:tc>
          <w:tcPr>
            <w:tcW w:w="457" w:type="dxa"/>
          </w:tcPr>
          <w:p w14:paraId="7C11F03B"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5739FA56" w14:textId="15DF9A4F"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Grzebień 3</w:t>
            </w:r>
          </w:p>
        </w:tc>
        <w:tc>
          <w:tcPr>
            <w:tcW w:w="1134" w:type="dxa"/>
          </w:tcPr>
          <w:p w14:paraId="664590E1" w14:textId="3E2F8864"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082-052/7</w:t>
            </w:r>
          </w:p>
        </w:tc>
        <w:tc>
          <w:tcPr>
            <w:tcW w:w="3969" w:type="dxa"/>
          </w:tcPr>
          <w:p w14:paraId="15D3E733" w14:textId="10757BE1"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osada / nowożytność</w:t>
            </w:r>
          </w:p>
        </w:tc>
        <w:tc>
          <w:tcPr>
            <w:tcW w:w="1985" w:type="dxa"/>
          </w:tcPr>
          <w:p w14:paraId="7D5952BC"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58923F3B" w14:textId="77777777" w:rsidTr="00D86599">
        <w:trPr>
          <w:cantSplit/>
          <w:trHeight w:val="227"/>
        </w:trPr>
        <w:tc>
          <w:tcPr>
            <w:tcW w:w="457" w:type="dxa"/>
          </w:tcPr>
          <w:p w14:paraId="1FE3C2B3"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7FB11D32" w14:textId="7532B162"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Grzebień 4</w:t>
            </w:r>
          </w:p>
        </w:tc>
        <w:tc>
          <w:tcPr>
            <w:tcW w:w="1134" w:type="dxa"/>
          </w:tcPr>
          <w:p w14:paraId="48BA1501" w14:textId="34CBE188"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082-052/8</w:t>
            </w:r>
          </w:p>
        </w:tc>
        <w:tc>
          <w:tcPr>
            <w:tcW w:w="3969" w:type="dxa"/>
          </w:tcPr>
          <w:p w14:paraId="25C49B5C" w14:textId="439BF738"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osada - kultura łużycka / epoka brązu</w:t>
            </w:r>
          </w:p>
        </w:tc>
        <w:tc>
          <w:tcPr>
            <w:tcW w:w="1985" w:type="dxa"/>
          </w:tcPr>
          <w:p w14:paraId="0288E3A7"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746607EB" w14:textId="77777777" w:rsidTr="00D86599">
        <w:trPr>
          <w:cantSplit/>
          <w:trHeight w:val="227"/>
        </w:trPr>
        <w:tc>
          <w:tcPr>
            <w:tcW w:w="457" w:type="dxa"/>
          </w:tcPr>
          <w:p w14:paraId="7D9091CD"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2E364E60" w14:textId="3B387049"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Grzebień 5</w:t>
            </w:r>
          </w:p>
        </w:tc>
        <w:tc>
          <w:tcPr>
            <w:tcW w:w="1134" w:type="dxa"/>
          </w:tcPr>
          <w:p w14:paraId="746977BD" w14:textId="7F387BB4"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082-052/9</w:t>
            </w:r>
          </w:p>
        </w:tc>
        <w:tc>
          <w:tcPr>
            <w:tcW w:w="3969" w:type="dxa"/>
          </w:tcPr>
          <w:p w14:paraId="0D2376B7" w14:textId="5ED02380"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osada / średniowiecze - wczesne</w:t>
            </w:r>
          </w:p>
        </w:tc>
        <w:tc>
          <w:tcPr>
            <w:tcW w:w="1985" w:type="dxa"/>
          </w:tcPr>
          <w:p w14:paraId="248DF112"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19752BCB" w14:textId="77777777" w:rsidTr="00D86599">
        <w:trPr>
          <w:cantSplit/>
          <w:trHeight w:val="227"/>
        </w:trPr>
        <w:tc>
          <w:tcPr>
            <w:tcW w:w="457" w:type="dxa"/>
          </w:tcPr>
          <w:p w14:paraId="41F6E618"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37E5FDC9" w14:textId="1848758C"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Grzebień 6</w:t>
            </w:r>
          </w:p>
        </w:tc>
        <w:tc>
          <w:tcPr>
            <w:tcW w:w="1134" w:type="dxa"/>
          </w:tcPr>
          <w:p w14:paraId="0D45E469" w14:textId="2ED2284B"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082-052/12</w:t>
            </w:r>
          </w:p>
        </w:tc>
        <w:tc>
          <w:tcPr>
            <w:tcW w:w="3969" w:type="dxa"/>
          </w:tcPr>
          <w:p w14:paraId="4D584232" w14:textId="03DF72F9"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 xml:space="preserve">osada / nowożytność - </w:t>
            </w:r>
          </w:p>
        </w:tc>
        <w:tc>
          <w:tcPr>
            <w:tcW w:w="1985" w:type="dxa"/>
          </w:tcPr>
          <w:p w14:paraId="4DF05EE4"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6E43CF26" w14:textId="77777777" w:rsidTr="00D86599">
        <w:trPr>
          <w:cantSplit/>
          <w:trHeight w:val="227"/>
        </w:trPr>
        <w:tc>
          <w:tcPr>
            <w:tcW w:w="457" w:type="dxa"/>
          </w:tcPr>
          <w:p w14:paraId="3F1DD1DA"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7608807E" w14:textId="471D53AD"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Grzebień 7</w:t>
            </w:r>
          </w:p>
        </w:tc>
        <w:tc>
          <w:tcPr>
            <w:tcW w:w="1134" w:type="dxa"/>
          </w:tcPr>
          <w:p w14:paraId="3F365BFB" w14:textId="4B1FE538"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082-052/15</w:t>
            </w:r>
          </w:p>
        </w:tc>
        <w:tc>
          <w:tcPr>
            <w:tcW w:w="3969" w:type="dxa"/>
          </w:tcPr>
          <w:p w14:paraId="23738FEA" w14:textId="7B256326"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 xml:space="preserve">ślad osadniczy / pradzieje - </w:t>
            </w:r>
          </w:p>
        </w:tc>
        <w:tc>
          <w:tcPr>
            <w:tcW w:w="1985" w:type="dxa"/>
          </w:tcPr>
          <w:p w14:paraId="2364D4C8"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14C67B62" w14:textId="77777777" w:rsidTr="00D86599">
        <w:trPr>
          <w:cantSplit/>
          <w:trHeight w:val="227"/>
        </w:trPr>
        <w:tc>
          <w:tcPr>
            <w:tcW w:w="457" w:type="dxa"/>
          </w:tcPr>
          <w:p w14:paraId="3A6EE47C"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4B40304E" w14:textId="7D9C5E6A"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Grzebień 8</w:t>
            </w:r>
          </w:p>
        </w:tc>
        <w:tc>
          <w:tcPr>
            <w:tcW w:w="1134" w:type="dxa"/>
          </w:tcPr>
          <w:p w14:paraId="7889F035" w14:textId="72DEF91F"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082-052/16</w:t>
            </w:r>
          </w:p>
        </w:tc>
        <w:tc>
          <w:tcPr>
            <w:tcW w:w="3969" w:type="dxa"/>
          </w:tcPr>
          <w:p w14:paraId="5ED11338" w14:textId="0706FEBC"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osada / średniowiecze</w:t>
            </w:r>
          </w:p>
        </w:tc>
        <w:tc>
          <w:tcPr>
            <w:tcW w:w="1985" w:type="dxa"/>
          </w:tcPr>
          <w:p w14:paraId="15DB2FD3"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0695A659" w14:textId="77777777" w:rsidTr="00D86599">
        <w:trPr>
          <w:cantSplit/>
          <w:trHeight w:val="227"/>
        </w:trPr>
        <w:tc>
          <w:tcPr>
            <w:tcW w:w="457" w:type="dxa"/>
          </w:tcPr>
          <w:p w14:paraId="1D782E41"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26932A50" w14:textId="24F79876"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Grzebień 9</w:t>
            </w:r>
          </w:p>
        </w:tc>
        <w:tc>
          <w:tcPr>
            <w:tcW w:w="1134" w:type="dxa"/>
          </w:tcPr>
          <w:p w14:paraId="76CB0977" w14:textId="49A0B6D1"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082-052/17</w:t>
            </w:r>
          </w:p>
        </w:tc>
        <w:tc>
          <w:tcPr>
            <w:tcW w:w="3969" w:type="dxa"/>
          </w:tcPr>
          <w:p w14:paraId="6637023B" w14:textId="69F28360"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ślad osadniczy / średniowiecze</w:t>
            </w:r>
          </w:p>
        </w:tc>
        <w:tc>
          <w:tcPr>
            <w:tcW w:w="1985" w:type="dxa"/>
          </w:tcPr>
          <w:p w14:paraId="675D6FC4"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32ECDD71" w14:textId="77777777" w:rsidTr="00D86599">
        <w:trPr>
          <w:cantSplit/>
          <w:trHeight w:val="227"/>
        </w:trPr>
        <w:tc>
          <w:tcPr>
            <w:tcW w:w="457" w:type="dxa"/>
          </w:tcPr>
          <w:p w14:paraId="1D48CC1F" w14:textId="77777777" w:rsidR="00844C93" w:rsidRPr="00207092" w:rsidRDefault="00844C93" w:rsidP="008636AA">
            <w:pPr>
              <w:pStyle w:val="Akapitzlist"/>
              <w:numPr>
                <w:ilvl w:val="0"/>
                <w:numId w:val="1"/>
              </w:numPr>
              <w:rPr>
                <w:rFonts w:ascii="Roboto Condensed" w:hAnsi="Roboto Condensed" w:cs="Arial"/>
                <w:sz w:val="20"/>
                <w:szCs w:val="20"/>
              </w:rPr>
            </w:pPr>
          </w:p>
        </w:tc>
        <w:tc>
          <w:tcPr>
            <w:tcW w:w="1778" w:type="dxa"/>
          </w:tcPr>
          <w:p w14:paraId="0CCB77E3" w14:textId="76904B46"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Grzebień 10</w:t>
            </w:r>
          </w:p>
        </w:tc>
        <w:tc>
          <w:tcPr>
            <w:tcW w:w="1134" w:type="dxa"/>
          </w:tcPr>
          <w:p w14:paraId="74C302E6" w14:textId="18A4B0F2" w:rsidR="00844C93" w:rsidRPr="00207092" w:rsidRDefault="00844C93" w:rsidP="00844C93">
            <w:pPr>
              <w:ind w:left="-57" w:right="-57"/>
              <w:jc w:val="center"/>
              <w:rPr>
                <w:rFonts w:ascii="Roboto Condensed" w:hAnsi="Roboto Condensed" w:cs="Arial"/>
                <w:sz w:val="18"/>
                <w:szCs w:val="18"/>
              </w:rPr>
            </w:pPr>
            <w:r w:rsidRPr="00207092">
              <w:rPr>
                <w:rFonts w:ascii="Roboto Condensed" w:hAnsi="Roboto Condensed" w:cs="Arial"/>
                <w:sz w:val="18"/>
                <w:szCs w:val="18"/>
              </w:rPr>
              <w:t>082-052/18</w:t>
            </w:r>
          </w:p>
        </w:tc>
        <w:tc>
          <w:tcPr>
            <w:tcW w:w="3969" w:type="dxa"/>
          </w:tcPr>
          <w:p w14:paraId="78531DAC" w14:textId="1FA1E01C" w:rsidR="00844C93" w:rsidRPr="00207092" w:rsidRDefault="00844C93" w:rsidP="00844C93">
            <w:pPr>
              <w:ind w:left="-57" w:right="-57"/>
              <w:rPr>
                <w:rFonts w:ascii="Roboto Condensed" w:hAnsi="Roboto Condensed" w:cs="Arial"/>
                <w:sz w:val="18"/>
                <w:szCs w:val="18"/>
              </w:rPr>
            </w:pPr>
            <w:r w:rsidRPr="00207092">
              <w:rPr>
                <w:rFonts w:ascii="Roboto Condensed" w:hAnsi="Roboto Condensed" w:cs="Arial"/>
                <w:sz w:val="18"/>
                <w:szCs w:val="18"/>
              </w:rPr>
              <w:t>osada - kultura łużycka / epoka brązu</w:t>
            </w:r>
          </w:p>
        </w:tc>
        <w:tc>
          <w:tcPr>
            <w:tcW w:w="1985" w:type="dxa"/>
          </w:tcPr>
          <w:p w14:paraId="27A653E2"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2FF45160" w14:textId="77777777" w:rsidTr="00D86599">
        <w:trPr>
          <w:cantSplit/>
          <w:trHeight w:val="227"/>
        </w:trPr>
        <w:tc>
          <w:tcPr>
            <w:tcW w:w="457" w:type="dxa"/>
          </w:tcPr>
          <w:p w14:paraId="21995239" w14:textId="77777777" w:rsidR="00844C93" w:rsidRPr="00EF501A" w:rsidRDefault="00844C93" w:rsidP="008636AA">
            <w:pPr>
              <w:pStyle w:val="Akapitzlist"/>
              <w:numPr>
                <w:ilvl w:val="0"/>
                <w:numId w:val="1"/>
              </w:numPr>
              <w:rPr>
                <w:rFonts w:ascii="Roboto Condensed" w:hAnsi="Roboto Condensed" w:cs="Arial"/>
                <w:sz w:val="20"/>
                <w:szCs w:val="20"/>
              </w:rPr>
            </w:pPr>
          </w:p>
        </w:tc>
        <w:tc>
          <w:tcPr>
            <w:tcW w:w="1778" w:type="dxa"/>
          </w:tcPr>
          <w:p w14:paraId="11F42898" w14:textId="02689B00" w:rsidR="00844C93" w:rsidRPr="002B327C" w:rsidRDefault="00844C93" w:rsidP="00844C93">
            <w:pPr>
              <w:ind w:left="-57" w:right="-57"/>
              <w:rPr>
                <w:rFonts w:ascii="Roboto Condensed" w:hAnsi="Roboto Condensed" w:cs="Arial"/>
                <w:sz w:val="18"/>
                <w:szCs w:val="18"/>
              </w:rPr>
            </w:pPr>
            <w:r w:rsidRPr="002B327C">
              <w:rPr>
                <w:rFonts w:ascii="Roboto Condensed" w:hAnsi="Roboto Condensed" w:cs="Arial"/>
                <w:sz w:val="18"/>
                <w:szCs w:val="18"/>
              </w:rPr>
              <w:t>Grzebień 11</w:t>
            </w:r>
          </w:p>
        </w:tc>
        <w:tc>
          <w:tcPr>
            <w:tcW w:w="1134" w:type="dxa"/>
          </w:tcPr>
          <w:p w14:paraId="5EC5FCD0" w14:textId="020F0507" w:rsidR="00844C93" w:rsidRPr="002B327C" w:rsidRDefault="00844C93" w:rsidP="00844C93">
            <w:pPr>
              <w:ind w:left="-57" w:right="-57"/>
              <w:jc w:val="center"/>
              <w:rPr>
                <w:rFonts w:ascii="Roboto Condensed" w:hAnsi="Roboto Condensed" w:cs="Arial"/>
                <w:sz w:val="18"/>
                <w:szCs w:val="18"/>
              </w:rPr>
            </w:pPr>
            <w:r w:rsidRPr="002B327C">
              <w:rPr>
                <w:rFonts w:ascii="Roboto Condensed" w:hAnsi="Roboto Condensed" w:cs="Arial"/>
                <w:sz w:val="18"/>
                <w:szCs w:val="18"/>
              </w:rPr>
              <w:t>082-052/58</w:t>
            </w:r>
          </w:p>
        </w:tc>
        <w:tc>
          <w:tcPr>
            <w:tcW w:w="3969" w:type="dxa"/>
          </w:tcPr>
          <w:p w14:paraId="6C80927C" w14:textId="68DEEAB8" w:rsidR="00844C93" w:rsidRPr="002B327C" w:rsidRDefault="00844C93" w:rsidP="00844C93">
            <w:pPr>
              <w:ind w:left="-57" w:right="-57"/>
              <w:rPr>
                <w:rFonts w:ascii="Roboto Condensed" w:hAnsi="Roboto Condensed" w:cs="Arial"/>
                <w:sz w:val="18"/>
                <w:szCs w:val="18"/>
              </w:rPr>
            </w:pPr>
            <w:r w:rsidRPr="002B327C">
              <w:rPr>
                <w:rFonts w:ascii="Roboto Condensed" w:hAnsi="Roboto Condensed" w:cs="Arial"/>
                <w:sz w:val="18"/>
                <w:szCs w:val="18"/>
              </w:rPr>
              <w:t>osada - kultura łużycka / epoka brązu</w:t>
            </w:r>
          </w:p>
        </w:tc>
        <w:tc>
          <w:tcPr>
            <w:tcW w:w="1985" w:type="dxa"/>
          </w:tcPr>
          <w:p w14:paraId="1B809C2E"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19611B89" w14:textId="77777777" w:rsidTr="00D86599">
        <w:trPr>
          <w:cantSplit/>
          <w:trHeight w:val="227"/>
        </w:trPr>
        <w:tc>
          <w:tcPr>
            <w:tcW w:w="457" w:type="dxa"/>
          </w:tcPr>
          <w:p w14:paraId="361B4647" w14:textId="77777777" w:rsidR="00844C93" w:rsidRPr="00EF501A" w:rsidRDefault="00844C93" w:rsidP="008636AA">
            <w:pPr>
              <w:pStyle w:val="Akapitzlist"/>
              <w:numPr>
                <w:ilvl w:val="0"/>
                <w:numId w:val="1"/>
              </w:numPr>
              <w:rPr>
                <w:rFonts w:ascii="Roboto Condensed" w:hAnsi="Roboto Condensed" w:cs="Arial"/>
                <w:sz w:val="20"/>
                <w:szCs w:val="20"/>
              </w:rPr>
            </w:pPr>
          </w:p>
        </w:tc>
        <w:tc>
          <w:tcPr>
            <w:tcW w:w="1778" w:type="dxa"/>
          </w:tcPr>
          <w:p w14:paraId="4F63D022" w14:textId="470DE26B" w:rsidR="00844C93" w:rsidRPr="00104F2C" w:rsidRDefault="00844C93" w:rsidP="00844C93">
            <w:pPr>
              <w:ind w:left="-57" w:right="-57"/>
              <w:rPr>
                <w:rFonts w:ascii="Roboto Condensed" w:hAnsi="Roboto Condensed" w:cs="Arial"/>
                <w:sz w:val="18"/>
                <w:szCs w:val="18"/>
              </w:rPr>
            </w:pPr>
            <w:r w:rsidRPr="00104F2C">
              <w:rPr>
                <w:rFonts w:ascii="Roboto Condensed" w:hAnsi="Roboto Condensed" w:cs="Arial"/>
                <w:sz w:val="18"/>
                <w:szCs w:val="18"/>
              </w:rPr>
              <w:t>Jadwinówka 1</w:t>
            </w:r>
          </w:p>
        </w:tc>
        <w:tc>
          <w:tcPr>
            <w:tcW w:w="1134" w:type="dxa"/>
          </w:tcPr>
          <w:p w14:paraId="433486FC" w14:textId="7AB40C5E" w:rsidR="00844C93" w:rsidRPr="00104F2C" w:rsidRDefault="00844C93" w:rsidP="00844C93">
            <w:pPr>
              <w:ind w:left="-57" w:right="-57"/>
              <w:jc w:val="center"/>
              <w:rPr>
                <w:rFonts w:ascii="Roboto Condensed" w:hAnsi="Roboto Condensed" w:cs="Arial"/>
                <w:sz w:val="18"/>
                <w:szCs w:val="18"/>
              </w:rPr>
            </w:pPr>
            <w:r w:rsidRPr="00104F2C">
              <w:rPr>
                <w:rFonts w:ascii="Roboto Condensed" w:hAnsi="Roboto Condensed" w:cs="Arial"/>
                <w:sz w:val="18"/>
                <w:szCs w:val="18"/>
              </w:rPr>
              <w:t>080-052/39</w:t>
            </w:r>
          </w:p>
        </w:tc>
        <w:tc>
          <w:tcPr>
            <w:tcW w:w="3969" w:type="dxa"/>
          </w:tcPr>
          <w:p w14:paraId="512B5B32" w14:textId="7461B443" w:rsidR="00844C93" w:rsidRPr="00104F2C" w:rsidRDefault="00844C93" w:rsidP="00844C93">
            <w:pPr>
              <w:ind w:left="-57" w:right="-57"/>
              <w:rPr>
                <w:rFonts w:ascii="Roboto Condensed" w:hAnsi="Roboto Condensed" w:cs="Arial"/>
                <w:sz w:val="18"/>
                <w:szCs w:val="18"/>
              </w:rPr>
            </w:pPr>
            <w:r w:rsidRPr="00104F2C">
              <w:rPr>
                <w:rFonts w:ascii="Roboto Condensed" w:hAnsi="Roboto Condensed" w:cs="Arial"/>
                <w:sz w:val="18"/>
                <w:szCs w:val="18"/>
              </w:rPr>
              <w:t>ślad osadniczy / pradzieje</w:t>
            </w:r>
          </w:p>
        </w:tc>
        <w:tc>
          <w:tcPr>
            <w:tcW w:w="1985" w:type="dxa"/>
          </w:tcPr>
          <w:p w14:paraId="07566B5A"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48DD1D07" w14:textId="77777777" w:rsidTr="00D86599">
        <w:trPr>
          <w:cantSplit/>
          <w:trHeight w:val="227"/>
        </w:trPr>
        <w:tc>
          <w:tcPr>
            <w:tcW w:w="457" w:type="dxa"/>
          </w:tcPr>
          <w:p w14:paraId="3D6A2751" w14:textId="77777777" w:rsidR="00844C93" w:rsidRPr="00EF501A" w:rsidRDefault="00844C93" w:rsidP="008636AA">
            <w:pPr>
              <w:pStyle w:val="Akapitzlist"/>
              <w:numPr>
                <w:ilvl w:val="0"/>
                <w:numId w:val="1"/>
              </w:numPr>
              <w:rPr>
                <w:rFonts w:ascii="Roboto Condensed" w:hAnsi="Roboto Condensed" w:cs="Arial"/>
                <w:sz w:val="20"/>
                <w:szCs w:val="20"/>
              </w:rPr>
            </w:pPr>
          </w:p>
        </w:tc>
        <w:tc>
          <w:tcPr>
            <w:tcW w:w="1778" w:type="dxa"/>
          </w:tcPr>
          <w:p w14:paraId="2C733262" w14:textId="2FFEC8FF" w:rsidR="00844C93" w:rsidRPr="00104F2C" w:rsidRDefault="00844C93" w:rsidP="00844C93">
            <w:pPr>
              <w:ind w:left="-57" w:right="-57"/>
              <w:rPr>
                <w:rFonts w:ascii="Roboto Condensed" w:hAnsi="Roboto Condensed" w:cs="Arial"/>
                <w:sz w:val="18"/>
                <w:szCs w:val="18"/>
              </w:rPr>
            </w:pPr>
            <w:r w:rsidRPr="00104F2C">
              <w:rPr>
                <w:rFonts w:ascii="Roboto Condensed" w:hAnsi="Roboto Condensed" w:cs="Arial"/>
                <w:sz w:val="18"/>
                <w:szCs w:val="18"/>
              </w:rPr>
              <w:t>Kietlin 1</w:t>
            </w:r>
          </w:p>
        </w:tc>
        <w:tc>
          <w:tcPr>
            <w:tcW w:w="1134" w:type="dxa"/>
          </w:tcPr>
          <w:p w14:paraId="5A6098EA" w14:textId="5C71B567" w:rsidR="00844C93" w:rsidRPr="00104F2C" w:rsidRDefault="00844C93" w:rsidP="00844C93">
            <w:pPr>
              <w:ind w:left="-57" w:right="-57"/>
              <w:jc w:val="center"/>
              <w:rPr>
                <w:rFonts w:ascii="Roboto Condensed" w:hAnsi="Roboto Condensed" w:cs="Arial"/>
                <w:sz w:val="18"/>
                <w:szCs w:val="18"/>
              </w:rPr>
            </w:pPr>
            <w:r w:rsidRPr="00104F2C">
              <w:rPr>
                <w:rFonts w:ascii="Roboto Condensed" w:hAnsi="Roboto Condensed" w:cs="Arial"/>
                <w:sz w:val="18"/>
                <w:szCs w:val="18"/>
              </w:rPr>
              <w:t>081-052/13</w:t>
            </w:r>
          </w:p>
        </w:tc>
        <w:tc>
          <w:tcPr>
            <w:tcW w:w="3969" w:type="dxa"/>
          </w:tcPr>
          <w:p w14:paraId="46D73581" w14:textId="1492E2BB" w:rsidR="00844C93" w:rsidRPr="00104F2C" w:rsidRDefault="00844C93" w:rsidP="00844C93">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492C704D"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178B4A8F" w14:textId="77777777" w:rsidTr="00D86599">
        <w:trPr>
          <w:cantSplit/>
          <w:trHeight w:val="227"/>
        </w:trPr>
        <w:tc>
          <w:tcPr>
            <w:tcW w:w="457" w:type="dxa"/>
          </w:tcPr>
          <w:p w14:paraId="65AF7453" w14:textId="77777777" w:rsidR="00844C93" w:rsidRPr="00EF501A" w:rsidRDefault="00844C93" w:rsidP="008636AA">
            <w:pPr>
              <w:pStyle w:val="Akapitzlist"/>
              <w:numPr>
                <w:ilvl w:val="0"/>
                <w:numId w:val="1"/>
              </w:numPr>
              <w:rPr>
                <w:rFonts w:ascii="Roboto Condensed" w:hAnsi="Roboto Condensed" w:cs="Arial"/>
                <w:sz w:val="20"/>
                <w:szCs w:val="20"/>
              </w:rPr>
            </w:pPr>
          </w:p>
        </w:tc>
        <w:tc>
          <w:tcPr>
            <w:tcW w:w="1778" w:type="dxa"/>
          </w:tcPr>
          <w:p w14:paraId="170E8BBE" w14:textId="3C0F8125" w:rsidR="00844C93" w:rsidRPr="00104F2C" w:rsidRDefault="00844C93" w:rsidP="00844C93">
            <w:pPr>
              <w:ind w:left="-57" w:right="-57"/>
              <w:rPr>
                <w:rFonts w:ascii="Roboto Condensed" w:hAnsi="Roboto Condensed" w:cs="Arial"/>
                <w:sz w:val="18"/>
                <w:szCs w:val="18"/>
              </w:rPr>
            </w:pPr>
            <w:r w:rsidRPr="00104F2C">
              <w:rPr>
                <w:rFonts w:ascii="Roboto Condensed" w:hAnsi="Roboto Condensed" w:cs="Arial"/>
                <w:sz w:val="18"/>
                <w:szCs w:val="18"/>
              </w:rPr>
              <w:t>Kietlin 2</w:t>
            </w:r>
          </w:p>
        </w:tc>
        <w:tc>
          <w:tcPr>
            <w:tcW w:w="1134" w:type="dxa"/>
          </w:tcPr>
          <w:p w14:paraId="2413A79B" w14:textId="39DA4DAC" w:rsidR="00844C93" w:rsidRPr="00104F2C" w:rsidRDefault="00844C93" w:rsidP="00844C93">
            <w:pPr>
              <w:ind w:left="-57" w:right="-57"/>
              <w:jc w:val="center"/>
              <w:rPr>
                <w:rFonts w:ascii="Roboto Condensed" w:hAnsi="Roboto Condensed" w:cs="Arial"/>
                <w:sz w:val="18"/>
                <w:szCs w:val="18"/>
              </w:rPr>
            </w:pPr>
            <w:r w:rsidRPr="00104F2C">
              <w:rPr>
                <w:rFonts w:ascii="Roboto Condensed" w:hAnsi="Roboto Condensed" w:cs="Arial"/>
                <w:sz w:val="18"/>
                <w:szCs w:val="18"/>
              </w:rPr>
              <w:t>081-052/14</w:t>
            </w:r>
          </w:p>
        </w:tc>
        <w:tc>
          <w:tcPr>
            <w:tcW w:w="3969" w:type="dxa"/>
          </w:tcPr>
          <w:p w14:paraId="2111A5E6" w14:textId="65866EAB" w:rsidR="00844C93" w:rsidRPr="00104F2C" w:rsidRDefault="00844C93" w:rsidP="00844C93">
            <w:pPr>
              <w:ind w:left="-57" w:right="-57"/>
              <w:rPr>
                <w:rFonts w:ascii="Roboto Condensed" w:hAnsi="Roboto Condensed" w:cs="Arial"/>
                <w:sz w:val="18"/>
                <w:szCs w:val="18"/>
              </w:rPr>
            </w:pPr>
            <w:r w:rsidRPr="00104F2C">
              <w:rPr>
                <w:rFonts w:ascii="Roboto Condensed" w:hAnsi="Roboto Condensed" w:cs="Arial"/>
                <w:sz w:val="18"/>
                <w:szCs w:val="18"/>
              </w:rPr>
              <w:t>osada / średniowiecze - późne</w:t>
            </w:r>
          </w:p>
        </w:tc>
        <w:tc>
          <w:tcPr>
            <w:tcW w:w="1985" w:type="dxa"/>
          </w:tcPr>
          <w:p w14:paraId="3D16320F"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2F678975" w14:textId="77777777" w:rsidTr="00D86599">
        <w:trPr>
          <w:cantSplit/>
          <w:trHeight w:val="227"/>
        </w:trPr>
        <w:tc>
          <w:tcPr>
            <w:tcW w:w="457" w:type="dxa"/>
          </w:tcPr>
          <w:p w14:paraId="55B81302" w14:textId="77777777" w:rsidR="00844C93" w:rsidRPr="00EF501A" w:rsidRDefault="00844C93" w:rsidP="008636AA">
            <w:pPr>
              <w:pStyle w:val="Akapitzlist"/>
              <w:numPr>
                <w:ilvl w:val="0"/>
                <w:numId w:val="1"/>
              </w:numPr>
              <w:rPr>
                <w:rFonts w:ascii="Roboto Condensed" w:hAnsi="Roboto Condensed" w:cs="Arial"/>
                <w:sz w:val="20"/>
                <w:szCs w:val="20"/>
              </w:rPr>
            </w:pPr>
          </w:p>
        </w:tc>
        <w:tc>
          <w:tcPr>
            <w:tcW w:w="1778" w:type="dxa"/>
          </w:tcPr>
          <w:p w14:paraId="11BE235F" w14:textId="3AA89EC9" w:rsidR="00844C93" w:rsidRPr="00104F2C" w:rsidRDefault="00844C93" w:rsidP="00844C93">
            <w:pPr>
              <w:ind w:left="-57" w:right="-57"/>
              <w:rPr>
                <w:rFonts w:ascii="Roboto Condensed" w:hAnsi="Roboto Condensed" w:cs="Arial"/>
                <w:sz w:val="18"/>
                <w:szCs w:val="18"/>
              </w:rPr>
            </w:pPr>
            <w:r w:rsidRPr="00104F2C">
              <w:rPr>
                <w:rFonts w:ascii="Roboto Condensed" w:hAnsi="Roboto Condensed" w:cs="Arial"/>
                <w:sz w:val="18"/>
                <w:szCs w:val="18"/>
              </w:rPr>
              <w:t>Kietlin 3</w:t>
            </w:r>
          </w:p>
        </w:tc>
        <w:tc>
          <w:tcPr>
            <w:tcW w:w="1134" w:type="dxa"/>
          </w:tcPr>
          <w:p w14:paraId="465FBFB7" w14:textId="71E065D3" w:rsidR="00844C93" w:rsidRPr="00104F2C" w:rsidRDefault="00844C93" w:rsidP="00844C93">
            <w:pPr>
              <w:ind w:left="-57" w:right="-57"/>
              <w:jc w:val="center"/>
              <w:rPr>
                <w:rFonts w:ascii="Roboto Condensed" w:hAnsi="Roboto Condensed" w:cs="Arial"/>
                <w:sz w:val="18"/>
                <w:szCs w:val="18"/>
              </w:rPr>
            </w:pPr>
            <w:r w:rsidRPr="00104F2C">
              <w:rPr>
                <w:rFonts w:ascii="Roboto Condensed" w:hAnsi="Roboto Condensed" w:cs="Arial"/>
                <w:sz w:val="18"/>
                <w:szCs w:val="18"/>
              </w:rPr>
              <w:t>081-052/15</w:t>
            </w:r>
          </w:p>
        </w:tc>
        <w:tc>
          <w:tcPr>
            <w:tcW w:w="3969" w:type="dxa"/>
          </w:tcPr>
          <w:p w14:paraId="624A9EE7" w14:textId="753742C5" w:rsidR="00844C93" w:rsidRPr="00104F2C" w:rsidRDefault="00844C93" w:rsidP="00844C93">
            <w:pPr>
              <w:ind w:left="-57" w:right="-57"/>
              <w:rPr>
                <w:rFonts w:ascii="Roboto Condensed" w:hAnsi="Roboto Condensed" w:cs="Arial"/>
                <w:sz w:val="18"/>
                <w:szCs w:val="18"/>
              </w:rPr>
            </w:pPr>
            <w:r w:rsidRPr="00104F2C">
              <w:rPr>
                <w:rFonts w:ascii="Roboto Condensed" w:hAnsi="Roboto Condensed" w:cs="Arial"/>
                <w:sz w:val="18"/>
                <w:szCs w:val="18"/>
              </w:rPr>
              <w:t>osada / średniowiecze - wczesne</w:t>
            </w:r>
          </w:p>
        </w:tc>
        <w:tc>
          <w:tcPr>
            <w:tcW w:w="1985" w:type="dxa"/>
          </w:tcPr>
          <w:p w14:paraId="63BEF26F"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4EEDAB19" w14:textId="77777777" w:rsidTr="00D86599">
        <w:trPr>
          <w:cantSplit/>
          <w:trHeight w:val="227"/>
        </w:trPr>
        <w:tc>
          <w:tcPr>
            <w:tcW w:w="457" w:type="dxa"/>
          </w:tcPr>
          <w:p w14:paraId="32110E05" w14:textId="77777777" w:rsidR="00844C93" w:rsidRPr="00EF501A" w:rsidRDefault="00844C93" w:rsidP="008636AA">
            <w:pPr>
              <w:pStyle w:val="Akapitzlist"/>
              <w:numPr>
                <w:ilvl w:val="0"/>
                <w:numId w:val="1"/>
              </w:numPr>
              <w:rPr>
                <w:rFonts w:ascii="Roboto Condensed" w:hAnsi="Roboto Condensed" w:cs="Arial"/>
                <w:sz w:val="20"/>
                <w:szCs w:val="20"/>
              </w:rPr>
            </w:pPr>
          </w:p>
        </w:tc>
        <w:tc>
          <w:tcPr>
            <w:tcW w:w="1778" w:type="dxa"/>
          </w:tcPr>
          <w:p w14:paraId="5353985A" w14:textId="06BFEB85" w:rsidR="00844C93" w:rsidRPr="00104F2C" w:rsidRDefault="00844C93" w:rsidP="00844C93">
            <w:pPr>
              <w:ind w:left="-57" w:right="-57"/>
              <w:rPr>
                <w:rFonts w:ascii="Roboto Condensed" w:hAnsi="Roboto Condensed" w:cs="Arial"/>
                <w:sz w:val="18"/>
                <w:szCs w:val="18"/>
              </w:rPr>
            </w:pPr>
            <w:r w:rsidRPr="00104F2C">
              <w:rPr>
                <w:rFonts w:ascii="Roboto Condensed" w:hAnsi="Roboto Condensed" w:cs="Arial"/>
                <w:sz w:val="18"/>
                <w:szCs w:val="18"/>
              </w:rPr>
              <w:t>Kietlin 4</w:t>
            </w:r>
          </w:p>
        </w:tc>
        <w:tc>
          <w:tcPr>
            <w:tcW w:w="1134" w:type="dxa"/>
          </w:tcPr>
          <w:p w14:paraId="490899EC" w14:textId="0BBAF8A1" w:rsidR="00844C93" w:rsidRPr="00104F2C" w:rsidRDefault="00844C93" w:rsidP="00844C93">
            <w:pPr>
              <w:ind w:left="-57" w:right="-57"/>
              <w:jc w:val="center"/>
              <w:rPr>
                <w:rFonts w:ascii="Roboto Condensed" w:hAnsi="Roboto Condensed" w:cs="Arial"/>
                <w:sz w:val="18"/>
                <w:szCs w:val="18"/>
              </w:rPr>
            </w:pPr>
            <w:r w:rsidRPr="00104F2C">
              <w:rPr>
                <w:rFonts w:ascii="Roboto Condensed" w:hAnsi="Roboto Condensed" w:cs="Arial"/>
                <w:sz w:val="18"/>
                <w:szCs w:val="18"/>
              </w:rPr>
              <w:t>081-052/16</w:t>
            </w:r>
          </w:p>
        </w:tc>
        <w:tc>
          <w:tcPr>
            <w:tcW w:w="3969" w:type="dxa"/>
          </w:tcPr>
          <w:p w14:paraId="6A05DBC8" w14:textId="75E0D0B1" w:rsidR="00844C93" w:rsidRPr="00104F2C" w:rsidRDefault="00844C93" w:rsidP="00844C93">
            <w:pPr>
              <w:ind w:left="-57" w:right="-57"/>
              <w:rPr>
                <w:rFonts w:ascii="Roboto Condensed" w:hAnsi="Roboto Condensed" w:cs="Arial"/>
                <w:sz w:val="18"/>
                <w:szCs w:val="18"/>
              </w:rPr>
            </w:pPr>
            <w:r w:rsidRPr="00104F2C">
              <w:rPr>
                <w:rFonts w:ascii="Roboto Condensed" w:hAnsi="Roboto Condensed" w:cs="Arial"/>
                <w:sz w:val="18"/>
                <w:szCs w:val="18"/>
              </w:rPr>
              <w:t>osada / średniowiecze - wczesne</w:t>
            </w:r>
          </w:p>
        </w:tc>
        <w:tc>
          <w:tcPr>
            <w:tcW w:w="1985" w:type="dxa"/>
          </w:tcPr>
          <w:p w14:paraId="7DCD7AD1"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3E11ADD5" w14:textId="77777777" w:rsidTr="00D86599">
        <w:trPr>
          <w:cantSplit/>
          <w:trHeight w:val="227"/>
        </w:trPr>
        <w:tc>
          <w:tcPr>
            <w:tcW w:w="457" w:type="dxa"/>
          </w:tcPr>
          <w:p w14:paraId="0EC9ABA3" w14:textId="77777777" w:rsidR="00844C93" w:rsidRPr="00EF501A" w:rsidRDefault="00844C93" w:rsidP="008636AA">
            <w:pPr>
              <w:pStyle w:val="Akapitzlist"/>
              <w:numPr>
                <w:ilvl w:val="0"/>
                <w:numId w:val="1"/>
              </w:numPr>
              <w:rPr>
                <w:rFonts w:ascii="Roboto Condensed" w:hAnsi="Roboto Condensed" w:cs="Arial"/>
                <w:sz w:val="20"/>
                <w:szCs w:val="20"/>
              </w:rPr>
            </w:pPr>
          </w:p>
        </w:tc>
        <w:tc>
          <w:tcPr>
            <w:tcW w:w="1778" w:type="dxa"/>
          </w:tcPr>
          <w:p w14:paraId="69CA3F9D" w14:textId="35B7F52E" w:rsidR="00844C93" w:rsidRPr="002B327C" w:rsidRDefault="00844C93" w:rsidP="00844C93">
            <w:pPr>
              <w:ind w:left="-57" w:right="-57"/>
              <w:rPr>
                <w:rFonts w:ascii="Roboto Condensed" w:hAnsi="Roboto Condensed" w:cs="Arial"/>
                <w:sz w:val="18"/>
                <w:szCs w:val="18"/>
              </w:rPr>
            </w:pPr>
            <w:r w:rsidRPr="002B327C">
              <w:rPr>
                <w:rFonts w:ascii="Roboto Condensed" w:hAnsi="Roboto Condensed" w:cs="Arial"/>
                <w:sz w:val="18"/>
                <w:szCs w:val="18"/>
              </w:rPr>
              <w:t>Kietlin 5</w:t>
            </w:r>
          </w:p>
        </w:tc>
        <w:tc>
          <w:tcPr>
            <w:tcW w:w="1134" w:type="dxa"/>
          </w:tcPr>
          <w:p w14:paraId="0EF75B1B" w14:textId="6D45B176" w:rsidR="00844C93" w:rsidRPr="002B327C" w:rsidRDefault="00844C93" w:rsidP="00844C93">
            <w:pPr>
              <w:ind w:left="-57" w:right="-57"/>
              <w:jc w:val="center"/>
              <w:rPr>
                <w:rFonts w:ascii="Roboto Condensed" w:hAnsi="Roboto Condensed" w:cs="Arial"/>
                <w:sz w:val="18"/>
                <w:szCs w:val="18"/>
              </w:rPr>
            </w:pPr>
            <w:r w:rsidRPr="002B327C">
              <w:rPr>
                <w:rFonts w:ascii="Roboto Condensed" w:hAnsi="Roboto Condensed" w:cs="Arial"/>
                <w:sz w:val="18"/>
                <w:szCs w:val="18"/>
              </w:rPr>
              <w:t>081-052/51</w:t>
            </w:r>
          </w:p>
        </w:tc>
        <w:tc>
          <w:tcPr>
            <w:tcW w:w="3969" w:type="dxa"/>
          </w:tcPr>
          <w:p w14:paraId="426ED1F5" w14:textId="393FF5AD" w:rsidR="00844C93" w:rsidRPr="002B327C" w:rsidRDefault="00844C93" w:rsidP="00844C93">
            <w:pPr>
              <w:ind w:left="-57" w:right="-57"/>
              <w:rPr>
                <w:rFonts w:ascii="Roboto Condensed" w:hAnsi="Roboto Condensed" w:cs="Arial"/>
                <w:sz w:val="18"/>
                <w:szCs w:val="18"/>
              </w:rPr>
            </w:pPr>
            <w:r w:rsidRPr="002B327C">
              <w:rPr>
                <w:rFonts w:ascii="Roboto Condensed" w:hAnsi="Roboto Condensed" w:cs="Arial"/>
                <w:sz w:val="18"/>
                <w:szCs w:val="18"/>
              </w:rPr>
              <w:t>ślad osadniczy / średniowiecze - późne</w:t>
            </w:r>
          </w:p>
        </w:tc>
        <w:tc>
          <w:tcPr>
            <w:tcW w:w="1985" w:type="dxa"/>
          </w:tcPr>
          <w:p w14:paraId="307971DB"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5A377E51" w14:textId="77777777" w:rsidTr="00D86599">
        <w:trPr>
          <w:cantSplit/>
          <w:trHeight w:val="227"/>
        </w:trPr>
        <w:tc>
          <w:tcPr>
            <w:tcW w:w="457" w:type="dxa"/>
          </w:tcPr>
          <w:p w14:paraId="4746A4F6" w14:textId="77777777" w:rsidR="00844C93" w:rsidRPr="00EF501A" w:rsidRDefault="00844C93" w:rsidP="008636AA">
            <w:pPr>
              <w:pStyle w:val="Akapitzlist"/>
              <w:numPr>
                <w:ilvl w:val="0"/>
                <w:numId w:val="1"/>
              </w:numPr>
              <w:rPr>
                <w:rFonts w:ascii="Roboto Condensed" w:hAnsi="Roboto Condensed" w:cs="Arial"/>
                <w:sz w:val="20"/>
                <w:szCs w:val="20"/>
              </w:rPr>
            </w:pPr>
          </w:p>
        </w:tc>
        <w:tc>
          <w:tcPr>
            <w:tcW w:w="1778" w:type="dxa"/>
          </w:tcPr>
          <w:p w14:paraId="7C33505F" w14:textId="4F804849" w:rsidR="00844C93" w:rsidRPr="002B327C" w:rsidRDefault="00844C93" w:rsidP="00844C93">
            <w:pPr>
              <w:ind w:left="-57" w:right="-57"/>
              <w:rPr>
                <w:rFonts w:ascii="Roboto Condensed" w:hAnsi="Roboto Condensed" w:cs="Arial"/>
                <w:sz w:val="18"/>
                <w:szCs w:val="18"/>
              </w:rPr>
            </w:pPr>
            <w:r w:rsidRPr="002B327C">
              <w:rPr>
                <w:rFonts w:ascii="Roboto Condensed" w:hAnsi="Roboto Condensed" w:cs="Arial"/>
                <w:sz w:val="18"/>
                <w:szCs w:val="18"/>
              </w:rPr>
              <w:t>Kietlin 6</w:t>
            </w:r>
          </w:p>
        </w:tc>
        <w:tc>
          <w:tcPr>
            <w:tcW w:w="1134" w:type="dxa"/>
          </w:tcPr>
          <w:p w14:paraId="579F5900" w14:textId="0761FAFB" w:rsidR="00844C93" w:rsidRPr="002B327C" w:rsidRDefault="00844C93" w:rsidP="00844C93">
            <w:pPr>
              <w:ind w:left="-57" w:right="-57"/>
              <w:jc w:val="center"/>
              <w:rPr>
                <w:rFonts w:ascii="Roboto Condensed" w:hAnsi="Roboto Condensed" w:cs="Arial"/>
                <w:sz w:val="18"/>
                <w:szCs w:val="18"/>
              </w:rPr>
            </w:pPr>
            <w:r w:rsidRPr="002B327C">
              <w:rPr>
                <w:rFonts w:ascii="Roboto Condensed" w:hAnsi="Roboto Condensed" w:cs="Arial"/>
                <w:sz w:val="18"/>
                <w:szCs w:val="18"/>
              </w:rPr>
              <w:t>081-052/52</w:t>
            </w:r>
          </w:p>
        </w:tc>
        <w:tc>
          <w:tcPr>
            <w:tcW w:w="3969" w:type="dxa"/>
          </w:tcPr>
          <w:p w14:paraId="17264505" w14:textId="5E54E44F" w:rsidR="00844C93" w:rsidRPr="002B327C" w:rsidRDefault="00844C93" w:rsidP="00844C93">
            <w:pPr>
              <w:ind w:left="-57" w:right="-57"/>
              <w:rPr>
                <w:rFonts w:ascii="Roboto Condensed" w:hAnsi="Roboto Condensed" w:cs="Arial"/>
                <w:sz w:val="18"/>
                <w:szCs w:val="18"/>
              </w:rPr>
            </w:pPr>
            <w:r w:rsidRPr="002B327C">
              <w:rPr>
                <w:rFonts w:ascii="Roboto Condensed" w:hAnsi="Roboto Condensed" w:cs="Arial"/>
                <w:sz w:val="18"/>
                <w:szCs w:val="18"/>
              </w:rPr>
              <w:t>osada / średniowiecze - późne</w:t>
            </w:r>
          </w:p>
        </w:tc>
        <w:tc>
          <w:tcPr>
            <w:tcW w:w="1985" w:type="dxa"/>
          </w:tcPr>
          <w:p w14:paraId="3232997F"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0E4C0987" w14:textId="77777777" w:rsidTr="00D86599">
        <w:trPr>
          <w:cantSplit/>
          <w:trHeight w:val="227"/>
        </w:trPr>
        <w:tc>
          <w:tcPr>
            <w:tcW w:w="457" w:type="dxa"/>
          </w:tcPr>
          <w:p w14:paraId="1DF5D9D2" w14:textId="77777777" w:rsidR="00844C93" w:rsidRPr="00EF501A" w:rsidRDefault="00844C93" w:rsidP="008636AA">
            <w:pPr>
              <w:pStyle w:val="Akapitzlist"/>
              <w:numPr>
                <w:ilvl w:val="0"/>
                <w:numId w:val="1"/>
              </w:numPr>
              <w:rPr>
                <w:rFonts w:ascii="Roboto Condensed" w:hAnsi="Roboto Condensed" w:cs="Arial"/>
                <w:sz w:val="20"/>
                <w:szCs w:val="20"/>
              </w:rPr>
            </w:pPr>
          </w:p>
        </w:tc>
        <w:tc>
          <w:tcPr>
            <w:tcW w:w="1778" w:type="dxa"/>
          </w:tcPr>
          <w:p w14:paraId="7BB21272" w14:textId="19EF548A" w:rsidR="00844C93" w:rsidRPr="00104F2C" w:rsidRDefault="00844C93" w:rsidP="00844C93">
            <w:pPr>
              <w:ind w:left="-57" w:right="-57"/>
              <w:rPr>
                <w:rFonts w:ascii="Roboto Condensed" w:hAnsi="Roboto Condensed" w:cs="Arial"/>
                <w:sz w:val="18"/>
                <w:szCs w:val="18"/>
              </w:rPr>
            </w:pPr>
            <w:r w:rsidRPr="00104F2C">
              <w:rPr>
                <w:rFonts w:ascii="Roboto Condensed" w:hAnsi="Roboto Condensed" w:cs="Arial"/>
                <w:sz w:val="18"/>
                <w:szCs w:val="18"/>
              </w:rPr>
              <w:t>Klekowiec 1</w:t>
            </w:r>
          </w:p>
        </w:tc>
        <w:tc>
          <w:tcPr>
            <w:tcW w:w="1134" w:type="dxa"/>
          </w:tcPr>
          <w:p w14:paraId="797A925A" w14:textId="0D8ADEB8" w:rsidR="00844C93" w:rsidRPr="00104F2C" w:rsidRDefault="00844C93" w:rsidP="00844C93">
            <w:pPr>
              <w:ind w:left="-57" w:right="-57"/>
              <w:jc w:val="center"/>
              <w:rPr>
                <w:rFonts w:ascii="Roboto Condensed" w:hAnsi="Roboto Condensed" w:cs="Arial"/>
                <w:sz w:val="18"/>
                <w:szCs w:val="18"/>
              </w:rPr>
            </w:pPr>
            <w:r w:rsidRPr="00104F2C">
              <w:rPr>
                <w:rFonts w:ascii="Roboto Condensed" w:hAnsi="Roboto Condensed" w:cs="Arial"/>
                <w:sz w:val="18"/>
                <w:szCs w:val="18"/>
              </w:rPr>
              <w:t>082-051/32</w:t>
            </w:r>
          </w:p>
        </w:tc>
        <w:tc>
          <w:tcPr>
            <w:tcW w:w="3969" w:type="dxa"/>
          </w:tcPr>
          <w:p w14:paraId="6E4D791C" w14:textId="4855F11F" w:rsidR="00844C93" w:rsidRPr="00104F2C" w:rsidRDefault="00844C93" w:rsidP="00844C93">
            <w:pPr>
              <w:ind w:left="-57" w:right="-57"/>
              <w:rPr>
                <w:rFonts w:ascii="Roboto Condensed" w:hAnsi="Roboto Condensed" w:cs="Arial"/>
                <w:sz w:val="18"/>
                <w:szCs w:val="18"/>
              </w:rPr>
            </w:pPr>
            <w:r w:rsidRPr="00104F2C">
              <w:rPr>
                <w:rFonts w:ascii="Roboto Condensed" w:hAnsi="Roboto Condensed" w:cs="Arial"/>
                <w:sz w:val="18"/>
                <w:szCs w:val="18"/>
              </w:rPr>
              <w:t>obozowisko / epoka kamienia</w:t>
            </w:r>
          </w:p>
        </w:tc>
        <w:tc>
          <w:tcPr>
            <w:tcW w:w="1985" w:type="dxa"/>
          </w:tcPr>
          <w:p w14:paraId="2D2C0F19" w14:textId="77777777" w:rsidR="00844C93" w:rsidRPr="009A175C" w:rsidRDefault="00844C93" w:rsidP="00844C93">
            <w:pPr>
              <w:ind w:left="-57" w:right="-57"/>
              <w:rPr>
                <w:rFonts w:ascii="Roboto Condensed" w:hAnsi="Roboto Condensed" w:cs="Arial"/>
                <w:color w:val="EE0000"/>
                <w:sz w:val="18"/>
                <w:szCs w:val="18"/>
              </w:rPr>
            </w:pPr>
          </w:p>
        </w:tc>
      </w:tr>
      <w:tr w:rsidR="00D96917" w:rsidRPr="009A175C" w14:paraId="39F3F8DA" w14:textId="77777777" w:rsidTr="00D86599">
        <w:trPr>
          <w:cantSplit/>
          <w:trHeight w:val="227"/>
        </w:trPr>
        <w:tc>
          <w:tcPr>
            <w:tcW w:w="457" w:type="dxa"/>
          </w:tcPr>
          <w:p w14:paraId="1616328C" w14:textId="77777777" w:rsidR="00D96917" w:rsidRPr="00EF501A" w:rsidRDefault="00D96917" w:rsidP="008636AA">
            <w:pPr>
              <w:pStyle w:val="Akapitzlist"/>
              <w:numPr>
                <w:ilvl w:val="0"/>
                <w:numId w:val="1"/>
              </w:numPr>
              <w:rPr>
                <w:rFonts w:ascii="Roboto Condensed" w:hAnsi="Roboto Condensed" w:cs="Arial"/>
                <w:sz w:val="20"/>
                <w:szCs w:val="20"/>
              </w:rPr>
            </w:pPr>
          </w:p>
        </w:tc>
        <w:tc>
          <w:tcPr>
            <w:tcW w:w="1778" w:type="dxa"/>
          </w:tcPr>
          <w:p w14:paraId="6C9DE8AB" w14:textId="3D7CF26B" w:rsidR="00D96917" w:rsidRPr="00104F2C" w:rsidRDefault="00D96917" w:rsidP="00D96917">
            <w:pPr>
              <w:ind w:left="-57" w:right="-57"/>
              <w:rPr>
                <w:rFonts w:ascii="Roboto Condensed" w:hAnsi="Roboto Condensed" w:cs="Arial"/>
                <w:sz w:val="18"/>
                <w:szCs w:val="18"/>
              </w:rPr>
            </w:pPr>
            <w:r w:rsidRPr="00104F2C">
              <w:rPr>
                <w:rFonts w:ascii="Roboto Condensed" w:hAnsi="Roboto Condensed" w:cs="Arial"/>
                <w:sz w:val="18"/>
                <w:szCs w:val="18"/>
              </w:rPr>
              <w:t>Klekowiec 2</w:t>
            </w:r>
          </w:p>
        </w:tc>
        <w:tc>
          <w:tcPr>
            <w:tcW w:w="1134" w:type="dxa"/>
          </w:tcPr>
          <w:p w14:paraId="00F3D0BA" w14:textId="7D6CC4FD" w:rsidR="00D96917" w:rsidRPr="00104F2C" w:rsidRDefault="00D96917" w:rsidP="00D96917">
            <w:pPr>
              <w:ind w:left="-57" w:right="-57"/>
              <w:jc w:val="center"/>
              <w:rPr>
                <w:rFonts w:ascii="Roboto Condensed" w:hAnsi="Roboto Condensed" w:cs="Arial"/>
                <w:sz w:val="18"/>
                <w:szCs w:val="18"/>
              </w:rPr>
            </w:pPr>
            <w:r w:rsidRPr="00104F2C">
              <w:rPr>
                <w:rFonts w:ascii="Roboto Condensed" w:hAnsi="Roboto Condensed" w:cs="Arial"/>
                <w:sz w:val="18"/>
                <w:szCs w:val="18"/>
              </w:rPr>
              <w:t>082-051/33</w:t>
            </w:r>
          </w:p>
        </w:tc>
        <w:tc>
          <w:tcPr>
            <w:tcW w:w="3969" w:type="dxa"/>
          </w:tcPr>
          <w:p w14:paraId="249B1290" w14:textId="1C153414" w:rsidR="00D96917" w:rsidRPr="00104F2C" w:rsidRDefault="00D96917" w:rsidP="00D96917">
            <w:pPr>
              <w:ind w:left="-57" w:right="-57"/>
              <w:rPr>
                <w:rFonts w:ascii="Roboto Condensed" w:hAnsi="Roboto Condensed" w:cs="Arial"/>
                <w:sz w:val="18"/>
                <w:szCs w:val="18"/>
              </w:rPr>
            </w:pPr>
            <w:r w:rsidRPr="00104F2C">
              <w:rPr>
                <w:rFonts w:ascii="Roboto Condensed" w:hAnsi="Roboto Condensed" w:cs="Arial"/>
                <w:sz w:val="18"/>
                <w:szCs w:val="18"/>
              </w:rPr>
              <w:t>obozowisko / epoka kamienia</w:t>
            </w:r>
          </w:p>
        </w:tc>
        <w:tc>
          <w:tcPr>
            <w:tcW w:w="1985" w:type="dxa"/>
          </w:tcPr>
          <w:p w14:paraId="6C23F17B" w14:textId="77777777" w:rsidR="00D96917" w:rsidRPr="009A175C" w:rsidRDefault="00D96917" w:rsidP="00D96917">
            <w:pPr>
              <w:ind w:left="-57" w:right="-57"/>
              <w:rPr>
                <w:rFonts w:ascii="Roboto Condensed" w:hAnsi="Roboto Condensed" w:cs="Arial"/>
                <w:color w:val="EE0000"/>
                <w:sz w:val="18"/>
                <w:szCs w:val="18"/>
              </w:rPr>
            </w:pPr>
          </w:p>
        </w:tc>
      </w:tr>
      <w:tr w:rsidR="00D96917" w:rsidRPr="009A175C" w14:paraId="460F0F85" w14:textId="77777777" w:rsidTr="00D86599">
        <w:trPr>
          <w:cantSplit/>
          <w:trHeight w:val="227"/>
        </w:trPr>
        <w:tc>
          <w:tcPr>
            <w:tcW w:w="457" w:type="dxa"/>
          </w:tcPr>
          <w:p w14:paraId="5F9E9A7C" w14:textId="77777777" w:rsidR="00D96917" w:rsidRPr="00EF501A" w:rsidRDefault="00D96917" w:rsidP="008636AA">
            <w:pPr>
              <w:pStyle w:val="Akapitzlist"/>
              <w:numPr>
                <w:ilvl w:val="0"/>
                <w:numId w:val="1"/>
              </w:numPr>
              <w:rPr>
                <w:rFonts w:ascii="Roboto Condensed" w:hAnsi="Roboto Condensed" w:cs="Arial"/>
                <w:sz w:val="20"/>
                <w:szCs w:val="20"/>
              </w:rPr>
            </w:pPr>
          </w:p>
        </w:tc>
        <w:tc>
          <w:tcPr>
            <w:tcW w:w="1778" w:type="dxa"/>
          </w:tcPr>
          <w:p w14:paraId="62997856" w14:textId="0ED90B1D" w:rsidR="00D96917" w:rsidRPr="00104F2C" w:rsidRDefault="00D96917" w:rsidP="00D96917">
            <w:pPr>
              <w:ind w:left="-57" w:right="-57"/>
              <w:rPr>
                <w:rFonts w:ascii="Roboto Condensed" w:hAnsi="Roboto Condensed" w:cs="Arial"/>
                <w:sz w:val="18"/>
                <w:szCs w:val="18"/>
              </w:rPr>
            </w:pPr>
            <w:r w:rsidRPr="00104F2C">
              <w:rPr>
                <w:rFonts w:ascii="Roboto Condensed" w:hAnsi="Roboto Condensed" w:cs="Arial"/>
                <w:sz w:val="18"/>
                <w:szCs w:val="18"/>
              </w:rPr>
              <w:t>Klekowiec 3</w:t>
            </w:r>
          </w:p>
        </w:tc>
        <w:tc>
          <w:tcPr>
            <w:tcW w:w="1134" w:type="dxa"/>
          </w:tcPr>
          <w:p w14:paraId="34AA6DA9" w14:textId="378C0624" w:rsidR="00D96917" w:rsidRPr="00104F2C" w:rsidRDefault="00D96917" w:rsidP="00D96917">
            <w:pPr>
              <w:ind w:left="-57" w:right="-57"/>
              <w:jc w:val="center"/>
              <w:rPr>
                <w:rFonts w:ascii="Roboto Condensed" w:hAnsi="Roboto Condensed" w:cs="Arial"/>
                <w:sz w:val="18"/>
                <w:szCs w:val="18"/>
              </w:rPr>
            </w:pPr>
            <w:r w:rsidRPr="00104F2C">
              <w:rPr>
                <w:rFonts w:ascii="Roboto Condensed" w:hAnsi="Roboto Condensed" w:cs="Arial"/>
                <w:sz w:val="18"/>
                <w:szCs w:val="18"/>
              </w:rPr>
              <w:t>082-051/34</w:t>
            </w:r>
          </w:p>
        </w:tc>
        <w:tc>
          <w:tcPr>
            <w:tcW w:w="3969" w:type="dxa"/>
          </w:tcPr>
          <w:p w14:paraId="093DADE3" w14:textId="46FEE9EA" w:rsidR="00D96917" w:rsidRPr="00104F2C" w:rsidRDefault="00D96917" w:rsidP="00D96917">
            <w:pPr>
              <w:ind w:left="-57" w:right="-57"/>
              <w:rPr>
                <w:rFonts w:ascii="Roboto Condensed" w:hAnsi="Roboto Condensed" w:cs="Arial"/>
                <w:sz w:val="18"/>
                <w:szCs w:val="18"/>
              </w:rPr>
            </w:pPr>
            <w:r w:rsidRPr="00104F2C">
              <w:rPr>
                <w:rFonts w:ascii="Roboto Condensed" w:hAnsi="Roboto Condensed" w:cs="Arial"/>
                <w:sz w:val="18"/>
                <w:szCs w:val="18"/>
              </w:rPr>
              <w:t>obozowisko / epoka kamienia</w:t>
            </w:r>
          </w:p>
        </w:tc>
        <w:tc>
          <w:tcPr>
            <w:tcW w:w="1985" w:type="dxa"/>
          </w:tcPr>
          <w:p w14:paraId="1E448781" w14:textId="77777777" w:rsidR="00D96917" w:rsidRPr="009A175C" w:rsidRDefault="00D96917" w:rsidP="00D96917">
            <w:pPr>
              <w:ind w:left="-57" w:right="-57"/>
              <w:rPr>
                <w:rFonts w:ascii="Roboto Condensed" w:hAnsi="Roboto Condensed" w:cs="Arial"/>
                <w:color w:val="EE0000"/>
                <w:sz w:val="18"/>
                <w:szCs w:val="18"/>
              </w:rPr>
            </w:pPr>
          </w:p>
        </w:tc>
      </w:tr>
      <w:tr w:rsidR="00D96917" w:rsidRPr="009A175C" w14:paraId="1E1353DE" w14:textId="77777777" w:rsidTr="00D86599">
        <w:trPr>
          <w:cantSplit/>
          <w:trHeight w:val="227"/>
        </w:trPr>
        <w:tc>
          <w:tcPr>
            <w:tcW w:w="457" w:type="dxa"/>
          </w:tcPr>
          <w:p w14:paraId="4AD328DF" w14:textId="77777777" w:rsidR="00D96917" w:rsidRPr="00EF501A" w:rsidRDefault="00D96917" w:rsidP="008636AA">
            <w:pPr>
              <w:pStyle w:val="Akapitzlist"/>
              <w:numPr>
                <w:ilvl w:val="0"/>
                <w:numId w:val="1"/>
              </w:numPr>
              <w:rPr>
                <w:rFonts w:ascii="Roboto Condensed" w:hAnsi="Roboto Condensed" w:cs="Arial"/>
                <w:sz w:val="20"/>
                <w:szCs w:val="20"/>
              </w:rPr>
            </w:pPr>
          </w:p>
        </w:tc>
        <w:tc>
          <w:tcPr>
            <w:tcW w:w="1778" w:type="dxa"/>
          </w:tcPr>
          <w:p w14:paraId="21D3DEC3" w14:textId="1D468657" w:rsidR="00D96917" w:rsidRPr="00104F2C" w:rsidRDefault="00D96917" w:rsidP="00D96917">
            <w:pPr>
              <w:ind w:left="-57" w:right="-57"/>
              <w:rPr>
                <w:rFonts w:ascii="Roboto Condensed" w:hAnsi="Roboto Condensed" w:cs="Arial"/>
                <w:sz w:val="18"/>
                <w:szCs w:val="18"/>
              </w:rPr>
            </w:pPr>
            <w:r w:rsidRPr="00104F2C">
              <w:rPr>
                <w:rFonts w:ascii="Roboto Condensed" w:hAnsi="Roboto Condensed" w:cs="Arial"/>
                <w:sz w:val="18"/>
                <w:szCs w:val="18"/>
              </w:rPr>
              <w:t>Klekowiec 4</w:t>
            </w:r>
          </w:p>
        </w:tc>
        <w:tc>
          <w:tcPr>
            <w:tcW w:w="1134" w:type="dxa"/>
          </w:tcPr>
          <w:p w14:paraId="581599F5" w14:textId="359C6D7B" w:rsidR="00D96917" w:rsidRPr="00104F2C" w:rsidRDefault="00D96917" w:rsidP="00D96917">
            <w:pPr>
              <w:ind w:left="-57" w:right="-57"/>
              <w:jc w:val="center"/>
              <w:rPr>
                <w:rFonts w:ascii="Roboto Condensed" w:hAnsi="Roboto Condensed" w:cs="Arial"/>
                <w:sz w:val="18"/>
                <w:szCs w:val="18"/>
              </w:rPr>
            </w:pPr>
            <w:r w:rsidRPr="00104F2C">
              <w:rPr>
                <w:rFonts w:ascii="Roboto Condensed" w:hAnsi="Roboto Condensed" w:cs="Arial"/>
                <w:sz w:val="18"/>
                <w:szCs w:val="18"/>
              </w:rPr>
              <w:t>082-051/35</w:t>
            </w:r>
          </w:p>
        </w:tc>
        <w:tc>
          <w:tcPr>
            <w:tcW w:w="3969" w:type="dxa"/>
          </w:tcPr>
          <w:p w14:paraId="4FC031E8" w14:textId="61E82D91" w:rsidR="00D96917" w:rsidRPr="00104F2C" w:rsidRDefault="00D96917" w:rsidP="00D96917">
            <w:pPr>
              <w:ind w:left="-57" w:right="-57"/>
              <w:rPr>
                <w:rFonts w:ascii="Roboto Condensed" w:hAnsi="Roboto Condensed" w:cs="Arial"/>
                <w:sz w:val="18"/>
                <w:szCs w:val="18"/>
              </w:rPr>
            </w:pPr>
            <w:r w:rsidRPr="00104F2C">
              <w:rPr>
                <w:rFonts w:ascii="Roboto Condensed" w:hAnsi="Roboto Condensed" w:cs="Arial"/>
                <w:sz w:val="18"/>
                <w:szCs w:val="18"/>
              </w:rPr>
              <w:t>obozowisko / epoka kamienia</w:t>
            </w:r>
          </w:p>
        </w:tc>
        <w:tc>
          <w:tcPr>
            <w:tcW w:w="1985" w:type="dxa"/>
          </w:tcPr>
          <w:p w14:paraId="1B476C52" w14:textId="77777777" w:rsidR="00D96917" w:rsidRPr="009A175C" w:rsidRDefault="00D96917" w:rsidP="00D96917">
            <w:pPr>
              <w:ind w:left="-57" w:right="-57"/>
              <w:rPr>
                <w:rFonts w:ascii="Roboto Condensed" w:hAnsi="Roboto Condensed" w:cs="Arial"/>
                <w:color w:val="EE0000"/>
                <w:sz w:val="18"/>
                <w:szCs w:val="18"/>
              </w:rPr>
            </w:pPr>
          </w:p>
        </w:tc>
      </w:tr>
      <w:tr w:rsidR="00D96917" w:rsidRPr="009A175C" w14:paraId="585556B8" w14:textId="77777777" w:rsidTr="00D86599">
        <w:trPr>
          <w:cantSplit/>
          <w:trHeight w:val="227"/>
        </w:trPr>
        <w:tc>
          <w:tcPr>
            <w:tcW w:w="457" w:type="dxa"/>
          </w:tcPr>
          <w:p w14:paraId="66852976" w14:textId="77777777" w:rsidR="00D96917" w:rsidRPr="00EF501A" w:rsidRDefault="00D96917" w:rsidP="008636AA">
            <w:pPr>
              <w:pStyle w:val="Akapitzlist"/>
              <w:numPr>
                <w:ilvl w:val="0"/>
                <w:numId w:val="1"/>
              </w:numPr>
              <w:rPr>
                <w:rFonts w:ascii="Roboto Condensed" w:hAnsi="Roboto Condensed" w:cs="Arial"/>
                <w:sz w:val="20"/>
                <w:szCs w:val="20"/>
              </w:rPr>
            </w:pPr>
          </w:p>
        </w:tc>
        <w:tc>
          <w:tcPr>
            <w:tcW w:w="1778" w:type="dxa"/>
          </w:tcPr>
          <w:p w14:paraId="1D948E74" w14:textId="7F2B5DDC" w:rsidR="00D96917" w:rsidRPr="00104F2C" w:rsidRDefault="00D96917" w:rsidP="00D96917">
            <w:pPr>
              <w:ind w:left="-57" w:right="-57"/>
              <w:rPr>
                <w:rFonts w:ascii="Roboto Condensed" w:hAnsi="Roboto Condensed" w:cs="Arial"/>
                <w:sz w:val="18"/>
                <w:szCs w:val="18"/>
              </w:rPr>
            </w:pPr>
            <w:r w:rsidRPr="00104F2C">
              <w:rPr>
                <w:rFonts w:ascii="Roboto Condensed" w:hAnsi="Roboto Condensed" w:cs="Arial"/>
                <w:sz w:val="18"/>
                <w:szCs w:val="18"/>
              </w:rPr>
              <w:t>Klekowiec 5</w:t>
            </w:r>
          </w:p>
        </w:tc>
        <w:tc>
          <w:tcPr>
            <w:tcW w:w="1134" w:type="dxa"/>
          </w:tcPr>
          <w:p w14:paraId="6729B1E9" w14:textId="3DBCC180" w:rsidR="00D96917" w:rsidRPr="00104F2C" w:rsidRDefault="00D96917" w:rsidP="00D96917">
            <w:pPr>
              <w:ind w:left="-57" w:right="-57"/>
              <w:jc w:val="center"/>
              <w:rPr>
                <w:rFonts w:ascii="Roboto Condensed" w:hAnsi="Roboto Condensed" w:cs="Arial"/>
                <w:sz w:val="18"/>
                <w:szCs w:val="18"/>
              </w:rPr>
            </w:pPr>
            <w:r w:rsidRPr="00104F2C">
              <w:rPr>
                <w:rFonts w:ascii="Roboto Condensed" w:hAnsi="Roboto Condensed" w:cs="Arial"/>
                <w:sz w:val="18"/>
                <w:szCs w:val="18"/>
              </w:rPr>
              <w:t>082-051/36</w:t>
            </w:r>
          </w:p>
        </w:tc>
        <w:tc>
          <w:tcPr>
            <w:tcW w:w="3969" w:type="dxa"/>
          </w:tcPr>
          <w:p w14:paraId="459B1335" w14:textId="78B03EA2" w:rsidR="00D96917" w:rsidRPr="00104F2C" w:rsidRDefault="00D96917" w:rsidP="00D96917">
            <w:pPr>
              <w:ind w:left="-57" w:right="-57"/>
              <w:rPr>
                <w:rFonts w:ascii="Roboto Condensed" w:hAnsi="Roboto Condensed" w:cs="Arial"/>
                <w:sz w:val="18"/>
                <w:szCs w:val="18"/>
              </w:rPr>
            </w:pPr>
            <w:r w:rsidRPr="00104F2C">
              <w:rPr>
                <w:rFonts w:ascii="Roboto Condensed" w:hAnsi="Roboto Condensed" w:cs="Arial"/>
                <w:sz w:val="18"/>
                <w:szCs w:val="18"/>
              </w:rPr>
              <w:t>obozowisko / epoka kamienia</w:t>
            </w:r>
          </w:p>
        </w:tc>
        <w:tc>
          <w:tcPr>
            <w:tcW w:w="1985" w:type="dxa"/>
          </w:tcPr>
          <w:p w14:paraId="693CB0BE" w14:textId="77777777" w:rsidR="00D96917" w:rsidRPr="009A175C" w:rsidRDefault="00D96917" w:rsidP="00D96917">
            <w:pPr>
              <w:ind w:left="-57" w:right="-57"/>
              <w:rPr>
                <w:rFonts w:ascii="Roboto Condensed" w:hAnsi="Roboto Condensed" w:cs="Arial"/>
                <w:color w:val="EE0000"/>
                <w:sz w:val="18"/>
                <w:szCs w:val="18"/>
              </w:rPr>
            </w:pPr>
          </w:p>
        </w:tc>
      </w:tr>
      <w:tr w:rsidR="00844C93" w:rsidRPr="009A175C" w14:paraId="420C72A6" w14:textId="77777777" w:rsidTr="00D86599">
        <w:trPr>
          <w:cantSplit/>
          <w:trHeight w:val="227"/>
        </w:trPr>
        <w:tc>
          <w:tcPr>
            <w:tcW w:w="457" w:type="dxa"/>
          </w:tcPr>
          <w:p w14:paraId="5CECA7AF" w14:textId="77777777" w:rsidR="00844C93" w:rsidRPr="00EF501A" w:rsidRDefault="00844C93" w:rsidP="008636AA">
            <w:pPr>
              <w:pStyle w:val="Akapitzlist"/>
              <w:numPr>
                <w:ilvl w:val="0"/>
                <w:numId w:val="1"/>
              </w:numPr>
              <w:rPr>
                <w:rFonts w:ascii="Roboto Condensed" w:hAnsi="Roboto Condensed" w:cs="Arial"/>
                <w:sz w:val="20"/>
                <w:szCs w:val="20"/>
              </w:rPr>
            </w:pPr>
          </w:p>
        </w:tc>
        <w:tc>
          <w:tcPr>
            <w:tcW w:w="1778" w:type="dxa"/>
          </w:tcPr>
          <w:p w14:paraId="7DE9D26A" w14:textId="07DCE075" w:rsidR="00844C93" w:rsidRPr="00104F2C" w:rsidRDefault="00844C93" w:rsidP="00844C93">
            <w:pPr>
              <w:ind w:left="-57" w:right="-57"/>
              <w:rPr>
                <w:rFonts w:ascii="Roboto Condensed" w:hAnsi="Roboto Condensed" w:cs="Arial"/>
                <w:sz w:val="18"/>
                <w:szCs w:val="18"/>
              </w:rPr>
            </w:pPr>
            <w:r w:rsidRPr="00104F2C">
              <w:rPr>
                <w:rFonts w:ascii="Roboto Condensed" w:hAnsi="Roboto Condensed" w:cs="Arial"/>
                <w:sz w:val="18"/>
                <w:szCs w:val="18"/>
              </w:rPr>
              <w:t>Klekowiec 6</w:t>
            </w:r>
          </w:p>
        </w:tc>
        <w:tc>
          <w:tcPr>
            <w:tcW w:w="1134" w:type="dxa"/>
          </w:tcPr>
          <w:p w14:paraId="0E3A37A7" w14:textId="3F9B923D" w:rsidR="00844C93" w:rsidRPr="00104F2C" w:rsidRDefault="00844C93" w:rsidP="00844C93">
            <w:pPr>
              <w:ind w:left="-57" w:right="-57"/>
              <w:jc w:val="center"/>
              <w:rPr>
                <w:rFonts w:ascii="Roboto Condensed" w:hAnsi="Roboto Condensed" w:cs="Arial"/>
                <w:sz w:val="18"/>
                <w:szCs w:val="18"/>
              </w:rPr>
            </w:pPr>
            <w:r w:rsidRPr="00104F2C">
              <w:rPr>
                <w:rFonts w:ascii="Roboto Condensed" w:hAnsi="Roboto Condensed" w:cs="Arial"/>
                <w:sz w:val="18"/>
                <w:szCs w:val="18"/>
              </w:rPr>
              <w:t>082-051/45</w:t>
            </w:r>
          </w:p>
        </w:tc>
        <w:tc>
          <w:tcPr>
            <w:tcW w:w="3969" w:type="dxa"/>
          </w:tcPr>
          <w:p w14:paraId="6A75C0FB" w14:textId="28D5C7B1" w:rsidR="00844C93" w:rsidRPr="00104F2C" w:rsidRDefault="00844C93" w:rsidP="00844C93">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427949AE" w14:textId="77777777" w:rsidR="00844C93" w:rsidRPr="009A175C" w:rsidRDefault="00844C93" w:rsidP="00844C93">
            <w:pPr>
              <w:ind w:left="-57" w:right="-57"/>
              <w:rPr>
                <w:rFonts w:ascii="Roboto Condensed" w:hAnsi="Roboto Condensed" w:cs="Arial"/>
                <w:color w:val="EE0000"/>
                <w:sz w:val="18"/>
                <w:szCs w:val="18"/>
              </w:rPr>
            </w:pPr>
          </w:p>
        </w:tc>
      </w:tr>
      <w:tr w:rsidR="00844C93" w:rsidRPr="009A175C" w14:paraId="34680CF4" w14:textId="77777777" w:rsidTr="00D86599">
        <w:trPr>
          <w:cantSplit/>
          <w:trHeight w:val="227"/>
        </w:trPr>
        <w:tc>
          <w:tcPr>
            <w:tcW w:w="457" w:type="dxa"/>
          </w:tcPr>
          <w:p w14:paraId="72972D5B" w14:textId="77777777" w:rsidR="00844C93" w:rsidRPr="00EF501A" w:rsidRDefault="00844C93" w:rsidP="008636AA">
            <w:pPr>
              <w:pStyle w:val="Akapitzlist"/>
              <w:numPr>
                <w:ilvl w:val="0"/>
                <w:numId w:val="1"/>
              </w:numPr>
              <w:rPr>
                <w:rFonts w:ascii="Roboto Condensed" w:hAnsi="Roboto Condensed" w:cs="Arial"/>
                <w:sz w:val="20"/>
                <w:szCs w:val="20"/>
              </w:rPr>
            </w:pPr>
          </w:p>
        </w:tc>
        <w:tc>
          <w:tcPr>
            <w:tcW w:w="1778" w:type="dxa"/>
          </w:tcPr>
          <w:p w14:paraId="2CB40135" w14:textId="70AD8E29" w:rsidR="00844C93" w:rsidRPr="001E6C3F" w:rsidRDefault="00844C93" w:rsidP="00844C93">
            <w:pPr>
              <w:ind w:left="-57" w:right="-57"/>
              <w:rPr>
                <w:rFonts w:ascii="Roboto Condensed" w:hAnsi="Roboto Condensed" w:cs="Arial"/>
                <w:sz w:val="18"/>
                <w:szCs w:val="18"/>
              </w:rPr>
            </w:pPr>
            <w:r w:rsidRPr="001E6C3F">
              <w:rPr>
                <w:rFonts w:ascii="Roboto Condensed" w:hAnsi="Roboto Condensed" w:cs="Arial"/>
                <w:sz w:val="18"/>
                <w:szCs w:val="18"/>
              </w:rPr>
              <w:t>Klekowiec 7</w:t>
            </w:r>
          </w:p>
        </w:tc>
        <w:tc>
          <w:tcPr>
            <w:tcW w:w="1134" w:type="dxa"/>
          </w:tcPr>
          <w:p w14:paraId="109F1F8E" w14:textId="4D33A524" w:rsidR="00844C93" w:rsidRPr="00104F2C" w:rsidRDefault="00844C93" w:rsidP="00844C93">
            <w:pPr>
              <w:ind w:left="-57" w:right="-57"/>
              <w:jc w:val="center"/>
              <w:rPr>
                <w:rFonts w:ascii="Roboto Condensed" w:hAnsi="Roboto Condensed" w:cs="Arial"/>
                <w:sz w:val="18"/>
                <w:szCs w:val="18"/>
              </w:rPr>
            </w:pPr>
            <w:r w:rsidRPr="00104F2C">
              <w:rPr>
                <w:rFonts w:ascii="Roboto Condensed" w:hAnsi="Roboto Condensed" w:cs="Arial"/>
                <w:sz w:val="18"/>
                <w:szCs w:val="18"/>
              </w:rPr>
              <w:t>082-051/46</w:t>
            </w:r>
          </w:p>
        </w:tc>
        <w:tc>
          <w:tcPr>
            <w:tcW w:w="3969" w:type="dxa"/>
          </w:tcPr>
          <w:p w14:paraId="438A4122" w14:textId="411D35A7" w:rsidR="00844C93" w:rsidRPr="00104F2C" w:rsidRDefault="00844C93" w:rsidP="00844C93">
            <w:pPr>
              <w:ind w:left="-57" w:right="-57"/>
              <w:rPr>
                <w:rFonts w:ascii="Roboto Condensed" w:hAnsi="Roboto Condensed" w:cs="Arial"/>
                <w:sz w:val="18"/>
                <w:szCs w:val="18"/>
              </w:rPr>
            </w:pPr>
            <w:r w:rsidRPr="00104F2C">
              <w:rPr>
                <w:rFonts w:ascii="Roboto Condensed" w:hAnsi="Roboto Condensed" w:cs="Arial"/>
                <w:sz w:val="18"/>
                <w:szCs w:val="18"/>
              </w:rPr>
              <w:t>ślad osadniczy / epoka kamienia</w:t>
            </w:r>
          </w:p>
        </w:tc>
        <w:tc>
          <w:tcPr>
            <w:tcW w:w="1985" w:type="dxa"/>
          </w:tcPr>
          <w:p w14:paraId="29F1982F" w14:textId="77777777" w:rsidR="00844C93" w:rsidRPr="009A175C" w:rsidRDefault="00844C93" w:rsidP="00844C93">
            <w:pPr>
              <w:ind w:left="-57" w:right="-57"/>
              <w:rPr>
                <w:rFonts w:ascii="Roboto Condensed" w:hAnsi="Roboto Condensed" w:cs="Arial"/>
                <w:color w:val="EE0000"/>
                <w:sz w:val="18"/>
                <w:szCs w:val="18"/>
              </w:rPr>
            </w:pPr>
          </w:p>
        </w:tc>
      </w:tr>
      <w:tr w:rsidR="00EC349F" w:rsidRPr="009A175C" w14:paraId="10AF8778" w14:textId="77777777" w:rsidTr="00D86599">
        <w:trPr>
          <w:cantSplit/>
          <w:trHeight w:val="227"/>
        </w:trPr>
        <w:tc>
          <w:tcPr>
            <w:tcW w:w="457" w:type="dxa"/>
          </w:tcPr>
          <w:p w14:paraId="584EBC5B" w14:textId="77777777" w:rsidR="00EC349F" w:rsidRPr="00EF501A" w:rsidRDefault="00EC349F" w:rsidP="008636AA">
            <w:pPr>
              <w:pStyle w:val="Akapitzlist"/>
              <w:numPr>
                <w:ilvl w:val="0"/>
                <w:numId w:val="1"/>
              </w:numPr>
              <w:rPr>
                <w:rFonts w:ascii="Roboto Condensed" w:hAnsi="Roboto Condensed" w:cs="Arial"/>
                <w:sz w:val="20"/>
                <w:szCs w:val="20"/>
              </w:rPr>
            </w:pPr>
          </w:p>
        </w:tc>
        <w:tc>
          <w:tcPr>
            <w:tcW w:w="1778" w:type="dxa"/>
          </w:tcPr>
          <w:p w14:paraId="5F9CCF31" w14:textId="550C0EF0" w:rsidR="00EC349F" w:rsidRPr="001E6C3F" w:rsidRDefault="00EC349F" w:rsidP="00EC349F">
            <w:pPr>
              <w:ind w:left="-57" w:right="-57"/>
              <w:rPr>
                <w:rFonts w:ascii="Roboto Condensed" w:hAnsi="Roboto Condensed" w:cs="Arial"/>
                <w:sz w:val="18"/>
                <w:szCs w:val="18"/>
              </w:rPr>
            </w:pPr>
            <w:r w:rsidRPr="001E6C3F">
              <w:rPr>
                <w:rFonts w:ascii="Roboto Condensed" w:hAnsi="Roboto Condensed" w:cs="Arial"/>
                <w:sz w:val="18"/>
                <w:szCs w:val="18"/>
              </w:rPr>
              <w:t>Kolonia Kietlin 1</w:t>
            </w:r>
          </w:p>
        </w:tc>
        <w:tc>
          <w:tcPr>
            <w:tcW w:w="1134" w:type="dxa"/>
          </w:tcPr>
          <w:p w14:paraId="1DC5665E" w14:textId="4AA5DEA2" w:rsidR="00EC349F" w:rsidRPr="00104F2C" w:rsidRDefault="00EC349F" w:rsidP="00EC349F">
            <w:pPr>
              <w:ind w:left="-57" w:right="-57"/>
              <w:jc w:val="center"/>
              <w:rPr>
                <w:rFonts w:ascii="Roboto Condensed" w:hAnsi="Roboto Condensed" w:cs="Arial"/>
                <w:sz w:val="18"/>
                <w:szCs w:val="18"/>
              </w:rPr>
            </w:pPr>
            <w:r w:rsidRPr="00104F2C">
              <w:rPr>
                <w:rFonts w:ascii="Roboto Condensed" w:hAnsi="Roboto Condensed" w:cs="Arial"/>
                <w:sz w:val="18"/>
                <w:szCs w:val="18"/>
              </w:rPr>
              <w:t>081-052/8</w:t>
            </w:r>
          </w:p>
        </w:tc>
        <w:tc>
          <w:tcPr>
            <w:tcW w:w="3969" w:type="dxa"/>
          </w:tcPr>
          <w:p w14:paraId="38F4D647" w14:textId="6AE54C29" w:rsidR="00EC349F" w:rsidRPr="00104F2C" w:rsidRDefault="00EC349F" w:rsidP="00EC349F">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23CD2920" w14:textId="77777777" w:rsidR="00EC349F" w:rsidRPr="009A175C" w:rsidRDefault="00EC349F" w:rsidP="00EC349F">
            <w:pPr>
              <w:ind w:left="-57" w:right="-57"/>
              <w:rPr>
                <w:rFonts w:ascii="Roboto Condensed" w:hAnsi="Roboto Condensed" w:cs="Arial"/>
                <w:color w:val="EE0000"/>
                <w:sz w:val="18"/>
                <w:szCs w:val="18"/>
              </w:rPr>
            </w:pPr>
          </w:p>
        </w:tc>
      </w:tr>
      <w:tr w:rsidR="00EC349F" w:rsidRPr="009A175C" w14:paraId="76CA1A32" w14:textId="77777777" w:rsidTr="00D86599">
        <w:trPr>
          <w:cantSplit/>
          <w:trHeight w:val="227"/>
        </w:trPr>
        <w:tc>
          <w:tcPr>
            <w:tcW w:w="457" w:type="dxa"/>
          </w:tcPr>
          <w:p w14:paraId="16C5CA3B" w14:textId="77777777" w:rsidR="00EC349F" w:rsidRPr="00EF501A" w:rsidRDefault="00EC349F" w:rsidP="008636AA">
            <w:pPr>
              <w:pStyle w:val="Akapitzlist"/>
              <w:numPr>
                <w:ilvl w:val="0"/>
                <w:numId w:val="1"/>
              </w:numPr>
              <w:rPr>
                <w:rFonts w:ascii="Roboto Condensed" w:hAnsi="Roboto Condensed" w:cs="Arial"/>
                <w:sz w:val="20"/>
                <w:szCs w:val="20"/>
              </w:rPr>
            </w:pPr>
          </w:p>
        </w:tc>
        <w:tc>
          <w:tcPr>
            <w:tcW w:w="1778" w:type="dxa"/>
          </w:tcPr>
          <w:p w14:paraId="3CEBE7E4" w14:textId="02A97649" w:rsidR="00EC349F" w:rsidRPr="001E6C3F" w:rsidRDefault="00EC349F" w:rsidP="00EC349F">
            <w:pPr>
              <w:ind w:left="-57" w:right="-57"/>
              <w:rPr>
                <w:rFonts w:ascii="Roboto Condensed" w:hAnsi="Roboto Condensed" w:cs="Arial"/>
                <w:sz w:val="18"/>
                <w:szCs w:val="18"/>
              </w:rPr>
            </w:pPr>
            <w:r w:rsidRPr="001E6C3F">
              <w:rPr>
                <w:rFonts w:ascii="Roboto Condensed" w:hAnsi="Roboto Condensed" w:cs="Arial"/>
                <w:sz w:val="18"/>
                <w:szCs w:val="18"/>
              </w:rPr>
              <w:t>Kolonia Kietlin 2</w:t>
            </w:r>
          </w:p>
        </w:tc>
        <w:tc>
          <w:tcPr>
            <w:tcW w:w="1134" w:type="dxa"/>
          </w:tcPr>
          <w:p w14:paraId="412BE0FB" w14:textId="3A2B7376" w:rsidR="00EC349F" w:rsidRPr="00104F2C" w:rsidRDefault="00EC349F" w:rsidP="00EC349F">
            <w:pPr>
              <w:ind w:left="-57" w:right="-57"/>
              <w:jc w:val="center"/>
              <w:rPr>
                <w:rFonts w:ascii="Roboto Condensed" w:hAnsi="Roboto Condensed" w:cs="Arial"/>
                <w:sz w:val="18"/>
                <w:szCs w:val="18"/>
              </w:rPr>
            </w:pPr>
            <w:r w:rsidRPr="00104F2C">
              <w:rPr>
                <w:rFonts w:ascii="Roboto Condensed" w:hAnsi="Roboto Condensed" w:cs="Arial"/>
                <w:sz w:val="18"/>
                <w:szCs w:val="18"/>
              </w:rPr>
              <w:t>081-052/9</w:t>
            </w:r>
          </w:p>
        </w:tc>
        <w:tc>
          <w:tcPr>
            <w:tcW w:w="3969" w:type="dxa"/>
          </w:tcPr>
          <w:p w14:paraId="4B62DE24" w14:textId="7FC4A56D" w:rsidR="00EC349F" w:rsidRPr="00104F2C" w:rsidRDefault="00EC349F" w:rsidP="00EC349F">
            <w:pPr>
              <w:ind w:left="-57" w:right="-57"/>
              <w:rPr>
                <w:rFonts w:ascii="Roboto Condensed" w:hAnsi="Roboto Condensed" w:cs="Arial"/>
                <w:sz w:val="18"/>
                <w:szCs w:val="18"/>
              </w:rPr>
            </w:pPr>
            <w:r w:rsidRPr="00104F2C">
              <w:rPr>
                <w:rFonts w:ascii="Roboto Condensed" w:hAnsi="Roboto Condensed" w:cs="Arial"/>
                <w:sz w:val="18"/>
                <w:szCs w:val="18"/>
              </w:rPr>
              <w:t>osada / średniowiecze</w:t>
            </w:r>
          </w:p>
        </w:tc>
        <w:tc>
          <w:tcPr>
            <w:tcW w:w="1985" w:type="dxa"/>
          </w:tcPr>
          <w:p w14:paraId="2AF0E691" w14:textId="77777777" w:rsidR="00EC349F" w:rsidRPr="009A175C" w:rsidRDefault="00EC349F" w:rsidP="00EC349F">
            <w:pPr>
              <w:ind w:left="-57" w:right="-57"/>
              <w:rPr>
                <w:rFonts w:ascii="Roboto Condensed" w:hAnsi="Roboto Condensed" w:cs="Arial"/>
                <w:color w:val="EE0000"/>
                <w:sz w:val="18"/>
                <w:szCs w:val="18"/>
              </w:rPr>
            </w:pPr>
          </w:p>
        </w:tc>
      </w:tr>
      <w:tr w:rsidR="00104F2C" w:rsidRPr="009A175C" w14:paraId="50390F13" w14:textId="77777777" w:rsidTr="00D86599">
        <w:trPr>
          <w:cantSplit/>
          <w:trHeight w:val="227"/>
        </w:trPr>
        <w:tc>
          <w:tcPr>
            <w:tcW w:w="457" w:type="dxa"/>
          </w:tcPr>
          <w:p w14:paraId="1EADFD19" w14:textId="77777777" w:rsidR="00104F2C" w:rsidRPr="00EF501A" w:rsidRDefault="00104F2C" w:rsidP="00CE18D7">
            <w:pPr>
              <w:pStyle w:val="Akapitzlist"/>
              <w:ind w:left="360"/>
              <w:rPr>
                <w:rFonts w:ascii="Roboto Condensed" w:hAnsi="Roboto Condensed" w:cs="Arial"/>
                <w:sz w:val="20"/>
                <w:szCs w:val="20"/>
              </w:rPr>
            </w:pPr>
          </w:p>
        </w:tc>
        <w:tc>
          <w:tcPr>
            <w:tcW w:w="1778" w:type="dxa"/>
          </w:tcPr>
          <w:p w14:paraId="13D37DCE" w14:textId="132362C9" w:rsidR="00104F2C" w:rsidRPr="00CE18D7" w:rsidRDefault="002B327C" w:rsidP="00EC349F">
            <w:pPr>
              <w:ind w:left="-57" w:right="-57"/>
              <w:rPr>
                <w:rFonts w:ascii="Roboto Condensed" w:hAnsi="Roboto Condensed" w:cs="Arial"/>
                <w:color w:val="A6A6A6" w:themeColor="background1" w:themeShade="A6"/>
                <w:sz w:val="18"/>
                <w:szCs w:val="18"/>
              </w:rPr>
            </w:pPr>
            <w:r w:rsidRPr="00CE18D7">
              <w:rPr>
                <w:rFonts w:ascii="Roboto Condensed" w:hAnsi="Roboto Condensed" w:cs="Arial"/>
                <w:color w:val="A6A6A6" w:themeColor="background1" w:themeShade="A6"/>
                <w:sz w:val="18"/>
                <w:szCs w:val="18"/>
              </w:rPr>
              <w:t xml:space="preserve">Kolonia Kietlin </w:t>
            </w:r>
            <w:r w:rsidR="009815AF" w:rsidRPr="00CE18D7">
              <w:rPr>
                <w:rFonts w:ascii="Roboto Condensed" w:hAnsi="Roboto Condensed" w:cs="Arial"/>
                <w:color w:val="A6A6A6" w:themeColor="background1" w:themeShade="A6"/>
                <w:sz w:val="18"/>
                <w:szCs w:val="18"/>
              </w:rPr>
              <w:t>3</w:t>
            </w:r>
          </w:p>
        </w:tc>
        <w:tc>
          <w:tcPr>
            <w:tcW w:w="1134" w:type="dxa"/>
          </w:tcPr>
          <w:p w14:paraId="338DF385" w14:textId="18844739" w:rsidR="00104F2C" w:rsidRPr="00CE18D7" w:rsidRDefault="002B327C" w:rsidP="00EC349F">
            <w:pPr>
              <w:ind w:left="-57" w:right="-57"/>
              <w:jc w:val="center"/>
              <w:rPr>
                <w:rFonts w:ascii="Roboto Condensed" w:hAnsi="Roboto Condensed" w:cs="Arial"/>
                <w:color w:val="A6A6A6" w:themeColor="background1" w:themeShade="A6"/>
                <w:sz w:val="18"/>
                <w:szCs w:val="18"/>
              </w:rPr>
            </w:pPr>
            <w:r w:rsidRPr="00CE18D7">
              <w:rPr>
                <w:rFonts w:ascii="Roboto Condensed" w:hAnsi="Roboto Condensed" w:cs="Arial"/>
                <w:color w:val="A6A6A6" w:themeColor="background1" w:themeShade="A6"/>
                <w:sz w:val="18"/>
                <w:szCs w:val="18"/>
              </w:rPr>
              <w:t>081-052/10</w:t>
            </w:r>
          </w:p>
        </w:tc>
        <w:tc>
          <w:tcPr>
            <w:tcW w:w="3969" w:type="dxa"/>
          </w:tcPr>
          <w:p w14:paraId="67C40B2F" w14:textId="011A75E7" w:rsidR="00104F2C" w:rsidRPr="00CE18D7" w:rsidRDefault="009815AF" w:rsidP="00EC349F">
            <w:pPr>
              <w:ind w:left="-57" w:right="-57"/>
              <w:rPr>
                <w:rFonts w:ascii="Roboto Condensed" w:hAnsi="Roboto Condensed" w:cs="Arial"/>
                <w:color w:val="A6A6A6" w:themeColor="background1" w:themeShade="A6"/>
                <w:sz w:val="18"/>
                <w:szCs w:val="18"/>
              </w:rPr>
            </w:pPr>
            <w:r w:rsidRPr="00CE18D7">
              <w:rPr>
                <w:rFonts w:ascii="Roboto Condensed" w:hAnsi="Roboto Condensed" w:cs="Arial"/>
                <w:color w:val="A6A6A6" w:themeColor="background1" w:themeShade="A6"/>
                <w:sz w:val="18"/>
                <w:szCs w:val="18"/>
              </w:rPr>
              <w:t>kultura przeworska / okres rzymski - nowożytność</w:t>
            </w:r>
          </w:p>
        </w:tc>
        <w:tc>
          <w:tcPr>
            <w:tcW w:w="1985" w:type="dxa"/>
          </w:tcPr>
          <w:p w14:paraId="66EDEA0E" w14:textId="639F5836" w:rsidR="00104F2C" w:rsidRPr="00CE18D7" w:rsidRDefault="00405298" w:rsidP="00EC349F">
            <w:pPr>
              <w:ind w:left="-57" w:right="-57"/>
              <w:rPr>
                <w:rFonts w:ascii="Roboto Condensed" w:hAnsi="Roboto Condensed" w:cs="Arial"/>
                <w:color w:val="A6A6A6" w:themeColor="background1" w:themeShade="A6"/>
                <w:sz w:val="18"/>
                <w:szCs w:val="18"/>
              </w:rPr>
            </w:pPr>
            <w:r w:rsidRPr="00CE18D7">
              <w:rPr>
                <w:rFonts w:ascii="Roboto Condensed" w:hAnsi="Roboto Condensed" w:cs="Arial"/>
                <w:color w:val="A6A6A6" w:themeColor="background1" w:themeShade="A6"/>
                <w:sz w:val="18"/>
                <w:szCs w:val="18"/>
              </w:rPr>
              <w:t>Obiekt poza granicą gminy</w:t>
            </w:r>
          </w:p>
        </w:tc>
      </w:tr>
      <w:tr w:rsidR="00EC349F" w:rsidRPr="009A175C" w14:paraId="48D12D5C" w14:textId="77777777" w:rsidTr="00D86599">
        <w:trPr>
          <w:cantSplit/>
          <w:trHeight w:val="227"/>
        </w:trPr>
        <w:tc>
          <w:tcPr>
            <w:tcW w:w="457" w:type="dxa"/>
          </w:tcPr>
          <w:p w14:paraId="425BE1FB" w14:textId="77777777" w:rsidR="00EC349F" w:rsidRPr="00EF501A" w:rsidRDefault="00EC349F" w:rsidP="008636AA">
            <w:pPr>
              <w:pStyle w:val="Akapitzlist"/>
              <w:numPr>
                <w:ilvl w:val="0"/>
                <w:numId w:val="1"/>
              </w:numPr>
              <w:rPr>
                <w:rFonts w:ascii="Roboto Condensed" w:hAnsi="Roboto Condensed" w:cs="Arial"/>
                <w:sz w:val="20"/>
                <w:szCs w:val="20"/>
              </w:rPr>
            </w:pPr>
          </w:p>
        </w:tc>
        <w:tc>
          <w:tcPr>
            <w:tcW w:w="1778" w:type="dxa"/>
          </w:tcPr>
          <w:p w14:paraId="59F930B9" w14:textId="07DBB94F" w:rsidR="00EC349F" w:rsidRPr="001E6C3F" w:rsidRDefault="00EC349F" w:rsidP="00EC349F">
            <w:pPr>
              <w:ind w:left="-57" w:right="-57"/>
              <w:rPr>
                <w:rFonts w:ascii="Roboto Condensed" w:hAnsi="Roboto Condensed" w:cs="Arial"/>
                <w:sz w:val="18"/>
                <w:szCs w:val="18"/>
              </w:rPr>
            </w:pPr>
            <w:r w:rsidRPr="001E6C3F">
              <w:rPr>
                <w:rFonts w:ascii="Roboto Condensed" w:hAnsi="Roboto Condensed" w:cs="Arial"/>
                <w:sz w:val="18"/>
                <w:szCs w:val="18"/>
              </w:rPr>
              <w:t>Kolonia Kietlin 4</w:t>
            </w:r>
          </w:p>
        </w:tc>
        <w:tc>
          <w:tcPr>
            <w:tcW w:w="1134" w:type="dxa"/>
          </w:tcPr>
          <w:p w14:paraId="47CF218B" w14:textId="1360AE8B" w:rsidR="00EC349F" w:rsidRPr="00104F2C" w:rsidRDefault="00EC349F" w:rsidP="00EC349F">
            <w:pPr>
              <w:ind w:left="-57" w:right="-57"/>
              <w:jc w:val="center"/>
              <w:rPr>
                <w:rFonts w:ascii="Roboto Condensed" w:hAnsi="Roboto Condensed" w:cs="Arial"/>
                <w:sz w:val="18"/>
                <w:szCs w:val="18"/>
              </w:rPr>
            </w:pPr>
            <w:r w:rsidRPr="00104F2C">
              <w:rPr>
                <w:rFonts w:ascii="Roboto Condensed" w:hAnsi="Roboto Condensed" w:cs="Arial"/>
                <w:sz w:val="18"/>
                <w:szCs w:val="18"/>
              </w:rPr>
              <w:t>081-052/11</w:t>
            </w:r>
          </w:p>
        </w:tc>
        <w:tc>
          <w:tcPr>
            <w:tcW w:w="3969" w:type="dxa"/>
          </w:tcPr>
          <w:p w14:paraId="7046A065" w14:textId="5AAA5B26" w:rsidR="00EC349F" w:rsidRPr="00104F2C" w:rsidRDefault="00EC349F" w:rsidP="00EC349F">
            <w:pPr>
              <w:ind w:left="-57" w:right="-57"/>
              <w:rPr>
                <w:rFonts w:ascii="Roboto Condensed" w:hAnsi="Roboto Condensed" w:cs="Arial"/>
                <w:sz w:val="18"/>
                <w:szCs w:val="18"/>
              </w:rPr>
            </w:pPr>
            <w:r w:rsidRPr="00104F2C">
              <w:rPr>
                <w:rFonts w:ascii="Roboto Condensed" w:hAnsi="Roboto Condensed" w:cs="Arial"/>
                <w:sz w:val="18"/>
                <w:szCs w:val="18"/>
              </w:rPr>
              <w:t>osada / średniowiecze - wczesne</w:t>
            </w:r>
          </w:p>
        </w:tc>
        <w:tc>
          <w:tcPr>
            <w:tcW w:w="1985" w:type="dxa"/>
          </w:tcPr>
          <w:p w14:paraId="608426CB" w14:textId="77777777" w:rsidR="00EC349F" w:rsidRPr="009A175C" w:rsidRDefault="00EC349F" w:rsidP="00EC349F">
            <w:pPr>
              <w:ind w:left="-57" w:right="-57"/>
              <w:rPr>
                <w:rFonts w:ascii="Roboto Condensed" w:hAnsi="Roboto Condensed" w:cs="Arial"/>
                <w:color w:val="EE0000"/>
                <w:sz w:val="18"/>
                <w:szCs w:val="18"/>
              </w:rPr>
            </w:pPr>
          </w:p>
        </w:tc>
      </w:tr>
      <w:tr w:rsidR="00EC349F" w:rsidRPr="009A175C" w14:paraId="369563E2" w14:textId="77777777" w:rsidTr="00D86599">
        <w:trPr>
          <w:cantSplit/>
          <w:trHeight w:val="227"/>
        </w:trPr>
        <w:tc>
          <w:tcPr>
            <w:tcW w:w="457" w:type="dxa"/>
          </w:tcPr>
          <w:p w14:paraId="1AB61FCB" w14:textId="77777777" w:rsidR="00EC349F" w:rsidRPr="00EF501A" w:rsidRDefault="00EC349F" w:rsidP="008636AA">
            <w:pPr>
              <w:pStyle w:val="Akapitzlist"/>
              <w:numPr>
                <w:ilvl w:val="0"/>
                <w:numId w:val="1"/>
              </w:numPr>
              <w:rPr>
                <w:rFonts w:ascii="Roboto Condensed" w:hAnsi="Roboto Condensed" w:cs="Arial"/>
                <w:sz w:val="20"/>
                <w:szCs w:val="20"/>
              </w:rPr>
            </w:pPr>
          </w:p>
        </w:tc>
        <w:tc>
          <w:tcPr>
            <w:tcW w:w="1778" w:type="dxa"/>
          </w:tcPr>
          <w:p w14:paraId="57EE757A" w14:textId="2E073426" w:rsidR="00EC349F" w:rsidRPr="001E6C3F" w:rsidRDefault="00EC349F" w:rsidP="00EC349F">
            <w:pPr>
              <w:ind w:left="-57" w:right="-57"/>
              <w:rPr>
                <w:rFonts w:ascii="Roboto Condensed" w:hAnsi="Roboto Condensed" w:cs="Arial"/>
                <w:sz w:val="18"/>
                <w:szCs w:val="18"/>
              </w:rPr>
            </w:pPr>
            <w:r w:rsidRPr="001E6C3F">
              <w:rPr>
                <w:rFonts w:ascii="Roboto Condensed" w:hAnsi="Roboto Condensed" w:cs="Arial"/>
                <w:sz w:val="18"/>
                <w:szCs w:val="18"/>
              </w:rPr>
              <w:t>Kolonia Kietlin 5</w:t>
            </w:r>
          </w:p>
        </w:tc>
        <w:tc>
          <w:tcPr>
            <w:tcW w:w="1134" w:type="dxa"/>
          </w:tcPr>
          <w:p w14:paraId="721DB524" w14:textId="65686B26" w:rsidR="00EC349F" w:rsidRPr="00104F2C" w:rsidRDefault="00EC349F" w:rsidP="00EC349F">
            <w:pPr>
              <w:ind w:left="-57" w:right="-57"/>
              <w:jc w:val="center"/>
              <w:rPr>
                <w:rFonts w:ascii="Roboto Condensed" w:hAnsi="Roboto Condensed" w:cs="Arial"/>
                <w:sz w:val="18"/>
                <w:szCs w:val="18"/>
              </w:rPr>
            </w:pPr>
            <w:r w:rsidRPr="00104F2C">
              <w:rPr>
                <w:rFonts w:ascii="Roboto Condensed" w:hAnsi="Roboto Condensed" w:cs="Arial"/>
                <w:sz w:val="18"/>
                <w:szCs w:val="18"/>
              </w:rPr>
              <w:t>081-052/12</w:t>
            </w:r>
          </w:p>
        </w:tc>
        <w:tc>
          <w:tcPr>
            <w:tcW w:w="3969" w:type="dxa"/>
          </w:tcPr>
          <w:p w14:paraId="78BB0E86" w14:textId="1AAB5C06" w:rsidR="00EC349F" w:rsidRPr="00104F2C" w:rsidRDefault="00EC349F" w:rsidP="00EC349F">
            <w:pPr>
              <w:ind w:left="-57" w:right="-57"/>
              <w:rPr>
                <w:rFonts w:ascii="Roboto Condensed" w:hAnsi="Roboto Condensed" w:cs="Arial"/>
                <w:sz w:val="18"/>
                <w:szCs w:val="18"/>
              </w:rPr>
            </w:pPr>
            <w:r w:rsidRPr="00104F2C">
              <w:rPr>
                <w:rFonts w:ascii="Roboto Condensed" w:hAnsi="Roboto Condensed" w:cs="Arial"/>
                <w:sz w:val="18"/>
                <w:szCs w:val="18"/>
              </w:rPr>
              <w:t xml:space="preserve">osada / średniowiecze - </w:t>
            </w:r>
          </w:p>
        </w:tc>
        <w:tc>
          <w:tcPr>
            <w:tcW w:w="1985" w:type="dxa"/>
          </w:tcPr>
          <w:p w14:paraId="3B2932FA" w14:textId="77777777" w:rsidR="00EC349F" w:rsidRPr="009A175C" w:rsidRDefault="00EC349F" w:rsidP="00EC349F">
            <w:pPr>
              <w:ind w:left="-57" w:right="-57"/>
              <w:rPr>
                <w:rFonts w:ascii="Roboto Condensed" w:hAnsi="Roboto Condensed" w:cs="Arial"/>
                <w:color w:val="EE0000"/>
                <w:sz w:val="18"/>
                <w:szCs w:val="18"/>
              </w:rPr>
            </w:pPr>
          </w:p>
        </w:tc>
      </w:tr>
      <w:tr w:rsidR="00EC349F" w:rsidRPr="009A175C" w14:paraId="313E23F2" w14:textId="77777777" w:rsidTr="00D86599">
        <w:trPr>
          <w:cantSplit/>
          <w:trHeight w:val="227"/>
        </w:trPr>
        <w:tc>
          <w:tcPr>
            <w:tcW w:w="457" w:type="dxa"/>
          </w:tcPr>
          <w:p w14:paraId="1C259E62" w14:textId="77777777" w:rsidR="00EC349F" w:rsidRPr="00EF501A" w:rsidRDefault="00EC349F" w:rsidP="008636AA">
            <w:pPr>
              <w:pStyle w:val="Akapitzlist"/>
              <w:numPr>
                <w:ilvl w:val="0"/>
                <w:numId w:val="1"/>
              </w:numPr>
              <w:rPr>
                <w:rFonts w:ascii="Roboto Condensed" w:hAnsi="Roboto Condensed" w:cs="Arial"/>
                <w:sz w:val="20"/>
                <w:szCs w:val="20"/>
              </w:rPr>
            </w:pPr>
          </w:p>
        </w:tc>
        <w:tc>
          <w:tcPr>
            <w:tcW w:w="1778" w:type="dxa"/>
          </w:tcPr>
          <w:p w14:paraId="6A39E1CD" w14:textId="3D947119" w:rsidR="00EC349F" w:rsidRPr="001E6C3F" w:rsidRDefault="00EC349F" w:rsidP="00EC349F">
            <w:pPr>
              <w:ind w:left="-57" w:right="-57"/>
              <w:rPr>
                <w:rFonts w:ascii="Roboto Condensed" w:hAnsi="Roboto Condensed" w:cs="Arial"/>
                <w:sz w:val="18"/>
                <w:szCs w:val="18"/>
              </w:rPr>
            </w:pPr>
            <w:r w:rsidRPr="001E6C3F">
              <w:rPr>
                <w:rFonts w:ascii="Roboto Condensed" w:hAnsi="Roboto Condensed" w:cs="Arial"/>
                <w:sz w:val="18"/>
                <w:szCs w:val="18"/>
              </w:rPr>
              <w:t>Kolonia Kietlin 6</w:t>
            </w:r>
          </w:p>
        </w:tc>
        <w:tc>
          <w:tcPr>
            <w:tcW w:w="1134" w:type="dxa"/>
          </w:tcPr>
          <w:p w14:paraId="49986B42" w14:textId="02C393F1" w:rsidR="00EC349F" w:rsidRPr="00104F2C" w:rsidRDefault="00EC349F" w:rsidP="00EC349F">
            <w:pPr>
              <w:ind w:left="-57" w:right="-57"/>
              <w:jc w:val="center"/>
              <w:rPr>
                <w:rFonts w:ascii="Roboto Condensed" w:hAnsi="Roboto Condensed" w:cs="Arial"/>
                <w:sz w:val="18"/>
                <w:szCs w:val="18"/>
              </w:rPr>
            </w:pPr>
            <w:r w:rsidRPr="00104F2C">
              <w:rPr>
                <w:rFonts w:ascii="Roboto Condensed" w:hAnsi="Roboto Condensed" w:cs="Arial"/>
                <w:sz w:val="18"/>
                <w:szCs w:val="18"/>
              </w:rPr>
              <w:t>081-052/17</w:t>
            </w:r>
          </w:p>
        </w:tc>
        <w:tc>
          <w:tcPr>
            <w:tcW w:w="3969" w:type="dxa"/>
          </w:tcPr>
          <w:p w14:paraId="7757B17E" w14:textId="655070CE" w:rsidR="00EC349F" w:rsidRPr="00104F2C" w:rsidRDefault="00EC349F" w:rsidP="00EC349F">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7A412BE7" w14:textId="77777777" w:rsidR="00EC349F" w:rsidRPr="009A175C" w:rsidRDefault="00EC349F" w:rsidP="00EC349F">
            <w:pPr>
              <w:ind w:left="-57" w:right="-57"/>
              <w:rPr>
                <w:rFonts w:ascii="Roboto Condensed" w:hAnsi="Roboto Condensed" w:cs="Arial"/>
                <w:color w:val="EE0000"/>
                <w:sz w:val="18"/>
                <w:szCs w:val="18"/>
              </w:rPr>
            </w:pPr>
          </w:p>
        </w:tc>
      </w:tr>
      <w:tr w:rsidR="00EC349F" w:rsidRPr="009A175C" w14:paraId="2D1BA92D" w14:textId="77777777" w:rsidTr="00D86599">
        <w:trPr>
          <w:cantSplit/>
          <w:trHeight w:val="227"/>
        </w:trPr>
        <w:tc>
          <w:tcPr>
            <w:tcW w:w="457" w:type="dxa"/>
          </w:tcPr>
          <w:p w14:paraId="37F5CB76" w14:textId="77777777" w:rsidR="00EC349F" w:rsidRPr="00EF501A" w:rsidRDefault="00EC349F" w:rsidP="008636AA">
            <w:pPr>
              <w:pStyle w:val="Akapitzlist"/>
              <w:numPr>
                <w:ilvl w:val="0"/>
                <w:numId w:val="1"/>
              </w:numPr>
              <w:rPr>
                <w:rFonts w:ascii="Roboto Condensed" w:hAnsi="Roboto Condensed" w:cs="Arial"/>
                <w:sz w:val="20"/>
                <w:szCs w:val="20"/>
              </w:rPr>
            </w:pPr>
          </w:p>
        </w:tc>
        <w:tc>
          <w:tcPr>
            <w:tcW w:w="1778" w:type="dxa"/>
          </w:tcPr>
          <w:p w14:paraId="6B8B51D2" w14:textId="7801C969" w:rsidR="00EC349F" w:rsidRPr="001E6C3F" w:rsidRDefault="00EC349F" w:rsidP="00EC349F">
            <w:pPr>
              <w:ind w:left="-57" w:right="-57"/>
              <w:rPr>
                <w:rFonts w:ascii="Roboto Condensed" w:hAnsi="Roboto Condensed" w:cs="Arial"/>
                <w:sz w:val="18"/>
                <w:szCs w:val="18"/>
              </w:rPr>
            </w:pPr>
            <w:r w:rsidRPr="001E6C3F">
              <w:rPr>
                <w:rFonts w:ascii="Roboto Condensed" w:hAnsi="Roboto Condensed" w:cs="Arial"/>
                <w:sz w:val="18"/>
                <w:szCs w:val="18"/>
              </w:rPr>
              <w:t>Kolonia Płoszów 1</w:t>
            </w:r>
          </w:p>
        </w:tc>
        <w:tc>
          <w:tcPr>
            <w:tcW w:w="1134" w:type="dxa"/>
          </w:tcPr>
          <w:p w14:paraId="5ACECAF7" w14:textId="7798BF8C" w:rsidR="00EC349F" w:rsidRPr="00DE0582" w:rsidRDefault="00EC349F" w:rsidP="00EC349F">
            <w:pPr>
              <w:ind w:left="-57" w:right="-57"/>
              <w:jc w:val="center"/>
              <w:rPr>
                <w:rFonts w:ascii="Roboto Condensed" w:hAnsi="Roboto Condensed" w:cs="Arial"/>
                <w:sz w:val="18"/>
                <w:szCs w:val="18"/>
              </w:rPr>
            </w:pPr>
            <w:r w:rsidRPr="00DE0582">
              <w:rPr>
                <w:rFonts w:ascii="Roboto Condensed" w:hAnsi="Roboto Condensed" w:cs="Arial"/>
                <w:sz w:val="18"/>
                <w:szCs w:val="18"/>
              </w:rPr>
              <w:t>080-052/43</w:t>
            </w:r>
          </w:p>
        </w:tc>
        <w:tc>
          <w:tcPr>
            <w:tcW w:w="3969" w:type="dxa"/>
          </w:tcPr>
          <w:p w14:paraId="4A4D524D" w14:textId="12BCED7D" w:rsidR="00EC349F" w:rsidRPr="00DE0582" w:rsidRDefault="00EC349F" w:rsidP="00EC349F">
            <w:pPr>
              <w:ind w:left="-57" w:right="-57"/>
              <w:rPr>
                <w:rFonts w:ascii="Roboto Condensed" w:hAnsi="Roboto Condensed" w:cs="Arial"/>
                <w:sz w:val="18"/>
                <w:szCs w:val="18"/>
              </w:rPr>
            </w:pPr>
            <w:r w:rsidRPr="00DE0582">
              <w:rPr>
                <w:rFonts w:ascii="Roboto Condensed" w:hAnsi="Roboto Condensed" w:cs="Arial"/>
                <w:sz w:val="18"/>
                <w:szCs w:val="18"/>
              </w:rPr>
              <w:t>ślad osadniczy / średniowiecze - późne</w:t>
            </w:r>
          </w:p>
        </w:tc>
        <w:tc>
          <w:tcPr>
            <w:tcW w:w="1985" w:type="dxa"/>
          </w:tcPr>
          <w:p w14:paraId="135B3562" w14:textId="77777777" w:rsidR="00EC349F" w:rsidRPr="009A175C" w:rsidRDefault="00EC349F" w:rsidP="00EC349F">
            <w:pPr>
              <w:ind w:left="-57" w:right="-57"/>
              <w:rPr>
                <w:rFonts w:ascii="Roboto Condensed" w:hAnsi="Roboto Condensed" w:cs="Arial"/>
                <w:color w:val="EE0000"/>
                <w:sz w:val="18"/>
                <w:szCs w:val="18"/>
              </w:rPr>
            </w:pPr>
          </w:p>
        </w:tc>
      </w:tr>
      <w:tr w:rsidR="00EC349F" w:rsidRPr="009A175C" w14:paraId="68BD58B3" w14:textId="77777777" w:rsidTr="00D86599">
        <w:trPr>
          <w:cantSplit/>
          <w:trHeight w:val="227"/>
        </w:trPr>
        <w:tc>
          <w:tcPr>
            <w:tcW w:w="457" w:type="dxa"/>
          </w:tcPr>
          <w:p w14:paraId="1935DC25" w14:textId="77777777" w:rsidR="00EC349F" w:rsidRPr="00EF501A" w:rsidRDefault="00EC349F" w:rsidP="008636AA">
            <w:pPr>
              <w:pStyle w:val="Akapitzlist"/>
              <w:numPr>
                <w:ilvl w:val="0"/>
                <w:numId w:val="1"/>
              </w:numPr>
              <w:rPr>
                <w:rFonts w:ascii="Roboto Condensed" w:hAnsi="Roboto Condensed" w:cs="Arial"/>
                <w:sz w:val="20"/>
                <w:szCs w:val="20"/>
              </w:rPr>
            </w:pPr>
          </w:p>
        </w:tc>
        <w:tc>
          <w:tcPr>
            <w:tcW w:w="1778" w:type="dxa"/>
          </w:tcPr>
          <w:p w14:paraId="424B4524" w14:textId="2B530353" w:rsidR="00EC349F" w:rsidRPr="001E6C3F" w:rsidRDefault="00EC349F" w:rsidP="00EC349F">
            <w:pPr>
              <w:ind w:left="-57" w:right="-57"/>
              <w:rPr>
                <w:rFonts w:ascii="Roboto Condensed" w:hAnsi="Roboto Condensed" w:cs="Arial"/>
                <w:sz w:val="18"/>
                <w:szCs w:val="18"/>
              </w:rPr>
            </w:pPr>
            <w:r w:rsidRPr="001E6C3F">
              <w:rPr>
                <w:rFonts w:ascii="Roboto Condensed" w:hAnsi="Roboto Condensed" w:cs="Arial"/>
                <w:sz w:val="18"/>
                <w:szCs w:val="18"/>
              </w:rPr>
              <w:t>Kolonia Strzałków 1</w:t>
            </w:r>
          </w:p>
        </w:tc>
        <w:tc>
          <w:tcPr>
            <w:tcW w:w="1134" w:type="dxa"/>
          </w:tcPr>
          <w:p w14:paraId="5CA85DC7" w14:textId="2AB34F3C" w:rsidR="00EC349F" w:rsidRPr="00104F2C" w:rsidRDefault="00EC349F" w:rsidP="00EC349F">
            <w:pPr>
              <w:ind w:left="-57" w:right="-57"/>
              <w:jc w:val="center"/>
              <w:rPr>
                <w:rFonts w:ascii="Roboto Condensed" w:hAnsi="Roboto Condensed" w:cs="Arial"/>
                <w:sz w:val="18"/>
                <w:szCs w:val="18"/>
              </w:rPr>
            </w:pPr>
            <w:r w:rsidRPr="00104F2C">
              <w:rPr>
                <w:rFonts w:ascii="Roboto Condensed" w:hAnsi="Roboto Condensed" w:cs="Arial"/>
                <w:sz w:val="18"/>
                <w:szCs w:val="18"/>
              </w:rPr>
              <w:t>082-052/4</w:t>
            </w:r>
          </w:p>
        </w:tc>
        <w:tc>
          <w:tcPr>
            <w:tcW w:w="3969" w:type="dxa"/>
          </w:tcPr>
          <w:p w14:paraId="4222841E" w14:textId="75900D15" w:rsidR="00EC349F" w:rsidRPr="00104F2C" w:rsidRDefault="00EC349F" w:rsidP="00EC349F">
            <w:pPr>
              <w:ind w:left="-57" w:right="-57"/>
              <w:rPr>
                <w:rFonts w:ascii="Roboto Condensed" w:hAnsi="Roboto Condensed" w:cs="Arial"/>
                <w:sz w:val="18"/>
                <w:szCs w:val="18"/>
              </w:rPr>
            </w:pPr>
            <w:r w:rsidRPr="00104F2C">
              <w:rPr>
                <w:rFonts w:ascii="Roboto Condensed" w:hAnsi="Roboto Condensed" w:cs="Arial"/>
                <w:sz w:val="18"/>
                <w:szCs w:val="18"/>
              </w:rPr>
              <w:t>ślad osadniczy / epoka kamienia</w:t>
            </w:r>
          </w:p>
        </w:tc>
        <w:tc>
          <w:tcPr>
            <w:tcW w:w="1985" w:type="dxa"/>
          </w:tcPr>
          <w:p w14:paraId="41335129" w14:textId="77777777" w:rsidR="00EC349F" w:rsidRPr="009A175C" w:rsidRDefault="00EC349F" w:rsidP="00EC349F">
            <w:pPr>
              <w:ind w:left="-57" w:right="-57"/>
              <w:rPr>
                <w:rFonts w:ascii="Roboto Condensed" w:hAnsi="Roboto Condensed" w:cs="Arial"/>
                <w:color w:val="EE0000"/>
                <w:sz w:val="18"/>
                <w:szCs w:val="18"/>
              </w:rPr>
            </w:pPr>
          </w:p>
        </w:tc>
      </w:tr>
      <w:tr w:rsidR="00EC349F" w:rsidRPr="009A175C" w14:paraId="77F0A65F" w14:textId="77777777" w:rsidTr="00D86599">
        <w:trPr>
          <w:cantSplit/>
          <w:trHeight w:val="227"/>
        </w:trPr>
        <w:tc>
          <w:tcPr>
            <w:tcW w:w="457" w:type="dxa"/>
          </w:tcPr>
          <w:p w14:paraId="4300BDD1" w14:textId="77777777" w:rsidR="00EC349F" w:rsidRPr="00EF501A" w:rsidRDefault="00EC349F" w:rsidP="008636AA">
            <w:pPr>
              <w:pStyle w:val="Akapitzlist"/>
              <w:numPr>
                <w:ilvl w:val="0"/>
                <w:numId w:val="1"/>
              </w:numPr>
              <w:rPr>
                <w:rFonts w:ascii="Roboto Condensed" w:hAnsi="Roboto Condensed" w:cs="Arial"/>
                <w:sz w:val="20"/>
                <w:szCs w:val="20"/>
              </w:rPr>
            </w:pPr>
          </w:p>
        </w:tc>
        <w:tc>
          <w:tcPr>
            <w:tcW w:w="1778" w:type="dxa"/>
          </w:tcPr>
          <w:p w14:paraId="0E7EDF42" w14:textId="07993238" w:rsidR="00EC349F" w:rsidRPr="001E6C3F" w:rsidRDefault="00EC349F" w:rsidP="00EC349F">
            <w:pPr>
              <w:ind w:left="-57" w:right="-57"/>
              <w:rPr>
                <w:rFonts w:ascii="Roboto Condensed" w:hAnsi="Roboto Condensed" w:cs="Arial"/>
                <w:sz w:val="18"/>
                <w:szCs w:val="18"/>
              </w:rPr>
            </w:pPr>
            <w:r w:rsidRPr="001E6C3F">
              <w:rPr>
                <w:rFonts w:ascii="Roboto Condensed" w:hAnsi="Roboto Condensed" w:cs="Arial"/>
                <w:sz w:val="18"/>
                <w:szCs w:val="18"/>
              </w:rPr>
              <w:t>Kolonia Strzałków 2</w:t>
            </w:r>
          </w:p>
        </w:tc>
        <w:tc>
          <w:tcPr>
            <w:tcW w:w="1134" w:type="dxa"/>
          </w:tcPr>
          <w:p w14:paraId="3447A2C5" w14:textId="1B285082" w:rsidR="00EC349F" w:rsidRPr="00104F2C" w:rsidRDefault="00EC349F" w:rsidP="00EC349F">
            <w:pPr>
              <w:ind w:left="-57" w:right="-57"/>
              <w:jc w:val="center"/>
              <w:rPr>
                <w:rFonts w:ascii="Roboto Condensed" w:hAnsi="Roboto Condensed" w:cs="Arial"/>
                <w:sz w:val="18"/>
                <w:szCs w:val="18"/>
              </w:rPr>
            </w:pPr>
            <w:r w:rsidRPr="00104F2C">
              <w:rPr>
                <w:rFonts w:ascii="Roboto Condensed" w:hAnsi="Roboto Condensed" w:cs="Arial"/>
                <w:sz w:val="18"/>
                <w:szCs w:val="18"/>
              </w:rPr>
              <w:t>082-052/10</w:t>
            </w:r>
          </w:p>
        </w:tc>
        <w:tc>
          <w:tcPr>
            <w:tcW w:w="3969" w:type="dxa"/>
          </w:tcPr>
          <w:p w14:paraId="3B3C3775" w14:textId="776ED36F" w:rsidR="00EC349F" w:rsidRPr="00104F2C" w:rsidRDefault="00EC349F" w:rsidP="00EC349F">
            <w:pPr>
              <w:ind w:left="-57" w:right="-57"/>
              <w:rPr>
                <w:rFonts w:ascii="Roboto Condensed" w:hAnsi="Roboto Condensed" w:cs="Arial"/>
                <w:sz w:val="18"/>
                <w:szCs w:val="18"/>
              </w:rPr>
            </w:pPr>
            <w:r w:rsidRPr="00104F2C">
              <w:rPr>
                <w:rFonts w:ascii="Roboto Condensed" w:hAnsi="Roboto Condensed" w:cs="Arial"/>
                <w:sz w:val="18"/>
                <w:szCs w:val="18"/>
              </w:rPr>
              <w:t>ślad osadniczy / średniowiecze</w:t>
            </w:r>
          </w:p>
        </w:tc>
        <w:tc>
          <w:tcPr>
            <w:tcW w:w="1985" w:type="dxa"/>
          </w:tcPr>
          <w:p w14:paraId="10285FD2" w14:textId="77777777" w:rsidR="00EC349F" w:rsidRPr="009A175C" w:rsidRDefault="00EC349F" w:rsidP="00EC349F">
            <w:pPr>
              <w:ind w:left="-57" w:right="-57"/>
              <w:rPr>
                <w:rFonts w:ascii="Roboto Condensed" w:hAnsi="Roboto Condensed" w:cs="Arial"/>
                <w:color w:val="EE0000"/>
                <w:sz w:val="18"/>
                <w:szCs w:val="18"/>
              </w:rPr>
            </w:pPr>
          </w:p>
        </w:tc>
      </w:tr>
      <w:tr w:rsidR="00EC349F" w:rsidRPr="009A175C" w14:paraId="2055025E" w14:textId="77777777" w:rsidTr="00D86599">
        <w:trPr>
          <w:cantSplit/>
          <w:trHeight w:val="227"/>
        </w:trPr>
        <w:tc>
          <w:tcPr>
            <w:tcW w:w="457" w:type="dxa"/>
          </w:tcPr>
          <w:p w14:paraId="662B755C" w14:textId="77777777" w:rsidR="00EC349F" w:rsidRPr="00EF501A" w:rsidRDefault="00EC349F" w:rsidP="008636AA">
            <w:pPr>
              <w:pStyle w:val="Akapitzlist"/>
              <w:numPr>
                <w:ilvl w:val="0"/>
                <w:numId w:val="1"/>
              </w:numPr>
              <w:rPr>
                <w:rFonts w:ascii="Roboto Condensed" w:hAnsi="Roboto Condensed" w:cs="Arial"/>
                <w:sz w:val="20"/>
                <w:szCs w:val="20"/>
              </w:rPr>
            </w:pPr>
          </w:p>
        </w:tc>
        <w:tc>
          <w:tcPr>
            <w:tcW w:w="1778" w:type="dxa"/>
          </w:tcPr>
          <w:p w14:paraId="2C422529" w14:textId="049F5755" w:rsidR="00EC349F" w:rsidRPr="001E6C3F" w:rsidRDefault="00EC349F" w:rsidP="00EC349F">
            <w:pPr>
              <w:ind w:left="-57" w:right="-57"/>
              <w:rPr>
                <w:rFonts w:ascii="Roboto Condensed" w:hAnsi="Roboto Condensed" w:cs="Arial"/>
                <w:sz w:val="18"/>
                <w:szCs w:val="18"/>
              </w:rPr>
            </w:pPr>
            <w:r w:rsidRPr="001E6C3F">
              <w:rPr>
                <w:rFonts w:ascii="Roboto Condensed" w:hAnsi="Roboto Condensed" w:cs="Arial"/>
                <w:sz w:val="18"/>
                <w:szCs w:val="18"/>
              </w:rPr>
              <w:t>Kolonia Strzałków 3</w:t>
            </w:r>
          </w:p>
        </w:tc>
        <w:tc>
          <w:tcPr>
            <w:tcW w:w="1134" w:type="dxa"/>
          </w:tcPr>
          <w:p w14:paraId="00986E77" w14:textId="6FE5FC84" w:rsidR="00EC349F" w:rsidRPr="00104F2C" w:rsidRDefault="00EC349F" w:rsidP="00EC349F">
            <w:pPr>
              <w:ind w:left="-57" w:right="-57"/>
              <w:jc w:val="center"/>
              <w:rPr>
                <w:rFonts w:ascii="Roboto Condensed" w:hAnsi="Roboto Condensed" w:cs="Arial"/>
                <w:sz w:val="18"/>
                <w:szCs w:val="18"/>
              </w:rPr>
            </w:pPr>
            <w:r w:rsidRPr="00104F2C">
              <w:rPr>
                <w:rFonts w:ascii="Roboto Condensed" w:hAnsi="Roboto Condensed" w:cs="Arial"/>
                <w:sz w:val="18"/>
                <w:szCs w:val="18"/>
              </w:rPr>
              <w:t>082-052/11</w:t>
            </w:r>
          </w:p>
        </w:tc>
        <w:tc>
          <w:tcPr>
            <w:tcW w:w="3969" w:type="dxa"/>
          </w:tcPr>
          <w:p w14:paraId="72D2732A" w14:textId="3D462A2A" w:rsidR="00EC349F" w:rsidRPr="00104F2C" w:rsidRDefault="00EC349F" w:rsidP="00EC349F">
            <w:pPr>
              <w:ind w:left="-57" w:right="-57"/>
              <w:rPr>
                <w:rFonts w:ascii="Roboto Condensed" w:hAnsi="Roboto Condensed" w:cs="Arial"/>
                <w:sz w:val="18"/>
                <w:szCs w:val="18"/>
              </w:rPr>
            </w:pPr>
            <w:r w:rsidRPr="00104F2C">
              <w:rPr>
                <w:rFonts w:ascii="Roboto Condensed" w:hAnsi="Roboto Condensed" w:cs="Arial"/>
                <w:sz w:val="18"/>
                <w:szCs w:val="18"/>
              </w:rPr>
              <w:t>osada / średniowiecze</w:t>
            </w:r>
          </w:p>
        </w:tc>
        <w:tc>
          <w:tcPr>
            <w:tcW w:w="1985" w:type="dxa"/>
          </w:tcPr>
          <w:p w14:paraId="0E990B59" w14:textId="77777777" w:rsidR="00EC349F" w:rsidRPr="009A175C" w:rsidRDefault="00EC349F" w:rsidP="00EC349F">
            <w:pPr>
              <w:ind w:left="-57" w:right="-57"/>
              <w:rPr>
                <w:rFonts w:ascii="Roboto Condensed" w:hAnsi="Roboto Condensed" w:cs="Arial"/>
                <w:color w:val="EE0000"/>
                <w:sz w:val="18"/>
                <w:szCs w:val="18"/>
              </w:rPr>
            </w:pPr>
          </w:p>
        </w:tc>
      </w:tr>
      <w:tr w:rsidR="00EC349F" w:rsidRPr="009A175C" w14:paraId="1D27D775" w14:textId="77777777" w:rsidTr="00D86599">
        <w:trPr>
          <w:cantSplit/>
          <w:trHeight w:val="227"/>
        </w:trPr>
        <w:tc>
          <w:tcPr>
            <w:tcW w:w="457" w:type="dxa"/>
          </w:tcPr>
          <w:p w14:paraId="784889FD" w14:textId="77777777" w:rsidR="00EC349F" w:rsidRPr="00EF501A" w:rsidRDefault="00EC349F" w:rsidP="008636AA">
            <w:pPr>
              <w:pStyle w:val="Akapitzlist"/>
              <w:numPr>
                <w:ilvl w:val="0"/>
                <w:numId w:val="1"/>
              </w:numPr>
              <w:rPr>
                <w:rFonts w:ascii="Roboto Condensed" w:hAnsi="Roboto Condensed" w:cs="Arial"/>
                <w:sz w:val="20"/>
                <w:szCs w:val="20"/>
              </w:rPr>
            </w:pPr>
          </w:p>
        </w:tc>
        <w:tc>
          <w:tcPr>
            <w:tcW w:w="1778" w:type="dxa"/>
          </w:tcPr>
          <w:p w14:paraId="11E2B7CF" w14:textId="7D44BFF8" w:rsidR="00EC349F" w:rsidRPr="001E6C3F" w:rsidRDefault="00EC349F" w:rsidP="00EC349F">
            <w:pPr>
              <w:ind w:left="-57" w:right="-57"/>
              <w:rPr>
                <w:rFonts w:ascii="Roboto Condensed" w:hAnsi="Roboto Condensed" w:cs="Arial"/>
                <w:sz w:val="18"/>
                <w:szCs w:val="18"/>
              </w:rPr>
            </w:pPr>
            <w:r w:rsidRPr="001E6C3F">
              <w:rPr>
                <w:rFonts w:ascii="Roboto Condensed" w:hAnsi="Roboto Condensed" w:cs="Arial"/>
                <w:sz w:val="18"/>
                <w:szCs w:val="18"/>
              </w:rPr>
              <w:t>Kolonia Strzałków 4</w:t>
            </w:r>
          </w:p>
        </w:tc>
        <w:tc>
          <w:tcPr>
            <w:tcW w:w="1134" w:type="dxa"/>
          </w:tcPr>
          <w:p w14:paraId="41B22E48" w14:textId="5185843B" w:rsidR="00EC349F" w:rsidRPr="00104F2C" w:rsidRDefault="00EC349F" w:rsidP="00EC349F">
            <w:pPr>
              <w:ind w:left="-57" w:right="-57"/>
              <w:jc w:val="center"/>
              <w:rPr>
                <w:rFonts w:ascii="Roboto Condensed" w:hAnsi="Roboto Condensed" w:cs="Arial"/>
                <w:sz w:val="18"/>
                <w:szCs w:val="18"/>
              </w:rPr>
            </w:pPr>
            <w:r w:rsidRPr="00104F2C">
              <w:rPr>
                <w:rFonts w:ascii="Roboto Condensed" w:hAnsi="Roboto Condensed" w:cs="Arial"/>
                <w:sz w:val="18"/>
                <w:szCs w:val="18"/>
              </w:rPr>
              <w:t>082-052/19</w:t>
            </w:r>
          </w:p>
        </w:tc>
        <w:tc>
          <w:tcPr>
            <w:tcW w:w="3969" w:type="dxa"/>
          </w:tcPr>
          <w:p w14:paraId="6BA64ED4" w14:textId="76684D1C" w:rsidR="00EC349F" w:rsidRPr="00104F2C" w:rsidRDefault="00EC349F" w:rsidP="00EC349F">
            <w:pPr>
              <w:ind w:left="-57" w:right="-57"/>
              <w:rPr>
                <w:rFonts w:ascii="Roboto Condensed" w:hAnsi="Roboto Condensed" w:cs="Arial"/>
                <w:sz w:val="18"/>
                <w:szCs w:val="18"/>
              </w:rPr>
            </w:pPr>
            <w:r w:rsidRPr="00104F2C">
              <w:rPr>
                <w:rFonts w:ascii="Roboto Condensed" w:hAnsi="Roboto Condensed" w:cs="Arial"/>
                <w:sz w:val="18"/>
                <w:szCs w:val="18"/>
              </w:rPr>
              <w:t>osada / średniowiecze - wczesne</w:t>
            </w:r>
          </w:p>
        </w:tc>
        <w:tc>
          <w:tcPr>
            <w:tcW w:w="1985" w:type="dxa"/>
          </w:tcPr>
          <w:p w14:paraId="662B1093" w14:textId="77777777" w:rsidR="00EC349F" w:rsidRPr="009A175C" w:rsidRDefault="00EC349F" w:rsidP="00EC349F">
            <w:pPr>
              <w:ind w:left="-57" w:right="-57"/>
              <w:rPr>
                <w:rFonts w:ascii="Roboto Condensed" w:hAnsi="Roboto Condensed" w:cs="Arial"/>
                <w:color w:val="EE0000"/>
                <w:sz w:val="18"/>
                <w:szCs w:val="18"/>
              </w:rPr>
            </w:pPr>
          </w:p>
        </w:tc>
      </w:tr>
      <w:tr w:rsidR="00EC349F" w:rsidRPr="009A175C" w14:paraId="754565F1" w14:textId="77777777" w:rsidTr="00D86599">
        <w:trPr>
          <w:cantSplit/>
          <w:trHeight w:val="156"/>
        </w:trPr>
        <w:tc>
          <w:tcPr>
            <w:tcW w:w="457" w:type="dxa"/>
          </w:tcPr>
          <w:p w14:paraId="1C81673E" w14:textId="77777777" w:rsidR="00EC349F" w:rsidRPr="00EF501A" w:rsidRDefault="00EC349F" w:rsidP="008636AA">
            <w:pPr>
              <w:pStyle w:val="Akapitzlist"/>
              <w:numPr>
                <w:ilvl w:val="0"/>
                <w:numId w:val="1"/>
              </w:numPr>
              <w:rPr>
                <w:rFonts w:ascii="Roboto Condensed" w:hAnsi="Roboto Condensed" w:cs="Arial"/>
                <w:sz w:val="20"/>
                <w:szCs w:val="20"/>
              </w:rPr>
            </w:pPr>
          </w:p>
        </w:tc>
        <w:tc>
          <w:tcPr>
            <w:tcW w:w="1778" w:type="dxa"/>
          </w:tcPr>
          <w:p w14:paraId="2B6270CB" w14:textId="39734C84" w:rsidR="00EC349F" w:rsidRPr="001E6C3F" w:rsidRDefault="00EC349F" w:rsidP="00EC349F">
            <w:pPr>
              <w:ind w:left="-57" w:right="-57"/>
              <w:rPr>
                <w:rFonts w:ascii="Roboto Condensed" w:hAnsi="Roboto Condensed" w:cs="Arial"/>
                <w:sz w:val="18"/>
                <w:szCs w:val="18"/>
              </w:rPr>
            </w:pPr>
            <w:r w:rsidRPr="001E6C3F">
              <w:rPr>
                <w:rFonts w:ascii="Roboto Condensed" w:hAnsi="Roboto Condensed" w:cs="Arial"/>
                <w:sz w:val="18"/>
                <w:szCs w:val="18"/>
              </w:rPr>
              <w:t>Kolonia Strzałków 5</w:t>
            </w:r>
          </w:p>
        </w:tc>
        <w:tc>
          <w:tcPr>
            <w:tcW w:w="1134" w:type="dxa"/>
          </w:tcPr>
          <w:p w14:paraId="7A8DE938" w14:textId="174B4955" w:rsidR="00EC349F" w:rsidRPr="00104F2C" w:rsidRDefault="00EC349F" w:rsidP="00EC349F">
            <w:pPr>
              <w:ind w:left="-57" w:right="-57"/>
              <w:jc w:val="center"/>
              <w:rPr>
                <w:rFonts w:ascii="Roboto Condensed" w:hAnsi="Roboto Condensed" w:cs="Arial"/>
                <w:sz w:val="18"/>
                <w:szCs w:val="18"/>
              </w:rPr>
            </w:pPr>
            <w:r w:rsidRPr="00104F2C">
              <w:rPr>
                <w:rFonts w:ascii="Roboto Condensed" w:hAnsi="Roboto Condensed" w:cs="Arial"/>
                <w:sz w:val="18"/>
                <w:szCs w:val="18"/>
              </w:rPr>
              <w:t>082-052/20</w:t>
            </w:r>
          </w:p>
        </w:tc>
        <w:tc>
          <w:tcPr>
            <w:tcW w:w="3969" w:type="dxa"/>
          </w:tcPr>
          <w:p w14:paraId="31390281" w14:textId="002D719D" w:rsidR="00EC349F" w:rsidRPr="00104F2C" w:rsidRDefault="00EC349F" w:rsidP="00EC349F">
            <w:pPr>
              <w:ind w:left="-57" w:right="-57"/>
              <w:rPr>
                <w:rFonts w:ascii="Roboto Condensed" w:hAnsi="Roboto Condensed" w:cs="Arial"/>
                <w:sz w:val="18"/>
                <w:szCs w:val="18"/>
              </w:rPr>
            </w:pPr>
            <w:r w:rsidRPr="00104F2C">
              <w:rPr>
                <w:rFonts w:ascii="Roboto Condensed" w:hAnsi="Roboto Condensed" w:cs="Arial"/>
                <w:sz w:val="18"/>
                <w:szCs w:val="18"/>
              </w:rPr>
              <w:t>ślad osadniczy / epoka kamienia</w:t>
            </w:r>
          </w:p>
        </w:tc>
        <w:tc>
          <w:tcPr>
            <w:tcW w:w="1985" w:type="dxa"/>
          </w:tcPr>
          <w:p w14:paraId="7321DDC3" w14:textId="77777777" w:rsidR="00EC349F" w:rsidRPr="009A175C" w:rsidRDefault="00EC349F" w:rsidP="00EC349F">
            <w:pPr>
              <w:ind w:left="-57" w:right="-57"/>
              <w:rPr>
                <w:rFonts w:ascii="Roboto Condensed" w:hAnsi="Roboto Condensed" w:cs="Arial"/>
                <w:color w:val="EE0000"/>
                <w:sz w:val="18"/>
                <w:szCs w:val="18"/>
              </w:rPr>
            </w:pPr>
          </w:p>
        </w:tc>
      </w:tr>
      <w:tr w:rsidR="00234788" w:rsidRPr="009A175C" w14:paraId="176E27D6" w14:textId="77777777" w:rsidTr="00D86599">
        <w:trPr>
          <w:cantSplit/>
          <w:trHeight w:val="227"/>
        </w:trPr>
        <w:tc>
          <w:tcPr>
            <w:tcW w:w="457" w:type="dxa"/>
          </w:tcPr>
          <w:p w14:paraId="2ECE794C" w14:textId="77777777" w:rsidR="00234788" w:rsidRPr="00EF501A" w:rsidRDefault="00234788" w:rsidP="00CE18D7">
            <w:pPr>
              <w:pStyle w:val="Akapitzlist"/>
              <w:ind w:left="360"/>
              <w:rPr>
                <w:rFonts w:ascii="Roboto Condensed" w:hAnsi="Roboto Condensed" w:cs="Arial"/>
                <w:sz w:val="20"/>
                <w:szCs w:val="20"/>
              </w:rPr>
            </w:pPr>
          </w:p>
        </w:tc>
        <w:tc>
          <w:tcPr>
            <w:tcW w:w="1778" w:type="dxa"/>
          </w:tcPr>
          <w:p w14:paraId="42102603" w14:textId="61D4739F" w:rsidR="00234788" w:rsidRPr="00CE18D7" w:rsidRDefault="00234788" w:rsidP="00234788">
            <w:pPr>
              <w:ind w:left="-57" w:right="-57"/>
              <w:rPr>
                <w:rFonts w:ascii="Roboto Condensed" w:hAnsi="Roboto Condensed" w:cs="Arial"/>
                <w:color w:val="A6A6A6" w:themeColor="background1" w:themeShade="A6"/>
                <w:sz w:val="18"/>
                <w:szCs w:val="18"/>
              </w:rPr>
            </w:pPr>
            <w:r w:rsidRPr="00CE18D7">
              <w:rPr>
                <w:rFonts w:ascii="Roboto Condensed" w:hAnsi="Roboto Condensed" w:cs="Arial"/>
                <w:color w:val="A6A6A6" w:themeColor="background1" w:themeShade="A6"/>
                <w:sz w:val="18"/>
                <w:szCs w:val="18"/>
              </w:rPr>
              <w:t>Kolonia Strzałków 6</w:t>
            </w:r>
          </w:p>
        </w:tc>
        <w:tc>
          <w:tcPr>
            <w:tcW w:w="1134" w:type="dxa"/>
          </w:tcPr>
          <w:p w14:paraId="008F0CEC" w14:textId="623582F2" w:rsidR="00234788" w:rsidRPr="00CE18D7" w:rsidRDefault="00234788" w:rsidP="00234788">
            <w:pPr>
              <w:ind w:left="-57" w:right="-57"/>
              <w:jc w:val="center"/>
              <w:rPr>
                <w:rFonts w:ascii="Roboto Condensed" w:hAnsi="Roboto Condensed" w:cs="Arial"/>
                <w:color w:val="A6A6A6" w:themeColor="background1" w:themeShade="A6"/>
                <w:sz w:val="18"/>
                <w:szCs w:val="18"/>
              </w:rPr>
            </w:pPr>
            <w:r w:rsidRPr="00CE18D7">
              <w:rPr>
                <w:rFonts w:ascii="Roboto Condensed" w:hAnsi="Roboto Condensed" w:cs="Arial"/>
                <w:color w:val="A6A6A6" w:themeColor="background1" w:themeShade="A6"/>
                <w:sz w:val="18"/>
                <w:szCs w:val="18"/>
              </w:rPr>
              <w:t>082-052/21</w:t>
            </w:r>
          </w:p>
        </w:tc>
        <w:tc>
          <w:tcPr>
            <w:tcW w:w="3969" w:type="dxa"/>
          </w:tcPr>
          <w:p w14:paraId="0AEF6652" w14:textId="50CDFE37" w:rsidR="00234788" w:rsidRPr="00CE18D7" w:rsidRDefault="00234788" w:rsidP="00234788">
            <w:pPr>
              <w:ind w:left="-57" w:right="-57"/>
              <w:rPr>
                <w:rFonts w:ascii="Roboto Condensed" w:hAnsi="Roboto Condensed" w:cs="Arial"/>
                <w:color w:val="A6A6A6" w:themeColor="background1" w:themeShade="A6"/>
                <w:sz w:val="18"/>
                <w:szCs w:val="18"/>
              </w:rPr>
            </w:pPr>
            <w:r w:rsidRPr="00CE18D7">
              <w:rPr>
                <w:rFonts w:ascii="Roboto Condensed" w:hAnsi="Roboto Condensed" w:cs="Arial"/>
                <w:color w:val="A6A6A6" w:themeColor="background1" w:themeShade="A6"/>
                <w:sz w:val="18"/>
                <w:szCs w:val="18"/>
              </w:rPr>
              <w:t xml:space="preserve"> / nowożytność</w:t>
            </w:r>
          </w:p>
        </w:tc>
        <w:tc>
          <w:tcPr>
            <w:tcW w:w="1985" w:type="dxa"/>
          </w:tcPr>
          <w:p w14:paraId="1D350E31" w14:textId="36CD3818" w:rsidR="00234788" w:rsidRPr="00CE18D7" w:rsidRDefault="001E6C3F" w:rsidP="00234788">
            <w:pPr>
              <w:ind w:left="-57" w:right="-57"/>
              <w:rPr>
                <w:rFonts w:ascii="Roboto Condensed" w:hAnsi="Roboto Condensed" w:cs="Arial"/>
                <w:color w:val="A6A6A6" w:themeColor="background1" w:themeShade="A6"/>
                <w:sz w:val="18"/>
                <w:szCs w:val="18"/>
              </w:rPr>
            </w:pPr>
            <w:r w:rsidRPr="00CE18D7">
              <w:rPr>
                <w:rFonts w:ascii="Roboto Condensed" w:hAnsi="Roboto Condensed" w:cs="Arial"/>
                <w:color w:val="A6A6A6" w:themeColor="background1" w:themeShade="A6"/>
                <w:sz w:val="18"/>
                <w:szCs w:val="18"/>
              </w:rPr>
              <w:t>Obiekt poza granicą gminy</w:t>
            </w:r>
          </w:p>
        </w:tc>
      </w:tr>
      <w:tr w:rsidR="00234788" w:rsidRPr="009A175C" w14:paraId="5373EBDC" w14:textId="77777777" w:rsidTr="00D86599">
        <w:trPr>
          <w:cantSplit/>
          <w:trHeight w:val="227"/>
        </w:trPr>
        <w:tc>
          <w:tcPr>
            <w:tcW w:w="457" w:type="dxa"/>
          </w:tcPr>
          <w:p w14:paraId="0085B082"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23D114F7" w14:textId="47E37D88"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Kudłata Wieś 1</w:t>
            </w:r>
          </w:p>
        </w:tc>
        <w:tc>
          <w:tcPr>
            <w:tcW w:w="1134" w:type="dxa"/>
          </w:tcPr>
          <w:p w14:paraId="271E01E1" w14:textId="7D53A45B"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082-051/9</w:t>
            </w:r>
          </w:p>
        </w:tc>
        <w:tc>
          <w:tcPr>
            <w:tcW w:w="3969" w:type="dxa"/>
          </w:tcPr>
          <w:p w14:paraId="453AD1EB" w14:textId="070EE48A"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ślad osadniczy / epoka kamienia</w:t>
            </w:r>
          </w:p>
        </w:tc>
        <w:tc>
          <w:tcPr>
            <w:tcW w:w="1985" w:type="dxa"/>
          </w:tcPr>
          <w:p w14:paraId="7C93F6E7"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7B507B91" w14:textId="77777777" w:rsidTr="00D86599">
        <w:trPr>
          <w:cantSplit/>
          <w:trHeight w:val="227"/>
        </w:trPr>
        <w:tc>
          <w:tcPr>
            <w:tcW w:w="457" w:type="dxa"/>
          </w:tcPr>
          <w:p w14:paraId="212C3F26"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397F61AF" w14:textId="682F1442"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Kudłata Wieś 2</w:t>
            </w:r>
          </w:p>
        </w:tc>
        <w:tc>
          <w:tcPr>
            <w:tcW w:w="1134" w:type="dxa"/>
          </w:tcPr>
          <w:p w14:paraId="66D337FC" w14:textId="712915D2"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082-051/23</w:t>
            </w:r>
          </w:p>
        </w:tc>
        <w:tc>
          <w:tcPr>
            <w:tcW w:w="3969" w:type="dxa"/>
          </w:tcPr>
          <w:p w14:paraId="5017AE57" w14:textId="112D5E2D"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ślad osadniczy / epoka kamienia</w:t>
            </w:r>
          </w:p>
        </w:tc>
        <w:tc>
          <w:tcPr>
            <w:tcW w:w="1985" w:type="dxa"/>
          </w:tcPr>
          <w:p w14:paraId="378819BF"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15D3FCD2" w14:textId="77777777" w:rsidTr="00D86599">
        <w:trPr>
          <w:cantSplit/>
          <w:trHeight w:val="227"/>
        </w:trPr>
        <w:tc>
          <w:tcPr>
            <w:tcW w:w="457" w:type="dxa"/>
          </w:tcPr>
          <w:p w14:paraId="59A158F1"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1DDE0BB7" w14:textId="68BDB7DA"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Okrajszów 1</w:t>
            </w:r>
          </w:p>
        </w:tc>
        <w:tc>
          <w:tcPr>
            <w:tcW w:w="1134" w:type="dxa"/>
          </w:tcPr>
          <w:p w14:paraId="6A74301D" w14:textId="514312B1"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080-052/38</w:t>
            </w:r>
          </w:p>
        </w:tc>
        <w:tc>
          <w:tcPr>
            <w:tcW w:w="3969" w:type="dxa"/>
          </w:tcPr>
          <w:p w14:paraId="0666B110" w14:textId="38D8CB1B"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2CA37533"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6751C153" w14:textId="77777777" w:rsidTr="00D86599">
        <w:trPr>
          <w:cantSplit/>
          <w:trHeight w:val="227"/>
        </w:trPr>
        <w:tc>
          <w:tcPr>
            <w:tcW w:w="457" w:type="dxa"/>
          </w:tcPr>
          <w:p w14:paraId="0096CF39"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34986366" w14:textId="10AA37B8"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Okrajszów 2</w:t>
            </w:r>
          </w:p>
        </w:tc>
        <w:tc>
          <w:tcPr>
            <w:tcW w:w="1134" w:type="dxa"/>
          </w:tcPr>
          <w:p w14:paraId="552A018B" w14:textId="6D284643"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080-052/41</w:t>
            </w:r>
          </w:p>
        </w:tc>
        <w:tc>
          <w:tcPr>
            <w:tcW w:w="3969" w:type="dxa"/>
          </w:tcPr>
          <w:p w14:paraId="478A0D65" w14:textId="41B65BC6"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ślad osadniczy / pradzieje</w:t>
            </w:r>
          </w:p>
        </w:tc>
        <w:tc>
          <w:tcPr>
            <w:tcW w:w="1985" w:type="dxa"/>
          </w:tcPr>
          <w:p w14:paraId="1630C066"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7DF30F3B" w14:textId="77777777" w:rsidTr="00D86599">
        <w:trPr>
          <w:cantSplit/>
          <w:trHeight w:val="227"/>
        </w:trPr>
        <w:tc>
          <w:tcPr>
            <w:tcW w:w="457" w:type="dxa"/>
          </w:tcPr>
          <w:p w14:paraId="62C8DC9A" w14:textId="77777777" w:rsidR="00234788" w:rsidRPr="00EF501A" w:rsidRDefault="00234788" w:rsidP="00CE18D7">
            <w:pPr>
              <w:pStyle w:val="Akapitzlist"/>
              <w:ind w:left="360"/>
              <w:rPr>
                <w:rFonts w:ascii="Roboto Condensed" w:hAnsi="Roboto Condensed" w:cs="Arial"/>
                <w:sz w:val="20"/>
                <w:szCs w:val="20"/>
              </w:rPr>
            </w:pPr>
          </w:p>
        </w:tc>
        <w:tc>
          <w:tcPr>
            <w:tcW w:w="1778" w:type="dxa"/>
          </w:tcPr>
          <w:p w14:paraId="4EC3DC1B" w14:textId="5A555CA0" w:rsidR="00234788" w:rsidRPr="00CE18D7" w:rsidRDefault="00234788" w:rsidP="00234788">
            <w:pPr>
              <w:ind w:left="-57" w:right="-57"/>
              <w:rPr>
                <w:rFonts w:ascii="Roboto Condensed" w:hAnsi="Roboto Condensed" w:cs="Arial"/>
                <w:color w:val="A6A6A6" w:themeColor="background1" w:themeShade="A6"/>
                <w:sz w:val="18"/>
                <w:szCs w:val="18"/>
              </w:rPr>
            </w:pPr>
            <w:r w:rsidRPr="00CE18D7">
              <w:rPr>
                <w:rFonts w:ascii="Roboto Condensed" w:hAnsi="Roboto Condensed" w:cs="Arial"/>
                <w:color w:val="A6A6A6" w:themeColor="background1" w:themeShade="A6"/>
                <w:sz w:val="18"/>
                <w:szCs w:val="18"/>
              </w:rPr>
              <w:t>Okrajszów 3</w:t>
            </w:r>
          </w:p>
        </w:tc>
        <w:tc>
          <w:tcPr>
            <w:tcW w:w="1134" w:type="dxa"/>
          </w:tcPr>
          <w:p w14:paraId="4ADFE1AF" w14:textId="0F44B377" w:rsidR="00234788" w:rsidRPr="00CE18D7" w:rsidRDefault="00234788" w:rsidP="00234788">
            <w:pPr>
              <w:ind w:left="-57" w:right="-57"/>
              <w:jc w:val="center"/>
              <w:rPr>
                <w:rFonts w:ascii="Roboto Condensed" w:hAnsi="Roboto Condensed" w:cs="Arial"/>
                <w:color w:val="A6A6A6" w:themeColor="background1" w:themeShade="A6"/>
                <w:sz w:val="18"/>
                <w:szCs w:val="18"/>
              </w:rPr>
            </w:pPr>
            <w:r w:rsidRPr="00CE18D7">
              <w:rPr>
                <w:rFonts w:ascii="Roboto Condensed" w:hAnsi="Roboto Condensed" w:cs="Arial"/>
                <w:color w:val="A6A6A6" w:themeColor="background1" w:themeShade="A6"/>
                <w:sz w:val="18"/>
                <w:szCs w:val="18"/>
              </w:rPr>
              <w:t>080-052/42</w:t>
            </w:r>
          </w:p>
        </w:tc>
        <w:tc>
          <w:tcPr>
            <w:tcW w:w="3969" w:type="dxa"/>
          </w:tcPr>
          <w:p w14:paraId="09E1C34E" w14:textId="6EB82295" w:rsidR="00234788" w:rsidRPr="00CE18D7" w:rsidRDefault="00234788" w:rsidP="00234788">
            <w:pPr>
              <w:ind w:left="-57" w:right="-57"/>
              <w:rPr>
                <w:rFonts w:ascii="Roboto Condensed" w:hAnsi="Roboto Condensed" w:cs="Arial"/>
                <w:color w:val="A6A6A6" w:themeColor="background1" w:themeShade="A6"/>
                <w:sz w:val="18"/>
                <w:szCs w:val="18"/>
              </w:rPr>
            </w:pPr>
            <w:r w:rsidRPr="00CE18D7">
              <w:rPr>
                <w:rFonts w:ascii="Roboto Condensed" w:hAnsi="Roboto Condensed" w:cs="Arial"/>
                <w:color w:val="A6A6A6" w:themeColor="background1" w:themeShade="A6"/>
                <w:sz w:val="18"/>
                <w:szCs w:val="18"/>
              </w:rPr>
              <w:t xml:space="preserve"> / średniowiecze - późne</w:t>
            </w:r>
          </w:p>
        </w:tc>
        <w:tc>
          <w:tcPr>
            <w:tcW w:w="1985" w:type="dxa"/>
          </w:tcPr>
          <w:p w14:paraId="350E3AD0" w14:textId="315B7A47" w:rsidR="00234788" w:rsidRPr="00CE18D7" w:rsidRDefault="001E6C3F" w:rsidP="00234788">
            <w:pPr>
              <w:ind w:left="-57" w:right="-57"/>
              <w:rPr>
                <w:rFonts w:ascii="Roboto Condensed" w:hAnsi="Roboto Condensed" w:cs="Arial"/>
                <w:color w:val="A6A6A6" w:themeColor="background1" w:themeShade="A6"/>
                <w:sz w:val="18"/>
                <w:szCs w:val="18"/>
              </w:rPr>
            </w:pPr>
            <w:r w:rsidRPr="00CE18D7">
              <w:rPr>
                <w:rFonts w:ascii="Roboto Condensed" w:hAnsi="Roboto Condensed" w:cs="Arial"/>
                <w:color w:val="A6A6A6" w:themeColor="background1" w:themeShade="A6"/>
                <w:sz w:val="18"/>
                <w:szCs w:val="18"/>
              </w:rPr>
              <w:t>Obiekt poza granicą gminy</w:t>
            </w:r>
          </w:p>
        </w:tc>
      </w:tr>
      <w:tr w:rsidR="00234788" w:rsidRPr="009A175C" w14:paraId="43D4FB6A" w14:textId="77777777" w:rsidTr="00D86599">
        <w:trPr>
          <w:cantSplit/>
          <w:trHeight w:val="227"/>
        </w:trPr>
        <w:tc>
          <w:tcPr>
            <w:tcW w:w="457" w:type="dxa"/>
          </w:tcPr>
          <w:p w14:paraId="467276CD"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304474A9" w14:textId="06FEAD0B" w:rsidR="00234788" w:rsidRPr="00CE18D7" w:rsidRDefault="00234788" w:rsidP="00234788">
            <w:pPr>
              <w:ind w:left="-57" w:right="-57"/>
              <w:rPr>
                <w:rFonts w:ascii="Roboto Condensed" w:hAnsi="Roboto Condensed" w:cs="Arial"/>
                <w:sz w:val="18"/>
                <w:szCs w:val="18"/>
              </w:rPr>
            </w:pPr>
            <w:r w:rsidRPr="00CE18D7">
              <w:rPr>
                <w:rFonts w:ascii="Roboto Condensed" w:hAnsi="Roboto Condensed" w:cs="Arial"/>
                <w:sz w:val="18"/>
                <w:szCs w:val="18"/>
              </w:rPr>
              <w:t>Orzechówek 1</w:t>
            </w:r>
          </w:p>
        </w:tc>
        <w:tc>
          <w:tcPr>
            <w:tcW w:w="1134" w:type="dxa"/>
          </w:tcPr>
          <w:p w14:paraId="4D3C373C" w14:textId="73413F95" w:rsidR="00234788" w:rsidRPr="00CE18D7" w:rsidRDefault="00234788" w:rsidP="00234788">
            <w:pPr>
              <w:ind w:left="-57" w:right="-57"/>
              <w:jc w:val="center"/>
              <w:rPr>
                <w:rFonts w:ascii="Roboto Condensed" w:hAnsi="Roboto Condensed" w:cs="Arial"/>
                <w:sz w:val="18"/>
                <w:szCs w:val="18"/>
              </w:rPr>
            </w:pPr>
            <w:r w:rsidRPr="00CE18D7">
              <w:rPr>
                <w:rFonts w:ascii="Roboto Condensed" w:hAnsi="Roboto Condensed" w:cs="Arial"/>
                <w:sz w:val="18"/>
                <w:szCs w:val="18"/>
              </w:rPr>
              <w:t>082-052/39</w:t>
            </w:r>
          </w:p>
        </w:tc>
        <w:tc>
          <w:tcPr>
            <w:tcW w:w="3969" w:type="dxa"/>
          </w:tcPr>
          <w:p w14:paraId="1A1FC959" w14:textId="3AA0E734" w:rsidR="00234788" w:rsidRPr="00CE18D7" w:rsidRDefault="00234788" w:rsidP="00234788">
            <w:pPr>
              <w:ind w:left="-57" w:right="-57"/>
              <w:rPr>
                <w:rFonts w:ascii="Roboto Condensed" w:hAnsi="Roboto Condensed" w:cs="Arial"/>
                <w:sz w:val="18"/>
                <w:szCs w:val="18"/>
              </w:rPr>
            </w:pPr>
            <w:r w:rsidRPr="00CE18D7">
              <w:rPr>
                <w:rFonts w:ascii="Roboto Condensed" w:hAnsi="Roboto Condensed" w:cs="Arial"/>
                <w:sz w:val="18"/>
                <w:szCs w:val="18"/>
              </w:rPr>
              <w:t>osada / nowożytność</w:t>
            </w:r>
          </w:p>
        </w:tc>
        <w:tc>
          <w:tcPr>
            <w:tcW w:w="1985" w:type="dxa"/>
          </w:tcPr>
          <w:p w14:paraId="507C18EC" w14:textId="3B99B199" w:rsidR="00234788" w:rsidRPr="00CE18D7" w:rsidRDefault="00D86599" w:rsidP="00234788">
            <w:pPr>
              <w:ind w:left="-57" w:right="-57"/>
              <w:rPr>
                <w:rFonts w:ascii="Roboto Condensed" w:hAnsi="Roboto Condensed" w:cs="Arial"/>
                <w:sz w:val="18"/>
                <w:szCs w:val="18"/>
              </w:rPr>
            </w:pPr>
            <w:r w:rsidRPr="00CE18D7">
              <w:rPr>
                <w:rFonts w:ascii="Roboto Condensed" w:hAnsi="Roboto Condensed" w:cs="Arial"/>
                <w:sz w:val="18"/>
                <w:szCs w:val="18"/>
              </w:rPr>
              <w:t>Brak w GEZ</w:t>
            </w:r>
          </w:p>
        </w:tc>
      </w:tr>
      <w:tr w:rsidR="00234788" w:rsidRPr="009A175C" w14:paraId="3D0049C9" w14:textId="77777777" w:rsidTr="00D86599">
        <w:trPr>
          <w:cantSplit/>
          <w:trHeight w:val="227"/>
        </w:trPr>
        <w:tc>
          <w:tcPr>
            <w:tcW w:w="457" w:type="dxa"/>
          </w:tcPr>
          <w:p w14:paraId="5CBDD7A4"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7A068903" w14:textId="5DB1E5D1"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Płoszów 1</w:t>
            </w:r>
          </w:p>
        </w:tc>
        <w:tc>
          <w:tcPr>
            <w:tcW w:w="1134" w:type="dxa"/>
          </w:tcPr>
          <w:p w14:paraId="67C34182" w14:textId="0CCA7352"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080-052/37</w:t>
            </w:r>
          </w:p>
        </w:tc>
        <w:tc>
          <w:tcPr>
            <w:tcW w:w="3969" w:type="dxa"/>
          </w:tcPr>
          <w:p w14:paraId="4E8E9D00" w14:textId="77777777"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kultura przeworska</w:t>
            </w:r>
          </w:p>
          <w:p w14:paraId="48B4F729" w14:textId="49D2792D"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epoka żelaza - okres wpływów rzymskich</w:t>
            </w:r>
          </w:p>
        </w:tc>
        <w:tc>
          <w:tcPr>
            <w:tcW w:w="1985" w:type="dxa"/>
          </w:tcPr>
          <w:p w14:paraId="617ABF0D"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60383726" w14:textId="77777777" w:rsidTr="00D86599">
        <w:trPr>
          <w:cantSplit/>
          <w:trHeight w:val="227"/>
        </w:trPr>
        <w:tc>
          <w:tcPr>
            <w:tcW w:w="457" w:type="dxa"/>
          </w:tcPr>
          <w:p w14:paraId="4F1B8BB8"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6ECBFAAA" w14:textId="7A3A97DA"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Strzałków 1</w:t>
            </w:r>
          </w:p>
        </w:tc>
        <w:tc>
          <w:tcPr>
            <w:tcW w:w="1134" w:type="dxa"/>
          </w:tcPr>
          <w:p w14:paraId="225C5062" w14:textId="34E07876"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082-052/1</w:t>
            </w:r>
          </w:p>
        </w:tc>
        <w:tc>
          <w:tcPr>
            <w:tcW w:w="3969" w:type="dxa"/>
          </w:tcPr>
          <w:p w14:paraId="1FFF5517" w14:textId="77777777" w:rsidR="00D86599"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cmentarzysko - kultura łużycka</w:t>
            </w:r>
          </w:p>
          <w:p w14:paraId="4A84868F" w14:textId="2170082F"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epoka żelaza - wczesna</w:t>
            </w:r>
          </w:p>
        </w:tc>
        <w:tc>
          <w:tcPr>
            <w:tcW w:w="1985" w:type="dxa"/>
          </w:tcPr>
          <w:p w14:paraId="592AF650"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5643313A" w14:textId="77777777" w:rsidTr="00D86599">
        <w:trPr>
          <w:cantSplit/>
          <w:trHeight w:val="227"/>
        </w:trPr>
        <w:tc>
          <w:tcPr>
            <w:tcW w:w="457" w:type="dxa"/>
          </w:tcPr>
          <w:p w14:paraId="6220C112"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1D9BB645" w14:textId="673209DE"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Strzałków 2</w:t>
            </w:r>
          </w:p>
        </w:tc>
        <w:tc>
          <w:tcPr>
            <w:tcW w:w="1134" w:type="dxa"/>
          </w:tcPr>
          <w:p w14:paraId="79AC29AA" w14:textId="05B16F8E"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081-052/26</w:t>
            </w:r>
          </w:p>
        </w:tc>
        <w:tc>
          <w:tcPr>
            <w:tcW w:w="3969" w:type="dxa"/>
          </w:tcPr>
          <w:p w14:paraId="5CC74C3A" w14:textId="21FAD539"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średniowiecze - późne</w:t>
            </w:r>
          </w:p>
        </w:tc>
        <w:tc>
          <w:tcPr>
            <w:tcW w:w="1985" w:type="dxa"/>
          </w:tcPr>
          <w:p w14:paraId="64C43572"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4D6A509A" w14:textId="77777777" w:rsidTr="00D86599">
        <w:trPr>
          <w:cantSplit/>
          <w:trHeight w:val="227"/>
        </w:trPr>
        <w:tc>
          <w:tcPr>
            <w:tcW w:w="457" w:type="dxa"/>
          </w:tcPr>
          <w:p w14:paraId="6AC45D9A"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0A47CD7E" w14:textId="4A1A8B6A"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Strzałków 3</w:t>
            </w:r>
          </w:p>
        </w:tc>
        <w:tc>
          <w:tcPr>
            <w:tcW w:w="1134" w:type="dxa"/>
          </w:tcPr>
          <w:p w14:paraId="7FA30781" w14:textId="776345B0"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081-052/27</w:t>
            </w:r>
          </w:p>
        </w:tc>
        <w:tc>
          <w:tcPr>
            <w:tcW w:w="3969" w:type="dxa"/>
          </w:tcPr>
          <w:p w14:paraId="2C63CA90" w14:textId="01805C1B"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0B5EC2F8"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011D6394" w14:textId="77777777" w:rsidTr="00D86599">
        <w:trPr>
          <w:cantSplit/>
          <w:trHeight w:val="227"/>
        </w:trPr>
        <w:tc>
          <w:tcPr>
            <w:tcW w:w="457" w:type="dxa"/>
          </w:tcPr>
          <w:p w14:paraId="02A2F9BE"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4153A0AD" w14:textId="4F5D6809"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Strzałków 4</w:t>
            </w:r>
          </w:p>
        </w:tc>
        <w:tc>
          <w:tcPr>
            <w:tcW w:w="1134" w:type="dxa"/>
          </w:tcPr>
          <w:p w14:paraId="4047DE99" w14:textId="4D6D04A0"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081-052/28</w:t>
            </w:r>
          </w:p>
        </w:tc>
        <w:tc>
          <w:tcPr>
            <w:tcW w:w="3969" w:type="dxa"/>
          </w:tcPr>
          <w:p w14:paraId="20336495" w14:textId="1FEF8C5F"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średniowiecze - późne</w:t>
            </w:r>
          </w:p>
        </w:tc>
        <w:tc>
          <w:tcPr>
            <w:tcW w:w="1985" w:type="dxa"/>
          </w:tcPr>
          <w:p w14:paraId="6EA6692A"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3771FB22" w14:textId="77777777" w:rsidTr="00D86599">
        <w:trPr>
          <w:cantSplit/>
          <w:trHeight w:val="227"/>
        </w:trPr>
        <w:tc>
          <w:tcPr>
            <w:tcW w:w="457" w:type="dxa"/>
          </w:tcPr>
          <w:p w14:paraId="5F81C6DB"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10B6B234" w14:textId="309BE9F9"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Strzałków 5</w:t>
            </w:r>
          </w:p>
        </w:tc>
        <w:tc>
          <w:tcPr>
            <w:tcW w:w="1134" w:type="dxa"/>
          </w:tcPr>
          <w:p w14:paraId="4BDF3062" w14:textId="686BCCE5"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081-052/29</w:t>
            </w:r>
          </w:p>
        </w:tc>
        <w:tc>
          <w:tcPr>
            <w:tcW w:w="3969" w:type="dxa"/>
          </w:tcPr>
          <w:p w14:paraId="4C5001FB" w14:textId="33050188"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3468E6FB"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27755172" w14:textId="77777777" w:rsidTr="00D86599">
        <w:trPr>
          <w:cantSplit/>
          <w:trHeight w:val="227"/>
        </w:trPr>
        <w:tc>
          <w:tcPr>
            <w:tcW w:w="457" w:type="dxa"/>
          </w:tcPr>
          <w:p w14:paraId="2ABC19ED"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0D3B5305" w14:textId="476C2F0B"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Strzałków 6</w:t>
            </w:r>
          </w:p>
        </w:tc>
        <w:tc>
          <w:tcPr>
            <w:tcW w:w="1134" w:type="dxa"/>
          </w:tcPr>
          <w:p w14:paraId="37ECA9F4" w14:textId="1C55A199"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081-052/30</w:t>
            </w:r>
          </w:p>
        </w:tc>
        <w:tc>
          <w:tcPr>
            <w:tcW w:w="3969" w:type="dxa"/>
          </w:tcPr>
          <w:p w14:paraId="0D40C5E4" w14:textId="61BF4101"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08F483EA"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4B2D22A8" w14:textId="77777777" w:rsidTr="00D86599">
        <w:trPr>
          <w:cantSplit/>
          <w:trHeight w:val="227"/>
        </w:trPr>
        <w:tc>
          <w:tcPr>
            <w:tcW w:w="457" w:type="dxa"/>
          </w:tcPr>
          <w:p w14:paraId="5AC2470C"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6A2C7FE2" w14:textId="5A46515B"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Strzałków 7</w:t>
            </w:r>
          </w:p>
        </w:tc>
        <w:tc>
          <w:tcPr>
            <w:tcW w:w="1134" w:type="dxa"/>
          </w:tcPr>
          <w:p w14:paraId="4832E9DA" w14:textId="56AC01B9"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081-052/31</w:t>
            </w:r>
          </w:p>
        </w:tc>
        <w:tc>
          <w:tcPr>
            <w:tcW w:w="3969" w:type="dxa"/>
          </w:tcPr>
          <w:p w14:paraId="6442277C" w14:textId="2E5C026F"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58F1B156"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46E95DF6" w14:textId="77777777" w:rsidTr="00D86599">
        <w:trPr>
          <w:cantSplit/>
          <w:trHeight w:val="227"/>
        </w:trPr>
        <w:tc>
          <w:tcPr>
            <w:tcW w:w="457" w:type="dxa"/>
          </w:tcPr>
          <w:p w14:paraId="1D976EE2"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5585A480" w14:textId="4A8F89B1"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Strzałków 8</w:t>
            </w:r>
          </w:p>
        </w:tc>
        <w:tc>
          <w:tcPr>
            <w:tcW w:w="1134" w:type="dxa"/>
          </w:tcPr>
          <w:p w14:paraId="03049886" w14:textId="7FA21D92"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081-052/32</w:t>
            </w:r>
          </w:p>
        </w:tc>
        <w:tc>
          <w:tcPr>
            <w:tcW w:w="3969" w:type="dxa"/>
          </w:tcPr>
          <w:p w14:paraId="625BEDDF" w14:textId="269CB910"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średniowiecze - późne</w:t>
            </w:r>
          </w:p>
        </w:tc>
        <w:tc>
          <w:tcPr>
            <w:tcW w:w="1985" w:type="dxa"/>
          </w:tcPr>
          <w:p w14:paraId="7BC16FC2"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6FB902C2" w14:textId="77777777" w:rsidTr="00D86599">
        <w:trPr>
          <w:cantSplit/>
          <w:trHeight w:val="227"/>
        </w:trPr>
        <w:tc>
          <w:tcPr>
            <w:tcW w:w="457" w:type="dxa"/>
          </w:tcPr>
          <w:p w14:paraId="01C68335"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37A43DC1" w14:textId="29A38342"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Strzałków 9</w:t>
            </w:r>
          </w:p>
        </w:tc>
        <w:tc>
          <w:tcPr>
            <w:tcW w:w="1134" w:type="dxa"/>
          </w:tcPr>
          <w:p w14:paraId="32E1E31E" w14:textId="00EF50B3"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081-052/33</w:t>
            </w:r>
          </w:p>
        </w:tc>
        <w:tc>
          <w:tcPr>
            <w:tcW w:w="3969" w:type="dxa"/>
          </w:tcPr>
          <w:p w14:paraId="1ED2C3C0" w14:textId="477A6595"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średniowiecze</w:t>
            </w:r>
          </w:p>
        </w:tc>
        <w:tc>
          <w:tcPr>
            <w:tcW w:w="1985" w:type="dxa"/>
          </w:tcPr>
          <w:p w14:paraId="16AC6C07"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7B4319E0" w14:textId="77777777" w:rsidTr="00D86599">
        <w:trPr>
          <w:cantSplit/>
          <w:trHeight w:val="227"/>
        </w:trPr>
        <w:tc>
          <w:tcPr>
            <w:tcW w:w="457" w:type="dxa"/>
          </w:tcPr>
          <w:p w14:paraId="0FAF1822"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4B3D7C56" w14:textId="591B163E"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Strzałków 10</w:t>
            </w:r>
          </w:p>
        </w:tc>
        <w:tc>
          <w:tcPr>
            <w:tcW w:w="1134" w:type="dxa"/>
          </w:tcPr>
          <w:p w14:paraId="10D7BAA0" w14:textId="7F3125BB"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081-052/34</w:t>
            </w:r>
          </w:p>
        </w:tc>
        <w:tc>
          <w:tcPr>
            <w:tcW w:w="3969" w:type="dxa"/>
          </w:tcPr>
          <w:p w14:paraId="3F1F3543" w14:textId="7C80CCBD"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ślad osadniczy / średniowiecze - późne</w:t>
            </w:r>
          </w:p>
        </w:tc>
        <w:tc>
          <w:tcPr>
            <w:tcW w:w="1985" w:type="dxa"/>
          </w:tcPr>
          <w:p w14:paraId="2B4B1A77"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5A6A445B" w14:textId="77777777" w:rsidTr="00D86599">
        <w:trPr>
          <w:cantSplit/>
          <w:trHeight w:val="227"/>
        </w:trPr>
        <w:tc>
          <w:tcPr>
            <w:tcW w:w="457" w:type="dxa"/>
          </w:tcPr>
          <w:p w14:paraId="41F49D5E"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6045FC48" w14:textId="508ACE0C"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Strzałków 11</w:t>
            </w:r>
          </w:p>
        </w:tc>
        <w:tc>
          <w:tcPr>
            <w:tcW w:w="1134" w:type="dxa"/>
          </w:tcPr>
          <w:p w14:paraId="77EC4DE3" w14:textId="780F8869"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082-052/13</w:t>
            </w:r>
          </w:p>
        </w:tc>
        <w:tc>
          <w:tcPr>
            <w:tcW w:w="3969" w:type="dxa"/>
          </w:tcPr>
          <w:p w14:paraId="3F7507B5" w14:textId="2C8A9807"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średniowiecze - wczesne</w:t>
            </w:r>
          </w:p>
        </w:tc>
        <w:tc>
          <w:tcPr>
            <w:tcW w:w="1985" w:type="dxa"/>
          </w:tcPr>
          <w:p w14:paraId="07B5898B"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38B6EB72" w14:textId="77777777" w:rsidTr="00D86599">
        <w:trPr>
          <w:cantSplit/>
          <w:trHeight w:val="227"/>
        </w:trPr>
        <w:tc>
          <w:tcPr>
            <w:tcW w:w="457" w:type="dxa"/>
          </w:tcPr>
          <w:p w14:paraId="2C1382EA"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03921F15" w14:textId="6891242B"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Strzałków 12</w:t>
            </w:r>
          </w:p>
        </w:tc>
        <w:tc>
          <w:tcPr>
            <w:tcW w:w="1134" w:type="dxa"/>
          </w:tcPr>
          <w:p w14:paraId="17BF1477" w14:textId="23257185"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082-052/14</w:t>
            </w:r>
          </w:p>
        </w:tc>
        <w:tc>
          <w:tcPr>
            <w:tcW w:w="3969" w:type="dxa"/>
          </w:tcPr>
          <w:p w14:paraId="1880D6AD" w14:textId="654A2810"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21B85C3A"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118C42A3" w14:textId="77777777" w:rsidTr="00D86599">
        <w:trPr>
          <w:cantSplit/>
          <w:trHeight w:val="227"/>
        </w:trPr>
        <w:tc>
          <w:tcPr>
            <w:tcW w:w="457" w:type="dxa"/>
          </w:tcPr>
          <w:p w14:paraId="27ABD1DA"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059E57F7" w14:textId="6F2AB1FC"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1</w:t>
            </w:r>
          </w:p>
        </w:tc>
        <w:tc>
          <w:tcPr>
            <w:tcW w:w="1134" w:type="dxa"/>
          </w:tcPr>
          <w:p w14:paraId="26A141F3" w14:textId="53FAFC11"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082-051/10</w:t>
            </w:r>
          </w:p>
        </w:tc>
        <w:tc>
          <w:tcPr>
            <w:tcW w:w="3969" w:type="dxa"/>
          </w:tcPr>
          <w:p w14:paraId="136BC8FE" w14:textId="1D529DB7"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ślad osadniczy / epoka kamienia</w:t>
            </w:r>
          </w:p>
        </w:tc>
        <w:tc>
          <w:tcPr>
            <w:tcW w:w="1985" w:type="dxa"/>
          </w:tcPr>
          <w:p w14:paraId="290A7737"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6B699D63" w14:textId="77777777" w:rsidTr="00D86599">
        <w:trPr>
          <w:cantSplit/>
          <w:trHeight w:val="227"/>
        </w:trPr>
        <w:tc>
          <w:tcPr>
            <w:tcW w:w="457" w:type="dxa"/>
          </w:tcPr>
          <w:p w14:paraId="4CE52FE5"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0F6B4560" w14:textId="7CAB29AB"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2</w:t>
            </w:r>
          </w:p>
        </w:tc>
        <w:tc>
          <w:tcPr>
            <w:tcW w:w="1134" w:type="dxa"/>
          </w:tcPr>
          <w:p w14:paraId="21513DE8" w14:textId="4D6A8147"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082-051/11</w:t>
            </w:r>
          </w:p>
        </w:tc>
        <w:tc>
          <w:tcPr>
            <w:tcW w:w="3969" w:type="dxa"/>
          </w:tcPr>
          <w:p w14:paraId="44C0B271" w14:textId="6E8B9F84"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ślad osadniczy / epoka kamienia</w:t>
            </w:r>
          </w:p>
        </w:tc>
        <w:tc>
          <w:tcPr>
            <w:tcW w:w="1985" w:type="dxa"/>
          </w:tcPr>
          <w:p w14:paraId="2F8A65A1"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3FBF26E3" w14:textId="77777777" w:rsidTr="00D86599">
        <w:trPr>
          <w:cantSplit/>
          <w:trHeight w:val="227"/>
        </w:trPr>
        <w:tc>
          <w:tcPr>
            <w:tcW w:w="457" w:type="dxa"/>
          </w:tcPr>
          <w:p w14:paraId="5A168399"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2CC36DDC" w14:textId="7D78C065"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 xml:space="preserve">Szczepocice </w:t>
            </w:r>
            <w:proofErr w:type="spellStart"/>
            <w:r w:rsidRPr="001E6C3F">
              <w:rPr>
                <w:rFonts w:ascii="Roboto Condensed" w:hAnsi="Roboto Condensed" w:cs="Arial"/>
                <w:sz w:val="18"/>
                <w:szCs w:val="18"/>
              </w:rPr>
              <w:t>Pryw</w:t>
            </w:r>
            <w:proofErr w:type="spellEnd"/>
            <w:r w:rsidRPr="001E6C3F">
              <w:rPr>
                <w:rFonts w:ascii="Roboto Condensed" w:hAnsi="Roboto Condensed" w:cs="Arial"/>
                <w:sz w:val="18"/>
                <w:szCs w:val="18"/>
              </w:rPr>
              <w:t>. 1</w:t>
            </w:r>
          </w:p>
        </w:tc>
        <w:tc>
          <w:tcPr>
            <w:tcW w:w="1134" w:type="dxa"/>
          </w:tcPr>
          <w:p w14:paraId="605A4C43" w14:textId="01B237EC"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082-051/19</w:t>
            </w:r>
          </w:p>
        </w:tc>
        <w:tc>
          <w:tcPr>
            <w:tcW w:w="3969" w:type="dxa"/>
          </w:tcPr>
          <w:p w14:paraId="032CA127" w14:textId="66E87D30"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622EFD7A"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65B66B72" w14:textId="77777777" w:rsidTr="00D86599">
        <w:trPr>
          <w:cantSplit/>
          <w:trHeight w:val="227"/>
        </w:trPr>
        <w:tc>
          <w:tcPr>
            <w:tcW w:w="457" w:type="dxa"/>
          </w:tcPr>
          <w:p w14:paraId="5F751B9A"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2AB0D3DD" w14:textId="798FFA0E"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 xml:space="preserve">Szczepocice </w:t>
            </w:r>
            <w:proofErr w:type="spellStart"/>
            <w:r w:rsidRPr="001E6C3F">
              <w:rPr>
                <w:rFonts w:ascii="Roboto Condensed" w:hAnsi="Roboto Condensed" w:cs="Arial"/>
                <w:sz w:val="18"/>
                <w:szCs w:val="18"/>
              </w:rPr>
              <w:t>Pryw</w:t>
            </w:r>
            <w:proofErr w:type="spellEnd"/>
            <w:r w:rsidRPr="001E6C3F">
              <w:rPr>
                <w:rFonts w:ascii="Roboto Condensed" w:hAnsi="Roboto Condensed" w:cs="Arial"/>
                <w:sz w:val="18"/>
                <w:szCs w:val="18"/>
              </w:rPr>
              <w:t>. 2</w:t>
            </w:r>
          </w:p>
        </w:tc>
        <w:tc>
          <w:tcPr>
            <w:tcW w:w="1134" w:type="dxa"/>
          </w:tcPr>
          <w:p w14:paraId="5CBC94DC" w14:textId="2378D6D6"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082-051/20</w:t>
            </w:r>
          </w:p>
        </w:tc>
        <w:tc>
          <w:tcPr>
            <w:tcW w:w="3969" w:type="dxa"/>
          </w:tcPr>
          <w:p w14:paraId="49A79204" w14:textId="75B2E469"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średniowiecze - wczesne</w:t>
            </w:r>
          </w:p>
        </w:tc>
        <w:tc>
          <w:tcPr>
            <w:tcW w:w="1985" w:type="dxa"/>
          </w:tcPr>
          <w:p w14:paraId="3C9971FA"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3BC2AE70" w14:textId="77777777" w:rsidTr="00D86599">
        <w:trPr>
          <w:cantSplit/>
          <w:trHeight w:val="227"/>
        </w:trPr>
        <w:tc>
          <w:tcPr>
            <w:tcW w:w="457" w:type="dxa"/>
          </w:tcPr>
          <w:p w14:paraId="23439CB9"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73E018E8" w14:textId="2CE26363"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 xml:space="preserve">Szczepocice </w:t>
            </w:r>
            <w:proofErr w:type="spellStart"/>
            <w:r w:rsidRPr="001E6C3F">
              <w:rPr>
                <w:rFonts w:ascii="Roboto Condensed" w:hAnsi="Roboto Condensed" w:cs="Arial"/>
                <w:sz w:val="18"/>
                <w:szCs w:val="18"/>
              </w:rPr>
              <w:t>Pryw</w:t>
            </w:r>
            <w:proofErr w:type="spellEnd"/>
            <w:r w:rsidRPr="001E6C3F">
              <w:rPr>
                <w:rFonts w:ascii="Roboto Condensed" w:hAnsi="Roboto Condensed" w:cs="Arial"/>
                <w:sz w:val="18"/>
                <w:szCs w:val="18"/>
              </w:rPr>
              <w:t>. 3</w:t>
            </w:r>
          </w:p>
        </w:tc>
        <w:tc>
          <w:tcPr>
            <w:tcW w:w="1134" w:type="dxa"/>
          </w:tcPr>
          <w:p w14:paraId="772862DB" w14:textId="761B9154"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082-051/21</w:t>
            </w:r>
          </w:p>
        </w:tc>
        <w:tc>
          <w:tcPr>
            <w:tcW w:w="3969" w:type="dxa"/>
          </w:tcPr>
          <w:p w14:paraId="63655F05" w14:textId="2ABB8801"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ślad osadniczy / epoka kamienia</w:t>
            </w:r>
          </w:p>
        </w:tc>
        <w:tc>
          <w:tcPr>
            <w:tcW w:w="1985" w:type="dxa"/>
          </w:tcPr>
          <w:p w14:paraId="42FB3F92"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0B7344A2" w14:textId="77777777" w:rsidTr="00D86599">
        <w:trPr>
          <w:cantSplit/>
          <w:trHeight w:val="227"/>
        </w:trPr>
        <w:tc>
          <w:tcPr>
            <w:tcW w:w="457" w:type="dxa"/>
          </w:tcPr>
          <w:p w14:paraId="480DA3E8"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4E55E1A2" w14:textId="497ED2E2"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 xml:space="preserve">Szczepocice </w:t>
            </w:r>
            <w:proofErr w:type="spellStart"/>
            <w:r w:rsidRPr="001E6C3F">
              <w:rPr>
                <w:rFonts w:ascii="Roboto Condensed" w:hAnsi="Roboto Condensed" w:cs="Arial"/>
                <w:sz w:val="18"/>
                <w:szCs w:val="18"/>
              </w:rPr>
              <w:t>Pryw</w:t>
            </w:r>
            <w:proofErr w:type="spellEnd"/>
            <w:r w:rsidRPr="001E6C3F">
              <w:rPr>
                <w:rFonts w:ascii="Roboto Condensed" w:hAnsi="Roboto Condensed" w:cs="Arial"/>
                <w:sz w:val="18"/>
                <w:szCs w:val="18"/>
              </w:rPr>
              <w:t>. 4</w:t>
            </w:r>
          </w:p>
        </w:tc>
        <w:tc>
          <w:tcPr>
            <w:tcW w:w="1134" w:type="dxa"/>
          </w:tcPr>
          <w:p w14:paraId="4FBDE256" w14:textId="5AA62D4E"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082-051/22</w:t>
            </w:r>
          </w:p>
        </w:tc>
        <w:tc>
          <w:tcPr>
            <w:tcW w:w="3969" w:type="dxa"/>
          </w:tcPr>
          <w:p w14:paraId="42A0D8F4" w14:textId="3A40A2D9"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ślad osadniczy / pradzieje</w:t>
            </w:r>
          </w:p>
        </w:tc>
        <w:tc>
          <w:tcPr>
            <w:tcW w:w="1985" w:type="dxa"/>
          </w:tcPr>
          <w:p w14:paraId="2FAFEF12"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368D2FC6" w14:textId="77777777" w:rsidTr="00D86599">
        <w:trPr>
          <w:cantSplit/>
          <w:trHeight w:val="227"/>
        </w:trPr>
        <w:tc>
          <w:tcPr>
            <w:tcW w:w="457" w:type="dxa"/>
          </w:tcPr>
          <w:p w14:paraId="48D2B1E3"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55FF27EE" w14:textId="214A6A0F"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Rząd. 3</w:t>
            </w:r>
          </w:p>
        </w:tc>
        <w:tc>
          <w:tcPr>
            <w:tcW w:w="1134" w:type="dxa"/>
          </w:tcPr>
          <w:p w14:paraId="38ABC6D4" w14:textId="15A62E0B"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082-051/12</w:t>
            </w:r>
          </w:p>
        </w:tc>
        <w:tc>
          <w:tcPr>
            <w:tcW w:w="3969" w:type="dxa"/>
          </w:tcPr>
          <w:p w14:paraId="30F7860A" w14:textId="7F7EABDD"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22DDEB00"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6CB0728D" w14:textId="77777777" w:rsidTr="00D86599">
        <w:trPr>
          <w:cantSplit/>
          <w:trHeight w:val="227"/>
        </w:trPr>
        <w:tc>
          <w:tcPr>
            <w:tcW w:w="457" w:type="dxa"/>
          </w:tcPr>
          <w:p w14:paraId="616E916D"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69CDDBE9" w14:textId="5347821A"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Rząd. 4</w:t>
            </w:r>
          </w:p>
        </w:tc>
        <w:tc>
          <w:tcPr>
            <w:tcW w:w="1134" w:type="dxa"/>
          </w:tcPr>
          <w:p w14:paraId="197A6744" w14:textId="23B7C6B2"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082-051/13</w:t>
            </w:r>
          </w:p>
        </w:tc>
        <w:tc>
          <w:tcPr>
            <w:tcW w:w="3969" w:type="dxa"/>
          </w:tcPr>
          <w:p w14:paraId="07D86B95" w14:textId="24C09DC4"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14A3D85F"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110A6D1A" w14:textId="77777777" w:rsidTr="00D86599">
        <w:trPr>
          <w:cantSplit/>
          <w:trHeight w:val="227"/>
        </w:trPr>
        <w:tc>
          <w:tcPr>
            <w:tcW w:w="457" w:type="dxa"/>
          </w:tcPr>
          <w:p w14:paraId="48277459"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2CA74E2E" w14:textId="1A8C0157"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Rząd. 5</w:t>
            </w:r>
          </w:p>
        </w:tc>
        <w:tc>
          <w:tcPr>
            <w:tcW w:w="1134" w:type="dxa"/>
          </w:tcPr>
          <w:p w14:paraId="296EF801" w14:textId="46C0182A"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082-051/14</w:t>
            </w:r>
          </w:p>
        </w:tc>
        <w:tc>
          <w:tcPr>
            <w:tcW w:w="3969" w:type="dxa"/>
          </w:tcPr>
          <w:p w14:paraId="212D082B" w14:textId="34C93A52"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579F303D"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303EC465" w14:textId="77777777" w:rsidTr="00D86599">
        <w:trPr>
          <w:cantSplit/>
          <w:trHeight w:val="227"/>
        </w:trPr>
        <w:tc>
          <w:tcPr>
            <w:tcW w:w="457" w:type="dxa"/>
          </w:tcPr>
          <w:p w14:paraId="58084939"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50EDF42F" w14:textId="382FF42A"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Rząd. 6</w:t>
            </w:r>
          </w:p>
        </w:tc>
        <w:tc>
          <w:tcPr>
            <w:tcW w:w="1134" w:type="dxa"/>
          </w:tcPr>
          <w:p w14:paraId="53BD9F2B" w14:textId="058FFE8B"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082-051/18</w:t>
            </w:r>
          </w:p>
        </w:tc>
        <w:tc>
          <w:tcPr>
            <w:tcW w:w="3969" w:type="dxa"/>
          </w:tcPr>
          <w:p w14:paraId="2C900445" w14:textId="57544A25"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ślad osadniczy / epoka kamienia</w:t>
            </w:r>
          </w:p>
        </w:tc>
        <w:tc>
          <w:tcPr>
            <w:tcW w:w="1985" w:type="dxa"/>
          </w:tcPr>
          <w:p w14:paraId="2C00A821"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63CFA855" w14:textId="77777777" w:rsidTr="00D86599">
        <w:trPr>
          <w:cantSplit/>
          <w:trHeight w:val="227"/>
        </w:trPr>
        <w:tc>
          <w:tcPr>
            <w:tcW w:w="457" w:type="dxa"/>
          </w:tcPr>
          <w:p w14:paraId="73011853"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0C0F2CDB" w14:textId="595ED4FA"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Rząd. 7</w:t>
            </w:r>
          </w:p>
        </w:tc>
        <w:tc>
          <w:tcPr>
            <w:tcW w:w="1134" w:type="dxa"/>
          </w:tcPr>
          <w:p w14:paraId="3D38750C" w14:textId="4BE6297E"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082-050/5</w:t>
            </w:r>
          </w:p>
        </w:tc>
        <w:tc>
          <w:tcPr>
            <w:tcW w:w="3969" w:type="dxa"/>
          </w:tcPr>
          <w:p w14:paraId="39EF1CA2" w14:textId="517A2A37"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252A5370"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0915E202" w14:textId="77777777" w:rsidTr="00D86599">
        <w:trPr>
          <w:cantSplit/>
          <w:trHeight w:val="227"/>
        </w:trPr>
        <w:tc>
          <w:tcPr>
            <w:tcW w:w="457" w:type="dxa"/>
          </w:tcPr>
          <w:p w14:paraId="3079AB02"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46A2354E" w14:textId="503F924E"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Rząd. 8</w:t>
            </w:r>
          </w:p>
        </w:tc>
        <w:tc>
          <w:tcPr>
            <w:tcW w:w="1134" w:type="dxa"/>
          </w:tcPr>
          <w:p w14:paraId="57E3D969" w14:textId="44E962A3"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082-050/6</w:t>
            </w:r>
          </w:p>
        </w:tc>
        <w:tc>
          <w:tcPr>
            <w:tcW w:w="3969" w:type="dxa"/>
          </w:tcPr>
          <w:p w14:paraId="5B187672" w14:textId="018A0FBC"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obozowisko / epoka kamienia</w:t>
            </w:r>
          </w:p>
        </w:tc>
        <w:tc>
          <w:tcPr>
            <w:tcW w:w="1985" w:type="dxa"/>
          </w:tcPr>
          <w:p w14:paraId="5484E36E"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17CC03FB" w14:textId="77777777" w:rsidTr="00D86599">
        <w:trPr>
          <w:cantSplit/>
          <w:trHeight w:val="227"/>
        </w:trPr>
        <w:tc>
          <w:tcPr>
            <w:tcW w:w="457" w:type="dxa"/>
          </w:tcPr>
          <w:p w14:paraId="278C218C"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45EFC1E3" w14:textId="76A60E96"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Rząd. 9</w:t>
            </w:r>
          </w:p>
        </w:tc>
        <w:tc>
          <w:tcPr>
            <w:tcW w:w="1134" w:type="dxa"/>
          </w:tcPr>
          <w:p w14:paraId="19EE0CFD" w14:textId="211A2153"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082-050/7</w:t>
            </w:r>
          </w:p>
        </w:tc>
        <w:tc>
          <w:tcPr>
            <w:tcW w:w="3969" w:type="dxa"/>
          </w:tcPr>
          <w:p w14:paraId="5C75127C" w14:textId="48DB9683"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12531151"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464943D9" w14:textId="77777777" w:rsidTr="00D86599">
        <w:trPr>
          <w:cantSplit/>
          <w:trHeight w:val="227"/>
        </w:trPr>
        <w:tc>
          <w:tcPr>
            <w:tcW w:w="457" w:type="dxa"/>
          </w:tcPr>
          <w:p w14:paraId="08C16677"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7E849222" w14:textId="1EE01940"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Rząd. 10</w:t>
            </w:r>
          </w:p>
        </w:tc>
        <w:tc>
          <w:tcPr>
            <w:tcW w:w="1134" w:type="dxa"/>
          </w:tcPr>
          <w:p w14:paraId="3EE71751" w14:textId="1635808C"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082-050/8</w:t>
            </w:r>
          </w:p>
        </w:tc>
        <w:tc>
          <w:tcPr>
            <w:tcW w:w="3969" w:type="dxa"/>
          </w:tcPr>
          <w:p w14:paraId="56492DD1" w14:textId="77777777"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kultura przeworska</w:t>
            </w:r>
          </w:p>
          <w:p w14:paraId="427646BB" w14:textId="4806BDEF"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epoka żelaza - okres wpływów rzymskich</w:t>
            </w:r>
          </w:p>
        </w:tc>
        <w:tc>
          <w:tcPr>
            <w:tcW w:w="1985" w:type="dxa"/>
          </w:tcPr>
          <w:p w14:paraId="4E8458A3"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3BAB9A80" w14:textId="77777777" w:rsidTr="00D86599">
        <w:trPr>
          <w:cantSplit/>
          <w:trHeight w:val="227"/>
        </w:trPr>
        <w:tc>
          <w:tcPr>
            <w:tcW w:w="457" w:type="dxa"/>
          </w:tcPr>
          <w:p w14:paraId="03BCC57C"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7BF0DDDD" w14:textId="3AE0A30C"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Rząd. 11</w:t>
            </w:r>
          </w:p>
        </w:tc>
        <w:tc>
          <w:tcPr>
            <w:tcW w:w="1134" w:type="dxa"/>
          </w:tcPr>
          <w:p w14:paraId="627C73D9" w14:textId="56DBC72B"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082-050/9</w:t>
            </w:r>
          </w:p>
        </w:tc>
        <w:tc>
          <w:tcPr>
            <w:tcW w:w="3969" w:type="dxa"/>
          </w:tcPr>
          <w:p w14:paraId="5B7542BE" w14:textId="0B3B1E30"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ślad osadniczy / pradzieje</w:t>
            </w:r>
          </w:p>
        </w:tc>
        <w:tc>
          <w:tcPr>
            <w:tcW w:w="1985" w:type="dxa"/>
          </w:tcPr>
          <w:p w14:paraId="3C8E56FA"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2418DF28" w14:textId="77777777" w:rsidTr="00D86599">
        <w:trPr>
          <w:cantSplit/>
          <w:trHeight w:val="227"/>
        </w:trPr>
        <w:tc>
          <w:tcPr>
            <w:tcW w:w="457" w:type="dxa"/>
          </w:tcPr>
          <w:p w14:paraId="4152E6A2"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2466AF4B" w14:textId="3DF34510"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Rząd. 12</w:t>
            </w:r>
          </w:p>
        </w:tc>
        <w:tc>
          <w:tcPr>
            <w:tcW w:w="1134" w:type="dxa"/>
          </w:tcPr>
          <w:p w14:paraId="125F8CF1" w14:textId="38AD49FC"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082-050/10</w:t>
            </w:r>
          </w:p>
        </w:tc>
        <w:tc>
          <w:tcPr>
            <w:tcW w:w="3969" w:type="dxa"/>
          </w:tcPr>
          <w:p w14:paraId="76AEB1F8" w14:textId="528B772A"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26EE6EAE"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3C45BC7C" w14:textId="77777777" w:rsidTr="00D86599">
        <w:trPr>
          <w:cantSplit/>
          <w:trHeight w:val="227"/>
        </w:trPr>
        <w:tc>
          <w:tcPr>
            <w:tcW w:w="457" w:type="dxa"/>
          </w:tcPr>
          <w:p w14:paraId="6935C21E"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4E64E8C4" w14:textId="63925AB9"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Rząd. 13</w:t>
            </w:r>
          </w:p>
        </w:tc>
        <w:tc>
          <w:tcPr>
            <w:tcW w:w="1134" w:type="dxa"/>
          </w:tcPr>
          <w:p w14:paraId="10428850" w14:textId="00AF64D2"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082-050/11</w:t>
            </w:r>
          </w:p>
        </w:tc>
        <w:tc>
          <w:tcPr>
            <w:tcW w:w="3969" w:type="dxa"/>
          </w:tcPr>
          <w:p w14:paraId="6374281F" w14:textId="03E32508"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7A341CE7"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409D9C25" w14:textId="77777777" w:rsidTr="00D86599">
        <w:trPr>
          <w:cantSplit/>
          <w:trHeight w:val="227"/>
        </w:trPr>
        <w:tc>
          <w:tcPr>
            <w:tcW w:w="457" w:type="dxa"/>
          </w:tcPr>
          <w:p w14:paraId="5A5CB08B"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30EDB9FC" w14:textId="29FF00F1"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Rząd. 14</w:t>
            </w:r>
          </w:p>
        </w:tc>
        <w:tc>
          <w:tcPr>
            <w:tcW w:w="1134" w:type="dxa"/>
          </w:tcPr>
          <w:p w14:paraId="2B04CB32" w14:textId="36D3D646"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082-050/12</w:t>
            </w:r>
          </w:p>
        </w:tc>
        <w:tc>
          <w:tcPr>
            <w:tcW w:w="3969" w:type="dxa"/>
          </w:tcPr>
          <w:p w14:paraId="71F3FE0D" w14:textId="3E1F6392"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ślad osadniczy / epoka kamienia</w:t>
            </w:r>
          </w:p>
        </w:tc>
        <w:tc>
          <w:tcPr>
            <w:tcW w:w="1985" w:type="dxa"/>
          </w:tcPr>
          <w:p w14:paraId="38661E1A"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77D939BB" w14:textId="77777777" w:rsidTr="00D86599">
        <w:trPr>
          <w:cantSplit/>
          <w:trHeight w:val="227"/>
        </w:trPr>
        <w:tc>
          <w:tcPr>
            <w:tcW w:w="457" w:type="dxa"/>
          </w:tcPr>
          <w:p w14:paraId="797C02F7"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258AC188" w14:textId="01EFCAB8"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Rząd. 15</w:t>
            </w:r>
          </w:p>
        </w:tc>
        <w:tc>
          <w:tcPr>
            <w:tcW w:w="1134" w:type="dxa"/>
          </w:tcPr>
          <w:p w14:paraId="572F455D" w14:textId="6740B701"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082-050/13</w:t>
            </w:r>
          </w:p>
        </w:tc>
        <w:tc>
          <w:tcPr>
            <w:tcW w:w="3969" w:type="dxa"/>
          </w:tcPr>
          <w:p w14:paraId="4B84DB26" w14:textId="33AB3896"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42D81CE4"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17DA6302" w14:textId="77777777" w:rsidTr="00D86599">
        <w:trPr>
          <w:cantSplit/>
          <w:trHeight w:val="227"/>
        </w:trPr>
        <w:tc>
          <w:tcPr>
            <w:tcW w:w="457" w:type="dxa"/>
          </w:tcPr>
          <w:p w14:paraId="6388B225"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0E270EFC" w14:textId="40F468D4"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Rząd. 16</w:t>
            </w:r>
          </w:p>
        </w:tc>
        <w:tc>
          <w:tcPr>
            <w:tcW w:w="1134" w:type="dxa"/>
          </w:tcPr>
          <w:p w14:paraId="0B768F59" w14:textId="7B66753D"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082-050/14</w:t>
            </w:r>
          </w:p>
        </w:tc>
        <w:tc>
          <w:tcPr>
            <w:tcW w:w="3969" w:type="dxa"/>
          </w:tcPr>
          <w:p w14:paraId="5E660CD7" w14:textId="310017EC"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osada / nowożytność</w:t>
            </w:r>
          </w:p>
        </w:tc>
        <w:tc>
          <w:tcPr>
            <w:tcW w:w="1985" w:type="dxa"/>
          </w:tcPr>
          <w:p w14:paraId="0C078733"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2C1C837F" w14:textId="77777777" w:rsidTr="00D86599">
        <w:trPr>
          <w:cantSplit/>
          <w:trHeight w:val="227"/>
        </w:trPr>
        <w:tc>
          <w:tcPr>
            <w:tcW w:w="457" w:type="dxa"/>
          </w:tcPr>
          <w:p w14:paraId="3014EF09"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2E2305A9" w14:textId="0C5F68FC"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Rząd. 17</w:t>
            </w:r>
          </w:p>
        </w:tc>
        <w:tc>
          <w:tcPr>
            <w:tcW w:w="1134" w:type="dxa"/>
          </w:tcPr>
          <w:p w14:paraId="109CF29F" w14:textId="434B3C8D" w:rsidR="00234788" w:rsidRPr="00104F2C" w:rsidRDefault="00234788" w:rsidP="00234788">
            <w:pPr>
              <w:ind w:left="-57" w:right="-57"/>
              <w:jc w:val="center"/>
              <w:rPr>
                <w:rFonts w:ascii="Roboto Condensed" w:hAnsi="Roboto Condensed" w:cs="Arial"/>
                <w:sz w:val="18"/>
                <w:szCs w:val="18"/>
              </w:rPr>
            </w:pPr>
            <w:r w:rsidRPr="00104F2C">
              <w:rPr>
                <w:rFonts w:ascii="Roboto Condensed" w:hAnsi="Roboto Condensed" w:cs="Arial"/>
                <w:sz w:val="18"/>
                <w:szCs w:val="18"/>
              </w:rPr>
              <w:t>082-050/15</w:t>
            </w:r>
          </w:p>
        </w:tc>
        <w:tc>
          <w:tcPr>
            <w:tcW w:w="3969" w:type="dxa"/>
          </w:tcPr>
          <w:p w14:paraId="70148983" w14:textId="1B8CEE85" w:rsidR="00234788" w:rsidRPr="00104F2C" w:rsidRDefault="00234788" w:rsidP="00234788">
            <w:pPr>
              <w:ind w:left="-57" w:right="-57"/>
              <w:rPr>
                <w:rFonts w:ascii="Roboto Condensed" w:hAnsi="Roboto Condensed" w:cs="Arial"/>
                <w:sz w:val="18"/>
                <w:szCs w:val="18"/>
              </w:rPr>
            </w:pPr>
            <w:r w:rsidRPr="00104F2C">
              <w:rPr>
                <w:rFonts w:ascii="Roboto Condensed" w:hAnsi="Roboto Condensed" w:cs="Arial"/>
                <w:sz w:val="18"/>
                <w:szCs w:val="18"/>
              </w:rPr>
              <w:t>ślad osadniczy / epoka kamienia</w:t>
            </w:r>
          </w:p>
        </w:tc>
        <w:tc>
          <w:tcPr>
            <w:tcW w:w="1985" w:type="dxa"/>
          </w:tcPr>
          <w:p w14:paraId="5EEC58EE"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3762CABE" w14:textId="77777777" w:rsidTr="00D86599">
        <w:trPr>
          <w:cantSplit/>
          <w:trHeight w:val="227"/>
        </w:trPr>
        <w:tc>
          <w:tcPr>
            <w:tcW w:w="457" w:type="dxa"/>
          </w:tcPr>
          <w:p w14:paraId="5CED5B3A"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18D1B3D6" w14:textId="25D6D032" w:rsidR="00234788" w:rsidRPr="001E6C3F" w:rsidRDefault="00234788" w:rsidP="00234788">
            <w:pPr>
              <w:ind w:left="-57" w:right="-57"/>
              <w:rPr>
                <w:rFonts w:ascii="Roboto Condensed" w:hAnsi="Roboto Condensed" w:cs="Arial"/>
                <w:sz w:val="18"/>
                <w:szCs w:val="18"/>
              </w:rPr>
            </w:pPr>
            <w:r w:rsidRPr="001E6C3F">
              <w:rPr>
                <w:rFonts w:ascii="Roboto Condensed" w:hAnsi="Roboto Condensed" w:cs="Arial"/>
                <w:sz w:val="18"/>
                <w:szCs w:val="18"/>
              </w:rPr>
              <w:t>Szczepocice Rząd. 18</w:t>
            </w:r>
          </w:p>
        </w:tc>
        <w:tc>
          <w:tcPr>
            <w:tcW w:w="1134" w:type="dxa"/>
          </w:tcPr>
          <w:p w14:paraId="3FECE492" w14:textId="3CFDD007" w:rsidR="00234788" w:rsidRPr="002B327C" w:rsidRDefault="00234788" w:rsidP="00234788">
            <w:pPr>
              <w:ind w:left="-57" w:right="-57"/>
              <w:jc w:val="center"/>
              <w:rPr>
                <w:rFonts w:ascii="Roboto Condensed" w:hAnsi="Roboto Condensed" w:cs="Arial"/>
                <w:sz w:val="18"/>
                <w:szCs w:val="18"/>
              </w:rPr>
            </w:pPr>
            <w:r w:rsidRPr="002B327C">
              <w:rPr>
                <w:rFonts w:ascii="Roboto Condensed" w:hAnsi="Roboto Condensed" w:cs="Arial"/>
                <w:sz w:val="18"/>
                <w:szCs w:val="18"/>
              </w:rPr>
              <w:t>082-050/22</w:t>
            </w:r>
          </w:p>
        </w:tc>
        <w:tc>
          <w:tcPr>
            <w:tcW w:w="3969" w:type="dxa"/>
          </w:tcPr>
          <w:p w14:paraId="7E0987FB" w14:textId="5ADB06F0" w:rsidR="00234788" w:rsidRPr="002B327C" w:rsidRDefault="00234788" w:rsidP="00234788">
            <w:pPr>
              <w:ind w:left="-57" w:right="-57"/>
              <w:rPr>
                <w:rFonts w:ascii="Roboto Condensed" w:hAnsi="Roboto Condensed" w:cs="Arial"/>
                <w:sz w:val="18"/>
                <w:szCs w:val="18"/>
              </w:rPr>
            </w:pPr>
            <w:r w:rsidRPr="002B327C">
              <w:rPr>
                <w:rFonts w:ascii="Roboto Condensed" w:hAnsi="Roboto Condensed" w:cs="Arial"/>
                <w:sz w:val="18"/>
                <w:szCs w:val="18"/>
              </w:rPr>
              <w:t>ślad osadniczy - kultura łużycka / epoka brązu</w:t>
            </w:r>
          </w:p>
        </w:tc>
        <w:tc>
          <w:tcPr>
            <w:tcW w:w="1985" w:type="dxa"/>
          </w:tcPr>
          <w:p w14:paraId="4EB2AB4F"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1B8DCE80" w14:textId="77777777" w:rsidTr="00D86599">
        <w:trPr>
          <w:cantSplit/>
          <w:trHeight w:val="227"/>
        </w:trPr>
        <w:tc>
          <w:tcPr>
            <w:tcW w:w="457" w:type="dxa"/>
          </w:tcPr>
          <w:p w14:paraId="49810615" w14:textId="77777777" w:rsidR="00234788" w:rsidRPr="00EF501A" w:rsidRDefault="00234788" w:rsidP="00CE18D7">
            <w:pPr>
              <w:pStyle w:val="Akapitzlist"/>
              <w:ind w:left="360"/>
              <w:rPr>
                <w:rFonts w:ascii="Roboto Condensed" w:hAnsi="Roboto Condensed" w:cs="Arial"/>
                <w:sz w:val="20"/>
                <w:szCs w:val="20"/>
              </w:rPr>
            </w:pPr>
          </w:p>
        </w:tc>
        <w:tc>
          <w:tcPr>
            <w:tcW w:w="1778" w:type="dxa"/>
          </w:tcPr>
          <w:p w14:paraId="75D32CDE" w14:textId="790DCE71" w:rsidR="00234788" w:rsidRPr="00CE18D7" w:rsidRDefault="00234788" w:rsidP="00234788">
            <w:pPr>
              <w:ind w:left="-57" w:right="-57"/>
              <w:rPr>
                <w:rFonts w:ascii="Roboto Condensed" w:hAnsi="Roboto Condensed" w:cs="Arial"/>
                <w:color w:val="A6A6A6" w:themeColor="background1" w:themeShade="A6"/>
                <w:sz w:val="18"/>
                <w:szCs w:val="18"/>
              </w:rPr>
            </w:pPr>
            <w:r w:rsidRPr="00CE18D7">
              <w:rPr>
                <w:rFonts w:ascii="Roboto Condensed" w:hAnsi="Roboto Condensed" w:cs="Arial"/>
                <w:color w:val="A6A6A6" w:themeColor="background1" w:themeShade="A6"/>
                <w:sz w:val="18"/>
                <w:szCs w:val="18"/>
              </w:rPr>
              <w:t>Szczepocice Rząd. 19</w:t>
            </w:r>
          </w:p>
        </w:tc>
        <w:tc>
          <w:tcPr>
            <w:tcW w:w="1134" w:type="dxa"/>
          </w:tcPr>
          <w:p w14:paraId="416D274D" w14:textId="3280B251" w:rsidR="00234788" w:rsidRPr="00CE18D7" w:rsidRDefault="00234788" w:rsidP="00234788">
            <w:pPr>
              <w:ind w:left="-57" w:right="-57"/>
              <w:jc w:val="center"/>
              <w:rPr>
                <w:rFonts w:ascii="Roboto Condensed" w:hAnsi="Roboto Condensed" w:cs="Arial"/>
                <w:color w:val="A6A6A6" w:themeColor="background1" w:themeShade="A6"/>
                <w:sz w:val="18"/>
                <w:szCs w:val="18"/>
              </w:rPr>
            </w:pPr>
            <w:r w:rsidRPr="00CE18D7">
              <w:rPr>
                <w:rFonts w:ascii="Roboto Condensed" w:hAnsi="Roboto Condensed" w:cs="Arial"/>
                <w:color w:val="A6A6A6" w:themeColor="background1" w:themeShade="A6"/>
                <w:sz w:val="18"/>
                <w:szCs w:val="18"/>
              </w:rPr>
              <w:t>082-050/30</w:t>
            </w:r>
          </w:p>
        </w:tc>
        <w:tc>
          <w:tcPr>
            <w:tcW w:w="3969" w:type="dxa"/>
          </w:tcPr>
          <w:p w14:paraId="1389891F" w14:textId="647F3BFB" w:rsidR="00234788" w:rsidRPr="00CE18D7" w:rsidRDefault="00234788" w:rsidP="00234788">
            <w:pPr>
              <w:ind w:left="-57" w:right="-57"/>
              <w:rPr>
                <w:rFonts w:ascii="Roboto Condensed" w:hAnsi="Roboto Condensed" w:cs="Arial"/>
                <w:color w:val="A6A6A6" w:themeColor="background1" w:themeShade="A6"/>
                <w:sz w:val="18"/>
                <w:szCs w:val="18"/>
              </w:rPr>
            </w:pPr>
            <w:r w:rsidRPr="00CE18D7">
              <w:rPr>
                <w:rFonts w:ascii="Roboto Condensed" w:hAnsi="Roboto Condensed" w:cs="Arial"/>
                <w:color w:val="A6A6A6" w:themeColor="background1" w:themeShade="A6"/>
                <w:sz w:val="18"/>
                <w:szCs w:val="18"/>
              </w:rPr>
              <w:t xml:space="preserve"> / epoka brązu - pradzieje, nowożytny</w:t>
            </w:r>
          </w:p>
        </w:tc>
        <w:tc>
          <w:tcPr>
            <w:tcW w:w="1985" w:type="dxa"/>
          </w:tcPr>
          <w:p w14:paraId="1E5E1D11" w14:textId="3D9F1CDB" w:rsidR="00234788" w:rsidRPr="00CE18D7" w:rsidRDefault="001E6C3F" w:rsidP="00234788">
            <w:pPr>
              <w:ind w:left="-57" w:right="-57"/>
              <w:rPr>
                <w:rFonts w:ascii="Roboto Condensed" w:hAnsi="Roboto Condensed" w:cs="Arial"/>
                <w:color w:val="A6A6A6" w:themeColor="background1" w:themeShade="A6"/>
                <w:sz w:val="18"/>
                <w:szCs w:val="18"/>
              </w:rPr>
            </w:pPr>
            <w:r w:rsidRPr="00CE18D7">
              <w:rPr>
                <w:rFonts w:ascii="Roboto Condensed" w:hAnsi="Roboto Condensed" w:cs="Arial"/>
                <w:color w:val="A6A6A6" w:themeColor="background1" w:themeShade="A6"/>
                <w:sz w:val="18"/>
                <w:szCs w:val="18"/>
              </w:rPr>
              <w:t>Obiekt poza granicą gminy</w:t>
            </w:r>
          </w:p>
        </w:tc>
      </w:tr>
      <w:tr w:rsidR="00234788" w:rsidRPr="009A175C" w14:paraId="629B62D6" w14:textId="77777777" w:rsidTr="00D86599">
        <w:trPr>
          <w:cantSplit/>
          <w:trHeight w:val="227"/>
        </w:trPr>
        <w:tc>
          <w:tcPr>
            <w:tcW w:w="457" w:type="dxa"/>
          </w:tcPr>
          <w:p w14:paraId="6408BB14"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3DFDE939" w14:textId="733315A5" w:rsidR="00234788" w:rsidRPr="002B327C" w:rsidRDefault="00234788" w:rsidP="00234788">
            <w:pPr>
              <w:ind w:left="-57" w:right="-57"/>
              <w:rPr>
                <w:rFonts w:ascii="Roboto Condensed" w:hAnsi="Roboto Condensed" w:cs="Arial"/>
                <w:sz w:val="18"/>
                <w:szCs w:val="18"/>
              </w:rPr>
            </w:pPr>
            <w:r w:rsidRPr="002B327C">
              <w:rPr>
                <w:rFonts w:ascii="Roboto Condensed" w:hAnsi="Roboto Condensed" w:cs="Arial"/>
                <w:sz w:val="18"/>
                <w:szCs w:val="18"/>
              </w:rPr>
              <w:t>Szczepocice Rząd. 20</w:t>
            </w:r>
          </w:p>
        </w:tc>
        <w:tc>
          <w:tcPr>
            <w:tcW w:w="1134" w:type="dxa"/>
          </w:tcPr>
          <w:p w14:paraId="50E90C51" w14:textId="09D24AD0" w:rsidR="00234788" w:rsidRPr="002B327C" w:rsidRDefault="00234788" w:rsidP="00234788">
            <w:pPr>
              <w:ind w:left="-57" w:right="-57"/>
              <w:jc w:val="center"/>
              <w:rPr>
                <w:rFonts w:ascii="Roboto Condensed" w:hAnsi="Roboto Condensed" w:cs="Arial"/>
                <w:sz w:val="18"/>
                <w:szCs w:val="18"/>
              </w:rPr>
            </w:pPr>
            <w:r w:rsidRPr="002B327C">
              <w:rPr>
                <w:rFonts w:ascii="Roboto Condensed" w:hAnsi="Roboto Condensed" w:cs="Arial"/>
                <w:sz w:val="18"/>
                <w:szCs w:val="18"/>
              </w:rPr>
              <w:t>082-050/50</w:t>
            </w:r>
          </w:p>
        </w:tc>
        <w:tc>
          <w:tcPr>
            <w:tcW w:w="3969" w:type="dxa"/>
          </w:tcPr>
          <w:p w14:paraId="178A6CC0" w14:textId="2670725E" w:rsidR="00234788" w:rsidRPr="002B327C" w:rsidRDefault="00234788" w:rsidP="00234788">
            <w:pPr>
              <w:ind w:left="-57" w:right="-57"/>
              <w:rPr>
                <w:rFonts w:ascii="Roboto Condensed" w:hAnsi="Roboto Condensed" w:cs="Arial"/>
                <w:sz w:val="18"/>
                <w:szCs w:val="18"/>
              </w:rPr>
            </w:pPr>
            <w:r w:rsidRPr="002B327C">
              <w:rPr>
                <w:rFonts w:ascii="Roboto Condensed" w:hAnsi="Roboto Condensed" w:cs="Arial"/>
                <w:sz w:val="18"/>
                <w:szCs w:val="18"/>
              </w:rPr>
              <w:t>osada / nowożytność</w:t>
            </w:r>
          </w:p>
        </w:tc>
        <w:tc>
          <w:tcPr>
            <w:tcW w:w="1985" w:type="dxa"/>
          </w:tcPr>
          <w:p w14:paraId="347AB5C0"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7DA7FBE6" w14:textId="77777777" w:rsidTr="00D86599">
        <w:trPr>
          <w:cantSplit/>
          <w:trHeight w:val="227"/>
        </w:trPr>
        <w:tc>
          <w:tcPr>
            <w:tcW w:w="457" w:type="dxa"/>
          </w:tcPr>
          <w:p w14:paraId="7E2B8EA5"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680C4726" w14:textId="2AF021A2" w:rsidR="00234788" w:rsidRPr="002B327C" w:rsidRDefault="00234788" w:rsidP="00234788">
            <w:pPr>
              <w:ind w:left="-57" w:right="-57"/>
              <w:rPr>
                <w:rFonts w:ascii="Roboto Condensed" w:hAnsi="Roboto Condensed" w:cs="Arial"/>
                <w:sz w:val="18"/>
                <w:szCs w:val="18"/>
              </w:rPr>
            </w:pPr>
            <w:r w:rsidRPr="002B327C">
              <w:rPr>
                <w:rFonts w:ascii="Roboto Condensed" w:hAnsi="Roboto Condensed" w:cs="Arial"/>
                <w:sz w:val="18"/>
                <w:szCs w:val="18"/>
              </w:rPr>
              <w:t>Szczepocice Rząd. 21</w:t>
            </w:r>
          </w:p>
        </w:tc>
        <w:tc>
          <w:tcPr>
            <w:tcW w:w="1134" w:type="dxa"/>
          </w:tcPr>
          <w:p w14:paraId="3A127CB5" w14:textId="59470902" w:rsidR="00234788" w:rsidRPr="002B327C" w:rsidRDefault="00234788" w:rsidP="00234788">
            <w:pPr>
              <w:ind w:left="-57" w:right="-57"/>
              <w:jc w:val="center"/>
              <w:rPr>
                <w:rFonts w:ascii="Roboto Condensed" w:hAnsi="Roboto Condensed" w:cs="Arial"/>
                <w:sz w:val="18"/>
                <w:szCs w:val="18"/>
              </w:rPr>
            </w:pPr>
            <w:r w:rsidRPr="002B327C">
              <w:rPr>
                <w:rFonts w:ascii="Roboto Condensed" w:hAnsi="Roboto Condensed" w:cs="Arial"/>
                <w:sz w:val="18"/>
                <w:szCs w:val="18"/>
              </w:rPr>
              <w:t>082-050/51</w:t>
            </w:r>
          </w:p>
        </w:tc>
        <w:tc>
          <w:tcPr>
            <w:tcW w:w="3969" w:type="dxa"/>
          </w:tcPr>
          <w:p w14:paraId="724707EA" w14:textId="3804E098" w:rsidR="00234788" w:rsidRPr="002B327C" w:rsidRDefault="00234788" w:rsidP="00234788">
            <w:pPr>
              <w:ind w:left="-57" w:right="-57"/>
              <w:rPr>
                <w:rFonts w:ascii="Roboto Condensed" w:hAnsi="Roboto Condensed" w:cs="Arial"/>
                <w:sz w:val="18"/>
                <w:szCs w:val="18"/>
              </w:rPr>
            </w:pPr>
            <w:r w:rsidRPr="002B327C">
              <w:rPr>
                <w:rFonts w:ascii="Roboto Condensed" w:hAnsi="Roboto Condensed" w:cs="Arial"/>
                <w:sz w:val="18"/>
                <w:szCs w:val="18"/>
              </w:rPr>
              <w:t>osada / nowożytność</w:t>
            </w:r>
          </w:p>
        </w:tc>
        <w:tc>
          <w:tcPr>
            <w:tcW w:w="1985" w:type="dxa"/>
          </w:tcPr>
          <w:p w14:paraId="2A0785E2" w14:textId="77777777" w:rsidR="00234788" w:rsidRPr="009A175C" w:rsidRDefault="00234788" w:rsidP="00234788">
            <w:pPr>
              <w:ind w:left="-57" w:right="-57"/>
              <w:rPr>
                <w:rFonts w:ascii="Roboto Condensed" w:hAnsi="Roboto Condensed" w:cs="Arial"/>
                <w:color w:val="EE0000"/>
                <w:sz w:val="18"/>
                <w:szCs w:val="18"/>
              </w:rPr>
            </w:pPr>
          </w:p>
        </w:tc>
      </w:tr>
      <w:tr w:rsidR="00234788" w:rsidRPr="009A175C" w14:paraId="5E29D0A1" w14:textId="77777777" w:rsidTr="00D86599">
        <w:trPr>
          <w:cantSplit/>
          <w:trHeight w:val="227"/>
        </w:trPr>
        <w:tc>
          <w:tcPr>
            <w:tcW w:w="457" w:type="dxa"/>
          </w:tcPr>
          <w:p w14:paraId="3077ADBA" w14:textId="77777777" w:rsidR="00234788" w:rsidRPr="00EF501A" w:rsidRDefault="00234788" w:rsidP="008636AA">
            <w:pPr>
              <w:pStyle w:val="Akapitzlist"/>
              <w:numPr>
                <w:ilvl w:val="0"/>
                <w:numId w:val="1"/>
              </w:numPr>
              <w:rPr>
                <w:rFonts w:ascii="Roboto Condensed" w:hAnsi="Roboto Condensed" w:cs="Arial"/>
                <w:sz w:val="20"/>
                <w:szCs w:val="20"/>
              </w:rPr>
            </w:pPr>
          </w:p>
        </w:tc>
        <w:tc>
          <w:tcPr>
            <w:tcW w:w="1778" w:type="dxa"/>
          </w:tcPr>
          <w:p w14:paraId="7A50861E" w14:textId="27BB6006" w:rsidR="00234788" w:rsidRPr="002B327C" w:rsidRDefault="00234788" w:rsidP="00234788">
            <w:pPr>
              <w:ind w:left="-57" w:right="-57"/>
              <w:rPr>
                <w:rFonts w:ascii="Roboto Condensed" w:hAnsi="Roboto Condensed" w:cs="Arial"/>
                <w:sz w:val="18"/>
                <w:szCs w:val="18"/>
              </w:rPr>
            </w:pPr>
            <w:r w:rsidRPr="002B327C">
              <w:rPr>
                <w:rFonts w:ascii="Roboto Condensed" w:hAnsi="Roboto Condensed" w:cs="Arial"/>
                <w:sz w:val="18"/>
                <w:szCs w:val="18"/>
              </w:rPr>
              <w:t>Szczepocice Rząd. 22</w:t>
            </w:r>
          </w:p>
        </w:tc>
        <w:tc>
          <w:tcPr>
            <w:tcW w:w="1134" w:type="dxa"/>
          </w:tcPr>
          <w:p w14:paraId="7E362D06" w14:textId="5A5FA018" w:rsidR="00234788" w:rsidRPr="002B327C" w:rsidRDefault="00234788" w:rsidP="00234788">
            <w:pPr>
              <w:ind w:left="-57" w:right="-57"/>
              <w:jc w:val="center"/>
              <w:rPr>
                <w:rFonts w:ascii="Roboto Condensed" w:hAnsi="Roboto Condensed" w:cs="Arial"/>
                <w:sz w:val="18"/>
                <w:szCs w:val="18"/>
              </w:rPr>
            </w:pPr>
            <w:r w:rsidRPr="002B327C">
              <w:rPr>
                <w:rFonts w:ascii="Roboto Condensed" w:hAnsi="Roboto Condensed" w:cs="Arial"/>
                <w:sz w:val="18"/>
                <w:szCs w:val="18"/>
              </w:rPr>
              <w:t>082-050/52</w:t>
            </w:r>
          </w:p>
        </w:tc>
        <w:tc>
          <w:tcPr>
            <w:tcW w:w="3969" w:type="dxa"/>
          </w:tcPr>
          <w:p w14:paraId="7F6A3065" w14:textId="3F62FFCE" w:rsidR="00234788" w:rsidRPr="002B327C" w:rsidRDefault="00234788" w:rsidP="00234788">
            <w:pPr>
              <w:ind w:left="-57" w:right="-57"/>
              <w:rPr>
                <w:rFonts w:ascii="Roboto Condensed" w:hAnsi="Roboto Condensed" w:cs="Arial"/>
                <w:sz w:val="18"/>
                <w:szCs w:val="18"/>
              </w:rPr>
            </w:pPr>
            <w:r w:rsidRPr="002B327C">
              <w:rPr>
                <w:rFonts w:ascii="Roboto Condensed" w:hAnsi="Roboto Condensed" w:cs="Arial"/>
                <w:sz w:val="18"/>
                <w:szCs w:val="18"/>
              </w:rPr>
              <w:t>osada / nowożytność</w:t>
            </w:r>
          </w:p>
        </w:tc>
        <w:tc>
          <w:tcPr>
            <w:tcW w:w="1985" w:type="dxa"/>
          </w:tcPr>
          <w:p w14:paraId="27CF7E37" w14:textId="77777777" w:rsidR="00234788" w:rsidRPr="009A175C" w:rsidRDefault="00234788" w:rsidP="00234788">
            <w:pPr>
              <w:ind w:left="-57" w:right="-57"/>
              <w:rPr>
                <w:rFonts w:ascii="Roboto Condensed" w:hAnsi="Roboto Condensed" w:cs="Arial"/>
                <w:color w:val="EE0000"/>
                <w:sz w:val="18"/>
                <w:szCs w:val="18"/>
              </w:rPr>
            </w:pPr>
          </w:p>
        </w:tc>
      </w:tr>
    </w:tbl>
    <w:p w14:paraId="66D5C410" w14:textId="7A0F820B" w:rsidR="00B04B14" w:rsidRPr="00225DE9" w:rsidRDefault="00B04B14" w:rsidP="00100ED8">
      <w:pPr>
        <w:pStyle w:val="Nagwek1"/>
        <w:spacing w:before="240" w:after="60" w:line="240" w:lineRule="auto"/>
        <w:ind w:firstLine="170"/>
        <w:rPr>
          <w:rFonts w:ascii="Roboto Condensed" w:hAnsi="Roboto Condensed"/>
          <w:bCs/>
          <w:i/>
          <w:iCs/>
          <w:sz w:val="22"/>
          <w:szCs w:val="22"/>
          <w:u w:val="single"/>
          <w:lang w:val="pl-PL"/>
        </w:rPr>
      </w:pPr>
      <w:bookmarkStart w:id="59" w:name="_Toc193697375"/>
      <w:bookmarkStart w:id="60" w:name="_Toc206769031"/>
      <w:r w:rsidRPr="00225DE9">
        <w:rPr>
          <w:rFonts w:ascii="Roboto Condensed" w:hAnsi="Roboto Condensed"/>
          <w:bCs/>
          <w:i/>
          <w:iCs/>
          <w:sz w:val="22"/>
          <w:szCs w:val="22"/>
          <w:u w:val="single"/>
          <w:lang w:val="pl-PL"/>
        </w:rPr>
        <w:t>Dobra kultury współczesnej</w:t>
      </w:r>
      <w:bookmarkEnd w:id="59"/>
      <w:bookmarkEnd w:id="60"/>
    </w:p>
    <w:p w14:paraId="0F1C2DCD" w14:textId="7A8F2444" w:rsidR="00130EAB" w:rsidRPr="009A175C" w:rsidRDefault="00130EAB" w:rsidP="00DD7C8F">
      <w:pPr>
        <w:pStyle w:val="Tekstpodstawowy2"/>
        <w:spacing w:line="240" w:lineRule="auto"/>
        <w:ind w:left="170"/>
        <w:rPr>
          <w:color w:val="EE0000"/>
          <w:lang w:val="pl-PL"/>
        </w:rPr>
      </w:pPr>
      <w:r w:rsidRPr="00225DE9">
        <w:rPr>
          <w:rFonts w:ascii="Roboto Condensed" w:hAnsi="Roboto Condensed"/>
          <w:sz w:val="20"/>
          <w:lang w:val="pl-PL"/>
        </w:rPr>
        <w:t xml:space="preserve">W </w:t>
      </w:r>
      <w:r w:rsidRPr="00225DE9">
        <w:rPr>
          <w:rFonts w:ascii="Roboto Condensed" w:hAnsi="Roboto Condensed" w:cs="Arial"/>
          <w:sz w:val="20"/>
          <w:lang w:val="pl-PL"/>
        </w:rPr>
        <w:t>obszarze</w:t>
      </w:r>
      <w:r w:rsidRPr="00225DE9">
        <w:rPr>
          <w:rFonts w:ascii="Roboto Condensed" w:hAnsi="Roboto Condensed"/>
          <w:sz w:val="20"/>
          <w:lang w:val="pl-PL"/>
        </w:rPr>
        <w:t xml:space="preserve"> gminy nie zidentyfikowano dóbr kultury współczesnej wymagających ochrony.</w:t>
      </w:r>
    </w:p>
    <w:p w14:paraId="5AA1C39B" w14:textId="6C82892F" w:rsidR="008337B7" w:rsidRPr="0086088E" w:rsidRDefault="008337B7" w:rsidP="00AB51E8">
      <w:pPr>
        <w:pStyle w:val="Nagwek1"/>
        <w:spacing w:before="240" w:after="60" w:line="240" w:lineRule="auto"/>
        <w:ind w:firstLine="170"/>
        <w:rPr>
          <w:rFonts w:ascii="Roboto Condensed" w:hAnsi="Roboto Condensed"/>
          <w:bCs/>
          <w:i/>
          <w:iCs/>
          <w:sz w:val="22"/>
          <w:szCs w:val="22"/>
          <w:u w:val="single"/>
          <w:lang w:val="pl-PL"/>
        </w:rPr>
      </w:pPr>
      <w:bookmarkStart w:id="61" w:name="_Toc193697376"/>
      <w:bookmarkStart w:id="62" w:name="_Toc206769032"/>
      <w:r w:rsidRPr="0086088E">
        <w:rPr>
          <w:rFonts w:ascii="Roboto Condensed" w:hAnsi="Roboto Condensed"/>
          <w:bCs/>
          <w:i/>
          <w:iCs/>
          <w:sz w:val="22"/>
          <w:szCs w:val="22"/>
          <w:u w:val="single"/>
          <w:lang w:val="pl-PL"/>
        </w:rPr>
        <w:lastRenderedPageBreak/>
        <w:t>Strefy ochrony konserwatorskiej</w:t>
      </w:r>
      <w:r w:rsidR="00B04B14" w:rsidRPr="0086088E">
        <w:rPr>
          <w:rFonts w:ascii="Roboto Condensed" w:hAnsi="Roboto Condensed"/>
          <w:bCs/>
          <w:i/>
          <w:iCs/>
          <w:sz w:val="22"/>
          <w:szCs w:val="22"/>
          <w:u w:val="single"/>
          <w:lang w:val="pl-PL"/>
        </w:rPr>
        <w:t>:</w:t>
      </w:r>
      <w:bookmarkEnd w:id="61"/>
      <w:bookmarkEnd w:id="62"/>
    </w:p>
    <w:p w14:paraId="14EE8748" w14:textId="4434C606" w:rsidR="006D5D88" w:rsidRPr="00225DE9" w:rsidRDefault="0086088E" w:rsidP="00DD7C8F">
      <w:pPr>
        <w:pStyle w:val="Tekstpodstawowy2"/>
        <w:spacing w:line="240" w:lineRule="auto"/>
        <w:ind w:left="170"/>
        <w:rPr>
          <w:rFonts w:ascii="Roboto Condensed" w:hAnsi="Roboto Condensed" w:cs="Arial"/>
          <w:color w:val="EE0000"/>
          <w:sz w:val="20"/>
          <w:lang w:val="pl-PL"/>
        </w:rPr>
      </w:pPr>
      <w:r w:rsidRPr="0086088E">
        <w:rPr>
          <w:rFonts w:ascii="Roboto Condensed" w:hAnsi="Roboto Condensed" w:cs="Arial"/>
          <w:sz w:val="20"/>
          <w:lang w:val="pl-PL"/>
        </w:rPr>
        <w:t>Poza dwoma</w:t>
      </w:r>
      <w:r w:rsidR="0036713C" w:rsidRPr="0086088E">
        <w:rPr>
          <w:rFonts w:ascii="Roboto Condensed" w:hAnsi="Roboto Condensed" w:cs="Arial"/>
          <w:sz w:val="20"/>
          <w:lang w:val="pl-PL"/>
        </w:rPr>
        <w:t xml:space="preserve"> </w:t>
      </w:r>
      <w:r w:rsidRPr="0086088E">
        <w:rPr>
          <w:rFonts w:ascii="Roboto Condensed" w:hAnsi="Roboto Condensed" w:cs="Arial"/>
          <w:sz w:val="20"/>
          <w:lang w:val="pl-PL"/>
        </w:rPr>
        <w:t>strefami ochrony układu przestrzennego ujętymi w Gminnej Ewidencji Zabytków w dokumentach planistycznych w obszarze gminy nie wyznaczono stref ochrony konserwatorskiej.</w:t>
      </w:r>
    </w:p>
    <w:p w14:paraId="68A35339" w14:textId="46D9C63D" w:rsidR="0036713C" w:rsidRPr="00100ED8" w:rsidRDefault="006D5D88" w:rsidP="00100ED8">
      <w:pPr>
        <w:pStyle w:val="Tekstpodstawowy2"/>
        <w:spacing w:before="120" w:after="120" w:line="240" w:lineRule="auto"/>
        <w:ind w:left="170"/>
        <w:rPr>
          <w:color w:val="EE0000"/>
          <w:lang w:val="pl-PL"/>
        </w:rPr>
      </w:pPr>
      <w:bookmarkStart w:id="63" w:name="_Hlk198649730"/>
      <w:r w:rsidRPr="00ED60FD">
        <w:rPr>
          <w:rFonts w:ascii="Roboto Condensed" w:hAnsi="Roboto Condensed"/>
          <w:i/>
          <w:iCs/>
          <w:sz w:val="20"/>
          <w:lang w:val="pl-PL"/>
        </w:rPr>
        <w:t>Rys</w:t>
      </w:r>
      <w:r w:rsidR="007C60F5" w:rsidRPr="00ED60FD">
        <w:rPr>
          <w:rFonts w:ascii="Roboto Condensed" w:hAnsi="Roboto Condensed"/>
          <w:i/>
          <w:iCs/>
          <w:sz w:val="20"/>
          <w:lang w:val="pl-PL"/>
        </w:rPr>
        <w:t>.1</w:t>
      </w:r>
      <w:r w:rsidR="00100A74">
        <w:rPr>
          <w:rFonts w:ascii="Roboto Condensed" w:hAnsi="Roboto Condensed"/>
          <w:i/>
          <w:iCs/>
          <w:sz w:val="20"/>
          <w:lang w:val="pl-PL"/>
        </w:rPr>
        <w:t>3</w:t>
      </w:r>
      <w:r w:rsidRPr="00ED60FD">
        <w:rPr>
          <w:rFonts w:ascii="Roboto Condensed" w:hAnsi="Roboto Condensed"/>
          <w:i/>
          <w:iCs/>
          <w:sz w:val="20"/>
          <w:lang w:val="pl-PL"/>
        </w:rPr>
        <w:t xml:space="preserve">. Rozmieszczenie </w:t>
      </w:r>
      <w:r w:rsidR="00ED60FD" w:rsidRPr="00ED60FD">
        <w:rPr>
          <w:rFonts w:ascii="Roboto Condensed" w:hAnsi="Roboto Condensed"/>
          <w:i/>
          <w:iCs/>
          <w:sz w:val="20"/>
          <w:lang w:val="pl-PL"/>
        </w:rPr>
        <w:t>obiektów i obszarów zabytkowych w gminie</w:t>
      </w:r>
      <w:r w:rsidR="007C60F5" w:rsidRPr="00ED60FD">
        <w:rPr>
          <w:rFonts w:ascii="Roboto Condensed" w:hAnsi="Roboto Condensed"/>
          <w:i/>
          <w:iCs/>
          <w:sz w:val="20"/>
          <w:lang w:val="pl-PL"/>
        </w:rPr>
        <w:t>.</w:t>
      </w:r>
      <w:bookmarkEnd w:id="63"/>
    </w:p>
    <w:p w14:paraId="75AB5BC1" w14:textId="6BA21750" w:rsidR="0036713C" w:rsidRDefault="00DE2AB9" w:rsidP="0036713C">
      <w:pPr>
        <w:rPr>
          <w:color w:val="EE0000"/>
        </w:rPr>
      </w:pPr>
      <w:r>
        <w:rPr>
          <w:noProof/>
          <w:color w:val="EE0000"/>
        </w:rPr>
        <w:drawing>
          <wp:inline distT="0" distB="0" distL="0" distR="0" wp14:anchorId="7CF715DE" wp14:editId="44653726">
            <wp:extent cx="6289675" cy="5820410"/>
            <wp:effectExtent l="0" t="0" r="0" b="8890"/>
            <wp:docPr id="18633352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89675" cy="5820410"/>
                    </a:xfrm>
                    <a:prstGeom prst="rect">
                      <a:avLst/>
                    </a:prstGeom>
                    <a:noFill/>
                    <a:ln>
                      <a:noFill/>
                    </a:ln>
                  </pic:spPr>
                </pic:pic>
              </a:graphicData>
            </a:graphic>
          </wp:inline>
        </w:drawing>
      </w:r>
    </w:p>
    <w:p w14:paraId="00D24BF7" w14:textId="77777777" w:rsidR="00877CFC" w:rsidRPr="009A175C" w:rsidRDefault="00877CFC" w:rsidP="0036713C">
      <w:pPr>
        <w:rPr>
          <w:color w:val="EE0000"/>
        </w:rPr>
      </w:pPr>
    </w:p>
    <w:p w14:paraId="6F3498C9" w14:textId="49519E7F" w:rsidR="00F55599" w:rsidRPr="00100ED8" w:rsidRDefault="00F3409C" w:rsidP="008B0A32">
      <w:pPr>
        <w:pStyle w:val="Nagwek1"/>
        <w:spacing w:before="60" w:after="60" w:line="240" w:lineRule="auto"/>
        <w:ind w:left="737" w:hanging="567"/>
        <w:rPr>
          <w:rFonts w:ascii="Roboto Condensed" w:hAnsi="Roboto Condensed"/>
          <w:bCs/>
          <w:sz w:val="22"/>
          <w:szCs w:val="22"/>
          <w:lang w:val="pl-PL"/>
        </w:rPr>
      </w:pPr>
      <w:bookmarkStart w:id="64" w:name="_Toc193697377"/>
      <w:bookmarkStart w:id="65" w:name="_Toc206769033"/>
      <w:r w:rsidRPr="00100ED8">
        <w:rPr>
          <w:rFonts w:ascii="Roboto Condensed" w:hAnsi="Roboto Condensed"/>
          <w:bCs/>
          <w:sz w:val="22"/>
          <w:szCs w:val="22"/>
          <w:lang w:val="pl-PL"/>
        </w:rPr>
        <w:t>2.13. O</w:t>
      </w:r>
      <w:r w:rsidR="00F55599" w:rsidRPr="00100ED8">
        <w:rPr>
          <w:rFonts w:ascii="Roboto Condensed" w:hAnsi="Roboto Condensed"/>
          <w:bCs/>
          <w:sz w:val="22"/>
          <w:szCs w:val="22"/>
          <w:lang w:val="pl-PL"/>
        </w:rPr>
        <w:t>bszary pomników zagłady i ich strefy ochronne</w:t>
      </w:r>
      <w:bookmarkEnd w:id="64"/>
      <w:bookmarkEnd w:id="65"/>
    </w:p>
    <w:p w14:paraId="404001FF" w14:textId="59288DDF" w:rsidR="00A36DF5" w:rsidRPr="009A175C" w:rsidRDefault="00A36DF5" w:rsidP="00DD7C8F">
      <w:pPr>
        <w:pStyle w:val="Tekstpodstawowy2"/>
        <w:spacing w:line="240" w:lineRule="auto"/>
        <w:ind w:left="170"/>
        <w:rPr>
          <w:rFonts w:ascii="Roboto Condensed" w:hAnsi="Roboto Condensed"/>
          <w:color w:val="EE0000"/>
          <w:sz w:val="20"/>
          <w:lang w:val="pl-PL"/>
        </w:rPr>
      </w:pPr>
      <w:r w:rsidRPr="00100ED8">
        <w:rPr>
          <w:rFonts w:ascii="Roboto Condensed" w:hAnsi="Roboto Condensed"/>
          <w:sz w:val="20"/>
          <w:lang w:val="pl-PL"/>
        </w:rPr>
        <w:t xml:space="preserve">Nie występują na obszarze gminy </w:t>
      </w:r>
      <w:r w:rsidR="00100ED8" w:rsidRPr="00100ED8">
        <w:rPr>
          <w:rFonts w:ascii="Roboto Condensed" w:hAnsi="Roboto Condensed"/>
          <w:sz w:val="20"/>
          <w:lang w:val="pl-PL"/>
        </w:rPr>
        <w:t>Radomsko.</w:t>
      </w:r>
    </w:p>
    <w:p w14:paraId="4BFAAFF5" w14:textId="77777777" w:rsidR="00B3296C" w:rsidRPr="00877CFC" w:rsidRDefault="00B3296C" w:rsidP="00A36DF5">
      <w:pPr>
        <w:pStyle w:val="Tekstpodstawowy2"/>
        <w:spacing w:line="240" w:lineRule="auto"/>
        <w:ind w:left="530"/>
        <w:rPr>
          <w:lang w:val="pl-PL"/>
        </w:rPr>
      </w:pPr>
    </w:p>
    <w:p w14:paraId="4FD64709" w14:textId="4709A4F5" w:rsidR="00F55599" w:rsidRPr="009A175C" w:rsidRDefault="00F3409C" w:rsidP="008B0A32">
      <w:pPr>
        <w:pStyle w:val="Nagwek1"/>
        <w:spacing w:before="60" w:after="60" w:line="240" w:lineRule="auto"/>
        <w:ind w:left="737" w:hanging="567"/>
        <w:rPr>
          <w:rFonts w:ascii="Roboto Condensed" w:hAnsi="Roboto Condensed"/>
          <w:bCs/>
          <w:color w:val="EE0000"/>
          <w:sz w:val="22"/>
          <w:szCs w:val="22"/>
          <w:lang w:val="pl-PL"/>
        </w:rPr>
      </w:pPr>
      <w:bookmarkStart w:id="66" w:name="_Toc193697378"/>
      <w:bookmarkStart w:id="67" w:name="_Toc206769034"/>
      <w:r w:rsidRPr="00877CFC">
        <w:rPr>
          <w:rFonts w:ascii="Roboto Condensed" w:hAnsi="Roboto Condensed"/>
          <w:bCs/>
          <w:sz w:val="22"/>
          <w:szCs w:val="22"/>
          <w:lang w:val="pl-PL"/>
        </w:rPr>
        <w:t>2.14. T</w:t>
      </w:r>
      <w:r w:rsidR="00F55599" w:rsidRPr="00877CFC">
        <w:rPr>
          <w:rFonts w:ascii="Roboto Condensed" w:hAnsi="Roboto Condensed"/>
          <w:bCs/>
          <w:sz w:val="22"/>
          <w:szCs w:val="22"/>
          <w:lang w:val="pl-PL"/>
        </w:rPr>
        <w:t>ereny zamknięte i ich strefy ochronne</w:t>
      </w:r>
      <w:bookmarkEnd w:id="66"/>
      <w:bookmarkEnd w:id="67"/>
    </w:p>
    <w:p w14:paraId="37F3E6D5" w14:textId="041C072E" w:rsidR="00F2366B" w:rsidRPr="008D45EA" w:rsidRDefault="00B3296C" w:rsidP="008D45EA">
      <w:pPr>
        <w:pStyle w:val="Tekstpodstawowy2"/>
        <w:spacing w:line="240" w:lineRule="auto"/>
        <w:ind w:left="170"/>
        <w:rPr>
          <w:rFonts w:ascii="Roboto Condensed" w:hAnsi="Roboto Condensed"/>
          <w:color w:val="EE0000"/>
          <w:sz w:val="20"/>
          <w:lang w:val="pl-PL"/>
        </w:rPr>
      </w:pPr>
      <w:r w:rsidRPr="00877CFC">
        <w:rPr>
          <w:rFonts w:ascii="Roboto Condensed" w:hAnsi="Roboto Condensed"/>
          <w:sz w:val="20"/>
          <w:lang w:val="pl-PL"/>
        </w:rPr>
        <w:t xml:space="preserve">Zgodnie z decyzją nr 14 Ministra Infrastruktury z dnia 18 września 2020 r. w sprawie ustalenia terenów zamkniętych, przez które przebiegają linie kolejowe (Dz. Urz. MI z 2020 r. poz. 38 z </w:t>
      </w:r>
      <w:proofErr w:type="spellStart"/>
      <w:r w:rsidRPr="00877CFC">
        <w:rPr>
          <w:rFonts w:ascii="Roboto Condensed" w:hAnsi="Roboto Condensed"/>
          <w:sz w:val="20"/>
          <w:lang w:val="pl-PL"/>
        </w:rPr>
        <w:t>późn</w:t>
      </w:r>
      <w:proofErr w:type="spellEnd"/>
      <w:r w:rsidRPr="00877CFC">
        <w:rPr>
          <w:rFonts w:ascii="Roboto Condensed" w:hAnsi="Roboto Condensed"/>
          <w:sz w:val="20"/>
          <w:lang w:val="pl-PL"/>
        </w:rPr>
        <w:t>. zm.) na terenie</w:t>
      </w:r>
      <w:r w:rsidRPr="00C04570">
        <w:rPr>
          <w:rFonts w:ascii="Roboto Condensed" w:hAnsi="Roboto Condensed"/>
          <w:sz w:val="20"/>
          <w:lang w:val="pl-PL"/>
        </w:rPr>
        <w:t xml:space="preserve"> gminy </w:t>
      </w:r>
      <w:r w:rsidR="00877CFC" w:rsidRPr="00C04570">
        <w:rPr>
          <w:rFonts w:ascii="Roboto Condensed" w:hAnsi="Roboto Condensed"/>
          <w:sz w:val="20"/>
          <w:lang w:val="pl-PL"/>
        </w:rPr>
        <w:t>Radomsko</w:t>
      </w:r>
      <w:r w:rsidR="00E633AF" w:rsidRPr="00C04570">
        <w:rPr>
          <w:rFonts w:ascii="Roboto Condensed" w:hAnsi="Roboto Condensed"/>
          <w:sz w:val="20"/>
          <w:lang w:val="pl-PL"/>
        </w:rPr>
        <w:t xml:space="preserve"> działki.: </w:t>
      </w:r>
      <w:r w:rsidR="00C04570" w:rsidRPr="00C04570">
        <w:rPr>
          <w:rFonts w:ascii="Roboto Condensed" w:hAnsi="Roboto Condensed"/>
          <w:sz w:val="20"/>
          <w:lang w:val="pl-PL"/>
        </w:rPr>
        <w:t>101212_2.0001.162/4, 101212_2.0001.162/7, 101212_2.0001.162/9 (obręb Bobry); 101212_2.0002.1143, 101212_2.0002.1399 (obręb Dąbr</w:t>
      </w:r>
      <w:r w:rsidR="00C04570" w:rsidRPr="00F620CD">
        <w:rPr>
          <w:rFonts w:ascii="Roboto Condensed" w:hAnsi="Roboto Condensed"/>
          <w:sz w:val="20"/>
          <w:lang w:val="pl-PL"/>
        </w:rPr>
        <w:t>ówka);  101212_2.0011.899 (obręb Szczepocice Prywatne)</w:t>
      </w:r>
      <w:r w:rsidR="00E633AF" w:rsidRPr="00F620CD">
        <w:rPr>
          <w:rFonts w:ascii="Roboto Condensed" w:hAnsi="Roboto Condensed"/>
          <w:sz w:val="20"/>
          <w:lang w:val="pl-PL"/>
        </w:rPr>
        <w:t xml:space="preserve">, związane z linią kolejową nr 1 </w:t>
      </w:r>
      <w:r w:rsidR="00C04570" w:rsidRPr="00F620CD">
        <w:rPr>
          <w:rFonts w:ascii="Roboto Condensed" w:hAnsi="Roboto Condensed"/>
          <w:sz w:val="20"/>
          <w:lang w:val="pl-PL"/>
        </w:rPr>
        <w:t>Warszawa-Katowice</w:t>
      </w:r>
      <w:r w:rsidR="00E633AF" w:rsidRPr="00F620CD">
        <w:rPr>
          <w:rFonts w:ascii="Roboto Condensed" w:hAnsi="Roboto Condensed"/>
          <w:sz w:val="20"/>
          <w:lang w:val="pl-PL"/>
        </w:rPr>
        <w:t>, zostały ujęte jako tereny zamknięte ustalone przez ministra właściwego do spraw transportu.</w:t>
      </w:r>
      <w:bookmarkStart w:id="68" w:name="_Hlk198649748"/>
    </w:p>
    <w:p w14:paraId="7EA12A75" w14:textId="77777777" w:rsidR="008D45EA" w:rsidRDefault="008D45EA">
      <w:pPr>
        <w:rPr>
          <w:rFonts w:ascii="Roboto Condensed" w:hAnsi="Roboto Condensed"/>
          <w:i/>
          <w:iCs/>
          <w:sz w:val="20"/>
          <w:szCs w:val="20"/>
        </w:rPr>
      </w:pPr>
      <w:r>
        <w:rPr>
          <w:rFonts w:ascii="Roboto Condensed" w:hAnsi="Roboto Condensed"/>
          <w:i/>
          <w:iCs/>
          <w:sz w:val="20"/>
        </w:rPr>
        <w:br w:type="page"/>
      </w:r>
    </w:p>
    <w:p w14:paraId="19803E65" w14:textId="532CF433" w:rsidR="00E633AF" w:rsidRPr="009A175C" w:rsidRDefault="00E633AF" w:rsidP="008D45EA">
      <w:pPr>
        <w:pStyle w:val="Tekstpodstawowy2"/>
        <w:spacing w:before="120" w:after="120" w:line="240" w:lineRule="auto"/>
        <w:ind w:left="170"/>
        <w:rPr>
          <w:rFonts w:ascii="Roboto Condensed" w:hAnsi="Roboto Condensed"/>
          <w:color w:val="EE0000"/>
          <w:sz w:val="20"/>
          <w:lang w:val="pl-PL"/>
        </w:rPr>
      </w:pPr>
      <w:r w:rsidRPr="00C04570">
        <w:rPr>
          <w:rFonts w:ascii="Roboto Condensed" w:hAnsi="Roboto Condensed"/>
          <w:i/>
          <w:iCs/>
          <w:sz w:val="20"/>
          <w:lang w:val="pl-PL"/>
        </w:rPr>
        <w:lastRenderedPageBreak/>
        <w:t>Rys.</w:t>
      </w:r>
      <w:r w:rsidR="007C60F5" w:rsidRPr="00C04570">
        <w:rPr>
          <w:rFonts w:ascii="Roboto Condensed" w:hAnsi="Roboto Condensed"/>
          <w:i/>
          <w:iCs/>
          <w:sz w:val="20"/>
          <w:lang w:val="pl-PL"/>
        </w:rPr>
        <w:t>1</w:t>
      </w:r>
      <w:r w:rsidR="00FE7AE6">
        <w:rPr>
          <w:rFonts w:ascii="Roboto Condensed" w:hAnsi="Roboto Condensed"/>
          <w:i/>
          <w:iCs/>
          <w:sz w:val="20"/>
          <w:lang w:val="pl-PL"/>
        </w:rPr>
        <w:t>4</w:t>
      </w:r>
      <w:r w:rsidRPr="00C04570">
        <w:rPr>
          <w:rFonts w:ascii="Roboto Condensed" w:hAnsi="Roboto Condensed"/>
          <w:i/>
          <w:iCs/>
          <w:sz w:val="20"/>
          <w:lang w:val="pl-PL"/>
        </w:rPr>
        <w:t xml:space="preserve">. Tereny zamknięte ustanowione przez </w:t>
      </w:r>
      <w:r w:rsidR="00C04570" w:rsidRPr="00C04570">
        <w:rPr>
          <w:rFonts w:ascii="Roboto Condensed" w:hAnsi="Roboto Condensed"/>
          <w:i/>
          <w:iCs/>
          <w:sz w:val="20"/>
          <w:lang w:val="pl-PL"/>
        </w:rPr>
        <w:t>m</w:t>
      </w:r>
      <w:r w:rsidRPr="00C04570">
        <w:rPr>
          <w:rFonts w:ascii="Roboto Condensed" w:hAnsi="Roboto Condensed"/>
          <w:i/>
          <w:iCs/>
          <w:sz w:val="20"/>
          <w:lang w:val="pl-PL"/>
        </w:rPr>
        <w:t>inistra do spraw transportu.</w:t>
      </w:r>
      <w:bookmarkEnd w:id="68"/>
    </w:p>
    <w:p w14:paraId="3EBC4967" w14:textId="59E5622E" w:rsidR="00E633AF" w:rsidRPr="009A175C" w:rsidRDefault="00C04570" w:rsidP="00C373E1">
      <w:pPr>
        <w:pStyle w:val="Tekstpodstawowy2"/>
        <w:spacing w:line="240" w:lineRule="auto"/>
        <w:ind w:left="530"/>
        <w:rPr>
          <w:rFonts w:ascii="Roboto Condensed" w:hAnsi="Roboto Condensed"/>
          <w:color w:val="EE0000"/>
          <w:sz w:val="20"/>
          <w:lang w:val="pl-PL"/>
        </w:rPr>
      </w:pPr>
      <w:r>
        <w:rPr>
          <w:rFonts w:ascii="Roboto Condensed" w:hAnsi="Roboto Condensed"/>
          <w:noProof/>
          <w:color w:val="EE0000"/>
          <w:sz w:val="20"/>
          <w:lang w:val="pl-PL"/>
        </w:rPr>
        <w:drawing>
          <wp:inline distT="0" distB="0" distL="0" distR="0" wp14:anchorId="43FE37C2" wp14:editId="08C86E36">
            <wp:extent cx="5969185" cy="3331596"/>
            <wp:effectExtent l="0" t="0" r="0" b="2540"/>
            <wp:docPr id="169827504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83212" cy="3339425"/>
                    </a:xfrm>
                    <a:prstGeom prst="rect">
                      <a:avLst/>
                    </a:prstGeom>
                    <a:noFill/>
                    <a:ln>
                      <a:noFill/>
                    </a:ln>
                  </pic:spPr>
                </pic:pic>
              </a:graphicData>
            </a:graphic>
          </wp:inline>
        </w:drawing>
      </w:r>
    </w:p>
    <w:p w14:paraId="1FC90874" w14:textId="77777777" w:rsidR="00B3296C" w:rsidRPr="009A175C" w:rsidRDefault="00B3296C" w:rsidP="00E633AF">
      <w:pPr>
        <w:pStyle w:val="Tekstpodstawowy2"/>
        <w:spacing w:line="240" w:lineRule="auto"/>
        <w:rPr>
          <w:rFonts w:ascii="Roboto Condensed" w:hAnsi="Roboto Condensed"/>
          <w:color w:val="EE0000"/>
          <w:sz w:val="20"/>
          <w:lang w:val="pl-PL"/>
        </w:rPr>
      </w:pPr>
    </w:p>
    <w:p w14:paraId="609D4FBC" w14:textId="21873C2A" w:rsidR="00B3296C" w:rsidRPr="009A175C" w:rsidRDefault="00E633AF" w:rsidP="008D45EA">
      <w:pPr>
        <w:pStyle w:val="Tekstpodstawowy2"/>
        <w:spacing w:line="240" w:lineRule="auto"/>
        <w:ind w:left="530"/>
        <w:rPr>
          <w:color w:val="EE0000"/>
          <w:lang w:val="pl-PL"/>
        </w:rPr>
      </w:pPr>
      <w:r w:rsidRPr="00C04570">
        <w:rPr>
          <w:rFonts w:ascii="Roboto Condensed" w:hAnsi="Roboto Condensed"/>
          <w:sz w:val="20"/>
          <w:lang w:val="pl-PL"/>
        </w:rPr>
        <w:t>Na obszarze gminy brak innych, niż ustalone przez ministra właściwego do spraw transportu, terenów zamkniętych.</w:t>
      </w:r>
    </w:p>
    <w:p w14:paraId="6A701363" w14:textId="7C2BB2C0" w:rsidR="00F55599" w:rsidRPr="00C04570" w:rsidRDefault="00F3409C" w:rsidP="008D45EA">
      <w:pPr>
        <w:pStyle w:val="Nagwek1"/>
        <w:spacing w:before="240" w:after="60" w:line="240" w:lineRule="auto"/>
        <w:ind w:left="737" w:hanging="567"/>
        <w:rPr>
          <w:rFonts w:ascii="Roboto Condensed" w:hAnsi="Roboto Condensed"/>
          <w:bCs/>
          <w:sz w:val="22"/>
          <w:szCs w:val="22"/>
          <w:lang w:val="pl-PL"/>
        </w:rPr>
      </w:pPr>
      <w:bookmarkStart w:id="69" w:name="_Toc193697379"/>
      <w:bookmarkStart w:id="70" w:name="_Toc206769035"/>
      <w:r w:rsidRPr="00C04570">
        <w:rPr>
          <w:rFonts w:ascii="Roboto Condensed" w:hAnsi="Roboto Condensed"/>
          <w:bCs/>
          <w:sz w:val="22"/>
          <w:szCs w:val="22"/>
          <w:lang w:val="pl-PL"/>
        </w:rPr>
        <w:t>2.15. O</w:t>
      </w:r>
      <w:r w:rsidR="00F55599" w:rsidRPr="00C04570">
        <w:rPr>
          <w:rFonts w:ascii="Roboto Condensed" w:hAnsi="Roboto Condensed"/>
          <w:bCs/>
          <w:sz w:val="22"/>
          <w:szCs w:val="22"/>
          <w:lang w:val="pl-PL"/>
        </w:rPr>
        <w:t>bszary ograniczonego użytkowania</w:t>
      </w:r>
      <w:bookmarkEnd w:id="69"/>
      <w:bookmarkEnd w:id="70"/>
    </w:p>
    <w:p w14:paraId="4AD07D6F" w14:textId="49D57224" w:rsidR="00446C89" w:rsidRPr="008D45EA" w:rsidRDefault="00446C89" w:rsidP="008D45EA">
      <w:pPr>
        <w:pStyle w:val="Tekstpodstawowy2"/>
        <w:spacing w:line="240" w:lineRule="auto"/>
        <w:ind w:left="170"/>
        <w:rPr>
          <w:lang w:val="pl-PL"/>
        </w:rPr>
      </w:pPr>
      <w:r w:rsidRPr="00C04570">
        <w:rPr>
          <w:rFonts w:ascii="Roboto Condensed" w:hAnsi="Roboto Condensed"/>
          <w:sz w:val="20"/>
          <w:lang w:val="pl-PL"/>
        </w:rPr>
        <w:t xml:space="preserve">Nie ustanowiono na obszarze gminy </w:t>
      </w:r>
      <w:r w:rsidR="00C04570" w:rsidRPr="00C04570">
        <w:rPr>
          <w:rFonts w:ascii="Roboto Condensed" w:hAnsi="Roboto Condensed"/>
          <w:sz w:val="20"/>
          <w:lang w:val="pl-PL"/>
        </w:rPr>
        <w:t>Radomsko</w:t>
      </w:r>
    </w:p>
    <w:p w14:paraId="68A4A51D" w14:textId="0DED2293" w:rsidR="00F55599" w:rsidRPr="00C04570" w:rsidRDefault="00F3409C" w:rsidP="008D45EA">
      <w:pPr>
        <w:pStyle w:val="Nagwek1"/>
        <w:spacing w:before="240" w:after="60" w:line="240" w:lineRule="auto"/>
        <w:ind w:left="737" w:hanging="567"/>
        <w:rPr>
          <w:rFonts w:ascii="Roboto Condensed" w:hAnsi="Roboto Condensed"/>
          <w:bCs/>
          <w:sz w:val="22"/>
          <w:szCs w:val="22"/>
          <w:lang w:val="pl-PL"/>
        </w:rPr>
      </w:pPr>
      <w:bookmarkStart w:id="71" w:name="_Toc193697380"/>
      <w:bookmarkStart w:id="72" w:name="_Toc206769036"/>
      <w:r w:rsidRPr="00C04570">
        <w:rPr>
          <w:rFonts w:ascii="Roboto Condensed" w:hAnsi="Roboto Condensed"/>
          <w:bCs/>
          <w:sz w:val="22"/>
          <w:szCs w:val="22"/>
          <w:lang w:val="pl-PL"/>
        </w:rPr>
        <w:t>2.16. O</w:t>
      </w:r>
      <w:r w:rsidR="00F55599" w:rsidRPr="00C04570">
        <w:rPr>
          <w:rFonts w:ascii="Roboto Condensed" w:hAnsi="Roboto Condensed"/>
          <w:bCs/>
          <w:sz w:val="22"/>
          <w:szCs w:val="22"/>
          <w:lang w:val="pl-PL"/>
        </w:rPr>
        <w:t xml:space="preserve">bszary wymagające przekształceń, rehabilitacji, rekultywacji lub </w:t>
      </w:r>
      <w:proofErr w:type="spellStart"/>
      <w:r w:rsidR="00F55599" w:rsidRPr="00C04570">
        <w:rPr>
          <w:rFonts w:ascii="Roboto Condensed" w:hAnsi="Roboto Condensed"/>
          <w:bCs/>
          <w:sz w:val="22"/>
          <w:szCs w:val="22"/>
          <w:lang w:val="pl-PL"/>
        </w:rPr>
        <w:t>remediacji</w:t>
      </w:r>
      <w:bookmarkEnd w:id="71"/>
      <w:bookmarkEnd w:id="72"/>
      <w:proofErr w:type="spellEnd"/>
    </w:p>
    <w:p w14:paraId="0F4AEF18" w14:textId="736D890A" w:rsidR="00446C89" w:rsidRPr="008D45EA" w:rsidRDefault="00446C89" w:rsidP="008D45EA">
      <w:pPr>
        <w:pStyle w:val="Tekstpodstawowy2"/>
        <w:spacing w:line="240" w:lineRule="auto"/>
        <w:ind w:left="170"/>
        <w:rPr>
          <w:rFonts w:ascii="Roboto Condensed" w:hAnsi="Roboto Condensed"/>
          <w:color w:val="EE0000"/>
          <w:sz w:val="20"/>
          <w:lang w:val="pl-PL"/>
        </w:rPr>
      </w:pPr>
      <w:r w:rsidRPr="00C04570">
        <w:rPr>
          <w:rFonts w:ascii="Roboto Condensed" w:hAnsi="Roboto Condensed"/>
          <w:sz w:val="20"/>
          <w:lang w:val="pl-PL"/>
        </w:rPr>
        <w:t xml:space="preserve">Nie wyznaczono na obszarze gminy </w:t>
      </w:r>
      <w:r w:rsidR="00C04570">
        <w:rPr>
          <w:rFonts w:ascii="Roboto Condensed" w:hAnsi="Roboto Condensed"/>
          <w:sz w:val="20"/>
          <w:lang w:val="pl-PL"/>
        </w:rPr>
        <w:t>Radomsko</w:t>
      </w:r>
    </w:p>
    <w:p w14:paraId="0F5F35CF" w14:textId="299CB72B" w:rsidR="00F55599" w:rsidRPr="005A6670" w:rsidRDefault="00F3409C" w:rsidP="008D45EA">
      <w:pPr>
        <w:pStyle w:val="Nagwek1"/>
        <w:spacing w:before="240" w:after="60" w:line="240" w:lineRule="auto"/>
        <w:ind w:left="737" w:hanging="567"/>
        <w:rPr>
          <w:rFonts w:ascii="Roboto Condensed" w:hAnsi="Roboto Condensed"/>
          <w:bCs/>
          <w:sz w:val="22"/>
          <w:szCs w:val="22"/>
          <w:lang w:val="pl-PL"/>
        </w:rPr>
      </w:pPr>
      <w:bookmarkStart w:id="73" w:name="_Toc193697381"/>
      <w:bookmarkStart w:id="74" w:name="_Toc206769037"/>
      <w:r w:rsidRPr="005A6670">
        <w:rPr>
          <w:rFonts w:ascii="Roboto Condensed" w:hAnsi="Roboto Condensed"/>
          <w:bCs/>
          <w:sz w:val="22"/>
          <w:szCs w:val="22"/>
          <w:lang w:val="pl-PL"/>
        </w:rPr>
        <w:t>2.17. O</w:t>
      </w:r>
      <w:r w:rsidR="00F55599" w:rsidRPr="005A6670">
        <w:rPr>
          <w:rFonts w:ascii="Roboto Condensed" w:hAnsi="Roboto Condensed"/>
          <w:bCs/>
          <w:sz w:val="22"/>
          <w:szCs w:val="22"/>
          <w:lang w:val="pl-PL"/>
        </w:rPr>
        <w:t>bszary zdegradowane i obszary rewitalizacji</w:t>
      </w:r>
      <w:bookmarkEnd w:id="73"/>
      <w:bookmarkEnd w:id="74"/>
    </w:p>
    <w:p w14:paraId="73D61D37" w14:textId="6DD72B80" w:rsidR="00BC3F44" w:rsidRPr="00BC3F44" w:rsidRDefault="00BC3F44" w:rsidP="008D45EA">
      <w:pPr>
        <w:pStyle w:val="Tekstpodstawowy2"/>
        <w:spacing w:line="240" w:lineRule="auto"/>
        <w:ind w:left="170"/>
        <w:rPr>
          <w:rFonts w:ascii="Roboto Condensed" w:hAnsi="Roboto Condensed"/>
          <w:sz w:val="20"/>
          <w:lang w:val="pl-PL"/>
        </w:rPr>
      </w:pPr>
      <w:r w:rsidRPr="005A6670">
        <w:rPr>
          <w:rFonts w:ascii="Roboto Condensed" w:hAnsi="Roboto Condensed"/>
          <w:sz w:val="20"/>
          <w:lang w:val="pl-PL"/>
        </w:rPr>
        <w:t>Uchwałą Nr VIII/47/2024 Rady Gminy Radomsko z dnia 3 grudnia 2024 r. w sprawie wyznaczenia obszaru zdegradowanego i obszaru rewitalizac</w:t>
      </w:r>
      <w:r w:rsidRPr="00BC3F44">
        <w:rPr>
          <w:rFonts w:ascii="Roboto Condensed" w:hAnsi="Roboto Condensed"/>
          <w:sz w:val="20"/>
          <w:lang w:val="pl-PL"/>
        </w:rPr>
        <w:t>ji Gminy Radomsko</w:t>
      </w:r>
      <w:r>
        <w:rPr>
          <w:rFonts w:ascii="Roboto Condensed" w:hAnsi="Roboto Condensed"/>
          <w:sz w:val="20"/>
          <w:lang w:val="pl-PL"/>
        </w:rPr>
        <w:t xml:space="preserve"> wyznaczono </w:t>
      </w:r>
      <w:r w:rsidR="005A6670">
        <w:rPr>
          <w:rFonts w:ascii="Roboto Condensed" w:hAnsi="Roboto Condensed"/>
          <w:sz w:val="20"/>
          <w:lang w:val="pl-PL"/>
        </w:rPr>
        <w:t xml:space="preserve">obszary zdegradowane i obszary rewitalizacji w gminie ustalając jednocześnie </w:t>
      </w:r>
      <w:r w:rsidR="009C749C">
        <w:rPr>
          <w:rFonts w:ascii="Roboto Condensed" w:hAnsi="Roboto Condensed"/>
          <w:sz w:val="20"/>
          <w:lang w:val="pl-PL"/>
        </w:rPr>
        <w:t xml:space="preserve">na obszarach rewitalizacji </w:t>
      </w:r>
      <w:r w:rsidR="005A6670" w:rsidRPr="00BC3F44">
        <w:rPr>
          <w:rFonts w:ascii="Roboto Condensed" w:hAnsi="Roboto Condensed"/>
          <w:sz w:val="20"/>
          <w:lang w:val="pl-PL"/>
        </w:rPr>
        <w:t>prawo pierwokupu wszystkich nieruchomości na rzecz Gminy Radomsko</w:t>
      </w:r>
      <w:r w:rsidR="005A6670">
        <w:rPr>
          <w:rFonts w:ascii="Roboto Condensed" w:hAnsi="Roboto Condensed"/>
          <w:sz w:val="20"/>
          <w:lang w:val="pl-PL"/>
        </w:rPr>
        <w:t>.</w:t>
      </w:r>
    </w:p>
    <w:p w14:paraId="42378B3D" w14:textId="69EFA708" w:rsidR="00BC3F44" w:rsidRDefault="005A6670" w:rsidP="00BC3F44">
      <w:pPr>
        <w:pStyle w:val="Tekstpodstawowy2"/>
        <w:spacing w:before="120" w:line="240" w:lineRule="auto"/>
        <w:ind w:left="170"/>
        <w:rPr>
          <w:rFonts w:ascii="Roboto Condensed" w:hAnsi="Roboto Condensed"/>
          <w:sz w:val="20"/>
          <w:lang w:val="pl-PL"/>
        </w:rPr>
      </w:pPr>
      <w:r>
        <w:rPr>
          <w:rFonts w:ascii="Roboto Condensed" w:hAnsi="Roboto Condensed"/>
          <w:sz w:val="20"/>
          <w:lang w:val="pl-PL"/>
        </w:rPr>
        <w:t xml:space="preserve">Do obszarów zdegradowanych zaliczono w całości północną część gminy, tj. </w:t>
      </w:r>
      <w:r w:rsidR="002C5243">
        <w:rPr>
          <w:rFonts w:ascii="Roboto Condensed" w:hAnsi="Roboto Condensed"/>
          <w:sz w:val="20"/>
          <w:lang w:val="pl-PL"/>
        </w:rPr>
        <w:t>obręby</w:t>
      </w:r>
      <w:r>
        <w:rPr>
          <w:rFonts w:ascii="Roboto Condensed" w:hAnsi="Roboto Condensed"/>
          <w:sz w:val="20"/>
          <w:lang w:val="pl-PL"/>
        </w:rPr>
        <w:t xml:space="preserve">: Płoszów, Okrajszów, Jadwinówka, Kietlin i Kolonia Kietlin. W części północnej gminy do obszarów zdegradowanych zaliczono </w:t>
      </w:r>
      <w:r w:rsidR="002C5243">
        <w:rPr>
          <w:rFonts w:ascii="Roboto Condensed" w:hAnsi="Roboto Condensed"/>
          <w:sz w:val="20"/>
          <w:lang w:val="pl-PL"/>
        </w:rPr>
        <w:t>obręby</w:t>
      </w:r>
      <w:r>
        <w:rPr>
          <w:rFonts w:ascii="Roboto Condensed" w:hAnsi="Roboto Condensed"/>
          <w:sz w:val="20"/>
          <w:lang w:val="pl-PL"/>
        </w:rPr>
        <w:t>: Strzałków, Bobry i Szczepocice Rządowe. Łącznie do obszarów zdegradowanych zaliczono 3597 ha co stanowi blisko 42% powierzchni gminy.</w:t>
      </w:r>
    </w:p>
    <w:p w14:paraId="14C6D10F" w14:textId="206136FA" w:rsidR="005A6670" w:rsidRPr="00D60AC2" w:rsidRDefault="005A6670" w:rsidP="00BC3F44">
      <w:pPr>
        <w:pStyle w:val="Tekstpodstawowy2"/>
        <w:spacing w:before="120" w:line="240" w:lineRule="auto"/>
        <w:ind w:left="170"/>
        <w:rPr>
          <w:rFonts w:ascii="Roboto Condensed" w:hAnsi="Roboto Condensed"/>
          <w:sz w:val="20"/>
          <w:lang w:val="pl-PL"/>
        </w:rPr>
      </w:pPr>
      <w:r>
        <w:rPr>
          <w:rFonts w:ascii="Roboto Condensed" w:hAnsi="Roboto Condensed"/>
          <w:sz w:val="20"/>
          <w:lang w:val="pl-PL"/>
        </w:rPr>
        <w:t xml:space="preserve">Obszary rewitalizacji wyznaczono w </w:t>
      </w:r>
      <w:r w:rsidR="009C749C">
        <w:rPr>
          <w:rFonts w:ascii="Roboto Condensed" w:hAnsi="Roboto Condensed"/>
          <w:sz w:val="20"/>
          <w:lang w:val="pl-PL"/>
        </w:rPr>
        <w:t>5</w:t>
      </w:r>
      <w:r>
        <w:rPr>
          <w:rFonts w:ascii="Roboto Condensed" w:hAnsi="Roboto Condensed"/>
          <w:sz w:val="20"/>
          <w:lang w:val="pl-PL"/>
        </w:rPr>
        <w:t xml:space="preserve"> </w:t>
      </w:r>
      <w:r w:rsidR="002C5243">
        <w:rPr>
          <w:rFonts w:ascii="Roboto Condensed" w:hAnsi="Roboto Condensed"/>
          <w:sz w:val="20"/>
          <w:lang w:val="pl-PL"/>
        </w:rPr>
        <w:t>obrębach</w:t>
      </w:r>
      <w:r>
        <w:rPr>
          <w:rFonts w:ascii="Roboto Condensed" w:hAnsi="Roboto Condensed"/>
          <w:sz w:val="20"/>
          <w:lang w:val="pl-PL"/>
        </w:rPr>
        <w:t xml:space="preserve">: Płoszów, Jadwinówka, Kietlin, Kolonia Kietlin oraz Strzałków. </w:t>
      </w:r>
      <w:r w:rsidRPr="00D60AC2">
        <w:rPr>
          <w:rFonts w:ascii="Roboto Condensed" w:hAnsi="Roboto Condensed"/>
          <w:sz w:val="20"/>
          <w:lang w:val="pl-PL"/>
        </w:rPr>
        <w:t xml:space="preserve">Obszary rewitalizacji </w:t>
      </w:r>
      <w:r w:rsidR="009C749C" w:rsidRPr="00D60AC2">
        <w:rPr>
          <w:rFonts w:ascii="Roboto Condensed" w:hAnsi="Roboto Condensed"/>
          <w:sz w:val="20"/>
          <w:lang w:val="pl-PL"/>
        </w:rPr>
        <w:t xml:space="preserve">zgodnie z niżej zamieszczoną grafiką </w:t>
      </w:r>
      <w:r w:rsidRPr="00D60AC2">
        <w:rPr>
          <w:rFonts w:ascii="Roboto Condensed" w:hAnsi="Roboto Condensed"/>
          <w:sz w:val="20"/>
          <w:lang w:val="pl-PL"/>
        </w:rPr>
        <w:t xml:space="preserve">obejmują </w:t>
      </w:r>
      <w:r w:rsidR="009C749C" w:rsidRPr="00D60AC2">
        <w:rPr>
          <w:rFonts w:ascii="Roboto Condensed" w:hAnsi="Roboto Condensed"/>
          <w:sz w:val="20"/>
          <w:lang w:val="pl-PL"/>
        </w:rPr>
        <w:t>odpowiednio:</w:t>
      </w:r>
    </w:p>
    <w:p w14:paraId="418E1173" w14:textId="304B3B7B" w:rsidR="009C749C" w:rsidRPr="00D60AC2" w:rsidRDefault="00D60AC2" w:rsidP="008636AA">
      <w:pPr>
        <w:pStyle w:val="Tekstpodstawowy2"/>
        <w:numPr>
          <w:ilvl w:val="0"/>
          <w:numId w:val="3"/>
        </w:numPr>
        <w:spacing w:line="240" w:lineRule="auto"/>
        <w:ind w:left="567" w:hanging="227"/>
        <w:rPr>
          <w:rFonts w:ascii="Roboto Condensed" w:hAnsi="Roboto Condensed"/>
          <w:sz w:val="20"/>
          <w:lang w:val="pl-PL"/>
        </w:rPr>
      </w:pPr>
      <w:r w:rsidRPr="00D60AC2">
        <w:rPr>
          <w:rFonts w:ascii="Roboto Condensed" w:hAnsi="Roboto Condensed"/>
          <w:sz w:val="20"/>
          <w:lang w:val="pl-PL"/>
        </w:rPr>
        <w:t xml:space="preserve">9,8% powierzchni </w:t>
      </w:r>
      <w:r w:rsidR="009C749C" w:rsidRPr="00D60AC2">
        <w:rPr>
          <w:rFonts w:ascii="Roboto Condensed" w:hAnsi="Roboto Condensed"/>
          <w:sz w:val="20"/>
          <w:lang w:val="pl-PL"/>
        </w:rPr>
        <w:t>Płosz</w:t>
      </w:r>
      <w:r w:rsidRPr="00D60AC2">
        <w:rPr>
          <w:rFonts w:ascii="Roboto Condensed" w:hAnsi="Roboto Condensed"/>
          <w:sz w:val="20"/>
          <w:lang w:val="pl-PL"/>
        </w:rPr>
        <w:t>owa (44,0 ha)</w:t>
      </w:r>
    </w:p>
    <w:p w14:paraId="3D8DE74F" w14:textId="1483A4B8" w:rsidR="009C749C" w:rsidRPr="00D60AC2" w:rsidRDefault="00D60AC2" w:rsidP="008636AA">
      <w:pPr>
        <w:pStyle w:val="Tekstpodstawowy2"/>
        <w:numPr>
          <w:ilvl w:val="0"/>
          <w:numId w:val="3"/>
        </w:numPr>
        <w:spacing w:line="240" w:lineRule="auto"/>
        <w:ind w:left="567" w:hanging="227"/>
        <w:rPr>
          <w:rFonts w:ascii="Roboto Condensed" w:hAnsi="Roboto Condensed"/>
          <w:sz w:val="20"/>
          <w:lang w:val="pl-PL"/>
        </w:rPr>
      </w:pPr>
      <w:r w:rsidRPr="00D60AC2">
        <w:rPr>
          <w:rFonts w:ascii="Roboto Condensed" w:hAnsi="Roboto Condensed"/>
          <w:sz w:val="20"/>
          <w:lang w:val="pl-PL"/>
        </w:rPr>
        <w:t xml:space="preserve">25,2% powierzchni </w:t>
      </w:r>
      <w:r w:rsidR="009C749C" w:rsidRPr="00D60AC2">
        <w:rPr>
          <w:rFonts w:ascii="Roboto Condensed" w:hAnsi="Roboto Condensed"/>
          <w:sz w:val="20"/>
          <w:lang w:val="pl-PL"/>
        </w:rPr>
        <w:t>Jadwinówk</w:t>
      </w:r>
      <w:r w:rsidRPr="00D60AC2">
        <w:rPr>
          <w:rFonts w:ascii="Roboto Condensed" w:hAnsi="Roboto Condensed"/>
          <w:sz w:val="20"/>
          <w:lang w:val="pl-PL"/>
        </w:rPr>
        <w:t>i (93,2 ha)</w:t>
      </w:r>
    </w:p>
    <w:p w14:paraId="2AC1A57B" w14:textId="1952D1EE" w:rsidR="009C749C" w:rsidRPr="00D60AC2" w:rsidRDefault="00D60AC2" w:rsidP="008636AA">
      <w:pPr>
        <w:pStyle w:val="Tekstpodstawowy2"/>
        <w:numPr>
          <w:ilvl w:val="0"/>
          <w:numId w:val="3"/>
        </w:numPr>
        <w:spacing w:line="240" w:lineRule="auto"/>
        <w:ind w:left="567" w:hanging="227"/>
        <w:rPr>
          <w:rFonts w:ascii="Roboto Condensed" w:hAnsi="Roboto Condensed"/>
          <w:sz w:val="20"/>
          <w:lang w:val="pl-PL"/>
        </w:rPr>
      </w:pPr>
      <w:r w:rsidRPr="00D60AC2">
        <w:rPr>
          <w:rFonts w:ascii="Roboto Condensed" w:hAnsi="Roboto Condensed"/>
          <w:sz w:val="20"/>
          <w:lang w:val="pl-PL"/>
        </w:rPr>
        <w:t xml:space="preserve">16,6% powierzchni </w:t>
      </w:r>
      <w:r w:rsidR="009C749C" w:rsidRPr="00D60AC2">
        <w:rPr>
          <w:rFonts w:ascii="Roboto Condensed" w:hAnsi="Roboto Condensed"/>
          <w:sz w:val="20"/>
          <w:lang w:val="pl-PL"/>
        </w:rPr>
        <w:t>Kietlin</w:t>
      </w:r>
      <w:r w:rsidRPr="00D60AC2">
        <w:rPr>
          <w:rFonts w:ascii="Roboto Condensed" w:hAnsi="Roboto Condensed"/>
          <w:sz w:val="20"/>
          <w:lang w:val="pl-PL"/>
        </w:rPr>
        <w:t xml:space="preserve">a (20,9 ha) </w:t>
      </w:r>
    </w:p>
    <w:p w14:paraId="0E293448" w14:textId="194C5BF3" w:rsidR="009C749C" w:rsidRPr="00D60AC2" w:rsidRDefault="00D60AC2" w:rsidP="008636AA">
      <w:pPr>
        <w:pStyle w:val="Tekstpodstawowy2"/>
        <w:numPr>
          <w:ilvl w:val="0"/>
          <w:numId w:val="3"/>
        </w:numPr>
        <w:spacing w:line="240" w:lineRule="auto"/>
        <w:ind w:left="567" w:hanging="227"/>
        <w:rPr>
          <w:rFonts w:ascii="Roboto Condensed" w:hAnsi="Roboto Condensed"/>
          <w:sz w:val="20"/>
          <w:lang w:val="pl-PL"/>
        </w:rPr>
      </w:pPr>
      <w:r w:rsidRPr="00D60AC2">
        <w:rPr>
          <w:rFonts w:ascii="Roboto Condensed" w:hAnsi="Roboto Condensed"/>
          <w:sz w:val="20"/>
          <w:lang w:val="pl-PL"/>
        </w:rPr>
        <w:t xml:space="preserve">25,4% powierzchni </w:t>
      </w:r>
      <w:r w:rsidR="009C749C" w:rsidRPr="00D60AC2">
        <w:rPr>
          <w:rFonts w:ascii="Roboto Condensed" w:hAnsi="Roboto Condensed"/>
          <w:sz w:val="20"/>
          <w:lang w:val="pl-PL"/>
        </w:rPr>
        <w:t>Koloni</w:t>
      </w:r>
      <w:r w:rsidRPr="00D60AC2">
        <w:rPr>
          <w:rFonts w:ascii="Roboto Condensed" w:hAnsi="Roboto Condensed"/>
          <w:sz w:val="20"/>
          <w:lang w:val="pl-PL"/>
        </w:rPr>
        <w:t>i</w:t>
      </w:r>
      <w:r w:rsidR="009C749C" w:rsidRPr="00D60AC2">
        <w:rPr>
          <w:rFonts w:ascii="Roboto Condensed" w:hAnsi="Roboto Condensed"/>
          <w:sz w:val="20"/>
          <w:lang w:val="pl-PL"/>
        </w:rPr>
        <w:t xml:space="preserve"> Kietlin</w:t>
      </w:r>
      <w:r w:rsidRPr="00D60AC2">
        <w:rPr>
          <w:rFonts w:ascii="Roboto Condensed" w:hAnsi="Roboto Condensed"/>
          <w:sz w:val="20"/>
          <w:lang w:val="pl-PL"/>
        </w:rPr>
        <w:t xml:space="preserve"> (122,9 ha) </w:t>
      </w:r>
    </w:p>
    <w:p w14:paraId="45DFCAFC" w14:textId="7B687E7D" w:rsidR="00446C89" w:rsidRPr="00D60AC2" w:rsidRDefault="00D60AC2" w:rsidP="008636AA">
      <w:pPr>
        <w:pStyle w:val="Tekstpodstawowy2"/>
        <w:numPr>
          <w:ilvl w:val="0"/>
          <w:numId w:val="3"/>
        </w:numPr>
        <w:spacing w:line="240" w:lineRule="auto"/>
        <w:ind w:left="567" w:hanging="227"/>
        <w:rPr>
          <w:rFonts w:ascii="Roboto Condensed" w:hAnsi="Roboto Condensed"/>
          <w:sz w:val="20"/>
          <w:lang w:val="pl-PL"/>
        </w:rPr>
      </w:pPr>
      <w:r w:rsidRPr="00D60AC2">
        <w:rPr>
          <w:rFonts w:ascii="Roboto Condensed" w:hAnsi="Roboto Condensed"/>
          <w:sz w:val="20"/>
          <w:lang w:val="pl-PL"/>
        </w:rPr>
        <w:t xml:space="preserve">14,9% powierzchni </w:t>
      </w:r>
      <w:r w:rsidR="009C749C" w:rsidRPr="00D60AC2">
        <w:rPr>
          <w:rFonts w:ascii="Roboto Condensed" w:hAnsi="Roboto Condensed"/>
          <w:sz w:val="20"/>
          <w:lang w:val="pl-PL"/>
        </w:rPr>
        <w:t>Strzałków</w:t>
      </w:r>
      <w:r w:rsidRPr="00D60AC2">
        <w:rPr>
          <w:rFonts w:ascii="Roboto Condensed" w:hAnsi="Roboto Condensed"/>
          <w:sz w:val="20"/>
          <w:lang w:val="pl-PL"/>
        </w:rPr>
        <w:t xml:space="preserve"> (120,3 ha) </w:t>
      </w:r>
    </w:p>
    <w:p w14:paraId="08FFE76C" w14:textId="22C0EC59" w:rsidR="00D60AC2" w:rsidRPr="00D60AC2" w:rsidRDefault="00D60AC2" w:rsidP="00D60AC2">
      <w:pPr>
        <w:pStyle w:val="Tekstpodstawowy2"/>
        <w:spacing w:line="240" w:lineRule="auto"/>
        <w:ind w:left="170"/>
        <w:rPr>
          <w:rFonts w:ascii="Roboto Condensed" w:hAnsi="Roboto Condensed"/>
          <w:sz w:val="20"/>
          <w:lang w:val="pl-PL"/>
        </w:rPr>
      </w:pPr>
      <w:r w:rsidRPr="00D60AC2">
        <w:rPr>
          <w:rFonts w:ascii="Roboto Condensed" w:hAnsi="Roboto Condensed"/>
          <w:sz w:val="20"/>
          <w:lang w:val="pl-PL"/>
        </w:rPr>
        <w:t>Łącznie 4,7% powierzchni gminy.</w:t>
      </w:r>
    </w:p>
    <w:p w14:paraId="34F08A8A" w14:textId="77777777" w:rsidR="00F2366B" w:rsidRDefault="00F2366B" w:rsidP="00C373E1">
      <w:pPr>
        <w:pStyle w:val="Tekstpodstawowy2"/>
        <w:spacing w:before="120" w:line="240" w:lineRule="auto"/>
        <w:ind w:left="170"/>
        <w:rPr>
          <w:rFonts w:ascii="Roboto Condensed" w:hAnsi="Roboto Condensed"/>
          <w:i/>
          <w:iCs/>
          <w:sz w:val="20"/>
          <w:lang w:val="pl-PL"/>
        </w:rPr>
      </w:pPr>
    </w:p>
    <w:p w14:paraId="0C035453" w14:textId="77777777" w:rsidR="00F2366B" w:rsidRDefault="00F2366B" w:rsidP="00C373E1">
      <w:pPr>
        <w:pStyle w:val="Tekstpodstawowy2"/>
        <w:spacing w:before="120" w:line="240" w:lineRule="auto"/>
        <w:ind w:left="170"/>
        <w:rPr>
          <w:rFonts w:ascii="Roboto Condensed" w:hAnsi="Roboto Condensed"/>
          <w:i/>
          <w:iCs/>
          <w:sz w:val="20"/>
          <w:lang w:val="pl-PL"/>
        </w:rPr>
      </w:pPr>
    </w:p>
    <w:p w14:paraId="3DC920C8" w14:textId="77777777" w:rsidR="00F2366B" w:rsidRDefault="00F2366B" w:rsidP="00C373E1">
      <w:pPr>
        <w:pStyle w:val="Tekstpodstawowy2"/>
        <w:spacing w:before="120" w:line="240" w:lineRule="auto"/>
        <w:ind w:left="170"/>
        <w:rPr>
          <w:rFonts w:ascii="Roboto Condensed" w:hAnsi="Roboto Condensed"/>
          <w:i/>
          <w:iCs/>
          <w:sz w:val="20"/>
          <w:lang w:val="pl-PL"/>
        </w:rPr>
      </w:pPr>
    </w:p>
    <w:p w14:paraId="346443CF" w14:textId="77777777" w:rsidR="00F2366B" w:rsidRDefault="00F2366B" w:rsidP="00C373E1">
      <w:pPr>
        <w:pStyle w:val="Tekstpodstawowy2"/>
        <w:spacing w:before="120" w:line="240" w:lineRule="auto"/>
        <w:ind w:left="170"/>
        <w:rPr>
          <w:rFonts w:ascii="Roboto Condensed" w:hAnsi="Roboto Condensed"/>
          <w:i/>
          <w:iCs/>
          <w:sz w:val="20"/>
          <w:lang w:val="pl-PL"/>
        </w:rPr>
      </w:pPr>
    </w:p>
    <w:p w14:paraId="2236B015" w14:textId="77777777" w:rsidR="00F2366B" w:rsidRDefault="00F2366B" w:rsidP="00C373E1">
      <w:pPr>
        <w:pStyle w:val="Tekstpodstawowy2"/>
        <w:spacing w:before="120" w:line="240" w:lineRule="auto"/>
        <w:ind w:left="170"/>
        <w:rPr>
          <w:rFonts w:ascii="Roboto Condensed" w:hAnsi="Roboto Condensed"/>
          <w:i/>
          <w:iCs/>
          <w:sz w:val="20"/>
          <w:lang w:val="pl-PL"/>
        </w:rPr>
      </w:pPr>
    </w:p>
    <w:p w14:paraId="5A8C3894" w14:textId="77777777" w:rsidR="00F2366B" w:rsidRDefault="00F2366B" w:rsidP="00C373E1">
      <w:pPr>
        <w:pStyle w:val="Tekstpodstawowy2"/>
        <w:spacing w:before="120" w:line="240" w:lineRule="auto"/>
        <w:ind w:left="170"/>
        <w:rPr>
          <w:rFonts w:ascii="Roboto Condensed" w:hAnsi="Roboto Condensed"/>
          <w:i/>
          <w:iCs/>
          <w:sz w:val="20"/>
          <w:lang w:val="pl-PL"/>
        </w:rPr>
      </w:pPr>
    </w:p>
    <w:p w14:paraId="1065C2D4" w14:textId="77777777" w:rsidR="00F2366B" w:rsidRDefault="00F2366B" w:rsidP="00C373E1">
      <w:pPr>
        <w:pStyle w:val="Tekstpodstawowy2"/>
        <w:spacing w:before="120" w:line="240" w:lineRule="auto"/>
        <w:ind w:left="170"/>
        <w:rPr>
          <w:rFonts w:ascii="Roboto Condensed" w:hAnsi="Roboto Condensed"/>
          <w:i/>
          <w:iCs/>
          <w:sz w:val="20"/>
          <w:lang w:val="pl-PL"/>
        </w:rPr>
      </w:pPr>
    </w:p>
    <w:p w14:paraId="7FC99760" w14:textId="77777777" w:rsidR="00590C8C" w:rsidRDefault="00590C8C" w:rsidP="00C373E1">
      <w:pPr>
        <w:pStyle w:val="Tekstpodstawowy2"/>
        <w:spacing w:before="120" w:line="240" w:lineRule="auto"/>
        <w:ind w:left="170"/>
        <w:rPr>
          <w:rFonts w:ascii="Roboto Condensed" w:hAnsi="Roboto Condensed"/>
          <w:i/>
          <w:iCs/>
          <w:sz w:val="20"/>
          <w:lang w:val="pl-PL"/>
        </w:rPr>
      </w:pPr>
    </w:p>
    <w:p w14:paraId="5E9F40A7" w14:textId="4CFB54D0" w:rsidR="004148DB" w:rsidRDefault="004148DB" w:rsidP="00C373E1">
      <w:pPr>
        <w:pStyle w:val="Tekstpodstawowy2"/>
        <w:spacing w:before="120" w:line="240" w:lineRule="auto"/>
        <w:ind w:left="170"/>
        <w:rPr>
          <w:rFonts w:ascii="Roboto Condensed" w:hAnsi="Roboto Condensed"/>
          <w:i/>
          <w:iCs/>
          <w:sz w:val="20"/>
          <w:lang w:val="pl-PL"/>
        </w:rPr>
      </w:pPr>
      <w:r w:rsidRPr="00C04570">
        <w:rPr>
          <w:rFonts w:ascii="Roboto Condensed" w:hAnsi="Roboto Condensed"/>
          <w:i/>
          <w:iCs/>
          <w:sz w:val="20"/>
          <w:lang w:val="pl-PL"/>
        </w:rPr>
        <w:lastRenderedPageBreak/>
        <w:t>Rys.1</w:t>
      </w:r>
      <w:r w:rsidR="00031034">
        <w:rPr>
          <w:rFonts w:ascii="Roboto Condensed" w:hAnsi="Roboto Condensed"/>
          <w:i/>
          <w:iCs/>
          <w:sz w:val="20"/>
          <w:lang w:val="pl-PL"/>
        </w:rPr>
        <w:t>5</w:t>
      </w:r>
      <w:r w:rsidRPr="00C04570">
        <w:rPr>
          <w:rFonts w:ascii="Roboto Condensed" w:hAnsi="Roboto Condensed"/>
          <w:i/>
          <w:iCs/>
          <w:sz w:val="20"/>
          <w:lang w:val="pl-PL"/>
        </w:rPr>
        <w:t xml:space="preserve">. </w:t>
      </w:r>
      <w:r>
        <w:rPr>
          <w:rFonts w:ascii="Roboto Condensed" w:hAnsi="Roboto Condensed"/>
          <w:i/>
          <w:iCs/>
          <w:sz w:val="20"/>
          <w:lang w:val="pl-PL"/>
        </w:rPr>
        <w:t>Obszary rewitalizacji i obszary zdegradowane</w:t>
      </w:r>
      <w:r w:rsidRPr="00C04570">
        <w:rPr>
          <w:rFonts w:ascii="Roboto Condensed" w:hAnsi="Roboto Condensed"/>
          <w:i/>
          <w:iCs/>
          <w:sz w:val="20"/>
          <w:lang w:val="pl-PL"/>
        </w:rPr>
        <w:t>.</w:t>
      </w:r>
    </w:p>
    <w:p w14:paraId="6DE3FCF7" w14:textId="71D14643" w:rsidR="004148DB" w:rsidRPr="009A175C" w:rsidRDefault="00BC3F44" w:rsidP="00C373E1">
      <w:pPr>
        <w:pStyle w:val="Tekstpodstawowy2"/>
        <w:spacing w:before="120" w:line="240" w:lineRule="auto"/>
        <w:ind w:left="170"/>
        <w:rPr>
          <w:rFonts w:ascii="Roboto Condensed" w:hAnsi="Roboto Condensed"/>
          <w:color w:val="EE0000"/>
          <w:sz w:val="20"/>
          <w:lang w:val="pl-PL"/>
        </w:rPr>
      </w:pPr>
      <w:r>
        <w:rPr>
          <w:rFonts w:ascii="Roboto Condensed" w:hAnsi="Roboto Condensed"/>
          <w:i/>
          <w:iCs/>
          <w:noProof/>
          <w:sz w:val="20"/>
          <w:lang w:val="pl-PL"/>
        </w:rPr>
        <w:drawing>
          <wp:inline distT="0" distB="0" distL="0" distR="0" wp14:anchorId="21C99405" wp14:editId="7C14AD54">
            <wp:extent cx="6289675" cy="5820410"/>
            <wp:effectExtent l="0" t="0" r="0" b="8890"/>
            <wp:docPr id="198871202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89675" cy="5820410"/>
                    </a:xfrm>
                    <a:prstGeom prst="rect">
                      <a:avLst/>
                    </a:prstGeom>
                    <a:noFill/>
                    <a:ln>
                      <a:noFill/>
                    </a:ln>
                  </pic:spPr>
                </pic:pic>
              </a:graphicData>
            </a:graphic>
          </wp:inline>
        </w:drawing>
      </w:r>
    </w:p>
    <w:p w14:paraId="1C504F03" w14:textId="77777777" w:rsidR="00446C89" w:rsidRPr="009A175C" w:rsidRDefault="00446C89" w:rsidP="00446C89">
      <w:pPr>
        <w:rPr>
          <w:color w:val="EE0000"/>
        </w:rPr>
      </w:pPr>
    </w:p>
    <w:p w14:paraId="52A00BBB" w14:textId="3D5965A1" w:rsidR="00F55599" w:rsidRPr="00C04570" w:rsidRDefault="00F3409C" w:rsidP="008B0A32">
      <w:pPr>
        <w:pStyle w:val="Nagwek1"/>
        <w:spacing w:before="60" w:after="60" w:line="240" w:lineRule="auto"/>
        <w:ind w:left="737" w:hanging="567"/>
        <w:rPr>
          <w:rFonts w:ascii="Roboto Condensed" w:hAnsi="Roboto Condensed"/>
          <w:bCs/>
          <w:sz w:val="22"/>
          <w:szCs w:val="22"/>
          <w:lang w:val="pl-PL"/>
        </w:rPr>
      </w:pPr>
      <w:bookmarkStart w:id="75" w:name="_Toc193697382"/>
      <w:bookmarkStart w:id="76" w:name="_Toc206769038"/>
      <w:r w:rsidRPr="00C04570">
        <w:rPr>
          <w:rFonts w:ascii="Roboto Condensed" w:hAnsi="Roboto Condensed"/>
          <w:bCs/>
          <w:sz w:val="22"/>
          <w:szCs w:val="22"/>
          <w:lang w:val="pl-PL"/>
        </w:rPr>
        <w:t>2.18.</w:t>
      </w:r>
      <w:r w:rsidR="00F55599" w:rsidRPr="00C04570">
        <w:rPr>
          <w:rFonts w:ascii="Roboto Condensed" w:hAnsi="Roboto Condensed"/>
          <w:bCs/>
          <w:sz w:val="22"/>
          <w:szCs w:val="22"/>
          <w:lang w:val="pl-PL"/>
        </w:rPr>
        <w:t xml:space="preserve"> </w:t>
      </w:r>
      <w:r w:rsidRPr="00C04570">
        <w:rPr>
          <w:rFonts w:ascii="Roboto Condensed" w:hAnsi="Roboto Condensed"/>
          <w:bCs/>
          <w:sz w:val="22"/>
          <w:szCs w:val="22"/>
          <w:lang w:val="pl-PL"/>
        </w:rPr>
        <w:t>O</w:t>
      </w:r>
      <w:r w:rsidR="00F55599" w:rsidRPr="00C04570">
        <w:rPr>
          <w:rFonts w:ascii="Roboto Condensed" w:hAnsi="Roboto Condensed"/>
          <w:bCs/>
          <w:sz w:val="22"/>
          <w:szCs w:val="22"/>
          <w:lang w:val="pl-PL"/>
        </w:rPr>
        <w:t>bszary ciche w aglomeracji oraz obszary ciche poza aglomeracją</w:t>
      </w:r>
      <w:bookmarkEnd w:id="75"/>
      <w:bookmarkEnd w:id="76"/>
    </w:p>
    <w:p w14:paraId="0BF42C0A" w14:textId="27EEF01E" w:rsidR="00446C89" w:rsidRPr="009A175C" w:rsidRDefault="00446C89" w:rsidP="00C373E1">
      <w:pPr>
        <w:pStyle w:val="Tekstpodstawowy2"/>
        <w:spacing w:before="120" w:line="240" w:lineRule="auto"/>
        <w:ind w:left="170"/>
        <w:rPr>
          <w:rFonts w:ascii="Roboto Condensed" w:hAnsi="Roboto Condensed"/>
          <w:color w:val="EE0000"/>
          <w:sz w:val="20"/>
          <w:lang w:val="pl-PL"/>
        </w:rPr>
      </w:pPr>
      <w:r w:rsidRPr="00C04570">
        <w:rPr>
          <w:rFonts w:ascii="Roboto Condensed" w:hAnsi="Roboto Condensed"/>
          <w:sz w:val="20"/>
          <w:lang w:val="pl-PL"/>
        </w:rPr>
        <w:t xml:space="preserve">Nie wyznaczono na obszarze gminy </w:t>
      </w:r>
      <w:r w:rsidR="00C04570">
        <w:rPr>
          <w:rFonts w:ascii="Roboto Condensed" w:hAnsi="Roboto Condensed"/>
          <w:sz w:val="20"/>
          <w:lang w:val="pl-PL"/>
        </w:rPr>
        <w:t>Radomsko</w:t>
      </w:r>
    </w:p>
    <w:p w14:paraId="3AEA3464" w14:textId="77777777" w:rsidR="00C373E1" w:rsidRPr="008C6B9A" w:rsidRDefault="00C373E1" w:rsidP="00C373E1"/>
    <w:p w14:paraId="172D3C26" w14:textId="6F7E234B" w:rsidR="00DC7037" w:rsidRPr="009A175C" w:rsidRDefault="00F3409C" w:rsidP="00446C89">
      <w:pPr>
        <w:pStyle w:val="Nagwek1"/>
        <w:spacing w:before="60" w:after="60" w:line="240" w:lineRule="auto"/>
        <w:ind w:left="737" w:hanging="567"/>
        <w:rPr>
          <w:rFonts w:ascii="Roboto Condensed" w:hAnsi="Roboto Condensed"/>
          <w:bCs/>
          <w:color w:val="EE0000"/>
          <w:sz w:val="22"/>
          <w:szCs w:val="22"/>
          <w:lang w:val="pl-PL"/>
        </w:rPr>
      </w:pPr>
      <w:bookmarkStart w:id="77" w:name="_Toc193697383"/>
      <w:bookmarkStart w:id="78" w:name="_Toc206769039"/>
      <w:r w:rsidRPr="008C6B9A">
        <w:rPr>
          <w:rFonts w:ascii="Roboto Condensed" w:hAnsi="Roboto Condensed"/>
          <w:bCs/>
          <w:sz w:val="22"/>
          <w:szCs w:val="22"/>
          <w:lang w:val="pl-PL"/>
        </w:rPr>
        <w:t>2.19. G</w:t>
      </w:r>
      <w:r w:rsidR="00F55599" w:rsidRPr="008C6B9A">
        <w:rPr>
          <w:rFonts w:ascii="Roboto Condensed" w:hAnsi="Roboto Condensed"/>
          <w:bCs/>
          <w:sz w:val="22"/>
          <w:szCs w:val="22"/>
          <w:lang w:val="pl-PL"/>
        </w:rPr>
        <w:t>runty rolne stanowiące użytki rolne klas I–III oraz grunty leśne</w:t>
      </w:r>
      <w:bookmarkEnd w:id="77"/>
      <w:bookmarkEnd w:id="78"/>
    </w:p>
    <w:p w14:paraId="0885C4E8" w14:textId="220B89CC" w:rsidR="00611975" w:rsidRPr="00685FA7" w:rsidRDefault="00611975" w:rsidP="00C373E1">
      <w:pPr>
        <w:pStyle w:val="Tekstpodstawowy2"/>
        <w:spacing w:before="120" w:line="240" w:lineRule="auto"/>
        <w:ind w:left="170"/>
        <w:rPr>
          <w:rFonts w:ascii="Roboto Condensed" w:hAnsi="Roboto Condensed"/>
          <w:sz w:val="20"/>
          <w:lang w:val="pl-PL"/>
        </w:rPr>
      </w:pPr>
      <w:r w:rsidRPr="009A15C1">
        <w:rPr>
          <w:rFonts w:ascii="Roboto Condensed" w:hAnsi="Roboto Condensed"/>
          <w:sz w:val="20"/>
          <w:lang w:val="pl-PL"/>
        </w:rPr>
        <w:t xml:space="preserve">Grunty rolne z wyłączeniem gruntów </w:t>
      </w:r>
      <w:r w:rsidR="00685FA7">
        <w:rPr>
          <w:rFonts w:ascii="Roboto Condensed" w:hAnsi="Roboto Condensed"/>
          <w:sz w:val="20"/>
          <w:lang w:val="pl-PL"/>
        </w:rPr>
        <w:t xml:space="preserve">zabudowanych, </w:t>
      </w:r>
      <w:r w:rsidRPr="009A15C1">
        <w:rPr>
          <w:rFonts w:ascii="Roboto Condensed" w:hAnsi="Roboto Condensed"/>
          <w:sz w:val="20"/>
          <w:lang w:val="pl-PL"/>
        </w:rPr>
        <w:t>zadrzewionych i gruntów pod wodami w gminie obejmują 4</w:t>
      </w:r>
      <w:r w:rsidR="00685FA7">
        <w:rPr>
          <w:rFonts w:ascii="Roboto Condensed" w:hAnsi="Roboto Condensed"/>
          <w:sz w:val="20"/>
          <w:lang w:val="pl-PL"/>
        </w:rPr>
        <w:t>200</w:t>
      </w:r>
      <w:r w:rsidRPr="009A15C1">
        <w:rPr>
          <w:rFonts w:ascii="Roboto Condensed" w:hAnsi="Roboto Condensed"/>
          <w:sz w:val="20"/>
          <w:lang w:val="pl-PL"/>
        </w:rPr>
        <w:t xml:space="preserve"> ha, co sta</w:t>
      </w:r>
      <w:r w:rsidRPr="00685FA7">
        <w:rPr>
          <w:rFonts w:ascii="Roboto Condensed" w:hAnsi="Roboto Condensed"/>
          <w:sz w:val="20"/>
          <w:lang w:val="pl-PL"/>
        </w:rPr>
        <w:t xml:space="preserve">nowi </w:t>
      </w:r>
      <w:r w:rsidR="00685FA7" w:rsidRPr="00685FA7">
        <w:rPr>
          <w:rFonts w:ascii="Roboto Condensed" w:hAnsi="Roboto Condensed"/>
          <w:sz w:val="20"/>
          <w:lang w:val="pl-PL"/>
        </w:rPr>
        <w:t>49</w:t>
      </w:r>
      <w:r w:rsidRPr="00685FA7">
        <w:rPr>
          <w:rFonts w:ascii="Roboto Condensed" w:hAnsi="Roboto Condensed"/>
          <w:sz w:val="20"/>
          <w:lang w:val="pl-PL"/>
        </w:rPr>
        <w:t xml:space="preserve">% obszaru gminy, z czego na grunty klasy III przypada około </w:t>
      </w:r>
      <w:r w:rsidR="009A15C1" w:rsidRPr="00685FA7">
        <w:rPr>
          <w:rFonts w:ascii="Roboto Condensed" w:hAnsi="Roboto Condensed"/>
          <w:sz w:val="20"/>
          <w:lang w:val="pl-PL"/>
        </w:rPr>
        <w:t>6</w:t>
      </w:r>
      <w:r w:rsidR="00685FA7" w:rsidRPr="00685FA7">
        <w:rPr>
          <w:rFonts w:ascii="Roboto Condensed" w:hAnsi="Roboto Condensed"/>
          <w:sz w:val="20"/>
          <w:lang w:val="pl-PL"/>
        </w:rPr>
        <w:t>3</w:t>
      </w:r>
      <w:r w:rsidR="009A15C1" w:rsidRPr="00685FA7">
        <w:rPr>
          <w:rFonts w:ascii="Roboto Condensed" w:hAnsi="Roboto Condensed"/>
          <w:sz w:val="20"/>
          <w:lang w:val="pl-PL"/>
        </w:rPr>
        <w:t>,</w:t>
      </w:r>
      <w:r w:rsidR="00685FA7" w:rsidRPr="00685FA7">
        <w:rPr>
          <w:rFonts w:ascii="Roboto Condensed" w:hAnsi="Roboto Condensed"/>
          <w:sz w:val="20"/>
          <w:lang w:val="pl-PL"/>
        </w:rPr>
        <w:t>3</w:t>
      </w:r>
      <w:r w:rsidRPr="00685FA7">
        <w:rPr>
          <w:rFonts w:ascii="Roboto Condensed" w:hAnsi="Roboto Condensed"/>
          <w:sz w:val="20"/>
          <w:lang w:val="pl-PL"/>
        </w:rPr>
        <w:t xml:space="preserve"> ha, co stanowi </w:t>
      </w:r>
      <w:r w:rsidR="009A15C1" w:rsidRPr="00685FA7">
        <w:rPr>
          <w:rFonts w:ascii="Roboto Condensed" w:hAnsi="Roboto Condensed"/>
          <w:sz w:val="20"/>
          <w:lang w:val="pl-PL"/>
        </w:rPr>
        <w:t>zaledwie 1,5</w:t>
      </w:r>
      <w:r w:rsidRPr="00685FA7">
        <w:rPr>
          <w:rFonts w:ascii="Roboto Condensed" w:hAnsi="Roboto Condensed"/>
          <w:sz w:val="20"/>
          <w:lang w:val="pl-PL"/>
        </w:rPr>
        <w:t xml:space="preserve">% </w:t>
      </w:r>
      <w:r w:rsidR="0037295E" w:rsidRPr="00685FA7">
        <w:rPr>
          <w:rFonts w:ascii="Roboto Condensed" w:hAnsi="Roboto Condensed"/>
          <w:sz w:val="20"/>
          <w:lang w:val="pl-PL"/>
        </w:rPr>
        <w:t>gruntów rolnych.</w:t>
      </w:r>
      <w:r w:rsidR="00685FA7" w:rsidRPr="00685FA7">
        <w:rPr>
          <w:rFonts w:ascii="Roboto Condensed" w:hAnsi="Roboto Condensed"/>
          <w:sz w:val="20"/>
          <w:lang w:val="pl-PL"/>
        </w:rPr>
        <w:t xml:space="preserve"> Ponadto zabudowane grunty rolne obejmują łącznie 171,1 ha (z czego grunty klasy III obejmują 4,9 ha), co stanowi 3,9% gruntów rolnych w gminie.</w:t>
      </w:r>
    </w:p>
    <w:p w14:paraId="7B2932D1" w14:textId="2DE6FBDC" w:rsidR="0037295E" w:rsidRDefault="0037295E" w:rsidP="00C373E1">
      <w:pPr>
        <w:pStyle w:val="Tekstpodstawowy2"/>
        <w:spacing w:before="120" w:line="240" w:lineRule="auto"/>
        <w:ind w:left="170"/>
        <w:rPr>
          <w:rFonts w:ascii="Roboto Condensed" w:hAnsi="Roboto Condensed"/>
          <w:color w:val="EE0000"/>
          <w:sz w:val="20"/>
          <w:lang w:val="pl-PL"/>
        </w:rPr>
      </w:pPr>
      <w:r w:rsidRPr="00685FA7">
        <w:rPr>
          <w:rFonts w:ascii="Roboto Condensed" w:hAnsi="Roboto Condensed"/>
          <w:sz w:val="20"/>
          <w:lang w:val="pl-PL"/>
        </w:rPr>
        <w:t xml:space="preserve">Jak wskazuje poniżej zamieszczony schemat grunty </w:t>
      </w:r>
      <w:r w:rsidR="00685FA7" w:rsidRPr="00685FA7">
        <w:rPr>
          <w:rFonts w:ascii="Roboto Condensed" w:hAnsi="Roboto Condensed"/>
          <w:sz w:val="20"/>
          <w:lang w:val="pl-PL"/>
        </w:rPr>
        <w:t>rolne III klasy</w:t>
      </w:r>
      <w:r w:rsidRPr="00685FA7">
        <w:rPr>
          <w:rFonts w:ascii="Roboto Condensed" w:hAnsi="Roboto Condensed"/>
          <w:sz w:val="20"/>
          <w:lang w:val="pl-PL"/>
        </w:rPr>
        <w:t xml:space="preserve"> </w:t>
      </w:r>
      <w:r w:rsidR="00685FA7" w:rsidRPr="00685FA7">
        <w:rPr>
          <w:rFonts w:ascii="Roboto Condensed" w:hAnsi="Roboto Condensed"/>
          <w:sz w:val="20"/>
          <w:lang w:val="pl-PL"/>
        </w:rPr>
        <w:t>występują głównie w Strzałkowie i Kolonii Kietlin oraz Kietlinie</w:t>
      </w:r>
      <w:r w:rsidRPr="00685FA7">
        <w:rPr>
          <w:rFonts w:ascii="Roboto Condensed" w:hAnsi="Roboto Condensed"/>
          <w:sz w:val="20"/>
          <w:lang w:val="pl-PL"/>
        </w:rPr>
        <w:t xml:space="preserve">. W obszarach południowych </w:t>
      </w:r>
      <w:r w:rsidR="00685FA7" w:rsidRPr="00685FA7">
        <w:rPr>
          <w:rFonts w:ascii="Roboto Condensed" w:hAnsi="Roboto Condensed"/>
          <w:sz w:val="20"/>
          <w:lang w:val="pl-PL"/>
        </w:rPr>
        <w:t xml:space="preserve">doliny Warty grunty rolne organiczne klas chronionych nie występują. </w:t>
      </w:r>
    </w:p>
    <w:p w14:paraId="5998AE62" w14:textId="796C5428" w:rsidR="00446C89" w:rsidRDefault="00685FA7" w:rsidP="000B6F3E">
      <w:pPr>
        <w:pStyle w:val="Tekstpodstawowy2"/>
        <w:spacing w:before="120" w:line="240" w:lineRule="auto"/>
        <w:ind w:left="170"/>
        <w:rPr>
          <w:rFonts w:ascii="Roboto Condensed" w:hAnsi="Roboto Condensed"/>
          <w:sz w:val="20"/>
          <w:lang w:val="pl-PL"/>
        </w:rPr>
      </w:pPr>
      <w:r w:rsidRPr="00BD2A17">
        <w:rPr>
          <w:rFonts w:ascii="Roboto Condensed" w:hAnsi="Roboto Condensed"/>
          <w:sz w:val="20"/>
          <w:lang w:val="pl-PL"/>
        </w:rPr>
        <w:t>Większy areał gruntów chronionych stanowią grunty organiczne</w:t>
      </w:r>
      <w:r w:rsidR="00BD2A17" w:rsidRPr="00BD2A17">
        <w:rPr>
          <w:rFonts w:ascii="Roboto Condensed" w:hAnsi="Roboto Condensed"/>
          <w:sz w:val="20"/>
          <w:lang w:val="pl-PL"/>
        </w:rPr>
        <w:t>,</w:t>
      </w:r>
      <w:r w:rsidRPr="00BD2A17">
        <w:rPr>
          <w:rFonts w:ascii="Roboto Condensed" w:hAnsi="Roboto Condensed"/>
          <w:sz w:val="20"/>
          <w:lang w:val="pl-PL"/>
        </w:rPr>
        <w:t xml:space="preserve"> które występują w rozproszeniu w całej gminie. Ich łączny areał to</w:t>
      </w:r>
      <w:r w:rsidR="00BD2A17" w:rsidRPr="00BD2A17">
        <w:rPr>
          <w:rFonts w:ascii="Roboto Condensed" w:hAnsi="Roboto Condensed"/>
          <w:sz w:val="20"/>
          <w:lang w:val="pl-PL"/>
        </w:rPr>
        <w:t xml:space="preserve"> 455,6 ha</w:t>
      </w:r>
      <w:r w:rsidR="000B6F3E">
        <w:rPr>
          <w:rFonts w:ascii="Roboto Condensed" w:hAnsi="Roboto Condensed"/>
          <w:sz w:val="20"/>
          <w:lang w:val="pl-PL"/>
        </w:rPr>
        <w:t xml:space="preserve"> - w Strzałkowie 106,1 ha, Bobrach 94,7 ha, Jadwinówce 70,9 ha, w Dąbrówce 57,3 ha, w Kolonii Kietlin 55,1 ha, w sołectwach Grzebień, Płoszów, Szczepocice Prywatne i Szczepocice Rządowe po około 20-30 ha, a najmniejsze areały od 0,6ha do 7,5 ha w sołectwach Kietlin, </w:t>
      </w:r>
      <w:proofErr w:type="spellStart"/>
      <w:r w:rsidR="000B6F3E">
        <w:rPr>
          <w:rFonts w:ascii="Roboto Condensed" w:hAnsi="Roboto Condensed"/>
          <w:sz w:val="20"/>
          <w:lang w:val="pl-PL"/>
        </w:rPr>
        <w:t>Dziepółć</w:t>
      </w:r>
      <w:proofErr w:type="spellEnd"/>
      <w:r w:rsidR="000B6F3E">
        <w:rPr>
          <w:rFonts w:ascii="Roboto Condensed" w:hAnsi="Roboto Condensed"/>
          <w:sz w:val="20"/>
          <w:lang w:val="pl-PL"/>
        </w:rPr>
        <w:t xml:space="preserve"> i Okrajszów.</w:t>
      </w:r>
    </w:p>
    <w:p w14:paraId="522DE33E" w14:textId="1D423234" w:rsidR="00541828" w:rsidRPr="009A175C" w:rsidRDefault="00541828" w:rsidP="000B6F3E">
      <w:pPr>
        <w:pStyle w:val="Tekstpodstawowy2"/>
        <w:spacing w:before="120" w:line="240" w:lineRule="auto"/>
        <w:ind w:left="170"/>
        <w:rPr>
          <w:rFonts w:ascii="Roboto Condensed" w:hAnsi="Roboto Condensed"/>
          <w:color w:val="EE0000"/>
          <w:sz w:val="20"/>
          <w:lang w:val="pl-PL"/>
        </w:rPr>
      </w:pPr>
      <w:r>
        <w:rPr>
          <w:rFonts w:ascii="Roboto Condensed" w:hAnsi="Roboto Condensed"/>
          <w:sz w:val="20"/>
          <w:lang w:val="pl-PL"/>
        </w:rPr>
        <w:t>W gminie w latach 1968-2020 nie przeprowadzano scaleń gruntów rolnych stąd stopień potrzeb scalania gruntów rolnych w gminie uznaje się za wysoki, przekraczający 30%.</w:t>
      </w:r>
    </w:p>
    <w:p w14:paraId="24B163DF" w14:textId="77777777" w:rsidR="007A5341" w:rsidRPr="009A175C" w:rsidRDefault="007A5341">
      <w:pPr>
        <w:rPr>
          <w:rFonts w:ascii="Roboto Condensed" w:hAnsi="Roboto Condensed"/>
          <w:i/>
          <w:iCs/>
          <w:color w:val="EE0000"/>
          <w:sz w:val="20"/>
          <w:szCs w:val="20"/>
        </w:rPr>
      </w:pPr>
      <w:r w:rsidRPr="009A175C">
        <w:rPr>
          <w:rFonts w:ascii="Roboto Condensed" w:hAnsi="Roboto Condensed"/>
          <w:i/>
          <w:iCs/>
          <w:color w:val="EE0000"/>
          <w:sz w:val="20"/>
        </w:rPr>
        <w:br w:type="page"/>
      </w:r>
    </w:p>
    <w:p w14:paraId="6E078101" w14:textId="30923F2A" w:rsidR="00446C89" w:rsidRPr="009629F2" w:rsidRDefault="0037295E" w:rsidP="00C373E1">
      <w:pPr>
        <w:pStyle w:val="Tekstpodstawowy2"/>
        <w:spacing w:before="120" w:after="120" w:line="240" w:lineRule="auto"/>
        <w:ind w:left="170"/>
        <w:rPr>
          <w:rFonts w:ascii="Roboto Condensed" w:hAnsi="Roboto Condensed"/>
          <w:sz w:val="20"/>
          <w:lang w:val="pl-PL"/>
        </w:rPr>
      </w:pPr>
      <w:bookmarkStart w:id="79" w:name="_Hlk198649779"/>
      <w:r w:rsidRPr="000B6F3E">
        <w:rPr>
          <w:rFonts w:ascii="Roboto Condensed" w:hAnsi="Roboto Condensed"/>
          <w:i/>
          <w:iCs/>
          <w:sz w:val="20"/>
          <w:lang w:val="pl-PL"/>
        </w:rPr>
        <w:lastRenderedPageBreak/>
        <w:t>Rys.</w:t>
      </w:r>
      <w:r w:rsidR="007C60F5" w:rsidRPr="000B6F3E">
        <w:rPr>
          <w:rFonts w:ascii="Roboto Condensed" w:hAnsi="Roboto Condensed"/>
          <w:i/>
          <w:iCs/>
          <w:sz w:val="20"/>
          <w:lang w:val="pl-PL"/>
        </w:rPr>
        <w:t>1</w:t>
      </w:r>
      <w:r w:rsidR="00031034">
        <w:rPr>
          <w:rFonts w:ascii="Roboto Condensed" w:hAnsi="Roboto Condensed"/>
          <w:i/>
          <w:iCs/>
          <w:sz w:val="20"/>
          <w:lang w:val="pl-PL"/>
        </w:rPr>
        <w:t>6</w:t>
      </w:r>
      <w:r w:rsidRPr="000B6F3E">
        <w:rPr>
          <w:rFonts w:ascii="Roboto Condensed" w:hAnsi="Roboto Condensed"/>
          <w:i/>
          <w:iCs/>
          <w:sz w:val="20"/>
          <w:lang w:val="pl-PL"/>
        </w:rPr>
        <w:t xml:space="preserve">. </w:t>
      </w:r>
      <w:r w:rsidR="009629F2">
        <w:rPr>
          <w:rFonts w:ascii="Roboto Condensed" w:hAnsi="Roboto Condensed"/>
          <w:i/>
          <w:iCs/>
          <w:sz w:val="20"/>
          <w:lang w:val="pl-PL"/>
        </w:rPr>
        <w:t>Rozmieszczenie g</w:t>
      </w:r>
      <w:r w:rsidRPr="000B6F3E">
        <w:rPr>
          <w:rFonts w:ascii="Roboto Condensed" w:hAnsi="Roboto Condensed"/>
          <w:i/>
          <w:iCs/>
          <w:sz w:val="20"/>
          <w:lang w:val="pl-PL"/>
        </w:rPr>
        <w:t>runt</w:t>
      </w:r>
      <w:r w:rsidR="009629F2">
        <w:rPr>
          <w:rFonts w:ascii="Roboto Condensed" w:hAnsi="Roboto Condensed"/>
          <w:i/>
          <w:iCs/>
          <w:sz w:val="20"/>
          <w:lang w:val="pl-PL"/>
        </w:rPr>
        <w:t>ów</w:t>
      </w:r>
      <w:r w:rsidRPr="000B6F3E">
        <w:rPr>
          <w:rFonts w:ascii="Roboto Condensed" w:hAnsi="Roboto Condensed"/>
          <w:i/>
          <w:iCs/>
          <w:sz w:val="20"/>
          <w:lang w:val="pl-PL"/>
        </w:rPr>
        <w:t xml:space="preserve"> roln</w:t>
      </w:r>
      <w:r w:rsidR="009629F2">
        <w:rPr>
          <w:rFonts w:ascii="Roboto Condensed" w:hAnsi="Roboto Condensed"/>
          <w:i/>
          <w:iCs/>
          <w:sz w:val="20"/>
          <w:lang w:val="pl-PL"/>
        </w:rPr>
        <w:t>ych</w:t>
      </w:r>
      <w:r w:rsidRPr="000B6F3E">
        <w:rPr>
          <w:rFonts w:ascii="Roboto Condensed" w:hAnsi="Roboto Condensed"/>
          <w:i/>
          <w:iCs/>
          <w:sz w:val="20"/>
          <w:lang w:val="pl-PL"/>
        </w:rPr>
        <w:t xml:space="preserve"> c</w:t>
      </w:r>
      <w:r w:rsidRPr="009629F2">
        <w:rPr>
          <w:rFonts w:ascii="Roboto Condensed" w:hAnsi="Roboto Condensed"/>
          <w:i/>
          <w:iCs/>
          <w:sz w:val="20"/>
          <w:lang w:val="pl-PL"/>
        </w:rPr>
        <w:t>hronion</w:t>
      </w:r>
      <w:r w:rsidR="009629F2" w:rsidRPr="009629F2">
        <w:rPr>
          <w:rFonts w:ascii="Roboto Condensed" w:hAnsi="Roboto Condensed"/>
          <w:i/>
          <w:iCs/>
          <w:sz w:val="20"/>
          <w:lang w:val="pl-PL"/>
        </w:rPr>
        <w:t>ych</w:t>
      </w:r>
      <w:r w:rsidRPr="009629F2">
        <w:rPr>
          <w:rFonts w:ascii="Roboto Condensed" w:hAnsi="Roboto Condensed"/>
          <w:i/>
          <w:iCs/>
          <w:sz w:val="20"/>
          <w:lang w:val="pl-PL"/>
        </w:rPr>
        <w:t>.</w:t>
      </w:r>
    </w:p>
    <w:bookmarkEnd w:id="79"/>
    <w:p w14:paraId="56F58C5F" w14:textId="2CB831D0" w:rsidR="00491A5D" w:rsidRPr="009A175C" w:rsidRDefault="00637BD6" w:rsidP="00637BD6">
      <w:pPr>
        <w:pStyle w:val="Tekstpodstawowy2"/>
        <w:spacing w:line="240" w:lineRule="auto"/>
        <w:ind w:left="170"/>
        <w:jc w:val="center"/>
        <w:rPr>
          <w:rFonts w:ascii="Roboto Condensed" w:hAnsi="Roboto Condensed"/>
          <w:color w:val="EE0000"/>
          <w:sz w:val="20"/>
          <w:lang w:val="pl-PL"/>
        </w:rPr>
      </w:pPr>
      <w:r>
        <w:rPr>
          <w:rFonts w:ascii="Roboto Condensed" w:hAnsi="Roboto Condensed"/>
          <w:noProof/>
          <w:color w:val="EE0000"/>
          <w:sz w:val="20"/>
          <w:lang w:val="pl-PL"/>
        </w:rPr>
        <w:drawing>
          <wp:inline distT="0" distB="0" distL="0" distR="0" wp14:anchorId="17E3170C" wp14:editId="2BB06F6D">
            <wp:extent cx="6152137" cy="5693134"/>
            <wp:effectExtent l="0" t="0" r="1270" b="3175"/>
            <wp:docPr id="24804615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68892" cy="5708639"/>
                    </a:xfrm>
                    <a:prstGeom prst="rect">
                      <a:avLst/>
                    </a:prstGeom>
                    <a:noFill/>
                    <a:ln>
                      <a:noFill/>
                    </a:ln>
                  </pic:spPr>
                </pic:pic>
              </a:graphicData>
            </a:graphic>
          </wp:inline>
        </w:drawing>
      </w:r>
    </w:p>
    <w:p w14:paraId="661619C8" w14:textId="77777777" w:rsidR="0016027F" w:rsidRPr="009A175C" w:rsidRDefault="0016027F" w:rsidP="00C373E1">
      <w:pPr>
        <w:pStyle w:val="Tekstpodstawowy2"/>
        <w:spacing w:line="240" w:lineRule="auto"/>
        <w:rPr>
          <w:rFonts w:ascii="Roboto Condensed" w:hAnsi="Roboto Condensed"/>
          <w:color w:val="EE0000"/>
          <w:sz w:val="20"/>
          <w:lang w:val="pl-PL"/>
        </w:rPr>
      </w:pPr>
    </w:p>
    <w:p w14:paraId="79EDDD53" w14:textId="77777777" w:rsidR="007A5341" w:rsidRPr="009A175C" w:rsidRDefault="007A5341">
      <w:pPr>
        <w:rPr>
          <w:rFonts w:ascii="Roboto Condensed" w:hAnsi="Roboto Condensed"/>
          <w:color w:val="EE0000"/>
          <w:sz w:val="20"/>
          <w:szCs w:val="20"/>
        </w:rPr>
      </w:pPr>
      <w:r w:rsidRPr="009A175C">
        <w:rPr>
          <w:rFonts w:ascii="Roboto Condensed" w:hAnsi="Roboto Condensed"/>
          <w:color w:val="EE0000"/>
          <w:sz w:val="20"/>
        </w:rPr>
        <w:br w:type="page"/>
      </w:r>
    </w:p>
    <w:p w14:paraId="49A2A595" w14:textId="22B95C8B" w:rsidR="0074550E" w:rsidRPr="009629F2" w:rsidRDefault="000278D9" w:rsidP="00C373E1">
      <w:pPr>
        <w:pStyle w:val="Tekstpodstawowy2"/>
        <w:spacing w:before="120" w:line="240" w:lineRule="auto"/>
        <w:ind w:left="170"/>
        <w:rPr>
          <w:lang w:val="pl-PL"/>
        </w:rPr>
      </w:pPr>
      <w:r w:rsidRPr="009629F2">
        <w:rPr>
          <w:rFonts w:ascii="Roboto Condensed" w:hAnsi="Roboto Condensed"/>
          <w:sz w:val="20"/>
          <w:lang w:val="pl-PL"/>
        </w:rPr>
        <w:lastRenderedPageBreak/>
        <w:t xml:space="preserve">Areał gruntów leśnych w Gminie </w:t>
      </w:r>
      <w:r w:rsidR="009629F2" w:rsidRPr="009629F2">
        <w:rPr>
          <w:rFonts w:ascii="Roboto Condensed" w:hAnsi="Roboto Condensed"/>
          <w:sz w:val="20"/>
          <w:lang w:val="pl-PL"/>
        </w:rPr>
        <w:t>Radomsko</w:t>
      </w:r>
      <w:r w:rsidRPr="009629F2">
        <w:rPr>
          <w:rFonts w:ascii="Roboto Condensed" w:hAnsi="Roboto Condensed"/>
          <w:sz w:val="20"/>
          <w:lang w:val="pl-PL"/>
        </w:rPr>
        <w:t xml:space="preserve"> to </w:t>
      </w:r>
      <w:r w:rsidR="0037295E" w:rsidRPr="009629F2">
        <w:rPr>
          <w:rFonts w:ascii="Roboto Condensed" w:hAnsi="Roboto Condensed"/>
          <w:sz w:val="20"/>
          <w:lang w:val="pl-PL"/>
        </w:rPr>
        <w:t xml:space="preserve">około </w:t>
      </w:r>
      <w:r w:rsidR="009629F2" w:rsidRPr="009629F2">
        <w:rPr>
          <w:rFonts w:ascii="Roboto Condensed" w:hAnsi="Roboto Condensed"/>
          <w:sz w:val="20"/>
          <w:lang w:val="pl-PL"/>
        </w:rPr>
        <w:t>3693</w:t>
      </w:r>
      <w:r w:rsidRPr="009629F2">
        <w:rPr>
          <w:rFonts w:ascii="Roboto Condensed" w:hAnsi="Roboto Condensed"/>
          <w:sz w:val="20"/>
          <w:lang w:val="pl-PL"/>
        </w:rPr>
        <w:t xml:space="preserve"> ha</w:t>
      </w:r>
      <w:r w:rsidR="0037295E" w:rsidRPr="009629F2">
        <w:rPr>
          <w:rFonts w:ascii="Roboto Condensed" w:hAnsi="Roboto Condensed"/>
          <w:sz w:val="20"/>
          <w:lang w:val="pl-PL"/>
        </w:rPr>
        <w:t xml:space="preserve">, co stanowi około </w:t>
      </w:r>
      <w:r w:rsidR="009629F2" w:rsidRPr="009629F2">
        <w:rPr>
          <w:rFonts w:ascii="Roboto Condensed" w:hAnsi="Roboto Condensed"/>
          <w:sz w:val="20"/>
          <w:lang w:val="pl-PL"/>
        </w:rPr>
        <w:t>43</w:t>
      </w:r>
      <w:r w:rsidR="0037295E" w:rsidRPr="009629F2">
        <w:rPr>
          <w:rFonts w:ascii="Roboto Condensed" w:hAnsi="Roboto Condensed"/>
          <w:sz w:val="20"/>
          <w:lang w:val="pl-PL"/>
        </w:rPr>
        <w:t>% obszaru gminy,</w:t>
      </w:r>
      <w:r w:rsidRPr="009629F2">
        <w:rPr>
          <w:rFonts w:ascii="Roboto Condensed" w:hAnsi="Roboto Condensed"/>
          <w:sz w:val="20"/>
          <w:lang w:val="pl-PL"/>
        </w:rPr>
        <w:t xml:space="preserve"> </w:t>
      </w:r>
      <w:r w:rsidR="009629F2" w:rsidRPr="009629F2">
        <w:rPr>
          <w:rFonts w:ascii="Roboto Condensed" w:hAnsi="Roboto Condensed"/>
          <w:sz w:val="20"/>
          <w:lang w:val="pl-PL"/>
        </w:rPr>
        <w:t>dodatkowo około 15 ha stanowią grunty zad</w:t>
      </w:r>
      <w:r w:rsidR="009629F2">
        <w:rPr>
          <w:rFonts w:ascii="Roboto Condensed" w:hAnsi="Roboto Condensed"/>
          <w:sz w:val="20"/>
          <w:lang w:val="pl-PL"/>
        </w:rPr>
        <w:t>r</w:t>
      </w:r>
      <w:r w:rsidR="009629F2" w:rsidRPr="009629F2">
        <w:rPr>
          <w:rFonts w:ascii="Roboto Condensed" w:hAnsi="Roboto Condensed"/>
          <w:sz w:val="20"/>
          <w:lang w:val="pl-PL"/>
        </w:rPr>
        <w:t>zewione</w:t>
      </w:r>
      <w:r w:rsidR="009629F2">
        <w:rPr>
          <w:rFonts w:ascii="Roboto Condensed" w:hAnsi="Roboto Condensed"/>
          <w:sz w:val="20"/>
          <w:lang w:val="pl-PL"/>
        </w:rPr>
        <w:t xml:space="preserve">, ale faktyczne zadrzewienia występują na znacznym areale gruntów rolnych szczególnie w </w:t>
      </w:r>
      <w:r w:rsidR="009629F2" w:rsidRPr="009629F2">
        <w:rPr>
          <w:rFonts w:ascii="Roboto Condensed" w:hAnsi="Roboto Condensed"/>
          <w:sz w:val="20"/>
          <w:lang w:val="pl-PL"/>
        </w:rPr>
        <w:t>południowej części gminy w dolinie Warty, ale nie zostały dotychczas sklasyfikowane.</w:t>
      </w:r>
    </w:p>
    <w:p w14:paraId="6F630C41" w14:textId="59EE6C86" w:rsidR="000278D9" w:rsidRPr="009A175C" w:rsidRDefault="000278D9" w:rsidP="00C373E1">
      <w:pPr>
        <w:pStyle w:val="Tekstpodstawowy2"/>
        <w:spacing w:before="120" w:after="120" w:line="240" w:lineRule="auto"/>
        <w:ind w:left="170"/>
        <w:rPr>
          <w:rFonts w:ascii="Roboto Condensed" w:hAnsi="Roboto Condensed"/>
          <w:i/>
          <w:iCs/>
          <w:color w:val="EE0000"/>
          <w:sz w:val="20"/>
          <w:lang w:val="pl-PL"/>
        </w:rPr>
      </w:pPr>
      <w:bookmarkStart w:id="80" w:name="_Hlk198649793"/>
      <w:r w:rsidRPr="009629F2">
        <w:rPr>
          <w:rFonts w:ascii="Roboto Condensed" w:hAnsi="Roboto Condensed"/>
          <w:i/>
          <w:iCs/>
          <w:sz w:val="20"/>
          <w:lang w:val="pl-PL"/>
        </w:rPr>
        <w:t>Rys.</w:t>
      </w:r>
      <w:r w:rsidR="007C60F5" w:rsidRPr="009629F2">
        <w:rPr>
          <w:rFonts w:ascii="Roboto Condensed" w:hAnsi="Roboto Condensed"/>
          <w:i/>
          <w:iCs/>
          <w:sz w:val="20"/>
          <w:lang w:val="pl-PL"/>
        </w:rPr>
        <w:t>1</w:t>
      </w:r>
      <w:r w:rsidR="00E02042">
        <w:rPr>
          <w:rFonts w:ascii="Roboto Condensed" w:hAnsi="Roboto Condensed"/>
          <w:i/>
          <w:iCs/>
          <w:sz w:val="20"/>
          <w:lang w:val="pl-PL"/>
        </w:rPr>
        <w:t>7</w:t>
      </w:r>
      <w:r w:rsidRPr="009629F2">
        <w:rPr>
          <w:rFonts w:ascii="Roboto Condensed" w:hAnsi="Roboto Condensed"/>
          <w:i/>
          <w:iCs/>
          <w:sz w:val="20"/>
          <w:lang w:val="pl-PL"/>
        </w:rPr>
        <w:t xml:space="preserve">. </w:t>
      </w:r>
      <w:bookmarkEnd w:id="80"/>
      <w:r w:rsidR="009629F2" w:rsidRPr="009629F2">
        <w:rPr>
          <w:rFonts w:ascii="Roboto Condensed" w:hAnsi="Roboto Condensed"/>
          <w:i/>
          <w:iCs/>
          <w:sz w:val="20"/>
          <w:lang w:val="pl-PL"/>
        </w:rPr>
        <w:t>Rozmieszczenie gruntów leśnych</w:t>
      </w:r>
      <w:r w:rsidR="00D21808">
        <w:rPr>
          <w:rFonts w:ascii="Roboto Condensed" w:hAnsi="Roboto Condensed"/>
          <w:i/>
          <w:iCs/>
          <w:sz w:val="20"/>
          <w:lang w:val="pl-PL"/>
        </w:rPr>
        <w:t xml:space="preserve"> na terenie gminy</w:t>
      </w:r>
    </w:p>
    <w:p w14:paraId="7465302D" w14:textId="7A6E7A3E" w:rsidR="000278D9" w:rsidRPr="009A175C" w:rsidRDefault="004A434D" w:rsidP="0037295E">
      <w:pPr>
        <w:jc w:val="center"/>
        <w:rPr>
          <w:color w:val="EE0000"/>
        </w:rPr>
      </w:pPr>
      <w:r>
        <w:rPr>
          <w:noProof/>
          <w:color w:val="EE0000"/>
        </w:rPr>
        <w:drawing>
          <wp:inline distT="0" distB="0" distL="0" distR="0" wp14:anchorId="37A0A7CD" wp14:editId="6C2375C5">
            <wp:extent cx="6289675" cy="5820410"/>
            <wp:effectExtent l="0" t="0" r="0" b="8890"/>
            <wp:docPr id="109332409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89675" cy="5820410"/>
                    </a:xfrm>
                    <a:prstGeom prst="rect">
                      <a:avLst/>
                    </a:prstGeom>
                    <a:noFill/>
                    <a:ln>
                      <a:noFill/>
                    </a:ln>
                  </pic:spPr>
                </pic:pic>
              </a:graphicData>
            </a:graphic>
          </wp:inline>
        </w:drawing>
      </w:r>
    </w:p>
    <w:p w14:paraId="0192902E" w14:textId="77777777" w:rsidR="000278D9" w:rsidRPr="009A175C" w:rsidRDefault="000278D9" w:rsidP="0074550E">
      <w:pPr>
        <w:rPr>
          <w:color w:val="EE0000"/>
        </w:rPr>
      </w:pPr>
    </w:p>
    <w:p w14:paraId="4A20FE5B" w14:textId="028BAFFF" w:rsidR="00F55599" w:rsidRPr="004A434D" w:rsidRDefault="00F3409C" w:rsidP="008B0A32">
      <w:pPr>
        <w:pStyle w:val="Nagwek1"/>
        <w:spacing w:before="60" w:after="60" w:line="240" w:lineRule="auto"/>
        <w:ind w:left="737" w:hanging="567"/>
        <w:rPr>
          <w:rFonts w:ascii="Roboto Condensed" w:hAnsi="Roboto Condensed"/>
          <w:bCs/>
          <w:sz w:val="22"/>
          <w:szCs w:val="22"/>
          <w:lang w:val="pl-PL"/>
        </w:rPr>
      </w:pPr>
      <w:bookmarkStart w:id="81" w:name="_Toc193697384"/>
      <w:bookmarkStart w:id="82" w:name="_Toc206769040"/>
      <w:r w:rsidRPr="004A434D">
        <w:rPr>
          <w:rFonts w:ascii="Roboto Condensed" w:hAnsi="Roboto Condensed"/>
          <w:bCs/>
          <w:sz w:val="22"/>
          <w:szCs w:val="22"/>
          <w:lang w:val="pl-PL"/>
        </w:rPr>
        <w:t>2.20. Z</w:t>
      </w:r>
      <w:r w:rsidR="00F55599" w:rsidRPr="004A434D">
        <w:rPr>
          <w:rFonts w:ascii="Roboto Condensed" w:hAnsi="Roboto Condensed"/>
          <w:bCs/>
          <w:sz w:val="22"/>
          <w:szCs w:val="22"/>
          <w:lang w:val="pl-PL"/>
        </w:rPr>
        <w:t>akłady o zwiększonym i dużym ryzyku wystąpienia poważnej awarii przemysłowej</w:t>
      </w:r>
      <w:bookmarkEnd w:id="81"/>
      <w:bookmarkEnd w:id="82"/>
    </w:p>
    <w:p w14:paraId="4E51F549" w14:textId="4A035530" w:rsidR="004D5E04" w:rsidRPr="009A175C" w:rsidRDefault="004D5E04" w:rsidP="006904C9">
      <w:pPr>
        <w:pStyle w:val="Tekstpodstawowy2"/>
        <w:spacing w:before="120" w:line="240" w:lineRule="auto"/>
        <w:ind w:left="170"/>
        <w:rPr>
          <w:color w:val="EE0000"/>
          <w:lang w:val="pl-PL"/>
        </w:rPr>
      </w:pPr>
      <w:r w:rsidRPr="004A434D">
        <w:rPr>
          <w:rFonts w:ascii="Roboto Condensed" w:hAnsi="Roboto Condensed"/>
          <w:sz w:val="20"/>
          <w:lang w:val="pl-PL"/>
        </w:rPr>
        <w:t xml:space="preserve">Nie występują na obszarze gminy </w:t>
      </w:r>
      <w:r w:rsidR="004A434D" w:rsidRPr="004A434D">
        <w:rPr>
          <w:rFonts w:ascii="Roboto Condensed" w:hAnsi="Roboto Condensed"/>
          <w:sz w:val="20"/>
          <w:lang w:val="pl-PL"/>
        </w:rPr>
        <w:t>Radomsko</w:t>
      </w:r>
    </w:p>
    <w:p w14:paraId="47934778" w14:textId="77777777" w:rsidR="004D5E04" w:rsidRPr="004A434D" w:rsidRDefault="004D5E04" w:rsidP="004D5E04"/>
    <w:p w14:paraId="6ECAC4D8" w14:textId="3ABAF7CB" w:rsidR="00F55599" w:rsidRPr="004A434D" w:rsidRDefault="00F3409C" w:rsidP="008B0A32">
      <w:pPr>
        <w:pStyle w:val="Nagwek1"/>
        <w:spacing w:before="60" w:after="60" w:line="240" w:lineRule="auto"/>
        <w:ind w:left="737" w:hanging="567"/>
        <w:rPr>
          <w:rFonts w:ascii="Roboto Condensed" w:hAnsi="Roboto Condensed"/>
          <w:bCs/>
          <w:sz w:val="22"/>
          <w:szCs w:val="22"/>
          <w:lang w:val="pl-PL"/>
        </w:rPr>
      </w:pPr>
      <w:bookmarkStart w:id="83" w:name="_Toc193697385"/>
      <w:bookmarkStart w:id="84" w:name="_Toc206769041"/>
      <w:r w:rsidRPr="004A434D">
        <w:rPr>
          <w:rFonts w:ascii="Roboto Condensed" w:hAnsi="Roboto Condensed"/>
          <w:bCs/>
          <w:sz w:val="22"/>
          <w:szCs w:val="22"/>
          <w:lang w:val="pl-PL"/>
        </w:rPr>
        <w:t>2.21. O</w:t>
      </w:r>
      <w:r w:rsidR="00F55599" w:rsidRPr="004A434D">
        <w:rPr>
          <w:rFonts w:ascii="Roboto Condensed" w:hAnsi="Roboto Condensed"/>
          <w:bCs/>
          <w:sz w:val="22"/>
          <w:szCs w:val="22"/>
          <w:lang w:val="pl-PL"/>
        </w:rPr>
        <w:t>bszary pasa nadbrzeżnego, w tym w szczególności pasa technicznego</w:t>
      </w:r>
      <w:bookmarkEnd w:id="83"/>
      <w:bookmarkEnd w:id="84"/>
    </w:p>
    <w:p w14:paraId="1E910AD3" w14:textId="393C5822" w:rsidR="00B3296C" w:rsidRPr="009A175C" w:rsidRDefault="00B3296C" w:rsidP="006904C9">
      <w:pPr>
        <w:pStyle w:val="Tekstpodstawowy2"/>
        <w:spacing w:before="120" w:line="240" w:lineRule="auto"/>
        <w:ind w:left="170"/>
        <w:rPr>
          <w:rFonts w:ascii="Roboto Condensed" w:hAnsi="Roboto Condensed"/>
          <w:color w:val="EE0000"/>
          <w:sz w:val="20"/>
          <w:lang w:val="pl-PL"/>
        </w:rPr>
      </w:pPr>
      <w:r w:rsidRPr="004A434D">
        <w:rPr>
          <w:rFonts w:ascii="Roboto Condensed" w:hAnsi="Roboto Condensed"/>
          <w:sz w:val="20"/>
          <w:lang w:val="pl-PL"/>
        </w:rPr>
        <w:t xml:space="preserve">Nie występują na obszarze gminy </w:t>
      </w:r>
      <w:r w:rsidR="004A434D" w:rsidRPr="004A434D">
        <w:rPr>
          <w:rFonts w:ascii="Roboto Condensed" w:hAnsi="Roboto Condensed"/>
          <w:sz w:val="20"/>
          <w:lang w:val="pl-PL"/>
        </w:rPr>
        <w:t>Radomsko</w:t>
      </w:r>
    </w:p>
    <w:p w14:paraId="11ED2A22" w14:textId="77777777" w:rsidR="00B3296C" w:rsidRPr="004A434D" w:rsidRDefault="00B3296C" w:rsidP="00B3296C">
      <w:pPr>
        <w:pStyle w:val="Tekstpodstawowy2"/>
        <w:spacing w:line="240" w:lineRule="auto"/>
        <w:ind w:left="530"/>
        <w:rPr>
          <w:lang w:val="pl-PL"/>
        </w:rPr>
      </w:pPr>
    </w:p>
    <w:p w14:paraId="655A1BB1" w14:textId="52E70743" w:rsidR="00732412" w:rsidRPr="009A175C" w:rsidRDefault="00F3409C" w:rsidP="00732412">
      <w:pPr>
        <w:pStyle w:val="Nagwek1"/>
        <w:spacing w:before="60" w:after="60" w:line="240" w:lineRule="auto"/>
        <w:ind w:left="737" w:hanging="567"/>
        <w:rPr>
          <w:rFonts w:ascii="Roboto Condensed" w:hAnsi="Roboto Condensed"/>
          <w:bCs/>
          <w:color w:val="EE0000"/>
          <w:sz w:val="22"/>
          <w:szCs w:val="22"/>
          <w:lang w:val="pl-PL"/>
        </w:rPr>
      </w:pPr>
      <w:bookmarkStart w:id="85" w:name="_Toc193697386"/>
      <w:bookmarkStart w:id="86" w:name="_Toc206769042"/>
      <w:r w:rsidRPr="004A434D">
        <w:rPr>
          <w:rFonts w:ascii="Roboto Condensed" w:hAnsi="Roboto Condensed"/>
          <w:bCs/>
          <w:sz w:val="22"/>
          <w:szCs w:val="22"/>
          <w:lang w:val="pl-PL"/>
        </w:rPr>
        <w:t>2.22. R</w:t>
      </w:r>
      <w:r w:rsidR="00F55599" w:rsidRPr="004A434D">
        <w:rPr>
          <w:rFonts w:ascii="Roboto Condensed" w:hAnsi="Roboto Condensed"/>
          <w:bCs/>
          <w:sz w:val="22"/>
          <w:szCs w:val="22"/>
          <w:lang w:val="pl-PL"/>
        </w:rPr>
        <w:t>ozmieszczenie istniejących i planowanych obiektów infrastruktury społecznej, transportowej i technicznej wraz z</w:t>
      </w:r>
      <w:r w:rsidRPr="004A434D">
        <w:rPr>
          <w:rFonts w:ascii="Roboto Condensed" w:hAnsi="Roboto Condensed"/>
          <w:bCs/>
          <w:sz w:val="22"/>
          <w:szCs w:val="22"/>
          <w:lang w:val="pl-PL"/>
        </w:rPr>
        <w:t xml:space="preserve"> </w:t>
      </w:r>
      <w:r w:rsidR="00F55599" w:rsidRPr="004A434D">
        <w:rPr>
          <w:rFonts w:ascii="Roboto Condensed" w:hAnsi="Roboto Condensed"/>
          <w:bCs/>
          <w:sz w:val="22"/>
          <w:szCs w:val="22"/>
          <w:lang w:val="pl-PL"/>
        </w:rPr>
        <w:t>obowiązującymi</w:t>
      </w:r>
      <w:r w:rsidRPr="004A434D">
        <w:rPr>
          <w:rFonts w:ascii="Roboto Condensed" w:hAnsi="Roboto Condensed"/>
          <w:bCs/>
          <w:sz w:val="22"/>
          <w:szCs w:val="22"/>
          <w:lang w:val="pl-PL"/>
        </w:rPr>
        <w:t xml:space="preserve"> </w:t>
      </w:r>
      <w:r w:rsidR="00F55599" w:rsidRPr="004A434D">
        <w:rPr>
          <w:rFonts w:ascii="Roboto Condensed" w:hAnsi="Roboto Condensed"/>
          <w:bCs/>
          <w:sz w:val="22"/>
          <w:szCs w:val="22"/>
          <w:lang w:val="pl-PL"/>
        </w:rPr>
        <w:t>dla nich ograniczeniami w zagospodarowaniu</w:t>
      </w:r>
      <w:r w:rsidR="00732412" w:rsidRPr="004A434D">
        <w:rPr>
          <w:rFonts w:ascii="Roboto Condensed" w:hAnsi="Roboto Condensed"/>
          <w:bCs/>
          <w:sz w:val="22"/>
          <w:szCs w:val="22"/>
          <w:lang w:val="pl-PL"/>
        </w:rPr>
        <w:t>:</w:t>
      </w:r>
      <w:bookmarkEnd w:id="85"/>
      <w:bookmarkEnd w:id="86"/>
    </w:p>
    <w:p w14:paraId="72D4EFFC" w14:textId="3E44B63E" w:rsidR="008337B7" w:rsidRPr="009A175C" w:rsidRDefault="00373777" w:rsidP="006904C9">
      <w:pPr>
        <w:pStyle w:val="Nagwek1"/>
        <w:spacing w:before="60" w:after="60" w:line="240" w:lineRule="auto"/>
        <w:ind w:left="737" w:hanging="567"/>
        <w:rPr>
          <w:rFonts w:ascii="Roboto Condensed" w:hAnsi="Roboto Condensed"/>
          <w:b w:val="0"/>
          <w:bCs/>
          <w:i/>
          <w:iCs/>
          <w:color w:val="EE0000"/>
          <w:sz w:val="20"/>
          <w:lang w:val="pl-PL"/>
        </w:rPr>
      </w:pPr>
      <w:bookmarkStart w:id="87" w:name="_Toc193697387"/>
      <w:bookmarkStart w:id="88" w:name="_Toc206769043"/>
      <w:r w:rsidRPr="00541828">
        <w:rPr>
          <w:rFonts w:ascii="Roboto Condensed" w:hAnsi="Roboto Condensed"/>
          <w:bCs/>
          <w:i/>
          <w:iCs/>
          <w:sz w:val="22"/>
          <w:szCs w:val="22"/>
          <w:lang w:val="pl-PL"/>
        </w:rPr>
        <w:t>Infrastruktura społeczna</w:t>
      </w:r>
      <w:bookmarkEnd w:id="87"/>
      <w:bookmarkEnd w:id="88"/>
    </w:p>
    <w:p w14:paraId="32924F6E" w14:textId="50E346FD" w:rsidR="001C5DCC" w:rsidRDefault="00373777" w:rsidP="006904C9">
      <w:pPr>
        <w:pStyle w:val="Tekstpodstawowy2"/>
        <w:spacing w:before="120" w:line="240" w:lineRule="auto"/>
        <w:ind w:left="170"/>
        <w:rPr>
          <w:rFonts w:ascii="Roboto Condensed" w:hAnsi="Roboto Condensed"/>
          <w:sz w:val="20"/>
          <w:lang w:val="pl-PL"/>
        </w:rPr>
      </w:pPr>
      <w:r w:rsidRPr="001C5DCC">
        <w:rPr>
          <w:rFonts w:ascii="Roboto Condensed" w:hAnsi="Roboto Condensed"/>
          <w:sz w:val="20"/>
          <w:lang w:val="pl-PL"/>
        </w:rPr>
        <w:t xml:space="preserve">W gminie funkcjonuje </w:t>
      </w:r>
      <w:r w:rsidR="00502674" w:rsidRPr="001C5DCC">
        <w:rPr>
          <w:rFonts w:ascii="Roboto Condensed" w:hAnsi="Roboto Condensed"/>
          <w:sz w:val="20"/>
          <w:lang w:val="pl-PL"/>
        </w:rPr>
        <w:t>5 szkół podstawowych</w:t>
      </w:r>
      <w:r w:rsidR="001C5DCC">
        <w:rPr>
          <w:rFonts w:ascii="Roboto Condensed" w:hAnsi="Roboto Condensed"/>
          <w:sz w:val="20"/>
          <w:lang w:val="pl-PL"/>
        </w:rPr>
        <w:t>.</w:t>
      </w:r>
    </w:p>
    <w:p w14:paraId="67C0A3E4" w14:textId="77777777" w:rsidR="001C5DCC" w:rsidRPr="001C5DCC" w:rsidRDefault="001C5DCC" w:rsidP="008636AA">
      <w:pPr>
        <w:pStyle w:val="Tekstpodstawowy2"/>
        <w:numPr>
          <w:ilvl w:val="0"/>
          <w:numId w:val="3"/>
        </w:numPr>
        <w:spacing w:line="240" w:lineRule="auto"/>
        <w:ind w:left="567" w:hanging="227"/>
        <w:rPr>
          <w:rFonts w:ascii="Roboto Condensed" w:hAnsi="Roboto Condensed"/>
          <w:sz w:val="20"/>
          <w:lang w:val="pl-PL"/>
        </w:rPr>
      </w:pPr>
      <w:r w:rsidRPr="001C5DCC">
        <w:rPr>
          <w:rFonts w:ascii="Roboto Condensed" w:hAnsi="Roboto Condensed"/>
          <w:sz w:val="20"/>
          <w:lang w:val="pl-PL"/>
        </w:rPr>
        <w:t xml:space="preserve">Publiczna Szkoła Podstawowa im. Janusza Korczaka w </w:t>
      </w:r>
      <w:proofErr w:type="spellStart"/>
      <w:r w:rsidRPr="001C5DCC">
        <w:rPr>
          <w:rFonts w:ascii="Roboto Condensed" w:hAnsi="Roboto Condensed"/>
          <w:sz w:val="20"/>
          <w:lang w:val="pl-PL"/>
        </w:rPr>
        <w:t>Dziepółci</w:t>
      </w:r>
      <w:proofErr w:type="spellEnd"/>
      <w:r w:rsidRPr="001C5DCC">
        <w:rPr>
          <w:rFonts w:ascii="Roboto Condensed" w:hAnsi="Roboto Condensed"/>
          <w:sz w:val="20"/>
          <w:lang w:val="pl-PL"/>
        </w:rPr>
        <w:t xml:space="preserve">; </w:t>
      </w:r>
    </w:p>
    <w:p w14:paraId="645C50CC" w14:textId="77777777" w:rsidR="001C5DCC" w:rsidRPr="001C5DCC" w:rsidRDefault="001C5DCC" w:rsidP="008636AA">
      <w:pPr>
        <w:pStyle w:val="Tekstpodstawowy2"/>
        <w:numPr>
          <w:ilvl w:val="0"/>
          <w:numId w:val="3"/>
        </w:numPr>
        <w:spacing w:line="240" w:lineRule="auto"/>
        <w:ind w:left="567" w:hanging="227"/>
        <w:rPr>
          <w:rFonts w:ascii="Roboto Condensed" w:hAnsi="Roboto Condensed"/>
          <w:sz w:val="20"/>
          <w:lang w:val="pl-PL"/>
        </w:rPr>
      </w:pPr>
      <w:r w:rsidRPr="001C5DCC">
        <w:rPr>
          <w:rFonts w:ascii="Roboto Condensed" w:hAnsi="Roboto Condensed"/>
          <w:sz w:val="20"/>
          <w:lang w:val="pl-PL"/>
        </w:rPr>
        <w:t xml:space="preserve">Publiczna Szkoła Podstawowa  im. Wincentego Witosa w Kietlinie; </w:t>
      </w:r>
    </w:p>
    <w:p w14:paraId="44947C53" w14:textId="77777777" w:rsidR="001C5DCC" w:rsidRPr="001C5DCC" w:rsidRDefault="001C5DCC" w:rsidP="008636AA">
      <w:pPr>
        <w:pStyle w:val="Tekstpodstawowy2"/>
        <w:numPr>
          <w:ilvl w:val="0"/>
          <w:numId w:val="3"/>
        </w:numPr>
        <w:spacing w:line="240" w:lineRule="auto"/>
        <w:ind w:left="567" w:hanging="227"/>
        <w:rPr>
          <w:rFonts w:ascii="Roboto Condensed" w:hAnsi="Roboto Condensed"/>
          <w:sz w:val="20"/>
          <w:lang w:val="pl-PL"/>
        </w:rPr>
      </w:pPr>
      <w:r w:rsidRPr="001C5DCC">
        <w:rPr>
          <w:rFonts w:ascii="Roboto Condensed" w:hAnsi="Roboto Condensed"/>
          <w:sz w:val="20"/>
          <w:lang w:val="pl-PL"/>
        </w:rPr>
        <w:t xml:space="preserve">Publiczna Szkoła Podstawowa im. Macieja Rataja w Płoszowie; </w:t>
      </w:r>
    </w:p>
    <w:p w14:paraId="0F724A4E" w14:textId="77777777" w:rsidR="001C5DCC" w:rsidRPr="001C5DCC" w:rsidRDefault="001C5DCC" w:rsidP="008636AA">
      <w:pPr>
        <w:pStyle w:val="Tekstpodstawowy2"/>
        <w:numPr>
          <w:ilvl w:val="0"/>
          <w:numId w:val="3"/>
        </w:numPr>
        <w:spacing w:line="240" w:lineRule="auto"/>
        <w:ind w:left="567" w:hanging="227"/>
        <w:rPr>
          <w:rFonts w:ascii="Roboto Condensed" w:hAnsi="Roboto Condensed"/>
          <w:color w:val="EE0000"/>
          <w:sz w:val="20"/>
          <w:lang w:val="pl-PL"/>
        </w:rPr>
      </w:pPr>
      <w:r w:rsidRPr="001C5DCC">
        <w:rPr>
          <w:rFonts w:ascii="Roboto Condensed" w:hAnsi="Roboto Condensed"/>
          <w:sz w:val="20"/>
          <w:lang w:val="pl-PL"/>
        </w:rPr>
        <w:t xml:space="preserve">Publiczna Szkoła Podstawowa im. Józefa Wybickiego w Strzałkowie; </w:t>
      </w:r>
    </w:p>
    <w:p w14:paraId="0130C3DD" w14:textId="7371106A" w:rsidR="008B75F3" w:rsidRPr="003F788C" w:rsidRDefault="001C5DCC" w:rsidP="008636AA">
      <w:pPr>
        <w:pStyle w:val="Tekstpodstawowy2"/>
        <w:numPr>
          <w:ilvl w:val="0"/>
          <w:numId w:val="3"/>
        </w:numPr>
        <w:spacing w:line="240" w:lineRule="auto"/>
        <w:ind w:left="567" w:hanging="227"/>
        <w:rPr>
          <w:rFonts w:ascii="Roboto Condensed" w:hAnsi="Roboto Condensed"/>
          <w:color w:val="EE0000"/>
          <w:sz w:val="20"/>
          <w:lang w:val="pl-PL"/>
        </w:rPr>
      </w:pPr>
      <w:r w:rsidRPr="001C5DCC">
        <w:rPr>
          <w:rFonts w:ascii="Roboto Condensed" w:hAnsi="Roboto Condensed"/>
          <w:sz w:val="20"/>
          <w:lang w:val="pl-PL"/>
        </w:rPr>
        <w:lastRenderedPageBreak/>
        <w:t xml:space="preserve">Publiczna Szkoła Podstawowa w Szczepocicach.  </w:t>
      </w:r>
    </w:p>
    <w:p w14:paraId="44D59857" w14:textId="675F178C" w:rsidR="003F788C" w:rsidRDefault="001C5DCC" w:rsidP="00491357">
      <w:pPr>
        <w:pStyle w:val="Tekstpodstawowy2"/>
        <w:spacing w:before="120" w:line="240" w:lineRule="auto"/>
        <w:ind w:left="170"/>
        <w:rPr>
          <w:rFonts w:ascii="Roboto Condensed" w:hAnsi="Roboto Condensed"/>
          <w:color w:val="EE0000"/>
          <w:sz w:val="20"/>
          <w:lang w:val="pl-PL"/>
        </w:rPr>
      </w:pPr>
      <w:r>
        <w:rPr>
          <w:rFonts w:ascii="Roboto Condensed" w:hAnsi="Roboto Condensed"/>
          <w:sz w:val="20"/>
          <w:lang w:val="pl-PL"/>
        </w:rPr>
        <w:t xml:space="preserve">W każdej szkole działa </w:t>
      </w:r>
      <w:r w:rsidRPr="001C5DCC">
        <w:rPr>
          <w:rFonts w:ascii="Roboto Condensed" w:hAnsi="Roboto Condensed"/>
          <w:sz w:val="20"/>
          <w:lang w:val="pl-PL"/>
        </w:rPr>
        <w:t>oddział przedszkolny dla dzieci poniżej 7 roku życia</w:t>
      </w:r>
      <w:r>
        <w:rPr>
          <w:rFonts w:ascii="Roboto Condensed" w:hAnsi="Roboto Condensed"/>
          <w:sz w:val="20"/>
          <w:lang w:val="pl-PL"/>
        </w:rPr>
        <w:t xml:space="preserve">. </w:t>
      </w:r>
      <w:r w:rsidRPr="001C5DCC">
        <w:rPr>
          <w:rFonts w:ascii="Roboto Condensed" w:hAnsi="Roboto Condensed"/>
          <w:sz w:val="20"/>
          <w:lang w:val="pl-PL"/>
        </w:rPr>
        <w:t>Na terenie gminy nie ma przedszkoli niepublicznych, żłobków i klubów malucha. Opiekę nad dziećmi do lat 3 zapewniają placówki publiczne i niepubliczne na terenie miasta Radomsko.</w:t>
      </w:r>
    </w:p>
    <w:p w14:paraId="02A2B0E2" w14:textId="7FC1B1F9" w:rsidR="00A96F98" w:rsidRPr="000136B2" w:rsidRDefault="00A96F98" w:rsidP="001C5DCC">
      <w:pPr>
        <w:pStyle w:val="Tekstpodstawowy2"/>
        <w:spacing w:before="120" w:line="240" w:lineRule="auto"/>
        <w:ind w:left="170"/>
        <w:rPr>
          <w:rFonts w:ascii="Roboto Condensed" w:hAnsi="Roboto Condensed"/>
          <w:sz w:val="20"/>
          <w:lang w:val="pl-PL"/>
        </w:rPr>
      </w:pPr>
      <w:r w:rsidRPr="000136B2">
        <w:rPr>
          <w:rFonts w:ascii="Roboto Condensed" w:hAnsi="Roboto Condensed"/>
          <w:sz w:val="20"/>
          <w:lang w:val="pl-PL"/>
        </w:rPr>
        <w:t>Pozostała infrastruktura społeczna w gminie występuje jednostkowo i tylko w minimalnym stopniu zapewnia dostęp do usług:</w:t>
      </w:r>
    </w:p>
    <w:p w14:paraId="7618AE6E" w14:textId="3DC70063" w:rsidR="00A96F98" w:rsidRPr="000136B2" w:rsidRDefault="00D9038B" w:rsidP="008636AA">
      <w:pPr>
        <w:pStyle w:val="Tekstpodstawowy2"/>
        <w:numPr>
          <w:ilvl w:val="0"/>
          <w:numId w:val="3"/>
        </w:numPr>
        <w:spacing w:line="240" w:lineRule="auto"/>
        <w:ind w:left="567" w:hanging="227"/>
        <w:rPr>
          <w:rFonts w:ascii="Roboto Condensed" w:hAnsi="Roboto Condensed"/>
          <w:sz w:val="20"/>
          <w:lang w:val="pl-PL"/>
        </w:rPr>
      </w:pPr>
      <w:r w:rsidRPr="000136B2">
        <w:rPr>
          <w:rFonts w:ascii="Roboto Condensed" w:hAnsi="Roboto Condensed"/>
          <w:sz w:val="20"/>
          <w:lang w:val="pl-PL"/>
        </w:rPr>
        <w:t>Biblioteka w Strzałkowie oraz filia biblioteki przy szkole podstawowej w Płoszowie.</w:t>
      </w:r>
    </w:p>
    <w:p w14:paraId="65522FC9" w14:textId="4BE5819C" w:rsidR="00D9038B" w:rsidRPr="000136B2" w:rsidRDefault="00D9038B" w:rsidP="008636AA">
      <w:pPr>
        <w:pStyle w:val="Tekstpodstawowy2"/>
        <w:numPr>
          <w:ilvl w:val="0"/>
          <w:numId w:val="3"/>
        </w:numPr>
        <w:spacing w:line="240" w:lineRule="auto"/>
        <w:ind w:left="567" w:hanging="227"/>
        <w:rPr>
          <w:rFonts w:ascii="Roboto Condensed" w:hAnsi="Roboto Condensed"/>
          <w:sz w:val="20"/>
          <w:lang w:val="pl-PL"/>
        </w:rPr>
      </w:pPr>
      <w:r w:rsidRPr="000136B2">
        <w:rPr>
          <w:rFonts w:ascii="Roboto Condensed" w:hAnsi="Roboto Condensed"/>
          <w:sz w:val="20"/>
          <w:lang w:val="pl-PL"/>
        </w:rPr>
        <w:t xml:space="preserve">Boiska sportowe w </w:t>
      </w:r>
      <w:proofErr w:type="spellStart"/>
      <w:r w:rsidRPr="000136B2">
        <w:rPr>
          <w:rFonts w:ascii="Roboto Condensed" w:hAnsi="Roboto Condensed"/>
          <w:sz w:val="20"/>
          <w:lang w:val="pl-PL"/>
        </w:rPr>
        <w:t>Dziepółci</w:t>
      </w:r>
      <w:proofErr w:type="spellEnd"/>
      <w:r w:rsidRPr="000136B2">
        <w:rPr>
          <w:rFonts w:ascii="Roboto Condensed" w:hAnsi="Roboto Condensed"/>
          <w:sz w:val="20"/>
          <w:lang w:val="pl-PL"/>
        </w:rPr>
        <w:t xml:space="preserve">, </w:t>
      </w:r>
      <w:r w:rsidR="00491357" w:rsidRPr="000136B2">
        <w:rPr>
          <w:rFonts w:ascii="Roboto Condensed" w:hAnsi="Roboto Condensed"/>
          <w:sz w:val="20"/>
          <w:lang w:val="pl-PL"/>
        </w:rPr>
        <w:t xml:space="preserve">Okrajszowie, </w:t>
      </w:r>
      <w:r w:rsidRPr="000136B2">
        <w:rPr>
          <w:rFonts w:ascii="Roboto Condensed" w:hAnsi="Roboto Condensed"/>
          <w:sz w:val="20"/>
          <w:lang w:val="pl-PL"/>
        </w:rPr>
        <w:t>Strzałkowie (pełniące również funkcję boisk przyszkolnych) i Jadwinówce</w:t>
      </w:r>
    </w:p>
    <w:p w14:paraId="2A2804DC" w14:textId="3EAA19E9" w:rsidR="00D9038B" w:rsidRPr="000136B2" w:rsidRDefault="00D9038B" w:rsidP="008636AA">
      <w:pPr>
        <w:pStyle w:val="Tekstpodstawowy2"/>
        <w:numPr>
          <w:ilvl w:val="0"/>
          <w:numId w:val="3"/>
        </w:numPr>
        <w:spacing w:line="240" w:lineRule="auto"/>
        <w:ind w:left="567" w:hanging="227"/>
        <w:rPr>
          <w:rFonts w:ascii="Roboto Condensed" w:hAnsi="Roboto Condensed"/>
          <w:sz w:val="20"/>
          <w:lang w:val="pl-PL"/>
        </w:rPr>
      </w:pPr>
      <w:r w:rsidRPr="000136B2">
        <w:rPr>
          <w:rFonts w:ascii="Roboto Condensed" w:hAnsi="Roboto Condensed"/>
          <w:sz w:val="20"/>
          <w:lang w:val="pl-PL"/>
        </w:rPr>
        <w:t xml:space="preserve">Boiska przyszkolne </w:t>
      </w:r>
      <w:r w:rsidR="00491357" w:rsidRPr="000136B2">
        <w:rPr>
          <w:rFonts w:ascii="Roboto Condensed" w:hAnsi="Roboto Condensed"/>
          <w:sz w:val="20"/>
          <w:lang w:val="pl-PL"/>
        </w:rPr>
        <w:t xml:space="preserve">w Kolonii Kietlin, </w:t>
      </w:r>
      <w:proofErr w:type="spellStart"/>
      <w:r w:rsidR="00491357" w:rsidRPr="000136B2">
        <w:rPr>
          <w:rFonts w:ascii="Roboto Condensed" w:hAnsi="Roboto Condensed"/>
          <w:sz w:val="20"/>
          <w:lang w:val="pl-PL"/>
        </w:rPr>
        <w:t>Dziepółci</w:t>
      </w:r>
      <w:proofErr w:type="spellEnd"/>
      <w:r w:rsidR="00491357" w:rsidRPr="000136B2">
        <w:rPr>
          <w:rFonts w:ascii="Roboto Condensed" w:hAnsi="Roboto Condensed"/>
          <w:sz w:val="20"/>
          <w:lang w:val="pl-PL"/>
        </w:rPr>
        <w:t xml:space="preserve">, Płoszowie, Szczepocicach Rządowych i w/w </w:t>
      </w:r>
      <w:proofErr w:type="spellStart"/>
      <w:r w:rsidR="00491357" w:rsidRPr="000136B2">
        <w:rPr>
          <w:rFonts w:ascii="Roboto Condensed" w:hAnsi="Roboto Condensed"/>
          <w:sz w:val="20"/>
          <w:lang w:val="pl-PL"/>
        </w:rPr>
        <w:t>w</w:t>
      </w:r>
      <w:proofErr w:type="spellEnd"/>
      <w:r w:rsidR="00491357" w:rsidRPr="000136B2">
        <w:rPr>
          <w:rFonts w:ascii="Roboto Condensed" w:hAnsi="Roboto Condensed"/>
          <w:sz w:val="20"/>
          <w:lang w:val="pl-PL"/>
        </w:rPr>
        <w:t xml:space="preserve"> Strzałkowie</w:t>
      </w:r>
    </w:p>
    <w:p w14:paraId="4531310E" w14:textId="1EB0CA20" w:rsidR="000136B2" w:rsidRPr="000136B2" w:rsidRDefault="000136B2" w:rsidP="008636AA">
      <w:pPr>
        <w:pStyle w:val="Tekstpodstawowy2"/>
        <w:numPr>
          <w:ilvl w:val="0"/>
          <w:numId w:val="3"/>
        </w:numPr>
        <w:spacing w:line="240" w:lineRule="auto"/>
        <w:ind w:left="567" w:hanging="227"/>
        <w:rPr>
          <w:rFonts w:ascii="Roboto Condensed" w:hAnsi="Roboto Condensed"/>
          <w:sz w:val="20"/>
          <w:lang w:val="pl-PL"/>
        </w:rPr>
      </w:pPr>
      <w:r w:rsidRPr="000136B2">
        <w:rPr>
          <w:rFonts w:ascii="Roboto Condensed" w:hAnsi="Roboto Condensed"/>
          <w:sz w:val="20"/>
          <w:lang w:val="pl-PL"/>
        </w:rPr>
        <w:t xml:space="preserve">Sale gimnastyczne przy szkołach podstawowych w </w:t>
      </w:r>
      <w:proofErr w:type="spellStart"/>
      <w:r w:rsidRPr="000136B2">
        <w:rPr>
          <w:rFonts w:ascii="Roboto Condensed" w:hAnsi="Roboto Condensed"/>
          <w:sz w:val="20"/>
          <w:lang w:val="pl-PL"/>
        </w:rPr>
        <w:t>Dziepółci</w:t>
      </w:r>
      <w:proofErr w:type="spellEnd"/>
      <w:r w:rsidRPr="000136B2">
        <w:rPr>
          <w:rFonts w:ascii="Roboto Condensed" w:hAnsi="Roboto Condensed"/>
          <w:sz w:val="20"/>
          <w:lang w:val="pl-PL"/>
        </w:rPr>
        <w:t>, Kolonii Kietlin i Szczepocicach Rządowych</w:t>
      </w:r>
    </w:p>
    <w:p w14:paraId="783EDA59" w14:textId="6EC8FDF0" w:rsidR="000136B2" w:rsidRPr="000136B2" w:rsidRDefault="000136B2" w:rsidP="008636AA">
      <w:pPr>
        <w:pStyle w:val="Tekstpodstawowy2"/>
        <w:numPr>
          <w:ilvl w:val="0"/>
          <w:numId w:val="3"/>
        </w:numPr>
        <w:spacing w:line="240" w:lineRule="auto"/>
        <w:ind w:left="567" w:hanging="227"/>
        <w:rPr>
          <w:rFonts w:ascii="Roboto Condensed" w:hAnsi="Roboto Condensed"/>
          <w:sz w:val="20"/>
          <w:lang w:val="pl-PL"/>
        </w:rPr>
      </w:pPr>
      <w:r w:rsidRPr="000136B2">
        <w:rPr>
          <w:rFonts w:ascii="Roboto Condensed" w:hAnsi="Roboto Condensed"/>
          <w:sz w:val="20"/>
          <w:lang w:val="pl-PL"/>
        </w:rPr>
        <w:t>Hala sportowa przy szkole podstawowej w Strzałkowie</w:t>
      </w:r>
    </w:p>
    <w:p w14:paraId="1C4FD36F" w14:textId="398CB03F" w:rsidR="00DE411D" w:rsidRPr="000136B2" w:rsidRDefault="00D9038B" w:rsidP="008636AA">
      <w:pPr>
        <w:pStyle w:val="Tekstpodstawowy2"/>
        <w:numPr>
          <w:ilvl w:val="0"/>
          <w:numId w:val="3"/>
        </w:numPr>
        <w:spacing w:line="240" w:lineRule="auto"/>
        <w:ind w:left="567" w:hanging="227"/>
        <w:rPr>
          <w:rFonts w:ascii="Roboto Condensed" w:hAnsi="Roboto Condensed"/>
          <w:sz w:val="20"/>
          <w:lang w:val="pl-PL"/>
        </w:rPr>
      </w:pPr>
      <w:r w:rsidRPr="000136B2">
        <w:rPr>
          <w:rFonts w:ascii="Roboto Condensed" w:hAnsi="Roboto Condensed"/>
          <w:sz w:val="20"/>
          <w:lang w:val="pl-PL"/>
        </w:rPr>
        <w:t>O</w:t>
      </w:r>
      <w:r w:rsidR="00A96F98" w:rsidRPr="000136B2">
        <w:rPr>
          <w:rFonts w:ascii="Roboto Condensed" w:hAnsi="Roboto Condensed"/>
          <w:sz w:val="20"/>
          <w:lang w:val="pl-PL"/>
        </w:rPr>
        <w:t>biekty rekreacyjne o niewielkiej skali takie jak p</w:t>
      </w:r>
      <w:r w:rsidR="00DE411D" w:rsidRPr="000136B2">
        <w:rPr>
          <w:rFonts w:ascii="Roboto Condensed" w:hAnsi="Roboto Condensed"/>
          <w:sz w:val="20"/>
          <w:lang w:val="pl-PL"/>
        </w:rPr>
        <w:t>lace zabaw i siłownie plenerowe:</w:t>
      </w:r>
    </w:p>
    <w:p w14:paraId="00C1438F" w14:textId="7F46F63A" w:rsidR="00DE411D" w:rsidRPr="000136B2" w:rsidRDefault="00DE411D" w:rsidP="008636AA">
      <w:pPr>
        <w:pStyle w:val="Tekstpodstawowy2"/>
        <w:numPr>
          <w:ilvl w:val="1"/>
          <w:numId w:val="3"/>
        </w:numPr>
        <w:spacing w:line="240" w:lineRule="auto"/>
        <w:ind w:left="794" w:hanging="227"/>
        <w:rPr>
          <w:rFonts w:ascii="Roboto Condensed" w:hAnsi="Roboto Condensed"/>
          <w:sz w:val="20"/>
          <w:lang w:val="pl-PL"/>
        </w:rPr>
      </w:pPr>
      <w:r w:rsidRPr="000136B2">
        <w:rPr>
          <w:rFonts w:ascii="Roboto Condensed" w:hAnsi="Roboto Condensed"/>
          <w:sz w:val="20"/>
          <w:lang w:val="pl-PL"/>
        </w:rPr>
        <w:t>Siłowni</w:t>
      </w:r>
      <w:r w:rsidR="00A96F98" w:rsidRPr="000136B2">
        <w:rPr>
          <w:rFonts w:ascii="Roboto Condensed" w:hAnsi="Roboto Condensed"/>
          <w:sz w:val="20"/>
          <w:lang w:val="pl-PL"/>
        </w:rPr>
        <w:t>e</w:t>
      </w:r>
      <w:r w:rsidRPr="000136B2">
        <w:rPr>
          <w:rFonts w:ascii="Roboto Condensed" w:hAnsi="Roboto Condensed"/>
          <w:sz w:val="20"/>
          <w:lang w:val="pl-PL"/>
        </w:rPr>
        <w:t xml:space="preserve"> plenerow</w:t>
      </w:r>
      <w:r w:rsidR="00A96F98" w:rsidRPr="000136B2">
        <w:rPr>
          <w:rFonts w:ascii="Roboto Condensed" w:hAnsi="Roboto Condensed"/>
          <w:sz w:val="20"/>
          <w:lang w:val="pl-PL"/>
        </w:rPr>
        <w:t>e</w:t>
      </w:r>
      <w:r w:rsidRPr="000136B2">
        <w:rPr>
          <w:rFonts w:ascii="Roboto Condensed" w:hAnsi="Roboto Condensed"/>
          <w:sz w:val="20"/>
          <w:lang w:val="pl-PL"/>
        </w:rPr>
        <w:t xml:space="preserve"> w </w:t>
      </w:r>
      <w:r w:rsidR="00491357" w:rsidRPr="000136B2">
        <w:rPr>
          <w:rFonts w:ascii="Roboto Condensed" w:hAnsi="Roboto Condensed"/>
          <w:sz w:val="20"/>
          <w:lang w:val="pl-PL"/>
        </w:rPr>
        <w:t xml:space="preserve">Kolonii Kietlin, </w:t>
      </w:r>
      <w:proofErr w:type="spellStart"/>
      <w:r w:rsidR="00491357" w:rsidRPr="000136B2">
        <w:rPr>
          <w:rFonts w:ascii="Roboto Condensed" w:hAnsi="Roboto Condensed"/>
          <w:sz w:val="20"/>
          <w:lang w:val="pl-PL"/>
        </w:rPr>
        <w:t>Dziepółci</w:t>
      </w:r>
      <w:proofErr w:type="spellEnd"/>
      <w:r w:rsidR="00491357" w:rsidRPr="000136B2">
        <w:rPr>
          <w:rFonts w:ascii="Roboto Condensed" w:hAnsi="Roboto Condensed"/>
          <w:sz w:val="20"/>
          <w:lang w:val="pl-PL"/>
        </w:rPr>
        <w:t>, Szczepocicach Rządowych i Strzałkowie</w:t>
      </w:r>
    </w:p>
    <w:p w14:paraId="21A96D8E" w14:textId="60610FA5" w:rsidR="000136B2" w:rsidRPr="000136B2" w:rsidRDefault="00DE411D" w:rsidP="008636AA">
      <w:pPr>
        <w:pStyle w:val="Tekstpodstawowy2"/>
        <w:numPr>
          <w:ilvl w:val="1"/>
          <w:numId w:val="3"/>
        </w:numPr>
        <w:spacing w:line="240" w:lineRule="auto"/>
        <w:ind w:left="794" w:hanging="227"/>
        <w:rPr>
          <w:rFonts w:ascii="Roboto Condensed" w:hAnsi="Roboto Condensed"/>
          <w:sz w:val="20"/>
          <w:lang w:val="pl-PL"/>
        </w:rPr>
      </w:pPr>
      <w:r w:rsidRPr="000136B2">
        <w:rPr>
          <w:rFonts w:ascii="Roboto Condensed" w:hAnsi="Roboto Condensed"/>
          <w:sz w:val="20"/>
          <w:lang w:val="pl-PL"/>
        </w:rPr>
        <w:t>Plac</w:t>
      </w:r>
      <w:r w:rsidR="00A96F98" w:rsidRPr="000136B2">
        <w:rPr>
          <w:rFonts w:ascii="Roboto Condensed" w:hAnsi="Roboto Condensed"/>
          <w:sz w:val="20"/>
          <w:lang w:val="pl-PL"/>
        </w:rPr>
        <w:t>e</w:t>
      </w:r>
      <w:r w:rsidRPr="000136B2">
        <w:rPr>
          <w:rFonts w:ascii="Roboto Condensed" w:hAnsi="Roboto Condensed"/>
          <w:sz w:val="20"/>
          <w:lang w:val="pl-PL"/>
        </w:rPr>
        <w:t xml:space="preserve"> zabaw w </w:t>
      </w:r>
      <w:r w:rsidR="00491357" w:rsidRPr="000136B2">
        <w:rPr>
          <w:rFonts w:ascii="Roboto Condensed" w:hAnsi="Roboto Condensed"/>
          <w:sz w:val="20"/>
          <w:lang w:val="pl-PL"/>
        </w:rPr>
        <w:t xml:space="preserve">Dąbrówce, Okrajszowie, Kolonii Kietlin, </w:t>
      </w:r>
      <w:proofErr w:type="spellStart"/>
      <w:r w:rsidR="00491357" w:rsidRPr="000136B2">
        <w:rPr>
          <w:rFonts w:ascii="Roboto Condensed" w:hAnsi="Roboto Condensed"/>
          <w:sz w:val="20"/>
          <w:lang w:val="pl-PL"/>
        </w:rPr>
        <w:t>Dziepółci</w:t>
      </w:r>
      <w:proofErr w:type="spellEnd"/>
      <w:r w:rsidR="00491357" w:rsidRPr="000136B2">
        <w:rPr>
          <w:rFonts w:ascii="Roboto Condensed" w:hAnsi="Roboto Condensed"/>
          <w:sz w:val="20"/>
          <w:lang w:val="pl-PL"/>
        </w:rPr>
        <w:t>, Płoszowie, Szczepocicach Rządowych i Strzałkowie</w:t>
      </w:r>
    </w:p>
    <w:p w14:paraId="1A32465A" w14:textId="104AFE14" w:rsidR="000136B2" w:rsidRPr="000136B2" w:rsidRDefault="000136B2" w:rsidP="000136B2">
      <w:pPr>
        <w:pStyle w:val="Tekstpodstawowy2"/>
        <w:spacing w:line="240" w:lineRule="auto"/>
        <w:rPr>
          <w:rFonts w:ascii="Roboto Condensed" w:hAnsi="Roboto Condensed"/>
          <w:sz w:val="20"/>
          <w:lang w:val="pl-PL"/>
        </w:rPr>
      </w:pPr>
      <w:r w:rsidRPr="000136B2">
        <w:rPr>
          <w:rFonts w:ascii="Roboto Condensed" w:hAnsi="Roboto Condensed"/>
          <w:sz w:val="20"/>
          <w:lang w:val="pl-PL"/>
        </w:rPr>
        <w:t xml:space="preserve">Ponadto </w:t>
      </w:r>
    </w:p>
    <w:p w14:paraId="711D46C2" w14:textId="06A22175" w:rsidR="000136B2" w:rsidRPr="000136B2" w:rsidRDefault="000136B2" w:rsidP="008636AA">
      <w:pPr>
        <w:pStyle w:val="Tekstpodstawowy2"/>
        <w:numPr>
          <w:ilvl w:val="0"/>
          <w:numId w:val="3"/>
        </w:numPr>
        <w:spacing w:line="240" w:lineRule="auto"/>
        <w:ind w:left="567" w:hanging="227"/>
        <w:rPr>
          <w:rFonts w:ascii="Roboto Condensed" w:hAnsi="Roboto Condensed"/>
          <w:sz w:val="20"/>
          <w:lang w:val="pl-PL"/>
        </w:rPr>
      </w:pPr>
      <w:r w:rsidRPr="000136B2">
        <w:rPr>
          <w:rFonts w:ascii="Roboto Condensed" w:hAnsi="Roboto Condensed"/>
          <w:sz w:val="20"/>
          <w:lang w:val="pl-PL"/>
        </w:rPr>
        <w:t xml:space="preserve">Kościoły w Dąbrówce, </w:t>
      </w:r>
      <w:proofErr w:type="spellStart"/>
      <w:r w:rsidRPr="000136B2">
        <w:rPr>
          <w:rFonts w:ascii="Roboto Condensed" w:hAnsi="Roboto Condensed"/>
          <w:sz w:val="20"/>
          <w:lang w:val="pl-PL"/>
        </w:rPr>
        <w:t>Dziepółci</w:t>
      </w:r>
      <w:proofErr w:type="spellEnd"/>
      <w:r w:rsidRPr="000136B2">
        <w:rPr>
          <w:rFonts w:ascii="Roboto Condensed" w:hAnsi="Roboto Condensed"/>
          <w:sz w:val="20"/>
          <w:lang w:val="pl-PL"/>
        </w:rPr>
        <w:t>, Strzałkowie, Kietlinie i Jadwinówce</w:t>
      </w:r>
    </w:p>
    <w:p w14:paraId="2C4E2A56" w14:textId="14EA4A4B" w:rsidR="000136B2" w:rsidRPr="000136B2" w:rsidRDefault="000136B2" w:rsidP="008636AA">
      <w:pPr>
        <w:pStyle w:val="Tekstpodstawowy2"/>
        <w:numPr>
          <w:ilvl w:val="0"/>
          <w:numId w:val="3"/>
        </w:numPr>
        <w:spacing w:line="240" w:lineRule="auto"/>
        <w:ind w:left="567" w:hanging="227"/>
        <w:rPr>
          <w:rFonts w:ascii="Roboto Condensed" w:hAnsi="Roboto Condensed"/>
          <w:color w:val="EE0000"/>
          <w:sz w:val="20"/>
          <w:lang w:val="pl-PL"/>
        </w:rPr>
      </w:pPr>
      <w:r w:rsidRPr="000136B2">
        <w:rPr>
          <w:rFonts w:ascii="Roboto Condensed" w:hAnsi="Roboto Condensed"/>
          <w:sz w:val="20"/>
          <w:lang w:val="pl-PL"/>
        </w:rPr>
        <w:t>Obiek</w:t>
      </w:r>
      <w:r>
        <w:rPr>
          <w:rFonts w:ascii="Roboto Condensed" w:hAnsi="Roboto Condensed"/>
          <w:sz w:val="20"/>
          <w:lang w:val="pl-PL"/>
        </w:rPr>
        <w:t>ty</w:t>
      </w:r>
      <w:r w:rsidRPr="000136B2">
        <w:rPr>
          <w:rFonts w:ascii="Roboto Condensed" w:hAnsi="Roboto Condensed"/>
          <w:sz w:val="20"/>
          <w:lang w:val="pl-PL"/>
        </w:rPr>
        <w:t xml:space="preserve"> straży pożarnej w </w:t>
      </w:r>
      <w:r>
        <w:rPr>
          <w:rFonts w:ascii="Roboto Condensed" w:hAnsi="Roboto Condensed"/>
          <w:sz w:val="20"/>
          <w:lang w:val="pl-PL"/>
        </w:rPr>
        <w:t>Szczepocicach Rządowych</w:t>
      </w:r>
      <w:r w:rsidRPr="000136B2">
        <w:rPr>
          <w:rFonts w:ascii="Roboto Condensed" w:hAnsi="Roboto Condensed"/>
          <w:sz w:val="20"/>
          <w:lang w:val="pl-PL"/>
        </w:rPr>
        <w:t xml:space="preserve">, </w:t>
      </w:r>
      <w:proofErr w:type="spellStart"/>
      <w:r w:rsidRPr="000136B2">
        <w:rPr>
          <w:rFonts w:ascii="Roboto Condensed" w:hAnsi="Roboto Condensed"/>
          <w:sz w:val="20"/>
          <w:lang w:val="pl-PL"/>
        </w:rPr>
        <w:t>Dziepółci</w:t>
      </w:r>
      <w:proofErr w:type="spellEnd"/>
      <w:r w:rsidRPr="000136B2">
        <w:rPr>
          <w:rFonts w:ascii="Roboto Condensed" w:hAnsi="Roboto Condensed"/>
          <w:sz w:val="20"/>
          <w:lang w:val="pl-PL"/>
        </w:rPr>
        <w:t xml:space="preserve">, Strzałkowie, </w:t>
      </w:r>
      <w:r>
        <w:rPr>
          <w:rFonts w:ascii="Roboto Condensed" w:hAnsi="Roboto Condensed"/>
          <w:sz w:val="20"/>
          <w:lang w:val="pl-PL"/>
        </w:rPr>
        <w:t xml:space="preserve">Kolonii </w:t>
      </w:r>
      <w:r w:rsidRPr="000136B2">
        <w:rPr>
          <w:rFonts w:ascii="Roboto Condensed" w:hAnsi="Roboto Condensed"/>
          <w:sz w:val="20"/>
          <w:lang w:val="pl-PL"/>
        </w:rPr>
        <w:t>Kietlin i Jadwinówce</w:t>
      </w:r>
    </w:p>
    <w:p w14:paraId="29458E2E" w14:textId="77777777" w:rsidR="003F788C" w:rsidRDefault="003F788C" w:rsidP="003F788C">
      <w:pPr>
        <w:pStyle w:val="Tekstpodstawowy2"/>
        <w:spacing w:line="240" w:lineRule="auto"/>
        <w:rPr>
          <w:rFonts w:ascii="Roboto Condensed" w:hAnsi="Roboto Condensed"/>
          <w:color w:val="EE0000"/>
          <w:sz w:val="20"/>
          <w:lang w:val="pl-PL"/>
        </w:rPr>
      </w:pPr>
    </w:p>
    <w:p w14:paraId="12DAAF11" w14:textId="7E7DB20B" w:rsidR="003F788C" w:rsidRDefault="00D9038B" w:rsidP="003F788C">
      <w:pPr>
        <w:pStyle w:val="Tekstpodstawowy2"/>
        <w:spacing w:line="240" w:lineRule="auto"/>
        <w:rPr>
          <w:rFonts w:ascii="Roboto Condensed" w:hAnsi="Roboto Condensed"/>
          <w:sz w:val="20"/>
          <w:lang w:val="pl-PL"/>
        </w:rPr>
      </w:pPr>
      <w:r w:rsidRPr="003F788C">
        <w:rPr>
          <w:rFonts w:ascii="Roboto Condensed" w:hAnsi="Roboto Condensed"/>
          <w:sz w:val="20"/>
          <w:lang w:val="pl-PL"/>
        </w:rPr>
        <w:t xml:space="preserve">Na terenie Gminy Radomsko </w:t>
      </w:r>
      <w:r>
        <w:rPr>
          <w:rFonts w:ascii="Roboto Condensed" w:hAnsi="Roboto Condensed"/>
          <w:sz w:val="20"/>
          <w:lang w:val="pl-PL"/>
        </w:rPr>
        <w:t>brak ośrodków zdrowia czy</w:t>
      </w:r>
      <w:r w:rsidRPr="003F788C">
        <w:rPr>
          <w:rFonts w:ascii="Roboto Condensed" w:hAnsi="Roboto Condensed"/>
          <w:sz w:val="20"/>
          <w:lang w:val="pl-PL"/>
        </w:rPr>
        <w:t xml:space="preserve"> przychodni lekarskich. Podstawową opiekę zdrowotną dla mieszkańców gminy zapewniają publiczne i niepubliczne zakłady opieki zdrowotnej działające na terenie miasta Radomsko</w:t>
      </w:r>
      <w:r>
        <w:rPr>
          <w:rFonts w:ascii="Roboto Condensed" w:hAnsi="Roboto Condensed"/>
          <w:sz w:val="20"/>
          <w:lang w:val="pl-PL"/>
        </w:rPr>
        <w:t xml:space="preserve"> oraz w sąsiedniej</w:t>
      </w:r>
      <w:r w:rsidRPr="003F788C">
        <w:rPr>
          <w:rFonts w:ascii="Roboto Condensed" w:hAnsi="Roboto Condensed"/>
          <w:sz w:val="20"/>
          <w:lang w:val="pl-PL"/>
        </w:rPr>
        <w:t xml:space="preserve"> Gmin</w:t>
      </w:r>
      <w:r>
        <w:rPr>
          <w:rFonts w:ascii="Roboto Condensed" w:hAnsi="Roboto Condensed"/>
          <w:sz w:val="20"/>
          <w:lang w:val="pl-PL"/>
        </w:rPr>
        <w:t>ie</w:t>
      </w:r>
      <w:r w:rsidRPr="003F788C">
        <w:rPr>
          <w:rFonts w:ascii="Roboto Condensed" w:hAnsi="Roboto Condensed"/>
          <w:sz w:val="20"/>
          <w:lang w:val="pl-PL"/>
        </w:rPr>
        <w:t xml:space="preserve"> Kodrąb</w:t>
      </w:r>
      <w:r>
        <w:rPr>
          <w:rFonts w:ascii="Roboto Condensed" w:hAnsi="Roboto Condensed"/>
          <w:sz w:val="20"/>
          <w:lang w:val="pl-PL"/>
        </w:rPr>
        <w:t xml:space="preserve"> – </w:t>
      </w:r>
      <w:r w:rsidRPr="003F788C">
        <w:rPr>
          <w:rFonts w:ascii="Roboto Condensed" w:hAnsi="Roboto Condensed"/>
          <w:sz w:val="20"/>
          <w:lang w:val="pl-PL"/>
        </w:rPr>
        <w:t>ośrod</w:t>
      </w:r>
      <w:r>
        <w:rPr>
          <w:rFonts w:ascii="Roboto Condensed" w:hAnsi="Roboto Condensed"/>
          <w:sz w:val="20"/>
          <w:lang w:val="pl-PL"/>
        </w:rPr>
        <w:t>ek</w:t>
      </w:r>
      <w:r w:rsidRPr="003F788C">
        <w:rPr>
          <w:rFonts w:ascii="Roboto Condensed" w:hAnsi="Roboto Condensed"/>
          <w:sz w:val="20"/>
          <w:lang w:val="pl-PL"/>
        </w:rPr>
        <w:t xml:space="preserve"> w Dmeninie.  </w:t>
      </w:r>
    </w:p>
    <w:p w14:paraId="537884D8" w14:textId="6D1891CA" w:rsidR="003F788C" w:rsidRPr="000136B2" w:rsidRDefault="00D9038B" w:rsidP="003F788C">
      <w:pPr>
        <w:pStyle w:val="Tekstpodstawowy2"/>
        <w:spacing w:line="240" w:lineRule="auto"/>
        <w:rPr>
          <w:rFonts w:ascii="Roboto Condensed" w:hAnsi="Roboto Condensed"/>
          <w:sz w:val="20"/>
          <w:lang w:val="pl-PL"/>
        </w:rPr>
      </w:pPr>
      <w:r>
        <w:rPr>
          <w:rFonts w:ascii="Roboto Condensed" w:hAnsi="Roboto Condensed"/>
          <w:sz w:val="20"/>
          <w:lang w:val="pl-PL"/>
        </w:rPr>
        <w:t xml:space="preserve">Gmina </w:t>
      </w:r>
      <w:r w:rsidR="00CC53C6" w:rsidRPr="003F788C">
        <w:rPr>
          <w:rFonts w:ascii="Roboto Condensed" w:hAnsi="Roboto Condensed"/>
          <w:sz w:val="20"/>
          <w:lang w:val="pl-PL"/>
        </w:rPr>
        <w:t xml:space="preserve">Radomsko </w:t>
      </w:r>
      <w:r>
        <w:rPr>
          <w:rFonts w:ascii="Roboto Condensed" w:hAnsi="Roboto Condensed"/>
          <w:sz w:val="20"/>
          <w:lang w:val="pl-PL"/>
        </w:rPr>
        <w:t xml:space="preserve">nie posiada gminnych ośrodków kultury </w:t>
      </w:r>
      <w:r w:rsidR="00491357">
        <w:rPr>
          <w:rFonts w:ascii="Roboto Condensed" w:hAnsi="Roboto Condensed"/>
          <w:sz w:val="20"/>
          <w:lang w:val="pl-PL"/>
        </w:rPr>
        <w:t xml:space="preserve">- </w:t>
      </w:r>
      <w:r>
        <w:rPr>
          <w:rFonts w:ascii="Roboto Condensed" w:hAnsi="Roboto Condensed"/>
          <w:sz w:val="20"/>
          <w:lang w:val="pl-PL"/>
        </w:rPr>
        <w:t>g</w:t>
      </w:r>
      <w:r w:rsidRPr="003F788C">
        <w:rPr>
          <w:rFonts w:ascii="Roboto Condensed" w:hAnsi="Roboto Condensed"/>
          <w:sz w:val="20"/>
          <w:lang w:val="pl-PL"/>
        </w:rPr>
        <w:t>mina prowadzi działalność kulturaln</w:t>
      </w:r>
      <w:r>
        <w:rPr>
          <w:rFonts w:ascii="Roboto Condensed" w:hAnsi="Roboto Condensed"/>
          <w:sz w:val="20"/>
          <w:lang w:val="pl-PL"/>
        </w:rPr>
        <w:t>ą</w:t>
      </w:r>
      <w:r w:rsidRPr="003F788C">
        <w:rPr>
          <w:rFonts w:ascii="Roboto Condensed" w:hAnsi="Roboto Condensed"/>
          <w:sz w:val="20"/>
          <w:lang w:val="pl-PL"/>
        </w:rPr>
        <w:t xml:space="preserve"> poprzez Gminną Bibliotekę Publiczn</w:t>
      </w:r>
      <w:r>
        <w:rPr>
          <w:rFonts w:ascii="Roboto Condensed" w:hAnsi="Roboto Condensed"/>
          <w:sz w:val="20"/>
          <w:lang w:val="pl-PL"/>
        </w:rPr>
        <w:t>ą</w:t>
      </w:r>
      <w:r w:rsidRPr="003F788C">
        <w:rPr>
          <w:rFonts w:ascii="Roboto Condensed" w:hAnsi="Roboto Condensed"/>
          <w:sz w:val="20"/>
          <w:lang w:val="pl-PL"/>
        </w:rPr>
        <w:t xml:space="preserve"> w Strzałkowie</w:t>
      </w:r>
      <w:r>
        <w:rPr>
          <w:rFonts w:ascii="Roboto Condensed" w:hAnsi="Roboto Condensed"/>
          <w:sz w:val="20"/>
          <w:lang w:val="pl-PL"/>
        </w:rPr>
        <w:t>)</w:t>
      </w:r>
      <w:r w:rsidR="00491357">
        <w:rPr>
          <w:rFonts w:ascii="Roboto Condensed" w:hAnsi="Roboto Condensed"/>
          <w:sz w:val="20"/>
          <w:lang w:val="pl-PL"/>
        </w:rPr>
        <w:t>.</w:t>
      </w:r>
    </w:p>
    <w:p w14:paraId="09C3AB07" w14:textId="67662813" w:rsidR="00933046" w:rsidRPr="009A175C" w:rsidRDefault="00A96F98" w:rsidP="00933046">
      <w:pPr>
        <w:pStyle w:val="Tekstpodstawowy2"/>
        <w:spacing w:before="120" w:after="120" w:line="240" w:lineRule="auto"/>
        <w:ind w:left="170"/>
        <w:jc w:val="left"/>
        <w:rPr>
          <w:rFonts w:ascii="Roboto Condensed" w:hAnsi="Roboto Condensed"/>
          <w:i/>
          <w:iCs/>
          <w:color w:val="EE0000"/>
          <w:sz w:val="20"/>
          <w:lang w:val="pl-PL"/>
        </w:rPr>
      </w:pPr>
      <w:bookmarkStart w:id="89" w:name="_Hlk198649814"/>
      <w:r w:rsidRPr="000136B2">
        <w:rPr>
          <w:rFonts w:ascii="Roboto Condensed" w:hAnsi="Roboto Condensed"/>
          <w:i/>
          <w:iCs/>
          <w:sz w:val="20"/>
          <w:lang w:val="pl-PL"/>
        </w:rPr>
        <w:t>Rys.</w:t>
      </w:r>
      <w:r w:rsidR="007C60F5" w:rsidRPr="000136B2">
        <w:rPr>
          <w:rFonts w:ascii="Roboto Condensed" w:hAnsi="Roboto Condensed"/>
          <w:i/>
          <w:iCs/>
          <w:sz w:val="20"/>
          <w:lang w:val="pl-PL"/>
        </w:rPr>
        <w:t>1</w:t>
      </w:r>
      <w:r w:rsidR="00E02042">
        <w:rPr>
          <w:rFonts w:ascii="Roboto Condensed" w:hAnsi="Roboto Condensed"/>
          <w:i/>
          <w:iCs/>
          <w:sz w:val="20"/>
          <w:lang w:val="pl-PL"/>
        </w:rPr>
        <w:t>8</w:t>
      </w:r>
      <w:r w:rsidRPr="000136B2">
        <w:rPr>
          <w:rFonts w:ascii="Roboto Condensed" w:hAnsi="Roboto Condensed"/>
          <w:i/>
          <w:iCs/>
          <w:sz w:val="20"/>
          <w:lang w:val="pl-PL"/>
        </w:rPr>
        <w:t>. Rozmieszczenie infrastruktury społecznej</w:t>
      </w:r>
      <w:r w:rsidR="007C60F5" w:rsidRPr="000136B2">
        <w:rPr>
          <w:rFonts w:ascii="Roboto Condensed" w:hAnsi="Roboto Condensed"/>
          <w:i/>
          <w:iCs/>
          <w:sz w:val="20"/>
          <w:lang w:val="pl-PL"/>
        </w:rPr>
        <w:t>.</w:t>
      </w:r>
      <w:bookmarkEnd w:id="89"/>
    </w:p>
    <w:p w14:paraId="15CC7145" w14:textId="17D0DE21" w:rsidR="00A96F98" w:rsidRPr="009A175C" w:rsidRDefault="00CD40AF" w:rsidP="00CD40AF">
      <w:pPr>
        <w:pStyle w:val="Tekstpodstawowy2"/>
        <w:spacing w:before="120" w:after="120" w:line="240" w:lineRule="auto"/>
        <w:ind w:left="170"/>
        <w:rPr>
          <w:rFonts w:ascii="Roboto Condensed" w:hAnsi="Roboto Condensed"/>
          <w:i/>
          <w:iCs/>
          <w:color w:val="EE0000"/>
          <w:sz w:val="20"/>
          <w:lang w:val="pl-PL"/>
        </w:rPr>
      </w:pPr>
      <w:r>
        <w:rPr>
          <w:rFonts w:ascii="Roboto Condensed" w:hAnsi="Roboto Condensed"/>
          <w:i/>
          <w:iCs/>
          <w:noProof/>
          <w:color w:val="EE0000"/>
          <w:sz w:val="20"/>
          <w:lang w:val="pl-PL"/>
        </w:rPr>
        <w:drawing>
          <wp:inline distT="0" distB="0" distL="0" distR="0" wp14:anchorId="19031D2F" wp14:editId="0B22B1E9">
            <wp:extent cx="5937328" cy="5494352"/>
            <wp:effectExtent l="0" t="0" r="6350" b="0"/>
            <wp:docPr id="52181719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52229" cy="5508141"/>
                    </a:xfrm>
                    <a:prstGeom prst="rect">
                      <a:avLst/>
                    </a:prstGeom>
                    <a:noFill/>
                    <a:ln>
                      <a:noFill/>
                    </a:ln>
                  </pic:spPr>
                </pic:pic>
              </a:graphicData>
            </a:graphic>
          </wp:inline>
        </w:drawing>
      </w:r>
    </w:p>
    <w:p w14:paraId="46C8E0BD" w14:textId="6C6ED457" w:rsidR="00732412" w:rsidRPr="009A175C" w:rsidRDefault="00732412" w:rsidP="006904C9">
      <w:pPr>
        <w:pStyle w:val="Nagwek1"/>
        <w:spacing w:before="60" w:after="60" w:line="240" w:lineRule="auto"/>
        <w:ind w:left="737" w:hanging="567"/>
        <w:rPr>
          <w:rFonts w:ascii="Roboto Condensed" w:hAnsi="Roboto Condensed"/>
          <w:bCs/>
          <w:i/>
          <w:iCs/>
          <w:color w:val="EE0000"/>
          <w:sz w:val="22"/>
          <w:szCs w:val="22"/>
          <w:lang w:val="pl-PL"/>
        </w:rPr>
      </w:pPr>
      <w:bookmarkStart w:id="90" w:name="_Toc193697391"/>
      <w:bookmarkStart w:id="91" w:name="_Toc206769044"/>
      <w:r w:rsidRPr="00CD40AF">
        <w:rPr>
          <w:rFonts w:ascii="Roboto Condensed" w:hAnsi="Roboto Condensed"/>
          <w:bCs/>
          <w:i/>
          <w:iCs/>
          <w:sz w:val="22"/>
          <w:szCs w:val="22"/>
          <w:lang w:val="pl-PL"/>
        </w:rPr>
        <w:lastRenderedPageBreak/>
        <w:t>Infrastruktura transportowa</w:t>
      </w:r>
      <w:bookmarkEnd w:id="90"/>
      <w:bookmarkEnd w:id="91"/>
    </w:p>
    <w:p w14:paraId="6E39D1CB" w14:textId="77777777" w:rsidR="00CD40AF" w:rsidRPr="009A175C" w:rsidRDefault="00CD40AF" w:rsidP="00CD40AF">
      <w:pPr>
        <w:pStyle w:val="Tekstpodstawowy2"/>
        <w:spacing w:before="120" w:line="240" w:lineRule="auto"/>
        <w:ind w:left="170"/>
        <w:rPr>
          <w:rFonts w:ascii="Roboto Condensed" w:hAnsi="Roboto Condensed"/>
          <w:i/>
          <w:iCs/>
          <w:color w:val="EE0000"/>
          <w:sz w:val="20"/>
          <w:u w:val="single"/>
          <w:lang w:val="pl-PL"/>
        </w:rPr>
      </w:pPr>
      <w:r w:rsidRPr="00CD40AF">
        <w:rPr>
          <w:rFonts w:ascii="Roboto Condensed" w:hAnsi="Roboto Condensed"/>
          <w:i/>
          <w:iCs/>
          <w:sz w:val="20"/>
          <w:u w:val="single"/>
          <w:lang w:val="pl-PL"/>
        </w:rPr>
        <w:t>Drogi publiczne:</w:t>
      </w:r>
    </w:p>
    <w:p w14:paraId="5A8F2A4C" w14:textId="7C3AE532" w:rsidR="00CD40AF" w:rsidRDefault="00CD40AF" w:rsidP="00CD40AF">
      <w:pPr>
        <w:pStyle w:val="Tekstpodstawowy2"/>
        <w:spacing w:before="120" w:line="240" w:lineRule="auto"/>
        <w:ind w:left="170"/>
        <w:rPr>
          <w:rFonts w:ascii="Roboto Condensed" w:hAnsi="Roboto Condensed"/>
          <w:sz w:val="20"/>
          <w:lang w:val="pl-PL"/>
        </w:rPr>
      </w:pPr>
      <w:r w:rsidRPr="002D68E9">
        <w:rPr>
          <w:rFonts w:ascii="Roboto Condensed" w:hAnsi="Roboto Condensed"/>
          <w:sz w:val="20"/>
          <w:lang w:val="pl-PL"/>
        </w:rPr>
        <w:t>Sieć dróg w gminie obejmuje</w:t>
      </w:r>
      <w:r w:rsidRPr="00CD40AF">
        <w:rPr>
          <w:rFonts w:ascii="Roboto Condensed" w:hAnsi="Roboto Condensed"/>
          <w:sz w:val="20"/>
          <w:lang w:val="pl-PL"/>
        </w:rPr>
        <w:t>:</w:t>
      </w:r>
    </w:p>
    <w:p w14:paraId="642C2F18" w14:textId="755157FB" w:rsidR="00CD40AF" w:rsidRPr="002D68E9" w:rsidRDefault="00CD40AF" w:rsidP="008636AA">
      <w:pPr>
        <w:pStyle w:val="Tekstpodstawowy2"/>
        <w:numPr>
          <w:ilvl w:val="0"/>
          <w:numId w:val="3"/>
        </w:numPr>
        <w:spacing w:line="240" w:lineRule="auto"/>
        <w:ind w:left="567" w:hanging="227"/>
        <w:rPr>
          <w:rFonts w:ascii="Roboto Condensed" w:hAnsi="Roboto Condensed"/>
          <w:sz w:val="20"/>
          <w:lang w:val="pl-PL"/>
        </w:rPr>
      </w:pPr>
      <w:r w:rsidRPr="002D68E9">
        <w:rPr>
          <w:rFonts w:ascii="Roboto Condensed" w:hAnsi="Roboto Condensed"/>
          <w:sz w:val="20"/>
          <w:lang w:val="pl-PL"/>
        </w:rPr>
        <w:t>Drogi krajowe</w:t>
      </w:r>
      <w:r>
        <w:rPr>
          <w:rFonts w:ascii="Roboto Condensed" w:hAnsi="Roboto Condensed"/>
          <w:sz w:val="20"/>
          <w:lang w:val="pl-PL"/>
        </w:rPr>
        <w:t>:</w:t>
      </w:r>
    </w:p>
    <w:p w14:paraId="0E17A987" w14:textId="02AAA25B" w:rsidR="00CD40AF" w:rsidRPr="002D68E9" w:rsidRDefault="00CD40AF"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 xml:space="preserve">autostrada A1 relacji </w:t>
      </w:r>
      <w:r>
        <w:rPr>
          <w:rFonts w:ascii="Roboto Condensed" w:hAnsi="Roboto Condensed"/>
          <w:sz w:val="20"/>
          <w:lang w:val="pl-PL"/>
        </w:rPr>
        <w:t>Rusocin - Gorzyczki</w:t>
      </w:r>
      <w:r w:rsidRPr="002D68E9">
        <w:rPr>
          <w:rFonts w:ascii="Roboto Condensed" w:hAnsi="Roboto Condensed"/>
          <w:sz w:val="20"/>
          <w:lang w:val="pl-PL"/>
        </w:rPr>
        <w:t xml:space="preserve">, </w:t>
      </w:r>
    </w:p>
    <w:p w14:paraId="3CCF528C" w14:textId="662D2DC8" w:rsidR="00CD40AF" w:rsidRPr="002D68E9" w:rsidRDefault="00CD40AF"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 xml:space="preserve">nr 91 relacji </w:t>
      </w:r>
      <w:r>
        <w:rPr>
          <w:rFonts w:ascii="Roboto Condensed" w:hAnsi="Roboto Condensed"/>
          <w:sz w:val="20"/>
          <w:lang w:val="pl-PL"/>
        </w:rPr>
        <w:t>Gdańsk - Podwarpie</w:t>
      </w:r>
      <w:r w:rsidRPr="002D68E9">
        <w:rPr>
          <w:rFonts w:ascii="Roboto Condensed" w:hAnsi="Roboto Condensed"/>
          <w:sz w:val="20"/>
          <w:lang w:val="pl-PL"/>
        </w:rPr>
        <w:t xml:space="preserve">, </w:t>
      </w:r>
    </w:p>
    <w:p w14:paraId="789E88AB" w14:textId="58378D1B" w:rsidR="00CD40AF" w:rsidRPr="002D68E9" w:rsidRDefault="00CD40AF"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 xml:space="preserve">nr 42 relacji </w:t>
      </w:r>
      <w:r>
        <w:rPr>
          <w:rFonts w:ascii="Roboto Condensed" w:hAnsi="Roboto Condensed"/>
          <w:sz w:val="20"/>
          <w:lang w:val="pl-PL"/>
        </w:rPr>
        <w:t>Kamienna - Rudnik</w:t>
      </w:r>
      <w:r w:rsidRPr="002D68E9">
        <w:rPr>
          <w:rFonts w:ascii="Roboto Condensed" w:hAnsi="Roboto Condensed"/>
          <w:sz w:val="20"/>
          <w:lang w:val="pl-PL"/>
        </w:rPr>
        <w:t xml:space="preserve">. </w:t>
      </w:r>
    </w:p>
    <w:p w14:paraId="74EDF0B8" w14:textId="5F3F73A6" w:rsidR="00CD40AF" w:rsidRPr="002D68E9" w:rsidRDefault="00CD40AF" w:rsidP="008636AA">
      <w:pPr>
        <w:pStyle w:val="Tekstpodstawowy2"/>
        <w:numPr>
          <w:ilvl w:val="0"/>
          <w:numId w:val="3"/>
        </w:numPr>
        <w:spacing w:line="240" w:lineRule="auto"/>
        <w:ind w:left="567" w:hanging="227"/>
        <w:rPr>
          <w:rFonts w:ascii="Roboto Condensed" w:hAnsi="Roboto Condensed"/>
          <w:sz w:val="20"/>
          <w:lang w:val="pl-PL"/>
        </w:rPr>
      </w:pPr>
      <w:r w:rsidRPr="002D68E9">
        <w:rPr>
          <w:rFonts w:ascii="Roboto Condensed" w:hAnsi="Roboto Condensed"/>
          <w:sz w:val="20"/>
          <w:lang w:val="pl-PL"/>
        </w:rPr>
        <w:t>Drogi wojewódzkie:</w:t>
      </w:r>
    </w:p>
    <w:p w14:paraId="6738B28F" w14:textId="7F6CA775" w:rsidR="00CD40AF" w:rsidRPr="002D68E9" w:rsidRDefault="00CD40AF"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 xml:space="preserve">nr 784 relacji Radomsko – </w:t>
      </w:r>
      <w:r>
        <w:rPr>
          <w:rFonts w:ascii="Roboto Condensed" w:hAnsi="Roboto Condensed"/>
          <w:sz w:val="20"/>
          <w:lang w:val="pl-PL"/>
        </w:rPr>
        <w:t>Święta Anna</w:t>
      </w:r>
      <w:r w:rsidRPr="002D68E9">
        <w:rPr>
          <w:rFonts w:ascii="Roboto Condensed" w:hAnsi="Roboto Condensed"/>
          <w:sz w:val="20"/>
          <w:lang w:val="pl-PL"/>
        </w:rPr>
        <w:t>.</w:t>
      </w:r>
    </w:p>
    <w:p w14:paraId="05271190" w14:textId="29039F9B" w:rsidR="00CD40AF" w:rsidRPr="002D68E9" w:rsidRDefault="00CD40AF" w:rsidP="008636AA">
      <w:pPr>
        <w:pStyle w:val="Tekstpodstawowy2"/>
        <w:numPr>
          <w:ilvl w:val="0"/>
          <w:numId w:val="3"/>
        </w:numPr>
        <w:spacing w:line="240" w:lineRule="auto"/>
        <w:ind w:left="567" w:hanging="227"/>
        <w:rPr>
          <w:rFonts w:ascii="Roboto Condensed" w:hAnsi="Roboto Condensed"/>
          <w:sz w:val="20"/>
          <w:lang w:val="pl-PL"/>
        </w:rPr>
      </w:pPr>
      <w:r w:rsidRPr="002D68E9">
        <w:rPr>
          <w:rFonts w:ascii="Roboto Condensed" w:hAnsi="Roboto Condensed"/>
          <w:sz w:val="20"/>
          <w:lang w:val="pl-PL"/>
        </w:rPr>
        <w:t>Drogi powiatowe:</w:t>
      </w:r>
    </w:p>
    <w:p w14:paraId="46D96D38" w14:textId="6F5F8A6F" w:rsidR="00CD40AF" w:rsidRPr="002D68E9" w:rsidRDefault="00CD40AF"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nr 3952E relacji Radomsko – Szczepocice Rządowe</w:t>
      </w:r>
    </w:p>
    <w:p w14:paraId="1E3FE81E" w14:textId="3F4EB3F8" w:rsidR="00CD40AF" w:rsidRPr="002D68E9" w:rsidRDefault="00CD40AF"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nr 3934E relacji Radomsko – Kobiele Wielkie</w:t>
      </w:r>
    </w:p>
    <w:p w14:paraId="090CAF12" w14:textId="19B735E4" w:rsidR="00CD40AF" w:rsidRPr="00C066BE" w:rsidRDefault="00CD40AF" w:rsidP="00C066BE">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nr 3935E relacji Radomsko – Dmenin</w:t>
      </w:r>
    </w:p>
    <w:p w14:paraId="46A4F558" w14:textId="6F312134" w:rsidR="00CD40AF" w:rsidRPr="002D68E9" w:rsidRDefault="00CD40AF"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nr 3930E relacji Radomsko – Płoszów – Piaszczyce</w:t>
      </w:r>
    </w:p>
    <w:p w14:paraId="41650676" w14:textId="4AD3C5C5" w:rsidR="00CD40AF" w:rsidRPr="002D68E9" w:rsidRDefault="00CD40AF"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nr 3509E relacji Dobryszyce – Kietlin</w:t>
      </w:r>
    </w:p>
    <w:p w14:paraId="5BB5C05F" w14:textId="67921AE9" w:rsidR="00CD40AF" w:rsidRPr="002D68E9" w:rsidRDefault="00CD40AF" w:rsidP="008636AA">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 xml:space="preserve">Najważniejsze </w:t>
      </w:r>
      <w:r w:rsidRPr="002D68E9">
        <w:rPr>
          <w:rFonts w:ascii="Roboto Condensed" w:hAnsi="Roboto Condensed"/>
          <w:sz w:val="20"/>
          <w:lang w:val="pl-PL"/>
        </w:rPr>
        <w:t xml:space="preserve">drogi gminne: </w:t>
      </w:r>
    </w:p>
    <w:p w14:paraId="66A1DEBE" w14:textId="2F498639" w:rsidR="00CD40AF" w:rsidRPr="002D68E9" w:rsidRDefault="00CD40AF"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nr 112501E relacji granica gminy Gomunice – Płoszów,</w:t>
      </w:r>
    </w:p>
    <w:p w14:paraId="6AEAFDE1" w14:textId="7E4BB91F" w:rsidR="00CD40AF" w:rsidRPr="002D68E9" w:rsidRDefault="00CD40AF"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 xml:space="preserve">nr 112501E relacji Płoszów – granica gminy Kodrąb, </w:t>
      </w:r>
    </w:p>
    <w:p w14:paraId="1C5DD225" w14:textId="3A09CDE0" w:rsidR="00CD40AF" w:rsidRPr="00F20479" w:rsidRDefault="00CD40AF"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 xml:space="preserve">nr 112504E relacji </w:t>
      </w:r>
      <w:r w:rsidR="00F20479">
        <w:rPr>
          <w:rFonts w:ascii="Roboto Condensed" w:hAnsi="Roboto Condensed"/>
          <w:sz w:val="20"/>
          <w:lang w:val="pl-PL"/>
        </w:rPr>
        <w:t>DK</w:t>
      </w:r>
      <w:r w:rsidRPr="002D68E9">
        <w:rPr>
          <w:rFonts w:ascii="Roboto Condensed" w:hAnsi="Roboto Condensed"/>
          <w:sz w:val="20"/>
          <w:lang w:val="pl-PL"/>
        </w:rPr>
        <w:t xml:space="preserve">42 – Kietlin –  granica gminy </w:t>
      </w:r>
      <w:r w:rsidRPr="00F20479">
        <w:rPr>
          <w:rFonts w:ascii="Roboto Condensed" w:hAnsi="Roboto Condensed"/>
          <w:sz w:val="20"/>
          <w:lang w:val="pl-PL"/>
        </w:rPr>
        <w:t xml:space="preserve">Kodrąb, </w:t>
      </w:r>
    </w:p>
    <w:p w14:paraId="60C92DBC" w14:textId="02084F4B" w:rsidR="00CD40AF" w:rsidRPr="002D68E9" w:rsidRDefault="00CD40AF"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 xml:space="preserve">nr 112502E relacji Dąbrówka – Bobry – </w:t>
      </w:r>
      <w:proofErr w:type="spellStart"/>
      <w:r w:rsidRPr="002D68E9">
        <w:rPr>
          <w:rFonts w:ascii="Roboto Condensed" w:hAnsi="Roboto Condensed"/>
          <w:sz w:val="20"/>
          <w:lang w:val="pl-PL"/>
        </w:rPr>
        <w:t>Cerkawizna</w:t>
      </w:r>
      <w:proofErr w:type="spellEnd"/>
      <w:r w:rsidRPr="002D68E9">
        <w:rPr>
          <w:rFonts w:ascii="Roboto Condensed" w:hAnsi="Roboto Condensed"/>
          <w:sz w:val="20"/>
          <w:lang w:val="pl-PL"/>
        </w:rPr>
        <w:t xml:space="preserve"> – Klekowiec –  </w:t>
      </w:r>
      <w:r>
        <w:rPr>
          <w:rFonts w:ascii="Roboto Condensed" w:hAnsi="Roboto Condensed"/>
          <w:sz w:val="20"/>
          <w:lang w:val="pl-PL"/>
        </w:rPr>
        <w:t>DW</w:t>
      </w:r>
      <w:r w:rsidRPr="002D68E9">
        <w:rPr>
          <w:rFonts w:ascii="Roboto Condensed" w:hAnsi="Roboto Condensed"/>
          <w:sz w:val="20"/>
          <w:lang w:val="pl-PL"/>
        </w:rPr>
        <w:t xml:space="preserve">784, </w:t>
      </w:r>
    </w:p>
    <w:p w14:paraId="63034F4A" w14:textId="21646CF5" w:rsidR="00CD40AF" w:rsidRPr="00F20479" w:rsidRDefault="00CD40AF"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 xml:space="preserve">nr 112503E relacji </w:t>
      </w:r>
      <w:r w:rsidR="00F20479">
        <w:rPr>
          <w:rFonts w:ascii="Roboto Condensed" w:hAnsi="Roboto Condensed"/>
          <w:sz w:val="20"/>
          <w:lang w:val="pl-PL"/>
        </w:rPr>
        <w:t>DP</w:t>
      </w:r>
      <w:r w:rsidRPr="002D68E9">
        <w:rPr>
          <w:rFonts w:ascii="Roboto Condensed" w:hAnsi="Roboto Condensed"/>
          <w:sz w:val="20"/>
          <w:lang w:val="pl-PL"/>
        </w:rPr>
        <w:t xml:space="preserve">3952E – Lipie – Dąbrówka –  </w:t>
      </w:r>
      <w:r w:rsidRPr="00F20479">
        <w:rPr>
          <w:rFonts w:ascii="Roboto Condensed" w:hAnsi="Roboto Condensed"/>
          <w:sz w:val="20"/>
          <w:lang w:val="pl-PL"/>
        </w:rPr>
        <w:t xml:space="preserve">Szczepocice Rządowe – Szczepocice Prywatne, </w:t>
      </w:r>
    </w:p>
    <w:p w14:paraId="1105A406" w14:textId="1C67FAAA" w:rsidR="00CD40AF" w:rsidRPr="002D68E9" w:rsidRDefault="00F20479"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nr 112674E</w:t>
      </w:r>
      <w:r>
        <w:rPr>
          <w:rFonts w:ascii="Roboto Condensed" w:hAnsi="Roboto Condensed"/>
          <w:sz w:val="20"/>
          <w:lang w:val="pl-PL"/>
        </w:rPr>
        <w:t xml:space="preserve"> </w:t>
      </w:r>
      <w:r w:rsidR="00CD40AF" w:rsidRPr="002D68E9">
        <w:rPr>
          <w:rFonts w:ascii="Roboto Condensed" w:hAnsi="Roboto Condensed"/>
          <w:sz w:val="20"/>
          <w:lang w:val="pl-PL"/>
        </w:rPr>
        <w:t xml:space="preserve">relacji miasto Radomsko – </w:t>
      </w:r>
      <w:proofErr w:type="spellStart"/>
      <w:r w:rsidR="00CD40AF" w:rsidRPr="002D68E9">
        <w:rPr>
          <w:rFonts w:ascii="Roboto Condensed" w:hAnsi="Roboto Condensed"/>
          <w:sz w:val="20"/>
          <w:lang w:val="pl-PL"/>
        </w:rPr>
        <w:t>Podcerkawizna</w:t>
      </w:r>
      <w:proofErr w:type="spellEnd"/>
      <w:r w:rsidR="00CD40AF" w:rsidRPr="002D68E9">
        <w:rPr>
          <w:rFonts w:ascii="Roboto Condensed" w:hAnsi="Roboto Condensed"/>
          <w:sz w:val="20"/>
          <w:lang w:val="pl-PL"/>
        </w:rPr>
        <w:t xml:space="preserve"> </w:t>
      </w:r>
    </w:p>
    <w:p w14:paraId="2072415D" w14:textId="079F6BA7" w:rsidR="00CD40AF" w:rsidRPr="002D68E9" w:rsidRDefault="00F20479"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 xml:space="preserve">nr </w:t>
      </w:r>
      <w:r w:rsidR="00CD40AF" w:rsidRPr="002D68E9">
        <w:rPr>
          <w:rFonts w:ascii="Roboto Condensed" w:hAnsi="Roboto Condensed"/>
          <w:sz w:val="20"/>
          <w:lang w:val="pl-PL"/>
        </w:rPr>
        <w:t xml:space="preserve">112505E  relacji droga krajowa nr </w:t>
      </w:r>
      <w:r w:rsidR="00475D4E">
        <w:rPr>
          <w:rFonts w:ascii="Roboto Condensed" w:hAnsi="Roboto Condensed"/>
          <w:sz w:val="20"/>
          <w:lang w:val="pl-PL"/>
        </w:rPr>
        <w:t>9</w:t>
      </w:r>
      <w:r w:rsidR="00CD40AF" w:rsidRPr="002D68E9">
        <w:rPr>
          <w:rFonts w:ascii="Roboto Condensed" w:hAnsi="Roboto Condensed"/>
          <w:sz w:val="20"/>
          <w:lang w:val="pl-PL"/>
        </w:rPr>
        <w:t xml:space="preserve">1 – Bobry – Szczepocice Prywatne – granica województwa śląskiego, </w:t>
      </w:r>
    </w:p>
    <w:p w14:paraId="5A4255B0" w14:textId="1B92017B" w:rsidR="00CD40AF" w:rsidRPr="002D68E9" w:rsidRDefault="00F20479"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 xml:space="preserve">nr </w:t>
      </w:r>
      <w:r w:rsidR="00CD40AF" w:rsidRPr="002D68E9">
        <w:rPr>
          <w:rFonts w:ascii="Roboto Condensed" w:hAnsi="Roboto Condensed"/>
          <w:sz w:val="20"/>
          <w:lang w:val="pl-PL"/>
        </w:rPr>
        <w:t xml:space="preserve">112506E relacji Amelin – Strzałków – granica miasta Radomsko, </w:t>
      </w:r>
    </w:p>
    <w:p w14:paraId="3DDE3706" w14:textId="4B4F8B39" w:rsidR="00CD40AF" w:rsidRPr="002D68E9" w:rsidRDefault="00F20479"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 xml:space="preserve">nr </w:t>
      </w:r>
      <w:r w:rsidR="00CD40AF" w:rsidRPr="002D68E9">
        <w:rPr>
          <w:rFonts w:ascii="Roboto Condensed" w:hAnsi="Roboto Condensed"/>
          <w:sz w:val="20"/>
          <w:lang w:val="pl-PL"/>
        </w:rPr>
        <w:t xml:space="preserve">112507E relacji Strzałków – Grzebień, </w:t>
      </w:r>
    </w:p>
    <w:p w14:paraId="10F1C536" w14:textId="459CE4BF" w:rsidR="00CD40AF" w:rsidRPr="002D68E9" w:rsidRDefault="00F20479"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 xml:space="preserve">nr </w:t>
      </w:r>
      <w:r w:rsidR="00CD40AF" w:rsidRPr="002D68E9">
        <w:rPr>
          <w:rFonts w:ascii="Roboto Condensed" w:hAnsi="Roboto Condensed"/>
          <w:sz w:val="20"/>
          <w:lang w:val="pl-PL"/>
        </w:rPr>
        <w:t xml:space="preserve">112508E relacji </w:t>
      </w:r>
      <w:proofErr w:type="spellStart"/>
      <w:r w:rsidR="00CD40AF" w:rsidRPr="002D68E9">
        <w:rPr>
          <w:rFonts w:ascii="Roboto Condensed" w:hAnsi="Roboto Condensed"/>
          <w:sz w:val="20"/>
          <w:lang w:val="pl-PL"/>
        </w:rPr>
        <w:t>Dziepółć</w:t>
      </w:r>
      <w:proofErr w:type="spellEnd"/>
      <w:r w:rsidR="00CD40AF" w:rsidRPr="002D68E9">
        <w:rPr>
          <w:rFonts w:ascii="Roboto Condensed" w:hAnsi="Roboto Condensed"/>
          <w:sz w:val="20"/>
          <w:lang w:val="pl-PL"/>
        </w:rPr>
        <w:t xml:space="preserve"> – gr. gminy Kobiele Wielkie, </w:t>
      </w:r>
    </w:p>
    <w:p w14:paraId="26276EE7" w14:textId="2F004177" w:rsidR="00CD40AF" w:rsidRPr="002D68E9" w:rsidRDefault="00F20479"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 xml:space="preserve">nr </w:t>
      </w:r>
      <w:r w:rsidR="00CD40AF" w:rsidRPr="002D68E9">
        <w:rPr>
          <w:rFonts w:ascii="Roboto Condensed" w:hAnsi="Roboto Condensed"/>
          <w:sz w:val="20"/>
          <w:lang w:val="pl-PL"/>
        </w:rPr>
        <w:t xml:space="preserve">112055E do granicy Gminy Gidle, </w:t>
      </w:r>
    </w:p>
    <w:p w14:paraId="42419C1E" w14:textId="7086F9B9" w:rsidR="00F20479" w:rsidRDefault="00F20479" w:rsidP="008636AA">
      <w:pPr>
        <w:pStyle w:val="Tekstpodstawowy2"/>
        <w:numPr>
          <w:ilvl w:val="1"/>
          <w:numId w:val="3"/>
        </w:numPr>
        <w:spacing w:line="240" w:lineRule="auto"/>
        <w:rPr>
          <w:rFonts w:ascii="Roboto Condensed" w:hAnsi="Roboto Condensed"/>
          <w:sz w:val="20"/>
          <w:lang w:val="pl-PL"/>
        </w:rPr>
      </w:pPr>
      <w:r w:rsidRPr="002D68E9">
        <w:rPr>
          <w:rFonts w:ascii="Roboto Condensed" w:hAnsi="Roboto Condensed"/>
          <w:sz w:val="20"/>
          <w:lang w:val="pl-PL"/>
        </w:rPr>
        <w:t xml:space="preserve">nr </w:t>
      </w:r>
      <w:r w:rsidR="00CD40AF" w:rsidRPr="002D68E9">
        <w:rPr>
          <w:rFonts w:ascii="Roboto Condensed" w:hAnsi="Roboto Condensed"/>
          <w:sz w:val="20"/>
          <w:lang w:val="pl-PL"/>
        </w:rPr>
        <w:t xml:space="preserve">112205E do granicy Gminy Kobiele Wlk. </w:t>
      </w:r>
    </w:p>
    <w:p w14:paraId="6E65E0FF" w14:textId="557589BA" w:rsidR="00C066BE" w:rsidRPr="00D60E34" w:rsidRDefault="00C066BE" w:rsidP="008636AA">
      <w:pPr>
        <w:pStyle w:val="Tekstpodstawowy2"/>
        <w:numPr>
          <w:ilvl w:val="1"/>
          <w:numId w:val="3"/>
        </w:numPr>
        <w:spacing w:line="240" w:lineRule="auto"/>
        <w:rPr>
          <w:rFonts w:ascii="Roboto Condensed" w:hAnsi="Roboto Condensed"/>
          <w:sz w:val="20"/>
          <w:lang w:val="pl-PL"/>
        </w:rPr>
      </w:pPr>
      <w:r w:rsidRPr="00C066BE">
        <w:rPr>
          <w:rFonts w:ascii="Roboto Condensed" w:hAnsi="Roboto Condensed"/>
          <w:sz w:val="20"/>
          <w:highlight w:val="yellow"/>
          <w:lang w:val="pl-PL"/>
        </w:rPr>
        <w:t xml:space="preserve">nr 3933E relacji </w:t>
      </w:r>
      <w:proofErr w:type="spellStart"/>
      <w:r w:rsidRPr="00C066BE">
        <w:rPr>
          <w:rFonts w:ascii="Roboto Condensed" w:hAnsi="Roboto Condensed"/>
          <w:sz w:val="20"/>
          <w:highlight w:val="yellow"/>
          <w:lang w:val="pl-PL"/>
        </w:rPr>
        <w:t>Dziepółć</w:t>
      </w:r>
      <w:proofErr w:type="spellEnd"/>
      <w:r w:rsidRPr="00C066BE">
        <w:rPr>
          <w:rFonts w:ascii="Roboto Condensed" w:hAnsi="Roboto Condensed"/>
          <w:sz w:val="20"/>
          <w:highlight w:val="yellow"/>
          <w:lang w:val="pl-PL"/>
        </w:rPr>
        <w:t xml:space="preserve"> – Orzechówek</w:t>
      </w:r>
    </w:p>
    <w:p w14:paraId="55DF2415" w14:textId="02A718C7" w:rsidR="00D60E34" w:rsidRDefault="00D60E34" w:rsidP="00D60E34">
      <w:pPr>
        <w:pStyle w:val="Tekstpodstawowy2"/>
        <w:spacing w:before="120" w:line="240" w:lineRule="auto"/>
        <w:ind w:left="170"/>
        <w:rPr>
          <w:rFonts w:ascii="Roboto Condensed" w:hAnsi="Roboto Condensed"/>
          <w:color w:val="EE0000"/>
          <w:sz w:val="20"/>
          <w:lang w:val="pl-PL"/>
        </w:rPr>
      </w:pPr>
      <w:r w:rsidRPr="00D60E34">
        <w:rPr>
          <w:rFonts w:ascii="Roboto Condensed" w:hAnsi="Roboto Condensed"/>
          <w:sz w:val="20"/>
          <w:lang w:val="pl-PL"/>
        </w:rPr>
        <w:t xml:space="preserve">Długość </w:t>
      </w:r>
      <w:r>
        <w:rPr>
          <w:rFonts w:ascii="Roboto Condensed" w:hAnsi="Roboto Condensed"/>
          <w:sz w:val="20"/>
          <w:lang w:val="pl-PL"/>
        </w:rPr>
        <w:t xml:space="preserve">najistotniejszych </w:t>
      </w:r>
      <w:r w:rsidRPr="00D60E34">
        <w:rPr>
          <w:rFonts w:ascii="Roboto Condensed" w:hAnsi="Roboto Condensed"/>
          <w:sz w:val="20"/>
          <w:lang w:val="pl-PL"/>
        </w:rPr>
        <w:t xml:space="preserve">dróg w gminie: </w:t>
      </w:r>
    </w:p>
    <w:p w14:paraId="59724785" w14:textId="0BA7B120" w:rsidR="00D60E34" w:rsidRPr="00D60E34" w:rsidRDefault="00D60E34" w:rsidP="008636AA">
      <w:pPr>
        <w:pStyle w:val="Tekstpodstawowy2"/>
        <w:numPr>
          <w:ilvl w:val="1"/>
          <w:numId w:val="3"/>
        </w:numPr>
        <w:spacing w:line="240" w:lineRule="auto"/>
        <w:rPr>
          <w:rFonts w:ascii="Roboto Condensed" w:hAnsi="Roboto Condensed"/>
          <w:sz w:val="20"/>
          <w:lang w:val="pl-PL"/>
        </w:rPr>
      </w:pPr>
      <w:r w:rsidRPr="00D60E34">
        <w:rPr>
          <w:rFonts w:ascii="Roboto Condensed" w:hAnsi="Roboto Condensed"/>
          <w:sz w:val="20"/>
          <w:lang w:val="pl-PL"/>
        </w:rPr>
        <w:t>Autostrada A1 – 3</w:t>
      </w:r>
      <w:r>
        <w:rPr>
          <w:rFonts w:ascii="Roboto Condensed" w:hAnsi="Roboto Condensed"/>
          <w:sz w:val="20"/>
          <w:lang w:val="pl-PL"/>
        </w:rPr>
        <w:t>,</w:t>
      </w:r>
      <w:r w:rsidRPr="00D60E34">
        <w:rPr>
          <w:rFonts w:ascii="Roboto Condensed" w:hAnsi="Roboto Condensed"/>
          <w:sz w:val="20"/>
          <w:lang w:val="pl-PL"/>
        </w:rPr>
        <w:t>2</w:t>
      </w:r>
      <w:r>
        <w:rPr>
          <w:rFonts w:ascii="Roboto Condensed" w:hAnsi="Roboto Condensed"/>
          <w:sz w:val="20"/>
          <w:lang w:val="pl-PL"/>
        </w:rPr>
        <w:t>9</w:t>
      </w:r>
      <w:r w:rsidRPr="00D60E34">
        <w:rPr>
          <w:rFonts w:ascii="Roboto Condensed" w:hAnsi="Roboto Condensed"/>
          <w:sz w:val="20"/>
          <w:lang w:val="pl-PL"/>
        </w:rPr>
        <w:t xml:space="preserve"> </w:t>
      </w:r>
      <w:r>
        <w:rPr>
          <w:rFonts w:ascii="Roboto Condensed" w:hAnsi="Roboto Condensed"/>
          <w:sz w:val="20"/>
          <w:lang w:val="pl-PL"/>
        </w:rPr>
        <w:t>k</w:t>
      </w:r>
      <w:r w:rsidRPr="00D60E34">
        <w:rPr>
          <w:rFonts w:ascii="Roboto Condensed" w:hAnsi="Roboto Condensed"/>
          <w:sz w:val="20"/>
          <w:lang w:val="pl-PL"/>
        </w:rPr>
        <w:t>m</w:t>
      </w:r>
    </w:p>
    <w:p w14:paraId="0E6CF8F7" w14:textId="3B42C270" w:rsidR="00D60E34" w:rsidRPr="00D60E34" w:rsidRDefault="00D60E34" w:rsidP="008636AA">
      <w:pPr>
        <w:pStyle w:val="Tekstpodstawowy2"/>
        <w:numPr>
          <w:ilvl w:val="1"/>
          <w:numId w:val="3"/>
        </w:numPr>
        <w:spacing w:line="240" w:lineRule="auto"/>
        <w:rPr>
          <w:rFonts w:ascii="Roboto Condensed" w:hAnsi="Roboto Condensed"/>
          <w:sz w:val="20"/>
          <w:lang w:val="pl-PL"/>
        </w:rPr>
      </w:pPr>
      <w:r w:rsidRPr="00D60E34">
        <w:rPr>
          <w:rFonts w:ascii="Roboto Condensed" w:hAnsi="Roboto Condensed"/>
          <w:sz w:val="20"/>
          <w:lang w:val="pl-PL"/>
        </w:rPr>
        <w:t>DK 42 – 2</w:t>
      </w:r>
      <w:r>
        <w:rPr>
          <w:rFonts w:ascii="Roboto Condensed" w:hAnsi="Roboto Condensed"/>
          <w:sz w:val="20"/>
          <w:lang w:val="pl-PL"/>
        </w:rPr>
        <w:t>,</w:t>
      </w:r>
      <w:r w:rsidRPr="00D60E34">
        <w:rPr>
          <w:rFonts w:ascii="Roboto Condensed" w:hAnsi="Roboto Condensed"/>
          <w:sz w:val="20"/>
          <w:lang w:val="pl-PL"/>
        </w:rPr>
        <w:t xml:space="preserve">77 </w:t>
      </w:r>
      <w:r>
        <w:rPr>
          <w:rFonts w:ascii="Roboto Condensed" w:hAnsi="Roboto Condensed"/>
          <w:sz w:val="20"/>
          <w:lang w:val="pl-PL"/>
        </w:rPr>
        <w:t>k</w:t>
      </w:r>
      <w:r w:rsidRPr="00D60E34">
        <w:rPr>
          <w:rFonts w:ascii="Roboto Condensed" w:hAnsi="Roboto Condensed"/>
          <w:sz w:val="20"/>
          <w:lang w:val="pl-PL"/>
        </w:rPr>
        <w:t>m</w:t>
      </w:r>
    </w:p>
    <w:p w14:paraId="50F7B5A1" w14:textId="0B2A03CE" w:rsidR="00D60E34" w:rsidRPr="00D60E34" w:rsidRDefault="00D60E34" w:rsidP="008636AA">
      <w:pPr>
        <w:pStyle w:val="Tekstpodstawowy2"/>
        <w:numPr>
          <w:ilvl w:val="1"/>
          <w:numId w:val="3"/>
        </w:numPr>
        <w:spacing w:line="240" w:lineRule="auto"/>
        <w:rPr>
          <w:rFonts w:ascii="Roboto Condensed" w:hAnsi="Roboto Condensed"/>
          <w:sz w:val="20"/>
          <w:lang w:val="pl-PL"/>
        </w:rPr>
      </w:pPr>
      <w:r w:rsidRPr="00D60E34">
        <w:rPr>
          <w:rFonts w:ascii="Roboto Condensed" w:hAnsi="Roboto Condensed"/>
          <w:sz w:val="20"/>
          <w:lang w:val="pl-PL"/>
        </w:rPr>
        <w:t>DK 91 – 3</w:t>
      </w:r>
      <w:r>
        <w:rPr>
          <w:rFonts w:ascii="Roboto Condensed" w:hAnsi="Roboto Condensed"/>
          <w:sz w:val="20"/>
          <w:lang w:val="pl-PL"/>
        </w:rPr>
        <w:t>,</w:t>
      </w:r>
      <w:r w:rsidRPr="00D60E34">
        <w:rPr>
          <w:rFonts w:ascii="Roboto Condensed" w:hAnsi="Roboto Condensed"/>
          <w:sz w:val="20"/>
          <w:lang w:val="pl-PL"/>
        </w:rPr>
        <w:t>8</w:t>
      </w:r>
      <w:r>
        <w:rPr>
          <w:rFonts w:ascii="Roboto Condensed" w:hAnsi="Roboto Condensed"/>
          <w:sz w:val="20"/>
          <w:lang w:val="pl-PL"/>
        </w:rPr>
        <w:t>5</w:t>
      </w:r>
      <w:r w:rsidRPr="00D60E34">
        <w:rPr>
          <w:rFonts w:ascii="Roboto Condensed" w:hAnsi="Roboto Condensed"/>
          <w:sz w:val="20"/>
          <w:lang w:val="pl-PL"/>
        </w:rPr>
        <w:t xml:space="preserve"> </w:t>
      </w:r>
      <w:r>
        <w:rPr>
          <w:rFonts w:ascii="Roboto Condensed" w:hAnsi="Roboto Condensed"/>
          <w:sz w:val="20"/>
          <w:lang w:val="pl-PL"/>
        </w:rPr>
        <w:t>k</w:t>
      </w:r>
      <w:r w:rsidRPr="00D60E34">
        <w:rPr>
          <w:rFonts w:ascii="Roboto Condensed" w:hAnsi="Roboto Condensed"/>
          <w:sz w:val="20"/>
          <w:lang w:val="pl-PL"/>
        </w:rPr>
        <w:t>m</w:t>
      </w:r>
    </w:p>
    <w:p w14:paraId="2F65F1DD" w14:textId="65E0A364" w:rsidR="00D60E34" w:rsidRPr="00D60E34" w:rsidRDefault="00D60E34" w:rsidP="008636AA">
      <w:pPr>
        <w:pStyle w:val="Tekstpodstawowy2"/>
        <w:numPr>
          <w:ilvl w:val="1"/>
          <w:numId w:val="3"/>
        </w:numPr>
        <w:spacing w:line="240" w:lineRule="auto"/>
        <w:rPr>
          <w:rFonts w:ascii="Roboto Condensed" w:hAnsi="Roboto Condensed"/>
          <w:sz w:val="20"/>
          <w:lang w:val="pl-PL"/>
        </w:rPr>
      </w:pPr>
      <w:r w:rsidRPr="00D60E34">
        <w:rPr>
          <w:rFonts w:ascii="Roboto Condensed" w:hAnsi="Roboto Condensed"/>
          <w:sz w:val="20"/>
          <w:lang w:val="pl-PL"/>
        </w:rPr>
        <w:t>DW784 – 3</w:t>
      </w:r>
      <w:r>
        <w:rPr>
          <w:rFonts w:ascii="Roboto Condensed" w:hAnsi="Roboto Condensed"/>
          <w:sz w:val="20"/>
          <w:lang w:val="pl-PL"/>
        </w:rPr>
        <w:t>,</w:t>
      </w:r>
      <w:r w:rsidRPr="00D60E34">
        <w:rPr>
          <w:rFonts w:ascii="Roboto Condensed" w:hAnsi="Roboto Condensed"/>
          <w:sz w:val="20"/>
          <w:lang w:val="pl-PL"/>
        </w:rPr>
        <w:t xml:space="preserve">57 </w:t>
      </w:r>
      <w:r>
        <w:rPr>
          <w:rFonts w:ascii="Roboto Condensed" w:hAnsi="Roboto Condensed"/>
          <w:sz w:val="20"/>
          <w:lang w:val="pl-PL"/>
        </w:rPr>
        <w:t>k</w:t>
      </w:r>
      <w:r w:rsidRPr="00D60E34">
        <w:rPr>
          <w:rFonts w:ascii="Roboto Condensed" w:hAnsi="Roboto Condensed"/>
          <w:sz w:val="20"/>
          <w:lang w:val="pl-PL"/>
        </w:rPr>
        <w:t>m</w:t>
      </w:r>
    </w:p>
    <w:p w14:paraId="6D4E643A" w14:textId="2DAFE2F5" w:rsidR="00D60E34" w:rsidRPr="00D60E34" w:rsidRDefault="00D60E34" w:rsidP="008636AA">
      <w:pPr>
        <w:pStyle w:val="Tekstpodstawowy2"/>
        <w:numPr>
          <w:ilvl w:val="1"/>
          <w:numId w:val="3"/>
        </w:numPr>
        <w:spacing w:line="240" w:lineRule="auto"/>
        <w:rPr>
          <w:rFonts w:ascii="Roboto Condensed" w:hAnsi="Roboto Condensed"/>
          <w:sz w:val="20"/>
          <w:lang w:val="pl-PL"/>
        </w:rPr>
      </w:pPr>
      <w:r w:rsidRPr="00D60E34">
        <w:rPr>
          <w:rFonts w:ascii="Roboto Condensed" w:hAnsi="Roboto Condensed"/>
          <w:sz w:val="20"/>
          <w:lang w:val="pl-PL"/>
        </w:rPr>
        <w:t>Drogi powiatowe</w:t>
      </w:r>
      <w:r>
        <w:rPr>
          <w:rFonts w:ascii="Roboto Condensed" w:hAnsi="Roboto Condensed"/>
          <w:sz w:val="20"/>
          <w:lang w:val="pl-PL"/>
        </w:rPr>
        <w:t xml:space="preserve"> – 22,67 km</w:t>
      </w:r>
    </w:p>
    <w:p w14:paraId="18E52FF9" w14:textId="4DE20E96" w:rsidR="00D60E34" w:rsidRPr="00D60E34" w:rsidRDefault="00D60E34" w:rsidP="008636AA">
      <w:pPr>
        <w:pStyle w:val="Tekstpodstawowy2"/>
        <w:numPr>
          <w:ilvl w:val="1"/>
          <w:numId w:val="3"/>
        </w:numPr>
        <w:spacing w:line="240" w:lineRule="auto"/>
        <w:rPr>
          <w:rFonts w:ascii="Roboto Condensed" w:hAnsi="Roboto Condensed"/>
          <w:sz w:val="20"/>
          <w:lang w:val="pl-PL"/>
        </w:rPr>
      </w:pPr>
      <w:r>
        <w:rPr>
          <w:rFonts w:ascii="Roboto Condensed" w:hAnsi="Roboto Condensed"/>
          <w:sz w:val="20"/>
          <w:lang w:val="pl-PL"/>
        </w:rPr>
        <w:t>Istotniejsze d</w:t>
      </w:r>
      <w:r w:rsidRPr="00D60E34">
        <w:rPr>
          <w:rFonts w:ascii="Roboto Condensed" w:hAnsi="Roboto Condensed"/>
          <w:sz w:val="20"/>
          <w:lang w:val="pl-PL"/>
        </w:rPr>
        <w:t>rogi gminne</w:t>
      </w:r>
      <w:r>
        <w:rPr>
          <w:rFonts w:ascii="Roboto Condensed" w:hAnsi="Roboto Condensed"/>
          <w:sz w:val="20"/>
          <w:lang w:val="pl-PL"/>
        </w:rPr>
        <w:t xml:space="preserve"> – 43,09 km</w:t>
      </w:r>
    </w:p>
    <w:p w14:paraId="33F790C2" w14:textId="7B30C8FA" w:rsidR="00F83FE6" w:rsidRDefault="00D60E34" w:rsidP="003D0507">
      <w:pPr>
        <w:pStyle w:val="Tekstpodstawowy2"/>
        <w:spacing w:before="120" w:line="240" w:lineRule="auto"/>
        <w:ind w:left="170"/>
        <w:rPr>
          <w:rFonts w:ascii="Roboto Condensed" w:hAnsi="Roboto Condensed"/>
          <w:sz w:val="20"/>
          <w:lang w:val="pl-PL"/>
        </w:rPr>
      </w:pPr>
      <w:r w:rsidRPr="003D0507">
        <w:rPr>
          <w:rFonts w:ascii="Roboto Condensed" w:hAnsi="Roboto Condensed"/>
          <w:sz w:val="20"/>
          <w:lang w:val="pl-PL"/>
        </w:rPr>
        <w:t xml:space="preserve">Podstawowa sieć drogowa ma gwiaździsty charakter z punktem centralnym w centrum Radomska. Najistotniejszym mankamentem układu drogowego wydaje się brak </w:t>
      </w:r>
      <w:r w:rsidR="003D0507">
        <w:rPr>
          <w:rFonts w:ascii="Roboto Condensed" w:hAnsi="Roboto Condensed"/>
          <w:sz w:val="20"/>
          <w:lang w:val="pl-PL"/>
        </w:rPr>
        <w:t xml:space="preserve">drogi łączącej główne obszary gminy co powoduje, iż w strukturze urbanistycznej i osadniczej gminy wyodrębniają się trzy odrębne obszary. Część północna gminy nie posiada </w:t>
      </w:r>
      <w:r w:rsidR="003D0507" w:rsidRPr="003D0507">
        <w:rPr>
          <w:rFonts w:ascii="Roboto Condensed" w:hAnsi="Roboto Condensed"/>
          <w:sz w:val="20"/>
          <w:lang w:val="pl-PL"/>
        </w:rPr>
        <w:t>bezpośredniego połączenia z częścią południową</w:t>
      </w:r>
      <w:r w:rsidR="003D0507">
        <w:rPr>
          <w:rFonts w:ascii="Roboto Condensed" w:hAnsi="Roboto Condensed"/>
          <w:sz w:val="20"/>
          <w:lang w:val="pl-PL"/>
        </w:rPr>
        <w:t>,</w:t>
      </w:r>
      <w:r w:rsidR="003D0507" w:rsidRPr="003D0507">
        <w:rPr>
          <w:rFonts w:ascii="Roboto Condensed" w:hAnsi="Roboto Condensed"/>
          <w:sz w:val="20"/>
          <w:lang w:val="pl-PL"/>
        </w:rPr>
        <w:t xml:space="preserve"> </w:t>
      </w:r>
      <w:r w:rsidR="003D0507">
        <w:rPr>
          <w:rFonts w:ascii="Roboto Condensed" w:hAnsi="Roboto Condensed"/>
          <w:sz w:val="20"/>
          <w:lang w:val="pl-PL"/>
        </w:rPr>
        <w:t xml:space="preserve">nawet komunikacja pomiędzy Kietlinem a Strzałkowem i </w:t>
      </w:r>
      <w:proofErr w:type="spellStart"/>
      <w:r w:rsidR="003D0507">
        <w:rPr>
          <w:rFonts w:ascii="Roboto Condensed" w:hAnsi="Roboto Condensed"/>
          <w:sz w:val="20"/>
          <w:lang w:val="pl-PL"/>
        </w:rPr>
        <w:t>Dziepółciem</w:t>
      </w:r>
      <w:proofErr w:type="spellEnd"/>
      <w:r w:rsidR="003D0507">
        <w:rPr>
          <w:rFonts w:ascii="Roboto Condensed" w:hAnsi="Roboto Condensed"/>
          <w:sz w:val="20"/>
          <w:lang w:val="pl-PL"/>
        </w:rPr>
        <w:t xml:space="preserve"> odbywa się ulicą Krańcową położoną w całości poza granicami gminy, ale najistotniejszy wydaje się brak bezpośredniego połączenia między wschodnimi a zachodnimi </w:t>
      </w:r>
      <w:r w:rsidR="002C5243">
        <w:rPr>
          <w:rFonts w:ascii="Roboto Condensed" w:hAnsi="Roboto Condensed"/>
          <w:sz w:val="20"/>
          <w:lang w:val="pl-PL"/>
        </w:rPr>
        <w:t>obrębami</w:t>
      </w:r>
      <w:r w:rsidR="003D0507">
        <w:rPr>
          <w:rFonts w:ascii="Roboto Condensed" w:hAnsi="Roboto Condensed"/>
          <w:sz w:val="20"/>
          <w:lang w:val="pl-PL"/>
        </w:rPr>
        <w:t>, co prowadzi do całkowitej izolacji społeczeństw tych części gminy.</w:t>
      </w:r>
    </w:p>
    <w:p w14:paraId="27419354" w14:textId="60E39563" w:rsidR="00591C1B" w:rsidRPr="009A175C" w:rsidRDefault="00591C1B" w:rsidP="003D0507">
      <w:pPr>
        <w:pStyle w:val="Tekstpodstawowy2"/>
        <w:spacing w:before="120" w:line="240" w:lineRule="auto"/>
        <w:ind w:left="170"/>
        <w:rPr>
          <w:rFonts w:ascii="Roboto Condensed" w:hAnsi="Roboto Condensed"/>
          <w:color w:val="EE0000"/>
          <w:sz w:val="20"/>
          <w:lang w:val="pl-PL"/>
        </w:rPr>
      </w:pPr>
      <w:r>
        <w:rPr>
          <w:rFonts w:ascii="Roboto Condensed" w:hAnsi="Roboto Condensed"/>
          <w:sz w:val="20"/>
          <w:lang w:val="pl-PL"/>
        </w:rPr>
        <w:t>Analiza dostępności istniejącej zabudowy do dróg publicznych lub urządzonych dróg wewnętrznych wykazała iż 86,6% budynków mieszkalnych (1802 z 2082) znajduje się w odległości od tych dróg nie większej niż 50m, a 93,2% budynków mieszkalnych (1941 z 2082) znajduje się w odległości od tych dróg nie większej niż 100m.</w:t>
      </w:r>
    </w:p>
    <w:p w14:paraId="5101C674" w14:textId="04819A54" w:rsidR="00C01113" w:rsidRPr="009A175C" w:rsidRDefault="00F83FE6" w:rsidP="006904C9">
      <w:pPr>
        <w:pStyle w:val="Tekstpodstawowy2"/>
        <w:spacing w:before="120" w:line="240" w:lineRule="auto"/>
        <w:ind w:left="170"/>
        <w:rPr>
          <w:rFonts w:ascii="Roboto Condensed" w:hAnsi="Roboto Condensed"/>
          <w:b/>
          <w:i/>
          <w:iCs/>
          <w:color w:val="EE0000"/>
          <w:sz w:val="22"/>
          <w:szCs w:val="22"/>
          <w:u w:val="single"/>
          <w:lang w:val="pl-PL"/>
        </w:rPr>
      </w:pPr>
      <w:r w:rsidRPr="003D0507">
        <w:rPr>
          <w:rFonts w:ascii="Roboto Condensed" w:hAnsi="Roboto Condensed"/>
          <w:i/>
          <w:iCs/>
          <w:sz w:val="20"/>
          <w:u w:val="single"/>
          <w:lang w:val="pl-PL"/>
        </w:rPr>
        <w:t>Komunikacja publiczna</w:t>
      </w:r>
      <w:r w:rsidR="00C01113" w:rsidRPr="003D0507">
        <w:rPr>
          <w:rFonts w:ascii="Roboto Condensed" w:hAnsi="Roboto Condensed"/>
          <w:i/>
          <w:iCs/>
          <w:sz w:val="20"/>
          <w:u w:val="single"/>
          <w:lang w:val="pl-PL"/>
        </w:rPr>
        <w:t xml:space="preserve"> </w:t>
      </w:r>
      <w:r w:rsidR="00DE411D" w:rsidRPr="003D0507">
        <w:rPr>
          <w:rFonts w:ascii="Roboto Condensed" w:hAnsi="Roboto Condensed"/>
          <w:i/>
          <w:iCs/>
          <w:sz w:val="20"/>
          <w:u w:val="single"/>
          <w:lang w:val="pl-PL"/>
        </w:rPr>
        <w:t>autobusowa</w:t>
      </w:r>
      <w:r w:rsidR="00C76E60" w:rsidRPr="003D0507">
        <w:rPr>
          <w:rFonts w:ascii="Roboto Condensed" w:hAnsi="Roboto Condensed"/>
          <w:i/>
          <w:iCs/>
          <w:sz w:val="20"/>
          <w:u w:val="single"/>
          <w:lang w:val="pl-PL"/>
        </w:rPr>
        <w:t>:</w:t>
      </w:r>
    </w:p>
    <w:p w14:paraId="590C1689" w14:textId="64B93B61" w:rsidR="004D0B30" w:rsidRPr="00865708" w:rsidRDefault="00865708" w:rsidP="00865708">
      <w:pPr>
        <w:pStyle w:val="Tekstpodstawowy2"/>
        <w:spacing w:before="120" w:line="240" w:lineRule="auto"/>
        <w:ind w:left="170"/>
        <w:rPr>
          <w:rFonts w:ascii="Roboto Condensed" w:hAnsi="Roboto Condensed"/>
          <w:sz w:val="20"/>
          <w:lang w:val="pl-PL"/>
        </w:rPr>
      </w:pPr>
      <w:r w:rsidRPr="00865708">
        <w:rPr>
          <w:rFonts w:ascii="Roboto Condensed" w:hAnsi="Roboto Condensed"/>
          <w:sz w:val="20"/>
          <w:lang w:val="pl-PL"/>
        </w:rPr>
        <w:t xml:space="preserve">W gminie funkcjonuje sieć przystanków komunikacji publicznej rozmieszczona wzdłuż głównych osi komunikacyjnych gminy obsługiwanych przez </w:t>
      </w:r>
      <w:r w:rsidR="004D0B30" w:rsidRPr="00865708">
        <w:rPr>
          <w:rFonts w:ascii="Roboto Condensed" w:hAnsi="Roboto Condensed"/>
          <w:sz w:val="20"/>
          <w:lang w:val="pl-PL"/>
        </w:rPr>
        <w:t>MPK Radomsko:</w:t>
      </w:r>
    </w:p>
    <w:p w14:paraId="74E6AEBE" w14:textId="44F765CE" w:rsidR="004D0B30" w:rsidRPr="004D0B30" w:rsidRDefault="004D0B30" w:rsidP="008636AA">
      <w:pPr>
        <w:pStyle w:val="Tekstpodstawowy2"/>
        <w:numPr>
          <w:ilvl w:val="0"/>
          <w:numId w:val="3"/>
        </w:numPr>
        <w:spacing w:line="240" w:lineRule="auto"/>
        <w:ind w:left="567" w:hanging="227"/>
        <w:rPr>
          <w:rFonts w:ascii="Roboto Condensed" w:hAnsi="Roboto Condensed"/>
          <w:color w:val="EE0000"/>
          <w:sz w:val="20"/>
          <w:lang w:val="pl-PL"/>
        </w:rPr>
      </w:pPr>
      <w:r w:rsidRPr="00865708">
        <w:rPr>
          <w:rFonts w:ascii="Roboto Condensed" w:hAnsi="Roboto Condensed"/>
          <w:sz w:val="20"/>
          <w:lang w:val="pl-PL"/>
        </w:rPr>
        <w:t>Linia nr 7: Rad</w:t>
      </w:r>
      <w:r w:rsidRPr="004D0B30">
        <w:rPr>
          <w:rFonts w:ascii="Roboto Condensed" w:hAnsi="Roboto Condensed"/>
          <w:sz w:val="20"/>
          <w:lang w:val="pl-PL"/>
        </w:rPr>
        <w:t>omsko Dworzec PKP, PKS – … – Lipie</w:t>
      </w:r>
      <w:r>
        <w:rPr>
          <w:rFonts w:ascii="Roboto Condensed" w:hAnsi="Roboto Condensed"/>
          <w:sz w:val="20"/>
          <w:lang w:val="pl-PL"/>
        </w:rPr>
        <w:t xml:space="preserve"> –</w:t>
      </w:r>
      <w:r w:rsidRPr="004D0B30">
        <w:rPr>
          <w:rFonts w:ascii="Roboto Condensed" w:hAnsi="Roboto Condensed"/>
          <w:sz w:val="20"/>
          <w:lang w:val="pl-PL"/>
        </w:rPr>
        <w:t xml:space="preserve"> Dąbrówka – Szczepocice Prywatne</w:t>
      </w:r>
      <w:r>
        <w:rPr>
          <w:rFonts w:ascii="Roboto Condensed" w:hAnsi="Roboto Condensed"/>
          <w:sz w:val="20"/>
          <w:lang w:val="pl-PL"/>
        </w:rPr>
        <w:t xml:space="preserve"> </w:t>
      </w:r>
      <w:r w:rsidRPr="004D0B30">
        <w:rPr>
          <w:rFonts w:ascii="Roboto Condensed" w:hAnsi="Roboto Condensed"/>
          <w:sz w:val="20"/>
          <w:lang w:val="pl-PL"/>
        </w:rPr>
        <w:t xml:space="preserve">– Szczepocice </w:t>
      </w:r>
      <w:r>
        <w:rPr>
          <w:rFonts w:ascii="Roboto Condensed" w:hAnsi="Roboto Condensed"/>
          <w:sz w:val="20"/>
          <w:lang w:val="pl-PL"/>
        </w:rPr>
        <w:t>Rządowe</w:t>
      </w:r>
      <w:r w:rsidRPr="004D0B30">
        <w:rPr>
          <w:rFonts w:ascii="Roboto Condensed" w:hAnsi="Roboto Condensed"/>
          <w:sz w:val="20"/>
          <w:lang w:val="pl-PL"/>
        </w:rPr>
        <w:t>.</w:t>
      </w:r>
    </w:p>
    <w:p w14:paraId="7F3EC6E5" w14:textId="1EE28689" w:rsidR="00533FF4" w:rsidRPr="00533FF4" w:rsidRDefault="00533FF4" w:rsidP="008636AA">
      <w:pPr>
        <w:pStyle w:val="Tekstpodstawowy2"/>
        <w:numPr>
          <w:ilvl w:val="0"/>
          <w:numId w:val="3"/>
        </w:numPr>
        <w:spacing w:line="240" w:lineRule="auto"/>
        <w:ind w:left="567" w:hanging="227"/>
        <w:rPr>
          <w:rFonts w:ascii="Roboto Condensed" w:hAnsi="Roboto Condensed"/>
          <w:sz w:val="20"/>
          <w:lang w:val="pl-PL"/>
        </w:rPr>
      </w:pPr>
      <w:r w:rsidRPr="004D0B30">
        <w:rPr>
          <w:rFonts w:ascii="Roboto Condensed" w:hAnsi="Roboto Condensed"/>
          <w:sz w:val="20"/>
          <w:lang w:val="pl-PL"/>
        </w:rPr>
        <w:t xml:space="preserve">Linia nr </w:t>
      </w:r>
      <w:r>
        <w:rPr>
          <w:rFonts w:ascii="Roboto Condensed" w:hAnsi="Roboto Condensed"/>
          <w:sz w:val="20"/>
          <w:lang w:val="pl-PL"/>
        </w:rPr>
        <w:t>0</w:t>
      </w:r>
      <w:r w:rsidRPr="004D0B30">
        <w:rPr>
          <w:rFonts w:ascii="Roboto Condensed" w:hAnsi="Roboto Condensed"/>
          <w:sz w:val="20"/>
          <w:lang w:val="pl-PL"/>
        </w:rPr>
        <w:t xml:space="preserve">: </w:t>
      </w:r>
      <w:r>
        <w:rPr>
          <w:rFonts w:ascii="Roboto Condensed" w:hAnsi="Roboto Condensed"/>
          <w:sz w:val="20"/>
          <w:lang w:val="pl-PL"/>
        </w:rPr>
        <w:t xml:space="preserve">Radomsko </w:t>
      </w:r>
      <w:r w:rsidRPr="00533FF4">
        <w:rPr>
          <w:rFonts w:ascii="Roboto Condensed" w:hAnsi="Roboto Condensed"/>
          <w:sz w:val="20"/>
          <w:lang w:val="pl-PL"/>
        </w:rPr>
        <w:t>Jagiellońska – … – Strzałków – Grzebień</w:t>
      </w:r>
    </w:p>
    <w:p w14:paraId="127B8BA8" w14:textId="45628190" w:rsidR="00533FF4" w:rsidRPr="00533FF4" w:rsidRDefault="00533FF4" w:rsidP="008636AA">
      <w:pPr>
        <w:pStyle w:val="Tekstpodstawowy2"/>
        <w:numPr>
          <w:ilvl w:val="0"/>
          <w:numId w:val="3"/>
        </w:numPr>
        <w:spacing w:line="240" w:lineRule="auto"/>
        <w:ind w:left="567" w:hanging="227"/>
        <w:rPr>
          <w:rFonts w:ascii="Roboto Condensed" w:hAnsi="Roboto Condensed"/>
          <w:color w:val="EE0000"/>
          <w:sz w:val="20"/>
          <w:lang w:val="pl-PL"/>
        </w:rPr>
      </w:pPr>
      <w:r w:rsidRPr="00533FF4">
        <w:rPr>
          <w:rFonts w:ascii="Roboto Condensed" w:hAnsi="Roboto Condensed"/>
          <w:sz w:val="20"/>
          <w:lang w:val="pl-PL"/>
        </w:rPr>
        <w:t>Linia nr 13: Radomsko Jagiellońska – … – Strzałków</w:t>
      </w:r>
    </w:p>
    <w:p w14:paraId="60B73414" w14:textId="199B25B2" w:rsidR="00533FF4" w:rsidRPr="00533FF4" w:rsidRDefault="00533FF4" w:rsidP="008636AA">
      <w:pPr>
        <w:pStyle w:val="Tekstpodstawowy2"/>
        <w:numPr>
          <w:ilvl w:val="0"/>
          <w:numId w:val="3"/>
        </w:numPr>
        <w:spacing w:line="240" w:lineRule="auto"/>
        <w:ind w:left="567" w:hanging="227"/>
        <w:rPr>
          <w:rFonts w:ascii="Roboto Condensed" w:hAnsi="Roboto Condensed"/>
          <w:color w:val="EE0000"/>
          <w:sz w:val="20"/>
          <w:lang w:val="pl-PL"/>
        </w:rPr>
      </w:pPr>
      <w:r w:rsidRPr="004D0B30">
        <w:rPr>
          <w:rFonts w:ascii="Roboto Condensed" w:hAnsi="Roboto Condensed"/>
          <w:sz w:val="20"/>
          <w:lang w:val="pl-PL"/>
        </w:rPr>
        <w:t xml:space="preserve">Linia nr </w:t>
      </w:r>
      <w:r>
        <w:rPr>
          <w:rFonts w:ascii="Roboto Condensed" w:hAnsi="Roboto Condensed"/>
          <w:sz w:val="20"/>
          <w:lang w:val="pl-PL"/>
        </w:rPr>
        <w:t>15</w:t>
      </w:r>
      <w:r w:rsidRPr="00533FF4">
        <w:rPr>
          <w:rFonts w:ascii="Roboto Condensed" w:hAnsi="Roboto Condensed"/>
          <w:sz w:val="20"/>
          <w:lang w:val="pl-PL"/>
        </w:rPr>
        <w:t xml:space="preserve">: Radomsko Dworzec PKP, PKS – … – Strzałków – Amelin – </w:t>
      </w:r>
      <w:proofErr w:type="spellStart"/>
      <w:r w:rsidRPr="00533FF4">
        <w:rPr>
          <w:rFonts w:ascii="Roboto Condensed" w:hAnsi="Roboto Condensed"/>
          <w:sz w:val="20"/>
          <w:lang w:val="pl-PL"/>
        </w:rPr>
        <w:t>Dziepółć</w:t>
      </w:r>
      <w:proofErr w:type="spellEnd"/>
      <w:r w:rsidRPr="00533FF4">
        <w:rPr>
          <w:rFonts w:ascii="Roboto Condensed" w:hAnsi="Roboto Condensed"/>
          <w:sz w:val="20"/>
          <w:lang w:val="pl-PL"/>
        </w:rPr>
        <w:t xml:space="preserve"> – Dmenin</w:t>
      </w:r>
    </w:p>
    <w:p w14:paraId="0AA233FA" w14:textId="57440532" w:rsidR="004D0B30" w:rsidRPr="00865708" w:rsidRDefault="00533FF4" w:rsidP="008636AA">
      <w:pPr>
        <w:pStyle w:val="Tekstpodstawowy2"/>
        <w:numPr>
          <w:ilvl w:val="0"/>
          <w:numId w:val="3"/>
        </w:numPr>
        <w:spacing w:line="240" w:lineRule="auto"/>
        <w:ind w:left="567" w:hanging="227"/>
        <w:rPr>
          <w:rFonts w:ascii="Roboto Condensed" w:hAnsi="Roboto Condensed"/>
          <w:color w:val="EE0000"/>
          <w:sz w:val="20"/>
          <w:lang w:val="pl-PL"/>
        </w:rPr>
      </w:pPr>
      <w:r w:rsidRPr="004D0B30">
        <w:rPr>
          <w:rFonts w:ascii="Roboto Condensed" w:hAnsi="Roboto Condensed"/>
          <w:sz w:val="20"/>
          <w:lang w:val="pl-PL"/>
        </w:rPr>
        <w:t xml:space="preserve">Linia nr </w:t>
      </w:r>
      <w:r>
        <w:rPr>
          <w:rFonts w:ascii="Roboto Condensed" w:hAnsi="Roboto Condensed"/>
          <w:sz w:val="20"/>
          <w:lang w:val="pl-PL"/>
        </w:rPr>
        <w:t xml:space="preserve">6: </w:t>
      </w:r>
      <w:r w:rsidRPr="00533FF4">
        <w:rPr>
          <w:rFonts w:ascii="Roboto Condensed" w:hAnsi="Roboto Condensed"/>
          <w:sz w:val="20"/>
          <w:lang w:val="pl-PL"/>
        </w:rPr>
        <w:t xml:space="preserve">Radomsko Dworzec PKP, PKS – … – </w:t>
      </w:r>
      <w:r w:rsidR="00865708">
        <w:rPr>
          <w:rFonts w:ascii="Roboto Condensed" w:hAnsi="Roboto Condensed"/>
          <w:sz w:val="20"/>
          <w:lang w:val="pl-PL"/>
        </w:rPr>
        <w:t>Kietlin</w:t>
      </w:r>
    </w:p>
    <w:p w14:paraId="53902881" w14:textId="72E181A8" w:rsidR="00591C1B" w:rsidRPr="00591C1B" w:rsidRDefault="00865708" w:rsidP="008636AA">
      <w:pPr>
        <w:pStyle w:val="Tekstpodstawowy2"/>
        <w:numPr>
          <w:ilvl w:val="0"/>
          <w:numId w:val="3"/>
        </w:numPr>
        <w:spacing w:line="240" w:lineRule="auto"/>
        <w:ind w:left="567" w:hanging="227"/>
        <w:rPr>
          <w:rFonts w:ascii="Roboto Condensed" w:hAnsi="Roboto Condensed"/>
          <w:color w:val="EE0000"/>
          <w:sz w:val="20"/>
          <w:lang w:val="pl-PL"/>
        </w:rPr>
      </w:pPr>
      <w:r w:rsidRPr="004D0B30">
        <w:rPr>
          <w:rFonts w:ascii="Roboto Condensed" w:hAnsi="Roboto Condensed"/>
          <w:sz w:val="20"/>
          <w:lang w:val="pl-PL"/>
        </w:rPr>
        <w:t xml:space="preserve">Linia nr </w:t>
      </w:r>
      <w:r>
        <w:rPr>
          <w:rFonts w:ascii="Roboto Condensed" w:hAnsi="Roboto Condensed"/>
          <w:sz w:val="20"/>
          <w:lang w:val="pl-PL"/>
        </w:rPr>
        <w:t xml:space="preserve">5: </w:t>
      </w:r>
      <w:r w:rsidRPr="00533FF4">
        <w:rPr>
          <w:rFonts w:ascii="Roboto Condensed" w:hAnsi="Roboto Condensed"/>
          <w:sz w:val="20"/>
          <w:lang w:val="pl-PL"/>
        </w:rPr>
        <w:t xml:space="preserve">Radomsko Dworzec PKP, PKS – … – </w:t>
      </w:r>
      <w:r>
        <w:rPr>
          <w:rFonts w:ascii="Roboto Condensed" w:hAnsi="Roboto Condensed"/>
          <w:sz w:val="20"/>
          <w:lang w:val="pl-PL"/>
        </w:rPr>
        <w:t xml:space="preserve">Okrajszów </w:t>
      </w:r>
      <w:r w:rsidRPr="00533FF4">
        <w:rPr>
          <w:rFonts w:ascii="Roboto Condensed" w:hAnsi="Roboto Condensed"/>
          <w:sz w:val="20"/>
          <w:lang w:val="pl-PL"/>
        </w:rPr>
        <w:t>–</w:t>
      </w:r>
      <w:r>
        <w:rPr>
          <w:rFonts w:ascii="Roboto Condensed" w:hAnsi="Roboto Condensed"/>
          <w:sz w:val="20"/>
          <w:lang w:val="pl-PL"/>
        </w:rPr>
        <w:t xml:space="preserve"> Płoszów </w:t>
      </w:r>
      <w:r w:rsidRPr="00533FF4">
        <w:rPr>
          <w:rFonts w:ascii="Roboto Condensed" w:hAnsi="Roboto Condensed"/>
          <w:sz w:val="20"/>
          <w:lang w:val="pl-PL"/>
        </w:rPr>
        <w:t>–</w:t>
      </w:r>
      <w:r>
        <w:rPr>
          <w:rFonts w:ascii="Roboto Condensed" w:hAnsi="Roboto Condensed"/>
          <w:sz w:val="20"/>
          <w:lang w:val="pl-PL"/>
        </w:rPr>
        <w:t xml:space="preserve"> Piaszczyce</w:t>
      </w:r>
    </w:p>
    <w:p w14:paraId="2CC0F45B" w14:textId="161094F8" w:rsidR="0072540B" w:rsidRPr="009A175C" w:rsidRDefault="0072540B" w:rsidP="006904C9">
      <w:pPr>
        <w:pStyle w:val="Tekstpodstawowy2"/>
        <w:spacing w:before="120" w:line="240" w:lineRule="auto"/>
        <w:ind w:left="170"/>
        <w:rPr>
          <w:rFonts w:ascii="Roboto Condensed" w:hAnsi="Roboto Condensed"/>
          <w:color w:val="EE0000"/>
          <w:sz w:val="20"/>
          <w:lang w:val="pl-PL"/>
        </w:rPr>
      </w:pPr>
      <w:r w:rsidRPr="00865708">
        <w:rPr>
          <w:rFonts w:ascii="Roboto Condensed" w:hAnsi="Roboto Condensed"/>
          <w:sz w:val="20"/>
          <w:lang w:val="pl-PL"/>
        </w:rPr>
        <w:t>Do</w:t>
      </w:r>
      <w:r w:rsidRPr="00591C1B">
        <w:rPr>
          <w:rFonts w:ascii="Roboto Condensed" w:hAnsi="Roboto Condensed"/>
          <w:sz w:val="20"/>
          <w:lang w:val="pl-PL"/>
        </w:rPr>
        <w:t xml:space="preserve">stęp do przystanków komunikacji publicznej jest na poziomie </w:t>
      </w:r>
      <w:r w:rsidR="00686DBF" w:rsidRPr="00591C1B">
        <w:rPr>
          <w:rFonts w:ascii="Roboto Condensed" w:hAnsi="Roboto Condensed"/>
          <w:sz w:val="20"/>
          <w:lang w:val="pl-PL"/>
        </w:rPr>
        <w:t>dobrym</w:t>
      </w:r>
      <w:r w:rsidRPr="00591C1B">
        <w:rPr>
          <w:rFonts w:ascii="Roboto Condensed" w:hAnsi="Roboto Condensed"/>
          <w:sz w:val="20"/>
          <w:lang w:val="pl-PL"/>
        </w:rPr>
        <w:t>: Szybka analiza wykazała</w:t>
      </w:r>
      <w:r w:rsidR="00B877B9">
        <w:rPr>
          <w:rFonts w:ascii="Roboto Condensed" w:hAnsi="Roboto Condensed"/>
          <w:sz w:val="20"/>
          <w:lang w:val="pl-PL"/>
        </w:rPr>
        <w:t>,</w:t>
      </w:r>
      <w:r w:rsidRPr="00591C1B">
        <w:rPr>
          <w:rFonts w:ascii="Roboto Condensed" w:hAnsi="Roboto Condensed"/>
          <w:sz w:val="20"/>
          <w:lang w:val="pl-PL"/>
        </w:rPr>
        <w:t xml:space="preserve"> że spośród 2</w:t>
      </w:r>
      <w:r w:rsidR="00591C1B" w:rsidRPr="00591C1B">
        <w:rPr>
          <w:rFonts w:ascii="Roboto Condensed" w:hAnsi="Roboto Condensed"/>
          <w:sz w:val="20"/>
          <w:lang w:val="pl-PL"/>
        </w:rPr>
        <w:t>082</w:t>
      </w:r>
      <w:r w:rsidRPr="00591C1B">
        <w:rPr>
          <w:rFonts w:ascii="Roboto Condensed" w:hAnsi="Roboto Condensed"/>
          <w:sz w:val="20"/>
          <w:lang w:val="pl-PL"/>
        </w:rPr>
        <w:t xml:space="preserve"> budynków mieszkalnych</w:t>
      </w:r>
      <w:r w:rsidR="00686DBF" w:rsidRPr="00591C1B">
        <w:rPr>
          <w:rFonts w:ascii="Roboto Condensed" w:hAnsi="Roboto Condensed"/>
          <w:sz w:val="20"/>
          <w:lang w:val="pl-PL"/>
        </w:rPr>
        <w:t xml:space="preserve"> /KŚT 110/ </w:t>
      </w:r>
      <w:r w:rsidR="00B877B9">
        <w:rPr>
          <w:rFonts w:ascii="Roboto Condensed" w:hAnsi="Roboto Condensed"/>
          <w:sz w:val="20"/>
          <w:lang w:val="pl-PL"/>
        </w:rPr>
        <w:t>ujętych</w:t>
      </w:r>
      <w:r w:rsidR="00686DBF" w:rsidRPr="00547CB8">
        <w:rPr>
          <w:rFonts w:ascii="Roboto Condensed" w:hAnsi="Roboto Condensed"/>
          <w:sz w:val="20"/>
          <w:lang w:val="pl-PL"/>
        </w:rPr>
        <w:t xml:space="preserve"> w EGIB:</w:t>
      </w:r>
      <w:r w:rsidRPr="00547CB8">
        <w:rPr>
          <w:rFonts w:ascii="Roboto Condensed" w:hAnsi="Roboto Condensed"/>
          <w:sz w:val="20"/>
          <w:lang w:val="pl-PL"/>
        </w:rPr>
        <w:t xml:space="preserve"> </w:t>
      </w:r>
      <w:r w:rsidR="00686DBF" w:rsidRPr="00547CB8">
        <w:rPr>
          <w:rFonts w:ascii="Roboto Condensed" w:hAnsi="Roboto Condensed"/>
          <w:sz w:val="20"/>
          <w:lang w:val="pl-PL"/>
        </w:rPr>
        <w:t>13</w:t>
      </w:r>
      <w:r w:rsidR="00547CB8" w:rsidRPr="00547CB8">
        <w:rPr>
          <w:rFonts w:ascii="Roboto Condensed" w:hAnsi="Roboto Condensed"/>
          <w:sz w:val="20"/>
          <w:lang w:val="pl-PL"/>
        </w:rPr>
        <w:t>00</w:t>
      </w:r>
      <w:r w:rsidR="00686DBF" w:rsidRPr="00547CB8">
        <w:rPr>
          <w:rFonts w:ascii="Roboto Condensed" w:hAnsi="Roboto Condensed"/>
          <w:sz w:val="20"/>
          <w:lang w:val="pl-PL"/>
        </w:rPr>
        <w:t xml:space="preserve"> </w:t>
      </w:r>
      <w:r w:rsidR="00B31A60">
        <w:rPr>
          <w:rFonts w:ascii="Roboto Condensed" w:hAnsi="Roboto Condensed"/>
          <w:sz w:val="20"/>
          <w:lang w:val="pl-PL"/>
        </w:rPr>
        <w:t xml:space="preserve">budynków, </w:t>
      </w:r>
      <w:r w:rsidR="00686DBF" w:rsidRPr="00547CB8">
        <w:rPr>
          <w:rFonts w:ascii="Roboto Condensed" w:hAnsi="Roboto Condensed"/>
          <w:sz w:val="20"/>
          <w:lang w:val="pl-PL"/>
        </w:rPr>
        <w:t xml:space="preserve">czyli </w:t>
      </w:r>
      <w:r w:rsidR="00547CB8" w:rsidRPr="00547CB8">
        <w:rPr>
          <w:rFonts w:ascii="Roboto Condensed" w:hAnsi="Roboto Condensed"/>
          <w:sz w:val="20"/>
          <w:lang w:val="pl-PL"/>
        </w:rPr>
        <w:t>62,5</w:t>
      </w:r>
      <w:r w:rsidRPr="00547CB8">
        <w:rPr>
          <w:rFonts w:ascii="Roboto Condensed" w:hAnsi="Roboto Condensed"/>
          <w:sz w:val="20"/>
          <w:lang w:val="pl-PL"/>
        </w:rPr>
        <w:t xml:space="preserve">% znajduje się w promieniu do 500m od </w:t>
      </w:r>
      <w:r w:rsidRPr="00547CB8">
        <w:rPr>
          <w:rFonts w:ascii="Roboto Condensed" w:hAnsi="Roboto Condensed"/>
          <w:sz w:val="20"/>
          <w:lang w:val="pl-PL"/>
        </w:rPr>
        <w:lastRenderedPageBreak/>
        <w:t>przystanku</w:t>
      </w:r>
      <w:r w:rsidR="00547CB8">
        <w:rPr>
          <w:rFonts w:ascii="Roboto Condensed" w:hAnsi="Roboto Condensed"/>
          <w:sz w:val="20"/>
          <w:lang w:val="pl-PL"/>
        </w:rPr>
        <w:t xml:space="preserve"> czyli ma dobry dostęp do przystanków komunikacji publicznej</w:t>
      </w:r>
      <w:r w:rsidRPr="00547CB8">
        <w:rPr>
          <w:rFonts w:ascii="Roboto Condensed" w:hAnsi="Roboto Condensed"/>
          <w:sz w:val="20"/>
          <w:lang w:val="pl-PL"/>
        </w:rPr>
        <w:t xml:space="preserve">, </w:t>
      </w:r>
      <w:r w:rsidR="00B31A60">
        <w:rPr>
          <w:rFonts w:ascii="Roboto Condensed" w:hAnsi="Roboto Condensed"/>
          <w:sz w:val="20"/>
          <w:lang w:val="pl-PL"/>
        </w:rPr>
        <w:t>kolejne 292 budynki,</w:t>
      </w:r>
      <w:r w:rsidRPr="00547CB8">
        <w:rPr>
          <w:rFonts w:ascii="Roboto Condensed" w:hAnsi="Roboto Condensed"/>
          <w:sz w:val="20"/>
          <w:lang w:val="pl-PL"/>
        </w:rPr>
        <w:t xml:space="preserve"> </w:t>
      </w:r>
      <w:r w:rsidR="00686DBF" w:rsidRPr="00547CB8">
        <w:rPr>
          <w:rFonts w:ascii="Roboto Condensed" w:hAnsi="Roboto Condensed"/>
          <w:sz w:val="20"/>
          <w:lang w:val="pl-PL"/>
        </w:rPr>
        <w:t xml:space="preserve">czyli </w:t>
      </w:r>
      <w:r w:rsidR="00B31A60">
        <w:rPr>
          <w:rFonts w:ascii="Roboto Condensed" w:hAnsi="Roboto Condensed"/>
          <w:sz w:val="20"/>
          <w:lang w:val="pl-PL"/>
        </w:rPr>
        <w:t>14,0</w:t>
      </w:r>
      <w:r w:rsidRPr="00547CB8">
        <w:rPr>
          <w:rFonts w:ascii="Roboto Condensed" w:hAnsi="Roboto Condensed"/>
          <w:sz w:val="20"/>
          <w:lang w:val="pl-PL"/>
        </w:rPr>
        <w:t xml:space="preserve">% znajduje się w promieniu </w:t>
      </w:r>
      <w:r w:rsidR="00B31A60">
        <w:rPr>
          <w:rFonts w:ascii="Roboto Condensed" w:hAnsi="Roboto Condensed"/>
          <w:sz w:val="20"/>
          <w:lang w:val="pl-PL"/>
        </w:rPr>
        <w:t xml:space="preserve">od 500 </w:t>
      </w:r>
      <w:r w:rsidRPr="00547CB8">
        <w:rPr>
          <w:rFonts w:ascii="Roboto Condensed" w:hAnsi="Roboto Condensed"/>
          <w:sz w:val="20"/>
          <w:lang w:val="pl-PL"/>
        </w:rPr>
        <w:t>do 750m od przystanku</w:t>
      </w:r>
      <w:r w:rsidR="00547CB8">
        <w:rPr>
          <w:rFonts w:ascii="Roboto Condensed" w:hAnsi="Roboto Condensed"/>
          <w:sz w:val="20"/>
          <w:lang w:val="pl-PL"/>
        </w:rPr>
        <w:t xml:space="preserve"> </w:t>
      </w:r>
      <w:r w:rsidR="00B31A60">
        <w:rPr>
          <w:rFonts w:ascii="Roboto Condensed" w:hAnsi="Roboto Condensed"/>
          <w:sz w:val="20"/>
          <w:lang w:val="pl-PL"/>
        </w:rPr>
        <w:t xml:space="preserve">czyli </w:t>
      </w:r>
      <w:r w:rsidR="00547CB8">
        <w:rPr>
          <w:rFonts w:ascii="Roboto Condensed" w:hAnsi="Roboto Condensed"/>
          <w:sz w:val="20"/>
          <w:lang w:val="pl-PL"/>
        </w:rPr>
        <w:t xml:space="preserve">posiada dostateczny </w:t>
      </w:r>
      <w:r w:rsidR="00B31A60">
        <w:rPr>
          <w:rFonts w:ascii="Roboto Condensed" w:hAnsi="Roboto Condensed"/>
          <w:sz w:val="20"/>
          <w:lang w:val="pl-PL"/>
        </w:rPr>
        <w:t>dostęp do przystanków komunikacji publicznej</w:t>
      </w:r>
      <w:r w:rsidRPr="00547CB8">
        <w:rPr>
          <w:rFonts w:ascii="Roboto Condensed" w:hAnsi="Roboto Condensed"/>
          <w:sz w:val="20"/>
          <w:lang w:val="pl-PL"/>
        </w:rPr>
        <w:t xml:space="preserve">, </w:t>
      </w:r>
      <w:r w:rsidR="00B31A60">
        <w:rPr>
          <w:rFonts w:ascii="Roboto Condensed" w:hAnsi="Roboto Condensed"/>
          <w:sz w:val="20"/>
          <w:lang w:val="pl-PL"/>
        </w:rPr>
        <w:t xml:space="preserve">kolejne </w:t>
      </w:r>
      <w:r w:rsidR="00686DBF" w:rsidRPr="00547CB8">
        <w:rPr>
          <w:rFonts w:ascii="Roboto Condensed" w:hAnsi="Roboto Condensed"/>
          <w:sz w:val="20"/>
          <w:lang w:val="pl-PL"/>
        </w:rPr>
        <w:t>1</w:t>
      </w:r>
      <w:r w:rsidR="00B31A60">
        <w:rPr>
          <w:rFonts w:ascii="Roboto Condensed" w:hAnsi="Roboto Condensed"/>
          <w:sz w:val="20"/>
          <w:lang w:val="pl-PL"/>
        </w:rPr>
        <w:t>97</w:t>
      </w:r>
      <w:r w:rsidRPr="00547CB8">
        <w:rPr>
          <w:rFonts w:ascii="Roboto Condensed" w:hAnsi="Roboto Condensed"/>
          <w:sz w:val="20"/>
          <w:lang w:val="pl-PL"/>
        </w:rPr>
        <w:t xml:space="preserve"> </w:t>
      </w:r>
      <w:r w:rsidR="00B31A60">
        <w:rPr>
          <w:rFonts w:ascii="Roboto Condensed" w:hAnsi="Roboto Condensed"/>
          <w:sz w:val="20"/>
          <w:lang w:val="pl-PL"/>
        </w:rPr>
        <w:t xml:space="preserve">budynków, </w:t>
      </w:r>
      <w:r w:rsidR="00686DBF" w:rsidRPr="00547CB8">
        <w:rPr>
          <w:rFonts w:ascii="Roboto Condensed" w:hAnsi="Roboto Condensed"/>
          <w:sz w:val="20"/>
          <w:lang w:val="pl-PL"/>
        </w:rPr>
        <w:t xml:space="preserve">czyli </w:t>
      </w:r>
      <w:r w:rsidR="00B31A60">
        <w:rPr>
          <w:rFonts w:ascii="Roboto Condensed" w:hAnsi="Roboto Condensed"/>
          <w:sz w:val="20"/>
          <w:lang w:val="pl-PL"/>
        </w:rPr>
        <w:t>9,5</w:t>
      </w:r>
      <w:r w:rsidRPr="00547CB8">
        <w:rPr>
          <w:rFonts w:ascii="Roboto Condensed" w:hAnsi="Roboto Condensed"/>
          <w:sz w:val="20"/>
          <w:lang w:val="pl-PL"/>
        </w:rPr>
        <w:t xml:space="preserve">% znajduje się w promieniu </w:t>
      </w:r>
      <w:r w:rsidR="00B31A60">
        <w:rPr>
          <w:rFonts w:ascii="Roboto Condensed" w:hAnsi="Roboto Condensed"/>
          <w:sz w:val="20"/>
          <w:lang w:val="pl-PL"/>
        </w:rPr>
        <w:t xml:space="preserve">od 750 </w:t>
      </w:r>
      <w:r w:rsidRPr="00547CB8">
        <w:rPr>
          <w:rFonts w:ascii="Roboto Condensed" w:hAnsi="Roboto Condensed"/>
          <w:sz w:val="20"/>
          <w:lang w:val="pl-PL"/>
        </w:rPr>
        <w:t xml:space="preserve">do </w:t>
      </w:r>
      <w:r w:rsidR="00741B6C" w:rsidRPr="00547CB8">
        <w:rPr>
          <w:rFonts w:ascii="Roboto Condensed" w:hAnsi="Roboto Condensed"/>
          <w:sz w:val="20"/>
          <w:lang w:val="pl-PL"/>
        </w:rPr>
        <w:t>100</w:t>
      </w:r>
      <w:r w:rsidRPr="00547CB8">
        <w:rPr>
          <w:rFonts w:ascii="Roboto Condensed" w:hAnsi="Roboto Condensed"/>
          <w:sz w:val="20"/>
          <w:lang w:val="pl-PL"/>
        </w:rPr>
        <w:t>0m od przystanku</w:t>
      </w:r>
      <w:r w:rsidR="00B31A60">
        <w:rPr>
          <w:rFonts w:ascii="Roboto Condensed" w:hAnsi="Roboto Condensed"/>
          <w:sz w:val="20"/>
          <w:lang w:val="pl-PL"/>
        </w:rPr>
        <w:t xml:space="preserve"> czyli </w:t>
      </w:r>
      <w:r w:rsidR="00B31A60" w:rsidRPr="00B31A60">
        <w:rPr>
          <w:rFonts w:ascii="Roboto Condensed" w:hAnsi="Roboto Condensed"/>
          <w:sz w:val="20"/>
          <w:lang w:val="pl-PL"/>
        </w:rPr>
        <w:t>dostęp do komunikacji publicznej jest słaby</w:t>
      </w:r>
      <w:r w:rsidRPr="00B31A60">
        <w:rPr>
          <w:rFonts w:ascii="Roboto Condensed" w:hAnsi="Roboto Condensed"/>
          <w:sz w:val="20"/>
          <w:lang w:val="pl-PL"/>
        </w:rPr>
        <w:t xml:space="preserve">, </w:t>
      </w:r>
      <w:r w:rsidR="00741B6C" w:rsidRPr="00B31A60">
        <w:rPr>
          <w:rFonts w:ascii="Roboto Condensed" w:hAnsi="Roboto Condensed"/>
          <w:sz w:val="20"/>
          <w:lang w:val="pl-PL"/>
        </w:rPr>
        <w:t xml:space="preserve"> pozostałe </w:t>
      </w:r>
      <w:r w:rsidR="00B31A60" w:rsidRPr="00B31A60">
        <w:rPr>
          <w:rFonts w:ascii="Roboto Condensed" w:hAnsi="Roboto Condensed"/>
          <w:sz w:val="20"/>
          <w:lang w:val="pl-PL"/>
        </w:rPr>
        <w:t>293 budynki, czyli 14,0</w:t>
      </w:r>
      <w:r w:rsidR="00741B6C" w:rsidRPr="00B31A60">
        <w:rPr>
          <w:rFonts w:ascii="Roboto Condensed" w:hAnsi="Roboto Condensed"/>
          <w:sz w:val="20"/>
          <w:lang w:val="pl-PL"/>
        </w:rPr>
        <w:t>% budynków ma bardzo słaby dostęp do komunikacji publicznej. Należy tu zaznaczyć</w:t>
      </w:r>
      <w:r w:rsidR="00686DBF" w:rsidRPr="00B31A60">
        <w:rPr>
          <w:rFonts w:ascii="Roboto Condensed" w:hAnsi="Roboto Condensed"/>
          <w:sz w:val="20"/>
          <w:lang w:val="pl-PL"/>
        </w:rPr>
        <w:t>,</w:t>
      </w:r>
      <w:r w:rsidR="00741B6C" w:rsidRPr="00B31A60">
        <w:rPr>
          <w:rFonts w:ascii="Roboto Condensed" w:hAnsi="Roboto Condensed"/>
          <w:sz w:val="20"/>
          <w:lang w:val="pl-PL"/>
        </w:rPr>
        <w:t xml:space="preserve"> że nie analizowano faktycznych odległości dojścia</w:t>
      </w:r>
      <w:r w:rsidR="00686DBF" w:rsidRPr="00B31A60">
        <w:rPr>
          <w:rFonts w:ascii="Roboto Condensed" w:hAnsi="Roboto Condensed"/>
          <w:sz w:val="20"/>
          <w:lang w:val="pl-PL"/>
        </w:rPr>
        <w:t>,</w:t>
      </w:r>
      <w:r w:rsidR="00741B6C" w:rsidRPr="00B31A60">
        <w:rPr>
          <w:rFonts w:ascii="Roboto Condensed" w:hAnsi="Roboto Condensed"/>
          <w:sz w:val="20"/>
          <w:lang w:val="pl-PL"/>
        </w:rPr>
        <w:t xml:space="preserve"> które w </w:t>
      </w:r>
      <w:r w:rsidR="00B31A60" w:rsidRPr="00B31A60">
        <w:rPr>
          <w:rFonts w:ascii="Roboto Condensed" w:hAnsi="Roboto Condensed"/>
          <w:sz w:val="20"/>
          <w:lang w:val="pl-PL"/>
        </w:rPr>
        <w:t>znaczącym</w:t>
      </w:r>
      <w:r w:rsidR="00741B6C" w:rsidRPr="00B31A60">
        <w:rPr>
          <w:rFonts w:ascii="Roboto Condensed" w:hAnsi="Roboto Condensed"/>
          <w:sz w:val="20"/>
          <w:lang w:val="pl-PL"/>
        </w:rPr>
        <w:t xml:space="preserve"> procencie przypadków wydłużają drogę dojścia w sposób istotny</w:t>
      </w:r>
      <w:r w:rsidR="00686DBF" w:rsidRPr="00B31A60">
        <w:rPr>
          <w:rFonts w:ascii="Roboto Condensed" w:hAnsi="Roboto Condensed"/>
          <w:sz w:val="20"/>
          <w:lang w:val="pl-PL"/>
        </w:rPr>
        <w:t>,</w:t>
      </w:r>
      <w:r w:rsidR="00741B6C" w:rsidRPr="00B31A60">
        <w:rPr>
          <w:rFonts w:ascii="Roboto Condensed" w:hAnsi="Roboto Condensed"/>
          <w:sz w:val="20"/>
          <w:lang w:val="pl-PL"/>
        </w:rPr>
        <w:t xml:space="preserve"> w szczególności w przypadku budynków znacznie oddalonych od przystanków.</w:t>
      </w:r>
    </w:p>
    <w:p w14:paraId="17B99459" w14:textId="6B8F65E1" w:rsidR="00DE411D" w:rsidRPr="009A175C" w:rsidRDefault="00741B6C" w:rsidP="006904C9">
      <w:pPr>
        <w:pStyle w:val="Tekstpodstawowy2"/>
        <w:spacing w:before="120" w:line="240" w:lineRule="auto"/>
        <w:ind w:left="170"/>
        <w:rPr>
          <w:rFonts w:ascii="Roboto Condensed" w:hAnsi="Roboto Condensed"/>
          <w:color w:val="EE0000"/>
          <w:sz w:val="20"/>
          <w:lang w:val="pl-PL"/>
        </w:rPr>
      </w:pPr>
      <w:r w:rsidRPr="00851F19">
        <w:rPr>
          <w:rFonts w:ascii="Roboto Condensed" w:hAnsi="Roboto Condensed"/>
          <w:sz w:val="20"/>
          <w:lang w:val="pl-PL"/>
        </w:rPr>
        <w:t>Ogólnie dobry i bardzo dobry dostęp</w:t>
      </w:r>
      <w:r w:rsidR="00851F19" w:rsidRPr="00851F19">
        <w:rPr>
          <w:rFonts w:ascii="Roboto Condensed" w:hAnsi="Roboto Condensed"/>
          <w:sz w:val="20"/>
          <w:lang w:val="pl-PL"/>
        </w:rPr>
        <w:t xml:space="preserve"> </w:t>
      </w:r>
      <w:r w:rsidRPr="00851F19">
        <w:rPr>
          <w:rFonts w:ascii="Roboto Condensed" w:hAnsi="Roboto Condensed"/>
          <w:sz w:val="20"/>
          <w:lang w:val="pl-PL"/>
        </w:rPr>
        <w:t>z miejsca zamieszkania do przystanków komunikacji publicznej</w:t>
      </w:r>
      <w:r w:rsidR="00851F19" w:rsidRPr="00851F19">
        <w:rPr>
          <w:rFonts w:ascii="Roboto Condensed" w:hAnsi="Roboto Condensed"/>
          <w:sz w:val="20"/>
          <w:lang w:val="pl-PL"/>
        </w:rPr>
        <w:t xml:space="preserve">, jak na warunki wiejskie, </w:t>
      </w:r>
      <w:r w:rsidRPr="00851F19">
        <w:rPr>
          <w:rFonts w:ascii="Roboto Condensed" w:hAnsi="Roboto Condensed"/>
          <w:sz w:val="20"/>
          <w:lang w:val="pl-PL"/>
        </w:rPr>
        <w:t xml:space="preserve">ma </w:t>
      </w:r>
      <w:r w:rsidR="00686DBF" w:rsidRPr="00851F19">
        <w:rPr>
          <w:rFonts w:ascii="Roboto Condensed" w:hAnsi="Roboto Condensed"/>
          <w:sz w:val="20"/>
          <w:lang w:val="pl-PL"/>
        </w:rPr>
        <w:t xml:space="preserve">około </w:t>
      </w:r>
      <w:r w:rsidR="00851F19" w:rsidRPr="00851F19">
        <w:rPr>
          <w:rFonts w:ascii="Roboto Condensed" w:hAnsi="Roboto Condensed"/>
          <w:sz w:val="20"/>
          <w:lang w:val="pl-PL"/>
        </w:rPr>
        <w:t>76,5</w:t>
      </w:r>
      <w:r w:rsidRPr="00851F19">
        <w:rPr>
          <w:rFonts w:ascii="Roboto Condensed" w:hAnsi="Roboto Condensed"/>
          <w:sz w:val="20"/>
          <w:lang w:val="pl-PL"/>
        </w:rPr>
        <w:t>% mieszkańców</w:t>
      </w:r>
      <w:r w:rsidR="00B31A60" w:rsidRPr="00851F19">
        <w:rPr>
          <w:rFonts w:ascii="Roboto Condensed" w:hAnsi="Roboto Condensed"/>
          <w:sz w:val="20"/>
          <w:lang w:val="pl-PL"/>
        </w:rPr>
        <w:t>,</w:t>
      </w:r>
      <w:r w:rsidRPr="00851F19">
        <w:rPr>
          <w:rFonts w:ascii="Roboto Condensed" w:hAnsi="Roboto Condensed"/>
          <w:sz w:val="20"/>
          <w:lang w:val="pl-PL"/>
        </w:rPr>
        <w:t xml:space="preserve"> co jest wartością </w:t>
      </w:r>
      <w:r w:rsidR="00686DBF" w:rsidRPr="00851F19">
        <w:rPr>
          <w:rFonts w:ascii="Roboto Condensed" w:hAnsi="Roboto Condensed"/>
          <w:sz w:val="20"/>
          <w:lang w:val="pl-PL"/>
        </w:rPr>
        <w:t>stosunkowo</w:t>
      </w:r>
      <w:r w:rsidRPr="00851F19">
        <w:rPr>
          <w:rFonts w:ascii="Roboto Condensed" w:hAnsi="Roboto Condensed"/>
          <w:sz w:val="20"/>
          <w:lang w:val="pl-PL"/>
        </w:rPr>
        <w:t xml:space="preserve"> korzystną </w:t>
      </w:r>
      <w:r w:rsidR="00686DBF" w:rsidRPr="00851F19">
        <w:rPr>
          <w:rFonts w:ascii="Roboto Condensed" w:hAnsi="Roboto Condensed"/>
          <w:sz w:val="20"/>
          <w:lang w:val="pl-PL"/>
        </w:rPr>
        <w:t>biorąc pod uwagę</w:t>
      </w:r>
      <w:r w:rsidRPr="00851F19">
        <w:rPr>
          <w:rFonts w:ascii="Roboto Condensed" w:hAnsi="Roboto Condensed"/>
          <w:sz w:val="20"/>
          <w:lang w:val="pl-PL"/>
        </w:rPr>
        <w:t xml:space="preserve"> znaczne rozproszenie zabudowy</w:t>
      </w:r>
      <w:r w:rsidR="00686DBF" w:rsidRPr="00851F19">
        <w:rPr>
          <w:rFonts w:ascii="Roboto Condensed" w:hAnsi="Roboto Condensed"/>
          <w:sz w:val="20"/>
          <w:lang w:val="pl-PL"/>
        </w:rPr>
        <w:t xml:space="preserve">. Niemniej jeśli wziąć pod uwagę, </w:t>
      </w:r>
      <w:r w:rsidR="00851F19" w:rsidRPr="00851F19">
        <w:rPr>
          <w:rFonts w:ascii="Roboto Condensed" w:hAnsi="Roboto Condensed"/>
          <w:sz w:val="20"/>
          <w:lang w:val="pl-PL"/>
        </w:rPr>
        <w:t>ograniczoną liczbę kursów</w:t>
      </w:r>
      <w:r w:rsidR="00686DBF" w:rsidRPr="00851F19">
        <w:rPr>
          <w:rFonts w:ascii="Roboto Condensed" w:hAnsi="Roboto Condensed"/>
          <w:sz w:val="20"/>
          <w:lang w:val="pl-PL"/>
        </w:rPr>
        <w:t xml:space="preserve">, które nie zapewniają odpowiednio częstych </w:t>
      </w:r>
      <w:r w:rsidR="00851F19" w:rsidRPr="00851F19">
        <w:rPr>
          <w:rFonts w:ascii="Roboto Condensed" w:hAnsi="Roboto Condensed"/>
          <w:sz w:val="20"/>
          <w:lang w:val="pl-PL"/>
        </w:rPr>
        <w:t>połączeń</w:t>
      </w:r>
      <w:r w:rsidR="00686DBF" w:rsidRPr="00851F19">
        <w:rPr>
          <w:rFonts w:ascii="Roboto Condensed" w:hAnsi="Roboto Condensed"/>
          <w:sz w:val="20"/>
          <w:lang w:val="pl-PL"/>
        </w:rPr>
        <w:t xml:space="preserve">, dostęp nie jest tak dobry jak by wskazywała </w:t>
      </w:r>
      <w:r w:rsidR="00D01908" w:rsidRPr="00851F19">
        <w:rPr>
          <w:rFonts w:ascii="Roboto Condensed" w:hAnsi="Roboto Condensed"/>
          <w:sz w:val="20"/>
          <w:lang w:val="pl-PL"/>
        </w:rPr>
        <w:t xml:space="preserve">ilość obsługiwanych mieszkańców. Wskaźnik jest stosunkowo korzystny głównie ze względu </w:t>
      </w:r>
      <w:r w:rsidR="00851F19" w:rsidRPr="00851F19">
        <w:rPr>
          <w:rFonts w:ascii="Roboto Condensed" w:hAnsi="Roboto Condensed"/>
          <w:sz w:val="20"/>
          <w:lang w:val="pl-PL"/>
        </w:rPr>
        <w:t xml:space="preserve">bezpośrednie sąsiedztwo miasta Radomska oraz </w:t>
      </w:r>
      <w:r w:rsidR="00D01908" w:rsidRPr="00851F19">
        <w:rPr>
          <w:rFonts w:ascii="Roboto Condensed" w:hAnsi="Roboto Condensed"/>
          <w:sz w:val="20"/>
          <w:lang w:val="pl-PL"/>
        </w:rPr>
        <w:t>na stosunkowo skromny układ głównych dróg wzdłuż których zamieszkuje stosunkowo duży procent mieszkańców.</w:t>
      </w:r>
    </w:p>
    <w:p w14:paraId="77C546A4" w14:textId="344F0DFA" w:rsidR="00180AEB" w:rsidRDefault="008001B6" w:rsidP="00536908">
      <w:pPr>
        <w:pStyle w:val="Tekstpodstawowy2"/>
        <w:spacing w:before="120" w:after="120" w:line="240" w:lineRule="auto"/>
        <w:ind w:left="170"/>
        <w:rPr>
          <w:rFonts w:ascii="Roboto Condensed" w:hAnsi="Roboto Condensed"/>
          <w:i/>
          <w:iCs/>
          <w:sz w:val="20"/>
          <w:lang w:val="pl-PL"/>
        </w:rPr>
      </w:pPr>
      <w:bookmarkStart w:id="92" w:name="_Hlk198649839"/>
      <w:r w:rsidRPr="00643D0A">
        <w:rPr>
          <w:rFonts w:ascii="Roboto Condensed" w:hAnsi="Roboto Condensed"/>
          <w:i/>
          <w:iCs/>
          <w:sz w:val="20"/>
          <w:lang w:val="pl-PL"/>
        </w:rPr>
        <w:t>Rys.</w:t>
      </w:r>
      <w:r w:rsidR="007C60F5" w:rsidRPr="00643D0A">
        <w:rPr>
          <w:rFonts w:ascii="Roboto Condensed" w:hAnsi="Roboto Condensed"/>
          <w:i/>
          <w:iCs/>
          <w:sz w:val="20"/>
          <w:lang w:val="pl-PL"/>
        </w:rPr>
        <w:t>1</w:t>
      </w:r>
      <w:r w:rsidR="00C25100">
        <w:rPr>
          <w:rFonts w:ascii="Roboto Condensed" w:hAnsi="Roboto Condensed"/>
          <w:i/>
          <w:iCs/>
          <w:sz w:val="20"/>
          <w:lang w:val="pl-PL"/>
        </w:rPr>
        <w:t>9</w:t>
      </w:r>
      <w:r w:rsidRPr="00643D0A">
        <w:rPr>
          <w:rFonts w:ascii="Roboto Condensed" w:hAnsi="Roboto Condensed"/>
          <w:i/>
          <w:iCs/>
          <w:sz w:val="20"/>
          <w:lang w:val="pl-PL"/>
        </w:rPr>
        <w:t>. Rozmieszczenie infrastruktury komunikacyjnej</w:t>
      </w:r>
      <w:r w:rsidR="00D01908" w:rsidRPr="00643D0A">
        <w:rPr>
          <w:rFonts w:ascii="Roboto Condensed" w:hAnsi="Roboto Condensed"/>
          <w:i/>
          <w:iCs/>
          <w:sz w:val="20"/>
          <w:lang w:val="pl-PL"/>
        </w:rPr>
        <w:t xml:space="preserve"> i dostęp do tej infrastruktury</w:t>
      </w:r>
      <w:r w:rsidRPr="00643D0A">
        <w:rPr>
          <w:rFonts w:ascii="Roboto Condensed" w:hAnsi="Roboto Condensed"/>
          <w:i/>
          <w:iCs/>
          <w:sz w:val="20"/>
          <w:lang w:val="pl-PL"/>
        </w:rPr>
        <w:t>.</w:t>
      </w:r>
      <w:bookmarkEnd w:id="92"/>
    </w:p>
    <w:p w14:paraId="766C66A8" w14:textId="7ADAD866" w:rsidR="00536908" w:rsidRPr="00536908" w:rsidRDefault="00802DC9" w:rsidP="00536908">
      <w:pPr>
        <w:pStyle w:val="Tekstpodstawowy2"/>
        <w:spacing w:before="120" w:after="120" w:line="240" w:lineRule="auto"/>
        <w:ind w:left="170"/>
        <w:rPr>
          <w:color w:val="EE0000"/>
          <w:lang w:val="pl-PL"/>
        </w:rPr>
      </w:pPr>
      <w:r>
        <w:rPr>
          <w:noProof/>
        </w:rPr>
        <w:drawing>
          <wp:inline distT="0" distB="0" distL="0" distR="0" wp14:anchorId="522F8895" wp14:editId="36D3EB3F">
            <wp:extent cx="6280150" cy="5816600"/>
            <wp:effectExtent l="0" t="0" r="6350" b="0"/>
            <wp:docPr id="368975449"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80150" cy="5816600"/>
                    </a:xfrm>
                    <a:prstGeom prst="rect">
                      <a:avLst/>
                    </a:prstGeom>
                    <a:noFill/>
                    <a:ln>
                      <a:noFill/>
                    </a:ln>
                  </pic:spPr>
                </pic:pic>
              </a:graphicData>
            </a:graphic>
          </wp:inline>
        </w:drawing>
      </w:r>
    </w:p>
    <w:p w14:paraId="4A5659F5" w14:textId="56864300" w:rsidR="007D0666" w:rsidRPr="00CE0047" w:rsidRDefault="007D0666" w:rsidP="006904C9">
      <w:pPr>
        <w:pStyle w:val="Tekstpodstawowy2"/>
        <w:spacing w:before="120" w:line="240" w:lineRule="auto"/>
        <w:ind w:left="170"/>
        <w:rPr>
          <w:rFonts w:ascii="Roboto Condensed" w:hAnsi="Roboto Condensed"/>
          <w:b/>
          <w:i/>
          <w:iCs/>
          <w:sz w:val="22"/>
          <w:szCs w:val="22"/>
          <w:lang w:val="pl-PL"/>
        </w:rPr>
      </w:pPr>
      <w:r w:rsidRPr="00CE0047">
        <w:rPr>
          <w:rFonts w:ascii="Roboto Condensed" w:hAnsi="Roboto Condensed"/>
          <w:i/>
          <w:iCs/>
          <w:sz w:val="20"/>
          <w:u w:val="single"/>
          <w:lang w:val="pl-PL"/>
        </w:rPr>
        <w:t>Kolej</w:t>
      </w:r>
    </w:p>
    <w:p w14:paraId="762ED2C9" w14:textId="137B5E74" w:rsidR="008001B6" w:rsidRPr="009A175C" w:rsidRDefault="008001B6" w:rsidP="006904C9">
      <w:pPr>
        <w:pStyle w:val="Tekstpodstawowy2"/>
        <w:spacing w:before="120" w:line="240" w:lineRule="auto"/>
        <w:ind w:left="170"/>
        <w:rPr>
          <w:color w:val="EE0000"/>
          <w:lang w:val="pl-PL"/>
        </w:rPr>
      </w:pPr>
      <w:r w:rsidRPr="00CE0047">
        <w:rPr>
          <w:rFonts w:ascii="Roboto Condensed" w:hAnsi="Roboto Condensed"/>
          <w:sz w:val="20"/>
          <w:lang w:val="pl-PL"/>
        </w:rPr>
        <w:t>Przez sołectw</w:t>
      </w:r>
      <w:r w:rsidR="00851F19" w:rsidRPr="00CE0047">
        <w:rPr>
          <w:rFonts w:ascii="Roboto Condensed" w:hAnsi="Roboto Condensed"/>
          <w:sz w:val="20"/>
          <w:lang w:val="pl-PL"/>
        </w:rPr>
        <w:t>a</w:t>
      </w:r>
      <w:r w:rsidRPr="00CE0047">
        <w:rPr>
          <w:rFonts w:ascii="Roboto Condensed" w:hAnsi="Roboto Condensed"/>
          <w:sz w:val="20"/>
          <w:lang w:val="pl-PL"/>
        </w:rPr>
        <w:t xml:space="preserve"> </w:t>
      </w:r>
      <w:r w:rsidR="00851F19" w:rsidRPr="00CE0047">
        <w:rPr>
          <w:rFonts w:ascii="Roboto Condensed" w:hAnsi="Roboto Condensed"/>
          <w:sz w:val="20"/>
          <w:lang w:val="pl-PL"/>
        </w:rPr>
        <w:t>Dąbrówka i Bobry</w:t>
      </w:r>
      <w:r w:rsidRPr="00CE0047">
        <w:rPr>
          <w:rFonts w:ascii="Roboto Condensed" w:hAnsi="Roboto Condensed"/>
          <w:sz w:val="20"/>
          <w:lang w:val="pl-PL"/>
        </w:rPr>
        <w:t xml:space="preserve"> </w:t>
      </w:r>
      <w:r w:rsidR="00851F19" w:rsidRPr="00CE0047">
        <w:rPr>
          <w:rFonts w:ascii="Roboto Condensed" w:hAnsi="Roboto Condensed"/>
          <w:sz w:val="20"/>
          <w:lang w:val="pl-PL"/>
        </w:rPr>
        <w:t xml:space="preserve">przebiega </w:t>
      </w:r>
      <w:r w:rsidRPr="00CE0047">
        <w:rPr>
          <w:rFonts w:ascii="Roboto Condensed" w:hAnsi="Roboto Condensed"/>
          <w:sz w:val="20"/>
          <w:lang w:val="pl-PL"/>
        </w:rPr>
        <w:t xml:space="preserve">międzynarodowa linia kolejowa nr </w:t>
      </w:r>
      <w:r w:rsidR="00851F19" w:rsidRPr="00CE0047">
        <w:rPr>
          <w:rFonts w:ascii="Roboto Condensed" w:hAnsi="Roboto Condensed"/>
          <w:sz w:val="20"/>
          <w:lang w:val="pl-PL"/>
        </w:rPr>
        <w:t>1,</w:t>
      </w:r>
      <w:r w:rsidRPr="00CE0047">
        <w:rPr>
          <w:rFonts w:ascii="Roboto Condensed" w:hAnsi="Roboto Condensed"/>
          <w:sz w:val="20"/>
          <w:lang w:val="pl-PL"/>
        </w:rPr>
        <w:t xml:space="preserve"> ale na obszarze gminy zlokalizowano </w:t>
      </w:r>
      <w:r w:rsidR="00851F19" w:rsidRPr="00CE0047">
        <w:rPr>
          <w:rFonts w:ascii="Roboto Condensed" w:hAnsi="Roboto Condensed"/>
          <w:sz w:val="20"/>
          <w:lang w:val="pl-PL"/>
        </w:rPr>
        <w:t>tylko 1</w:t>
      </w:r>
      <w:r w:rsidRPr="00CE0047">
        <w:rPr>
          <w:rFonts w:ascii="Roboto Condensed" w:hAnsi="Roboto Condensed"/>
          <w:sz w:val="20"/>
          <w:lang w:val="pl-PL"/>
        </w:rPr>
        <w:t xml:space="preserve"> przystan</w:t>
      </w:r>
      <w:r w:rsidR="00851F19" w:rsidRPr="00CE0047">
        <w:rPr>
          <w:rFonts w:ascii="Roboto Condensed" w:hAnsi="Roboto Condensed"/>
          <w:sz w:val="20"/>
          <w:lang w:val="pl-PL"/>
        </w:rPr>
        <w:t>ek</w:t>
      </w:r>
      <w:r w:rsidRPr="00CE0047">
        <w:rPr>
          <w:rFonts w:ascii="Roboto Condensed" w:hAnsi="Roboto Condensed"/>
          <w:sz w:val="20"/>
          <w:lang w:val="pl-PL"/>
        </w:rPr>
        <w:t xml:space="preserve"> kolejow</w:t>
      </w:r>
      <w:r w:rsidR="00851F19" w:rsidRPr="00CE0047">
        <w:rPr>
          <w:rFonts w:ascii="Roboto Condensed" w:hAnsi="Roboto Condensed"/>
          <w:sz w:val="20"/>
          <w:lang w:val="pl-PL"/>
        </w:rPr>
        <w:t>y, w dodatku w rejonie gdzie dostępność komunikacyjna jest dobra dla bardzo małej ilości mieszkańców</w:t>
      </w:r>
      <w:r w:rsidRPr="00CE0047">
        <w:rPr>
          <w:rFonts w:ascii="Roboto Condensed" w:hAnsi="Roboto Condensed"/>
          <w:sz w:val="20"/>
          <w:lang w:val="pl-PL"/>
        </w:rPr>
        <w:t>.</w:t>
      </w:r>
      <w:r w:rsidR="00851F19" w:rsidRPr="00CE0047">
        <w:rPr>
          <w:rFonts w:ascii="Roboto Condensed" w:hAnsi="Roboto Condensed"/>
          <w:sz w:val="20"/>
          <w:lang w:val="pl-PL"/>
        </w:rPr>
        <w:t xml:space="preserve"> Zdecydowana większość mieszkańców gminy korzystniejszy dostęp posiada do </w:t>
      </w:r>
      <w:r w:rsidR="00CE0047" w:rsidRPr="00CE0047">
        <w:rPr>
          <w:rFonts w:ascii="Roboto Condensed" w:hAnsi="Roboto Condensed"/>
          <w:sz w:val="20"/>
          <w:lang w:val="pl-PL"/>
        </w:rPr>
        <w:t xml:space="preserve">dworca </w:t>
      </w:r>
      <w:r w:rsidR="002F2A7D">
        <w:rPr>
          <w:rFonts w:ascii="Roboto Condensed" w:hAnsi="Roboto Condensed"/>
          <w:sz w:val="20"/>
          <w:lang w:val="pl-PL"/>
        </w:rPr>
        <w:t xml:space="preserve">kolejowego </w:t>
      </w:r>
      <w:r w:rsidR="00CE0047" w:rsidRPr="00CE0047">
        <w:rPr>
          <w:rFonts w:ascii="Roboto Condensed" w:hAnsi="Roboto Condensed"/>
          <w:sz w:val="20"/>
          <w:lang w:val="pl-PL"/>
        </w:rPr>
        <w:t>w Radomsku</w:t>
      </w:r>
      <w:r w:rsidR="00D6354E" w:rsidRPr="00CE0047">
        <w:rPr>
          <w:rFonts w:ascii="Roboto Condensed" w:hAnsi="Roboto Condensed"/>
          <w:sz w:val="20"/>
          <w:lang w:val="pl-PL"/>
        </w:rPr>
        <w:t>.</w:t>
      </w:r>
    </w:p>
    <w:p w14:paraId="66E7E293" w14:textId="41DF5DB4" w:rsidR="00B654F7" w:rsidRDefault="00B654F7">
      <w:pPr>
        <w:rPr>
          <w:color w:val="EE0000"/>
        </w:rPr>
      </w:pPr>
      <w:r>
        <w:rPr>
          <w:color w:val="EE0000"/>
        </w:rPr>
        <w:br w:type="page"/>
      </w:r>
    </w:p>
    <w:p w14:paraId="3615B41C" w14:textId="65AA5189" w:rsidR="00732412" w:rsidRPr="00B877B9" w:rsidRDefault="00732412" w:rsidP="006904C9">
      <w:pPr>
        <w:pStyle w:val="Nagwek1"/>
        <w:spacing w:before="60" w:after="60" w:line="240" w:lineRule="auto"/>
        <w:ind w:left="737" w:hanging="567"/>
        <w:rPr>
          <w:rFonts w:ascii="Roboto Condensed" w:hAnsi="Roboto Condensed"/>
          <w:bCs/>
          <w:i/>
          <w:iCs/>
          <w:sz w:val="22"/>
          <w:szCs w:val="22"/>
          <w:lang w:val="pl-PL"/>
        </w:rPr>
      </w:pPr>
      <w:bookmarkStart w:id="93" w:name="_Toc193697392"/>
      <w:bookmarkStart w:id="94" w:name="_Toc206769045"/>
      <w:r w:rsidRPr="00B877B9">
        <w:rPr>
          <w:rFonts w:ascii="Roboto Condensed" w:hAnsi="Roboto Condensed"/>
          <w:bCs/>
          <w:i/>
          <w:iCs/>
          <w:sz w:val="22"/>
          <w:szCs w:val="22"/>
          <w:lang w:val="pl-PL"/>
        </w:rPr>
        <w:lastRenderedPageBreak/>
        <w:t>Infrastruktura techniczna</w:t>
      </w:r>
      <w:bookmarkEnd w:id="93"/>
      <w:bookmarkEnd w:id="94"/>
    </w:p>
    <w:p w14:paraId="348E02CF" w14:textId="77777777" w:rsidR="00F86083" w:rsidRPr="001C476E" w:rsidRDefault="00F86083" w:rsidP="00F86083">
      <w:pPr>
        <w:pStyle w:val="Tekstpodstawowy2"/>
        <w:spacing w:before="120" w:line="240" w:lineRule="auto"/>
        <w:ind w:left="170"/>
        <w:rPr>
          <w:rFonts w:ascii="Roboto Condensed" w:hAnsi="Roboto Condensed"/>
          <w:b/>
          <w:i/>
          <w:iCs/>
          <w:sz w:val="22"/>
          <w:szCs w:val="22"/>
          <w:u w:val="single"/>
          <w:lang w:val="pl-PL"/>
        </w:rPr>
      </w:pPr>
      <w:r w:rsidRPr="001C476E">
        <w:rPr>
          <w:rFonts w:ascii="Roboto Condensed" w:hAnsi="Roboto Condensed"/>
          <w:i/>
          <w:iCs/>
          <w:sz w:val="20"/>
          <w:u w:val="single"/>
          <w:lang w:val="pl-PL"/>
        </w:rPr>
        <w:t>Zaopatrzenie w wodę:</w:t>
      </w:r>
    </w:p>
    <w:p w14:paraId="470E948B" w14:textId="3E520CBB" w:rsidR="00F86083" w:rsidRPr="00F86083" w:rsidRDefault="00F86083" w:rsidP="00F86083">
      <w:pPr>
        <w:pStyle w:val="Tekstpodstawowy2"/>
        <w:spacing w:before="120" w:line="240" w:lineRule="auto"/>
        <w:ind w:left="170"/>
        <w:rPr>
          <w:rFonts w:ascii="Roboto Condensed" w:hAnsi="Roboto Condensed"/>
          <w:color w:val="EE0000"/>
          <w:sz w:val="20"/>
          <w:lang w:val="pl-PL"/>
        </w:rPr>
      </w:pPr>
      <w:r w:rsidRPr="001C476E">
        <w:rPr>
          <w:rFonts w:ascii="Roboto Condensed" w:hAnsi="Roboto Condensed"/>
          <w:sz w:val="20"/>
          <w:lang w:val="pl-PL"/>
        </w:rPr>
        <w:t xml:space="preserve">Według GUS odsetek mieszkań w gminie Radomsko korzystającej z instalacji wodociągowej w 2023 roku wyniósł 99,2%. </w:t>
      </w:r>
      <w:r w:rsidRPr="002D68E9">
        <w:rPr>
          <w:rFonts w:ascii="Roboto Condensed" w:hAnsi="Roboto Condensed"/>
          <w:sz w:val="20"/>
          <w:lang w:val="pl-PL"/>
        </w:rPr>
        <w:t xml:space="preserve">Gmina </w:t>
      </w:r>
      <w:r w:rsidR="00F54550">
        <w:rPr>
          <w:rFonts w:ascii="Roboto Condensed" w:hAnsi="Roboto Condensed"/>
          <w:sz w:val="20"/>
          <w:lang w:val="pl-PL"/>
        </w:rPr>
        <w:t xml:space="preserve">Radomsko </w:t>
      </w:r>
      <w:r w:rsidRPr="002D68E9">
        <w:rPr>
          <w:rFonts w:ascii="Roboto Condensed" w:hAnsi="Roboto Condensed"/>
          <w:sz w:val="20"/>
          <w:lang w:val="pl-PL"/>
        </w:rPr>
        <w:t xml:space="preserve">posiada 4 ujęcia wody w </w:t>
      </w:r>
      <w:r>
        <w:rPr>
          <w:rFonts w:ascii="Roboto Condensed" w:hAnsi="Roboto Condensed"/>
          <w:sz w:val="20"/>
          <w:lang w:val="pl-PL"/>
        </w:rPr>
        <w:t>obrębach</w:t>
      </w:r>
      <w:r w:rsidRPr="002D68E9">
        <w:rPr>
          <w:rFonts w:ascii="Roboto Condensed" w:hAnsi="Roboto Condensed"/>
          <w:sz w:val="20"/>
          <w:lang w:val="pl-PL"/>
        </w:rPr>
        <w:t xml:space="preserve"> Strzałków, </w:t>
      </w:r>
      <w:r>
        <w:rPr>
          <w:rFonts w:ascii="Roboto Condensed" w:hAnsi="Roboto Condensed"/>
          <w:sz w:val="20"/>
          <w:lang w:val="pl-PL"/>
        </w:rPr>
        <w:t xml:space="preserve">Kolonia </w:t>
      </w:r>
      <w:r w:rsidRPr="002D68E9">
        <w:rPr>
          <w:rFonts w:ascii="Roboto Condensed" w:hAnsi="Roboto Condensed"/>
          <w:sz w:val="20"/>
          <w:lang w:val="pl-PL"/>
        </w:rPr>
        <w:t xml:space="preserve">Kietlin, Dąbrówka i </w:t>
      </w:r>
      <w:proofErr w:type="spellStart"/>
      <w:r w:rsidRPr="002D68E9">
        <w:rPr>
          <w:rFonts w:ascii="Roboto Condensed" w:hAnsi="Roboto Condensed"/>
          <w:sz w:val="20"/>
          <w:lang w:val="pl-PL"/>
        </w:rPr>
        <w:t>Dziepółć</w:t>
      </w:r>
      <w:proofErr w:type="spellEnd"/>
      <w:r>
        <w:rPr>
          <w:rFonts w:ascii="Roboto Condensed" w:hAnsi="Roboto Condensed"/>
          <w:sz w:val="20"/>
          <w:lang w:val="pl-PL"/>
        </w:rPr>
        <w:t xml:space="preserve">. </w:t>
      </w:r>
      <w:r w:rsidRPr="001C476E">
        <w:rPr>
          <w:rFonts w:ascii="Roboto Condensed" w:hAnsi="Roboto Condensed"/>
          <w:sz w:val="20"/>
          <w:lang w:val="pl-PL"/>
        </w:rPr>
        <w:t xml:space="preserve">Zgodnie z raportem o stanie gminy na 2024 rok długość sieci wodociągowej wynosi 84,7 km. </w:t>
      </w:r>
      <w:r>
        <w:rPr>
          <w:rFonts w:ascii="Roboto Condensed" w:hAnsi="Roboto Condensed"/>
          <w:sz w:val="20"/>
          <w:lang w:val="pl-PL"/>
        </w:rPr>
        <w:t>Ś</w:t>
      </w:r>
      <w:r w:rsidRPr="001C476E">
        <w:rPr>
          <w:rFonts w:ascii="Roboto Condensed" w:hAnsi="Roboto Condensed"/>
          <w:sz w:val="20"/>
          <w:lang w:val="pl-PL"/>
        </w:rPr>
        <w:t>rednie zużycie wody na mieszkańca wyniosło 34,2 m3. Produkcja wody w relacji do zdolności produkcyjnych wynosi około 48%, zaś udział strat wody w sieci odnotowuje się na poziomie około 13%.</w:t>
      </w:r>
      <w:bookmarkStart w:id="95" w:name="_Hlk198649870"/>
    </w:p>
    <w:p w14:paraId="30620C7B" w14:textId="6F790002" w:rsidR="00F86083" w:rsidRPr="002D68E9" w:rsidRDefault="00F86083" w:rsidP="00F86083">
      <w:pPr>
        <w:pStyle w:val="Tekstpodstawowy2"/>
        <w:spacing w:before="120" w:after="120" w:line="240" w:lineRule="auto"/>
        <w:ind w:left="170"/>
        <w:rPr>
          <w:rFonts w:ascii="Roboto Condensed" w:hAnsi="Roboto Condensed"/>
          <w:sz w:val="20"/>
          <w:lang w:val="pl-PL"/>
        </w:rPr>
      </w:pPr>
      <w:r w:rsidRPr="00F86083">
        <w:rPr>
          <w:rFonts w:ascii="Roboto Condensed" w:hAnsi="Roboto Condensed"/>
          <w:i/>
          <w:iCs/>
          <w:sz w:val="20"/>
          <w:lang w:val="pl-PL"/>
        </w:rPr>
        <w:t>Rys.</w:t>
      </w:r>
      <w:r w:rsidR="00C25100">
        <w:rPr>
          <w:rFonts w:ascii="Roboto Condensed" w:hAnsi="Roboto Condensed"/>
          <w:i/>
          <w:iCs/>
          <w:sz w:val="20"/>
          <w:lang w:val="pl-PL"/>
        </w:rPr>
        <w:t>20</w:t>
      </w:r>
      <w:r w:rsidRPr="00F86083">
        <w:rPr>
          <w:rFonts w:ascii="Roboto Condensed" w:hAnsi="Roboto Condensed"/>
          <w:i/>
          <w:iCs/>
          <w:sz w:val="20"/>
          <w:lang w:val="pl-PL"/>
        </w:rPr>
        <w:t>. Rozmieszczenie i dostępność wodociągów.</w:t>
      </w:r>
      <w:bookmarkEnd w:id="95"/>
    </w:p>
    <w:p w14:paraId="6D2B0956" w14:textId="4F768CBE" w:rsidR="00F86083" w:rsidRDefault="00802DC9" w:rsidP="002D68E9">
      <w:pPr>
        <w:pStyle w:val="Tekstpodstawowy2"/>
        <w:spacing w:line="240" w:lineRule="auto"/>
        <w:ind w:left="170"/>
        <w:rPr>
          <w:rFonts w:ascii="Roboto Condensed" w:hAnsi="Roboto Condensed"/>
          <w:sz w:val="20"/>
          <w:lang w:val="pl-PL"/>
        </w:rPr>
      </w:pPr>
      <w:r>
        <w:rPr>
          <w:rFonts w:ascii="Roboto Condensed" w:hAnsi="Roboto Condensed"/>
          <w:noProof/>
          <w:sz w:val="20"/>
          <w:lang w:val="pl-PL"/>
        </w:rPr>
        <w:drawing>
          <wp:inline distT="0" distB="0" distL="0" distR="0" wp14:anchorId="02E2E20D" wp14:editId="6054F8A6">
            <wp:extent cx="6280150" cy="5816600"/>
            <wp:effectExtent l="0" t="0" r="6350" b="0"/>
            <wp:docPr id="171398079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80150" cy="5816600"/>
                    </a:xfrm>
                    <a:prstGeom prst="rect">
                      <a:avLst/>
                    </a:prstGeom>
                    <a:noFill/>
                    <a:ln>
                      <a:noFill/>
                    </a:ln>
                  </pic:spPr>
                </pic:pic>
              </a:graphicData>
            </a:graphic>
          </wp:inline>
        </w:drawing>
      </w:r>
    </w:p>
    <w:p w14:paraId="7AB85C6C" w14:textId="77777777" w:rsidR="00F86083" w:rsidRDefault="00F86083" w:rsidP="002D68E9">
      <w:pPr>
        <w:pStyle w:val="Tekstpodstawowy2"/>
        <w:spacing w:line="240" w:lineRule="auto"/>
        <w:ind w:left="170"/>
        <w:rPr>
          <w:rFonts w:ascii="Roboto Condensed" w:hAnsi="Roboto Condensed"/>
          <w:sz w:val="20"/>
          <w:lang w:val="pl-PL"/>
        </w:rPr>
      </w:pPr>
    </w:p>
    <w:p w14:paraId="69DC5211" w14:textId="77777777" w:rsidR="00854DD6" w:rsidRPr="009A175C" w:rsidRDefault="00854DD6" w:rsidP="00854DD6">
      <w:pPr>
        <w:pStyle w:val="Tekstpodstawowy2"/>
        <w:spacing w:before="120" w:line="240" w:lineRule="auto"/>
        <w:ind w:left="170"/>
        <w:rPr>
          <w:rFonts w:ascii="Roboto Condensed" w:hAnsi="Roboto Condensed"/>
          <w:i/>
          <w:iCs/>
          <w:color w:val="EE0000"/>
          <w:sz w:val="20"/>
          <w:u w:val="single"/>
          <w:lang w:val="pl-PL"/>
        </w:rPr>
      </w:pPr>
      <w:r w:rsidRPr="00854DD6">
        <w:rPr>
          <w:rFonts w:ascii="Roboto Condensed" w:hAnsi="Roboto Condensed"/>
          <w:i/>
          <w:iCs/>
          <w:sz w:val="20"/>
          <w:u w:val="single"/>
          <w:lang w:val="pl-PL"/>
        </w:rPr>
        <w:t>Kanalizacja sanitarna:</w:t>
      </w:r>
    </w:p>
    <w:p w14:paraId="2C0CE4EA" w14:textId="77282556" w:rsidR="00854DD6" w:rsidRPr="009A175C" w:rsidRDefault="00854DD6" w:rsidP="00930B05">
      <w:pPr>
        <w:pStyle w:val="Tekstpodstawowy2"/>
        <w:spacing w:before="120" w:line="240" w:lineRule="auto"/>
        <w:ind w:left="170"/>
        <w:rPr>
          <w:rFonts w:ascii="Roboto Condensed" w:hAnsi="Roboto Condensed"/>
          <w:color w:val="EE0000"/>
          <w:sz w:val="20"/>
          <w:lang w:val="pl-PL"/>
        </w:rPr>
      </w:pPr>
      <w:r w:rsidRPr="00CB1633">
        <w:rPr>
          <w:rFonts w:ascii="Roboto Condensed" w:hAnsi="Roboto Condensed"/>
          <w:sz w:val="20"/>
          <w:lang w:val="pl-PL"/>
        </w:rPr>
        <w:t xml:space="preserve">Według GUS odsetek ludności gminy Radomsko korzystającej z instalacji </w:t>
      </w:r>
      <w:r w:rsidR="009C6516">
        <w:rPr>
          <w:rFonts w:ascii="Roboto Condensed" w:hAnsi="Roboto Condensed"/>
          <w:sz w:val="20"/>
          <w:lang w:val="pl-PL"/>
        </w:rPr>
        <w:t>ściekowych</w:t>
      </w:r>
      <w:r w:rsidRPr="00CB1633">
        <w:rPr>
          <w:rFonts w:ascii="Roboto Condensed" w:hAnsi="Roboto Condensed"/>
          <w:sz w:val="20"/>
          <w:lang w:val="pl-PL"/>
        </w:rPr>
        <w:t xml:space="preserve"> w 2023 roku wyniósł 87,6%</w:t>
      </w:r>
      <w:r w:rsidR="009C6516">
        <w:rPr>
          <w:rFonts w:ascii="Roboto Condensed" w:hAnsi="Roboto Condensed"/>
          <w:sz w:val="20"/>
          <w:lang w:val="pl-PL"/>
        </w:rPr>
        <w:t>,</w:t>
      </w:r>
      <w:r w:rsidR="00BA3D1F">
        <w:rPr>
          <w:rFonts w:ascii="Roboto Condensed" w:hAnsi="Roboto Condensed"/>
          <w:sz w:val="20"/>
          <w:lang w:val="pl-PL"/>
        </w:rPr>
        <w:t xml:space="preserve"> </w:t>
      </w:r>
      <w:r w:rsidR="009C6516" w:rsidRPr="009C6516">
        <w:rPr>
          <w:rFonts w:ascii="Roboto Condensed" w:hAnsi="Roboto Condensed"/>
          <w:sz w:val="20"/>
          <w:lang w:val="pl-PL"/>
        </w:rPr>
        <w:t xml:space="preserve">zaś </w:t>
      </w:r>
      <w:r w:rsidR="009C6516">
        <w:rPr>
          <w:rFonts w:ascii="Roboto Condensed" w:hAnsi="Roboto Condensed"/>
          <w:sz w:val="20"/>
          <w:lang w:val="pl-PL"/>
        </w:rPr>
        <w:t xml:space="preserve">korzystających </w:t>
      </w:r>
      <w:r w:rsidR="009C6516" w:rsidRPr="009C6516">
        <w:rPr>
          <w:rFonts w:ascii="Roboto Condensed" w:hAnsi="Roboto Condensed"/>
          <w:sz w:val="20"/>
          <w:lang w:val="pl-PL"/>
        </w:rPr>
        <w:t xml:space="preserve">z kanalizacji sanitarnej </w:t>
      </w:r>
      <w:r w:rsidR="009C6516">
        <w:rPr>
          <w:rFonts w:ascii="Roboto Condensed" w:hAnsi="Roboto Condensed"/>
          <w:sz w:val="20"/>
          <w:lang w:val="pl-PL"/>
        </w:rPr>
        <w:t xml:space="preserve">wyniósł </w:t>
      </w:r>
      <w:r w:rsidR="00BA3D1F" w:rsidRPr="009C6516">
        <w:rPr>
          <w:rFonts w:ascii="Roboto Condensed" w:hAnsi="Roboto Condensed"/>
          <w:sz w:val="20"/>
          <w:lang w:val="pl-PL"/>
        </w:rPr>
        <w:t>40,3%</w:t>
      </w:r>
      <w:r w:rsidR="009C6516">
        <w:rPr>
          <w:rFonts w:ascii="Roboto Condensed" w:hAnsi="Roboto Condensed"/>
          <w:sz w:val="20"/>
          <w:lang w:val="pl-PL"/>
        </w:rPr>
        <w:t>,</w:t>
      </w:r>
      <w:r w:rsidR="00CB1633">
        <w:rPr>
          <w:rFonts w:ascii="Roboto Condensed" w:hAnsi="Roboto Condensed"/>
          <w:sz w:val="20"/>
          <w:lang w:val="pl-PL"/>
        </w:rPr>
        <w:t xml:space="preserve"> przy czym w 2024 roku długość sieci została zwiększona z 35,5 km do 40,30 km (o 13,6%), co przełoży się na dalszą poprawę dostępności infrastruktury kanalizacyjnej oraz zmniejszenie ilości zbiorników bezodpływowych i oczyszczalni przydomowych</w:t>
      </w:r>
      <w:r w:rsidR="00D461F2">
        <w:rPr>
          <w:rFonts w:ascii="Roboto Condensed" w:hAnsi="Roboto Condensed"/>
          <w:sz w:val="20"/>
          <w:lang w:val="pl-PL"/>
        </w:rPr>
        <w:t>,</w:t>
      </w:r>
      <w:r w:rsidR="00CB1633">
        <w:rPr>
          <w:rFonts w:ascii="Roboto Condensed" w:hAnsi="Roboto Condensed"/>
          <w:sz w:val="20"/>
          <w:lang w:val="pl-PL"/>
        </w:rPr>
        <w:t xml:space="preserve"> których ilość</w:t>
      </w:r>
      <w:r w:rsidR="009C6516">
        <w:rPr>
          <w:rFonts w:ascii="Roboto Condensed" w:hAnsi="Roboto Condensed"/>
          <w:sz w:val="20"/>
          <w:lang w:val="pl-PL"/>
        </w:rPr>
        <w:t>,</w:t>
      </w:r>
      <w:r w:rsidR="00CB1633">
        <w:rPr>
          <w:rFonts w:ascii="Roboto Condensed" w:hAnsi="Roboto Condensed"/>
          <w:sz w:val="20"/>
          <w:lang w:val="pl-PL"/>
        </w:rPr>
        <w:t xml:space="preserve"> według danych GUS za 2023 rok</w:t>
      </w:r>
      <w:r w:rsidR="009C6516">
        <w:rPr>
          <w:rFonts w:ascii="Roboto Condensed" w:hAnsi="Roboto Condensed"/>
          <w:sz w:val="20"/>
          <w:lang w:val="pl-PL"/>
        </w:rPr>
        <w:t>,</w:t>
      </w:r>
      <w:r w:rsidR="00CB1633">
        <w:rPr>
          <w:rFonts w:ascii="Roboto Condensed" w:hAnsi="Roboto Condensed"/>
          <w:sz w:val="20"/>
          <w:lang w:val="pl-PL"/>
        </w:rPr>
        <w:t xml:space="preserve"> wynosiła odpowiednio 723 oraz 179</w:t>
      </w:r>
      <w:r w:rsidRPr="00CB1633">
        <w:rPr>
          <w:rFonts w:ascii="Roboto Condensed" w:hAnsi="Roboto Condensed"/>
          <w:sz w:val="20"/>
          <w:lang w:val="pl-PL"/>
        </w:rPr>
        <w:t xml:space="preserve">. </w:t>
      </w:r>
      <w:r w:rsidR="00D461F2">
        <w:rPr>
          <w:rFonts w:ascii="Roboto Condensed" w:hAnsi="Roboto Condensed"/>
          <w:sz w:val="20"/>
          <w:lang w:val="pl-PL"/>
        </w:rPr>
        <w:t>Część gminy obejmująca fragmenty obrębów</w:t>
      </w:r>
      <w:r w:rsidR="0020501F">
        <w:rPr>
          <w:rFonts w:ascii="Roboto Condensed" w:hAnsi="Roboto Condensed"/>
          <w:sz w:val="20"/>
          <w:lang w:val="pl-PL"/>
        </w:rPr>
        <w:t>:</w:t>
      </w:r>
      <w:r w:rsidR="00D461F2">
        <w:rPr>
          <w:rFonts w:ascii="Roboto Condensed" w:hAnsi="Roboto Condensed"/>
          <w:sz w:val="20"/>
          <w:lang w:val="pl-PL"/>
        </w:rPr>
        <w:t xml:space="preserve"> Okrajszów, Kietlin, Kolonia Kietlin i Strzałków, o łącznej powierzchni 224,2 ha, zostały włączone do aglomeracji Radomsk</w:t>
      </w:r>
      <w:r w:rsidR="0020501F">
        <w:rPr>
          <w:rFonts w:ascii="Roboto Condensed" w:hAnsi="Roboto Condensed"/>
          <w:sz w:val="20"/>
          <w:lang w:val="pl-PL"/>
        </w:rPr>
        <w:t>o (uchwała nr XLI/421/21 Rady Miejskiej w Radomsku z dnia 17 grudnia 2021 r.)</w:t>
      </w:r>
      <w:r w:rsidR="00D461F2">
        <w:rPr>
          <w:rFonts w:ascii="Roboto Condensed" w:hAnsi="Roboto Condensed"/>
          <w:sz w:val="20"/>
          <w:lang w:val="pl-PL"/>
        </w:rPr>
        <w:t xml:space="preserve">. </w:t>
      </w:r>
      <w:r w:rsidR="00930B05" w:rsidRPr="00F62131">
        <w:rPr>
          <w:rFonts w:ascii="Roboto Condensed" w:hAnsi="Roboto Condensed"/>
          <w:sz w:val="20"/>
          <w:lang w:val="pl-PL"/>
        </w:rPr>
        <w:t xml:space="preserve">Oczyszczanie ścieków </w:t>
      </w:r>
      <w:r w:rsidR="00930B05">
        <w:rPr>
          <w:rFonts w:ascii="Roboto Condensed" w:hAnsi="Roboto Condensed"/>
          <w:sz w:val="20"/>
          <w:lang w:val="pl-PL"/>
        </w:rPr>
        <w:t>odp</w:t>
      </w:r>
      <w:r w:rsidR="00930B05" w:rsidRPr="000051C9">
        <w:rPr>
          <w:rFonts w:ascii="Roboto Condensed" w:hAnsi="Roboto Condensed"/>
          <w:sz w:val="20"/>
          <w:lang w:val="pl-PL"/>
        </w:rPr>
        <w:t xml:space="preserve">rowadzanych z </w:t>
      </w:r>
      <w:r w:rsidR="00930B05">
        <w:rPr>
          <w:rFonts w:ascii="Roboto Condensed" w:hAnsi="Roboto Condensed"/>
          <w:sz w:val="20"/>
          <w:lang w:val="pl-PL"/>
        </w:rPr>
        <w:t>G</w:t>
      </w:r>
      <w:r w:rsidR="00930B05" w:rsidRPr="000051C9">
        <w:rPr>
          <w:rFonts w:ascii="Roboto Condensed" w:hAnsi="Roboto Condensed"/>
          <w:sz w:val="20"/>
          <w:lang w:val="pl-PL"/>
        </w:rPr>
        <w:t xml:space="preserve">miny </w:t>
      </w:r>
      <w:r w:rsidR="00930B05">
        <w:rPr>
          <w:rFonts w:ascii="Roboto Condensed" w:hAnsi="Roboto Condensed"/>
          <w:sz w:val="20"/>
          <w:lang w:val="pl-PL"/>
        </w:rPr>
        <w:t>R</w:t>
      </w:r>
      <w:r w:rsidR="00930B05" w:rsidRPr="000051C9">
        <w:rPr>
          <w:rFonts w:ascii="Roboto Condensed" w:hAnsi="Roboto Condensed"/>
          <w:sz w:val="20"/>
          <w:lang w:val="pl-PL"/>
        </w:rPr>
        <w:t>adomsko zapewnia oczyszczalnia ścieków komunalnych zlokalizowana przy ulicy Spacerowej w Radomsku</w:t>
      </w:r>
      <w:r w:rsidR="0020501F">
        <w:rPr>
          <w:rFonts w:ascii="Roboto Condensed" w:hAnsi="Roboto Condensed"/>
          <w:sz w:val="20"/>
          <w:lang w:val="pl-PL"/>
        </w:rPr>
        <w:t>,</w:t>
      </w:r>
      <w:r w:rsidR="00930B05" w:rsidRPr="000051C9">
        <w:rPr>
          <w:rFonts w:ascii="Roboto Condensed" w:hAnsi="Roboto Condensed"/>
          <w:sz w:val="20"/>
          <w:lang w:val="pl-PL"/>
        </w:rPr>
        <w:t xml:space="preserve"> o średniej przepustowości powyżej 20 000 m3/d.</w:t>
      </w:r>
      <w:r w:rsidR="00930B05">
        <w:rPr>
          <w:rFonts w:ascii="Roboto Condensed" w:hAnsi="Roboto Condensed"/>
          <w:sz w:val="20"/>
          <w:lang w:val="pl-PL"/>
        </w:rPr>
        <w:t xml:space="preserve"> Największy deficyt sieci kanalizacyjnej występuje w części południowej </w:t>
      </w:r>
      <w:r w:rsidR="0020501F">
        <w:rPr>
          <w:rFonts w:ascii="Roboto Condensed" w:hAnsi="Roboto Condensed"/>
          <w:sz w:val="20"/>
          <w:lang w:val="pl-PL"/>
        </w:rPr>
        <w:t xml:space="preserve">gminy w dolinie Warty, </w:t>
      </w:r>
      <w:r w:rsidR="00930B05">
        <w:rPr>
          <w:rFonts w:ascii="Roboto Condensed" w:hAnsi="Roboto Condensed"/>
          <w:sz w:val="20"/>
          <w:lang w:val="pl-PL"/>
        </w:rPr>
        <w:t xml:space="preserve">jednak w tej części gminy, ze względu na rozproszenie zabudowy, budowa sieci kanalizacyjnej nie ma ekonomicznego uzasadnienia ze względu na koszty jednostkowe, natomiast w związku z występowaniem terenów zagrożonych powodzią oraz obszarów wymagających ochrony </w:t>
      </w:r>
      <w:r w:rsidR="00930B05">
        <w:rPr>
          <w:rFonts w:ascii="Roboto Condensed" w:hAnsi="Roboto Condensed"/>
          <w:sz w:val="20"/>
          <w:lang w:val="pl-PL"/>
        </w:rPr>
        <w:lastRenderedPageBreak/>
        <w:t xml:space="preserve">ze względu na walory środowiska zmiana technologii odprowadzania/gromadzenia ścieków ma głębokie uzasadnienie </w:t>
      </w:r>
      <w:r w:rsidR="0020501F">
        <w:rPr>
          <w:rFonts w:ascii="Roboto Condensed" w:hAnsi="Roboto Condensed"/>
          <w:sz w:val="20"/>
          <w:lang w:val="pl-PL"/>
        </w:rPr>
        <w:t>wynikające z potrzeb ochrony środowiska</w:t>
      </w:r>
      <w:r w:rsidR="00930B05">
        <w:rPr>
          <w:rFonts w:ascii="Roboto Condensed" w:hAnsi="Roboto Condensed"/>
          <w:sz w:val="20"/>
          <w:lang w:val="pl-PL"/>
        </w:rPr>
        <w:t>.</w:t>
      </w:r>
    </w:p>
    <w:p w14:paraId="6307D8BF" w14:textId="429EC02C" w:rsidR="00F86083" w:rsidRDefault="00854DD6" w:rsidP="00930B05">
      <w:pPr>
        <w:pStyle w:val="Tekstpodstawowy2"/>
        <w:spacing w:before="120" w:after="120" w:line="240" w:lineRule="auto"/>
        <w:ind w:left="170"/>
        <w:rPr>
          <w:rFonts w:ascii="Roboto Condensed" w:hAnsi="Roboto Condensed"/>
          <w:sz w:val="20"/>
          <w:lang w:val="pl-PL"/>
        </w:rPr>
      </w:pPr>
      <w:r w:rsidRPr="00930B05">
        <w:rPr>
          <w:rFonts w:ascii="Roboto Condensed" w:hAnsi="Roboto Condensed"/>
          <w:i/>
          <w:iCs/>
          <w:sz w:val="20"/>
          <w:lang w:val="pl-PL"/>
        </w:rPr>
        <w:t>Rys.</w:t>
      </w:r>
      <w:r w:rsidR="00930B05">
        <w:rPr>
          <w:rFonts w:ascii="Roboto Condensed" w:hAnsi="Roboto Condensed"/>
          <w:i/>
          <w:iCs/>
          <w:sz w:val="20"/>
          <w:lang w:val="pl-PL"/>
        </w:rPr>
        <w:t>2</w:t>
      </w:r>
      <w:r w:rsidR="00C25100">
        <w:rPr>
          <w:rFonts w:ascii="Roboto Condensed" w:hAnsi="Roboto Condensed"/>
          <w:i/>
          <w:iCs/>
          <w:sz w:val="20"/>
          <w:lang w:val="pl-PL"/>
        </w:rPr>
        <w:t>1</w:t>
      </w:r>
      <w:r w:rsidRPr="00930B05">
        <w:rPr>
          <w:rFonts w:ascii="Roboto Condensed" w:hAnsi="Roboto Condensed"/>
          <w:i/>
          <w:iCs/>
          <w:sz w:val="20"/>
          <w:lang w:val="pl-PL"/>
        </w:rPr>
        <w:t xml:space="preserve">. </w:t>
      </w:r>
      <w:bookmarkStart w:id="96" w:name="_Hlk206767230"/>
      <w:r w:rsidR="00930B05" w:rsidRPr="00930B05">
        <w:rPr>
          <w:rFonts w:ascii="Roboto Condensed" w:hAnsi="Roboto Condensed"/>
          <w:i/>
          <w:iCs/>
          <w:sz w:val="20"/>
          <w:lang w:val="pl-PL"/>
        </w:rPr>
        <w:t xml:space="preserve">Rozmieszczenie i dostępność </w:t>
      </w:r>
      <w:r w:rsidRPr="00930B05">
        <w:rPr>
          <w:rFonts w:ascii="Roboto Condensed" w:hAnsi="Roboto Condensed"/>
          <w:i/>
          <w:iCs/>
          <w:sz w:val="20"/>
          <w:lang w:val="pl-PL"/>
        </w:rPr>
        <w:t>kanalizacji sanitarnej.</w:t>
      </w:r>
      <w:bookmarkEnd w:id="96"/>
    </w:p>
    <w:p w14:paraId="24C2C740" w14:textId="1036F32C" w:rsidR="002D68E9" w:rsidRDefault="00802DC9" w:rsidP="002D68E9">
      <w:pPr>
        <w:pStyle w:val="Tekstpodstawowy2"/>
        <w:spacing w:line="240" w:lineRule="auto"/>
        <w:ind w:left="170"/>
        <w:rPr>
          <w:rFonts w:ascii="Roboto Condensed" w:hAnsi="Roboto Condensed"/>
          <w:sz w:val="20"/>
          <w:lang w:val="pl-PL"/>
        </w:rPr>
      </w:pPr>
      <w:r>
        <w:rPr>
          <w:rFonts w:ascii="Roboto Condensed" w:hAnsi="Roboto Condensed"/>
          <w:noProof/>
          <w:sz w:val="20"/>
          <w:lang w:val="pl-PL"/>
        </w:rPr>
        <w:drawing>
          <wp:inline distT="0" distB="0" distL="0" distR="0" wp14:anchorId="4B63A62F" wp14:editId="3E4B0D96">
            <wp:extent cx="6280150" cy="5816600"/>
            <wp:effectExtent l="0" t="0" r="6350" b="0"/>
            <wp:docPr id="1838396425"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80150" cy="5816600"/>
                    </a:xfrm>
                    <a:prstGeom prst="rect">
                      <a:avLst/>
                    </a:prstGeom>
                    <a:noFill/>
                    <a:ln>
                      <a:noFill/>
                    </a:ln>
                  </pic:spPr>
                </pic:pic>
              </a:graphicData>
            </a:graphic>
          </wp:inline>
        </w:drawing>
      </w:r>
    </w:p>
    <w:p w14:paraId="679DE33E" w14:textId="77777777" w:rsidR="00930B05" w:rsidRDefault="00930B05" w:rsidP="002D68E9">
      <w:pPr>
        <w:pStyle w:val="Tekstpodstawowy2"/>
        <w:spacing w:line="240" w:lineRule="auto"/>
        <w:ind w:left="170"/>
        <w:rPr>
          <w:rFonts w:ascii="Roboto Condensed" w:hAnsi="Roboto Condensed"/>
          <w:sz w:val="20"/>
          <w:lang w:val="pl-PL"/>
        </w:rPr>
      </w:pPr>
    </w:p>
    <w:p w14:paraId="65C476A3" w14:textId="77777777" w:rsidR="0068086E" w:rsidRPr="009A175C" w:rsidRDefault="0068086E" w:rsidP="0068086E">
      <w:pPr>
        <w:pStyle w:val="Tekstpodstawowy2"/>
        <w:spacing w:before="120" w:line="240" w:lineRule="auto"/>
        <w:ind w:left="170"/>
        <w:rPr>
          <w:color w:val="EE0000"/>
          <w:u w:val="single"/>
          <w:lang w:val="pl-PL"/>
        </w:rPr>
      </w:pPr>
      <w:r w:rsidRPr="00BA3D1F">
        <w:rPr>
          <w:rFonts w:ascii="Roboto Condensed" w:hAnsi="Roboto Condensed"/>
          <w:i/>
          <w:iCs/>
          <w:sz w:val="20"/>
          <w:u w:val="single"/>
          <w:lang w:val="pl-PL"/>
        </w:rPr>
        <w:t>Zaopatrzenie w gaz z sieci:</w:t>
      </w:r>
    </w:p>
    <w:p w14:paraId="25E8F504" w14:textId="7001CF57" w:rsidR="0068086E" w:rsidRPr="009A175C" w:rsidRDefault="0068086E" w:rsidP="00AA22AA">
      <w:pPr>
        <w:pStyle w:val="Tekstpodstawowy2"/>
        <w:spacing w:before="120" w:line="240" w:lineRule="auto"/>
        <w:ind w:left="170"/>
        <w:rPr>
          <w:rFonts w:ascii="Roboto Condensed" w:hAnsi="Roboto Condensed"/>
          <w:color w:val="EE0000"/>
          <w:sz w:val="20"/>
          <w:lang w:val="pl-PL"/>
        </w:rPr>
      </w:pPr>
      <w:r w:rsidRPr="00BA3D1F">
        <w:rPr>
          <w:rFonts w:ascii="Roboto Condensed" w:hAnsi="Roboto Condensed"/>
          <w:sz w:val="20"/>
          <w:lang w:val="pl-PL"/>
        </w:rPr>
        <w:t xml:space="preserve">Według GUS odsetek ludności gminy </w:t>
      </w:r>
      <w:r w:rsidR="009C6516">
        <w:rPr>
          <w:rFonts w:ascii="Roboto Condensed" w:hAnsi="Roboto Condensed"/>
          <w:sz w:val="20"/>
          <w:lang w:val="pl-PL"/>
        </w:rPr>
        <w:t>Radomsko</w:t>
      </w:r>
      <w:r w:rsidRPr="00BA3D1F">
        <w:rPr>
          <w:rFonts w:ascii="Roboto Condensed" w:hAnsi="Roboto Condensed"/>
          <w:sz w:val="20"/>
          <w:lang w:val="pl-PL"/>
        </w:rPr>
        <w:t xml:space="preserve"> korzystającej z instalacji gazowej w 2023 roku wyniósł </w:t>
      </w:r>
      <w:r w:rsidR="00BA3D1F" w:rsidRPr="00BA3D1F">
        <w:rPr>
          <w:rFonts w:ascii="Roboto Condensed" w:hAnsi="Roboto Condensed"/>
          <w:sz w:val="20"/>
          <w:lang w:val="pl-PL"/>
        </w:rPr>
        <w:t>27</w:t>
      </w:r>
      <w:r w:rsidRPr="00BA3D1F">
        <w:rPr>
          <w:rFonts w:ascii="Roboto Condensed" w:hAnsi="Roboto Condensed"/>
          <w:sz w:val="20"/>
          <w:lang w:val="pl-PL"/>
        </w:rPr>
        <w:t>,</w:t>
      </w:r>
      <w:r w:rsidR="00BA3D1F" w:rsidRPr="00BA3D1F">
        <w:rPr>
          <w:rFonts w:ascii="Roboto Condensed" w:hAnsi="Roboto Condensed"/>
          <w:sz w:val="20"/>
          <w:lang w:val="pl-PL"/>
        </w:rPr>
        <w:t>6</w:t>
      </w:r>
      <w:r w:rsidRPr="00BA3D1F">
        <w:rPr>
          <w:rFonts w:ascii="Roboto Condensed" w:hAnsi="Roboto Condensed"/>
          <w:sz w:val="20"/>
          <w:lang w:val="pl-PL"/>
        </w:rPr>
        <w:t xml:space="preserve">%, co oznacza stosunkowo wzrost o </w:t>
      </w:r>
      <w:r w:rsidR="00BA3D1F" w:rsidRPr="00BA3D1F">
        <w:rPr>
          <w:rFonts w:ascii="Roboto Condensed" w:hAnsi="Roboto Condensed"/>
          <w:sz w:val="20"/>
          <w:lang w:val="pl-PL"/>
        </w:rPr>
        <w:t>50,8</w:t>
      </w:r>
      <w:r w:rsidRPr="00BA3D1F">
        <w:rPr>
          <w:rFonts w:ascii="Roboto Condensed" w:hAnsi="Roboto Condensed"/>
          <w:sz w:val="20"/>
          <w:lang w:val="pl-PL"/>
        </w:rPr>
        <w:t xml:space="preserve">% w ciągu </w:t>
      </w:r>
      <w:r w:rsidR="00BA3D1F" w:rsidRPr="00BA3D1F">
        <w:rPr>
          <w:rFonts w:ascii="Roboto Condensed" w:hAnsi="Roboto Condensed"/>
          <w:sz w:val="20"/>
          <w:lang w:val="pl-PL"/>
        </w:rPr>
        <w:t>5</w:t>
      </w:r>
      <w:r w:rsidRPr="00BA3D1F">
        <w:rPr>
          <w:rFonts w:ascii="Roboto Condensed" w:hAnsi="Roboto Condensed"/>
          <w:sz w:val="20"/>
          <w:lang w:val="pl-PL"/>
        </w:rPr>
        <w:t xml:space="preserve"> wcześniejszych lat, równoważny </w:t>
      </w:r>
      <w:r w:rsidR="00BA3D1F" w:rsidRPr="00BA3D1F">
        <w:rPr>
          <w:rFonts w:ascii="Roboto Condensed" w:hAnsi="Roboto Condensed"/>
          <w:sz w:val="20"/>
          <w:lang w:val="pl-PL"/>
        </w:rPr>
        <w:t>około 9,3</w:t>
      </w:r>
      <w:r w:rsidRPr="00BA3D1F">
        <w:rPr>
          <w:rFonts w:ascii="Roboto Condensed" w:hAnsi="Roboto Condensed"/>
          <w:sz w:val="20"/>
          <w:lang w:val="pl-PL"/>
        </w:rPr>
        <w:t>%</w:t>
      </w:r>
      <w:r w:rsidR="00BA3D1F" w:rsidRPr="00BA3D1F">
        <w:rPr>
          <w:rFonts w:ascii="Roboto Condensed" w:hAnsi="Roboto Condensed"/>
          <w:sz w:val="20"/>
          <w:lang w:val="pl-PL"/>
        </w:rPr>
        <w:t xml:space="preserve"> mieszkań</w:t>
      </w:r>
      <w:r w:rsidR="009C6516">
        <w:rPr>
          <w:rFonts w:ascii="Roboto Condensed" w:hAnsi="Roboto Condensed"/>
          <w:sz w:val="20"/>
          <w:lang w:val="pl-PL"/>
        </w:rPr>
        <w:t xml:space="preserve"> w gminie</w:t>
      </w:r>
      <w:r w:rsidRPr="00BA3D1F">
        <w:rPr>
          <w:rFonts w:ascii="Roboto Condensed" w:hAnsi="Roboto Condensed"/>
          <w:sz w:val="20"/>
          <w:lang w:val="pl-PL"/>
        </w:rPr>
        <w:t xml:space="preserve">. </w:t>
      </w:r>
      <w:r w:rsidR="009C6516">
        <w:rPr>
          <w:rFonts w:ascii="Roboto Condensed" w:hAnsi="Roboto Condensed"/>
          <w:sz w:val="20"/>
          <w:lang w:val="pl-PL"/>
        </w:rPr>
        <w:t xml:space="preserve">Niestety gazyfikacja obejmuje wyłącznie 3 obręby: Strzałków Grzebień i </w:t>
      </w:r>
      <w:proofErr w:type="spellStart"/>
      <w:r w:rsidR="009C6516">
        <w:rPr>
          <w:rFonts w:ascii="Roboto Condensed" w:hAnsi="Roboto Condensed"/>
          <w:sz w:val="20"/>
          <w:lang w:val="pl-PL"/>
        </w:rPr>
        <w:t>Dziepółć</w:t>
      </w:r>
      <w:proofErr w:type="spellEnd"/>
      <w:r w:rsidR="00456B44">
        <w:rPr>
          <w:rFonts w:ascii="Roboto Condensed" w:hAnsi="Roboto Condensed"/>
          <w:sz w:val="20"/>
          <w:lang w:val="pl-PL"/>
        </w:rPr>
        <w:t xml:space="preserve"> a do sieci przyłączone jest 478 budynków</w:t>
      </w:r>
      <w:r w:rsidR="009C6516">
        <w:rPr>
          <w:rFonts w:ascii="Roboto Condensed" w:hAnsi="Roboto Condensed"/>
          <w:sz w:val="20"/>
          <w:lang w:val="pl-PL"/>
        </w:rPr>
        <w:t xml:space="preserve">. </w:t>
      </w:r>
      <w:r w:rsidRPr="00BA3D1F">
        <w:rPr>
          <w:rFonts w:ascii="Roboto Condensed" w:hAnsi="Roboto Condensed"/>
          <w:sz w:val="20"/>
          <w:lang w:val="pl-PL"/>
        </w:rPr>
        <w:t>Znaczący wzrost wskazuje na wymianę źródeł ciepła na bardziej ekologiczne, co przyczynia się do zmniejszenia zanieczyszczenia powietrza w rejonie</w:t>
      </w:r>
      <w:r w:rsidR="00CE4FE1">
        <w:rPr>
          <w:rFonts w:ascii="Roboto Condensed" w:hAnsi="Roboto Condensed"/>
          <w:sz w:val="20"/>
          <w:lang w:val="pl-PL"/>
        </w:rPr>
        <w:t>,</w:t>
      </w:r>
      <w:r w:rsidR="009C6516">
        <w:rPr>
          <w:rFonts w:ascii="Roboto Condensed" w:hAnsi="Roboto Condensed"/>
          <w:sz w:val="20"/>
          <w:lang w:val="pl-PL"/>
        </w:rPr>
        <w:t xml:space="preserve"> jednak brak dostępu do gazociągów w przeważającej </w:t>
      </w:r>
      <w:r w:rsidR="00CE4FE1">
        <w:rPr>
          <w:rFonts w:ascii="Roboto Condensed" w:hAnsi="Roboto Condensed"/>
          <w:sz w:val="20"/>
          <w:lang w:val="pl-PL"/>
        </w:rPr>
        <w:t>części gminy ogranicza ten trend, przy czym biorąc pod uwagę politykę klimatyczną unii europejskiej i preferencje dla instalacji OZE, być może stan ten okaże się korzystny z punktu widzenia gminy, gdyż w ostatecznym rozrachunku zostanie pominięty krok rozwojowy, który również wywiera negatywny wpływ na lokalne środowisko, a transformacja energetyczna na bardziej ekologiczne, przynajmniej lokalnie, źródła ciepła oparte o OZE, będzie dodatkowo motywowana obecną dominacją przestarzałych technologii.</w:t>
      </w:r>
    </w:p>
    <w:p w14:paraId="1ADF407F" w14:textId="78A4121E" w:rsidR="0068086E" w:rsidRPr="00AA22AA" w:rsidRDefault="0068086E" w:rsidP="00AA22AA">
      <w:pPr>
        <w:pStyle w:val="Tekstpodstawowy2"/>
        <w:spacing w:before="120" w:line="240" w:lineRule="auto"/>
        <w:ind w:left="170"/>
        <w:rPr>
          <w:lang w:val="pl-PL"/>
        </w:rPr>
      </w:pPr>
      <w:r w:rsidRPr="00AA22AA">
        <w:rPr>
          <w:rFonts w:ascii="Roboto Condensed" w:hAnsi="Roboto Condensed"/>
          <w:sz w:val="20"/>
          <w:lang w:val="pl-PL"/>
        </w:rPr>
        <w:t>Przez gminę przebiega</w:t>
      </w:r>
      <w:r w:rsidR="00AA22AA" w:rsidRPr="00AA22AA">
        <w:rPr>
          <w:rFonts w:ascii="Roboto Condensed" w:hAnsi="Roboto Condensed"/>
          <w:sz w:val="20"/>
          <w:lang w:val="pl-PL"/>
        </w:rPr>
        <w:t xml:space="preserve"> jeden</w:t>
      </w:r>
      <w:r w:rsidRPr="00AA22AA">
        <w:rPr>
          <w:rFonts w:ascii="Roboto Condensed" w:hAnsi="Roboto Condensed"/>
          <w:sz w:val="20"/>
          <w:lang w:val="pl-PL"/>
        </w:rPr>
        <w:t xml:space="preserve"> gazociąg wysokoprężn</w:t>
      </w:r>
      <w:r w:rsidR="00AA22AA" w:rsidRPr="00AA22AA">
        <w:rPr>
          <w:rFonts w:ascii="Roboto Condensed" w:hAnsi="Roboto Condensed"/>
          <w:sz w:val="20"/>
          <w:lang w:val="pl-PL"/>
        </w:rPr>
        <w:t xml:space="preserve">y o znaczeniu krajowym: DN 350 MOP 3,2 </w:t>
      </w:r>
      <w:proofErr w:type="spellStart"/>
      <w:r w:rsidR="00AA22AA" w:rsidRPr="00AA22AA">
        <w:rPr>
          <w:rFonts w:ascii="Roboto Condensed" w:hAnsi="Roboto Condensed"/>
          <w:sz w:val="20"/>
          <w:lang w:val="pl-PL"/>
        </w:rPr>
        <w:t>MPa</w:t>
      </w:r>
      <w:proofErr w:type="spellEnd"/>
      <w:r w:rsidR="00AA22AA" w:rsidRPr="00AA22AA">
        <w:rPr>
          <w:rFonts w:ascii="Roboto Condensed" w:hAnsi="Roboto Condensed"/>
          <w:sz w:val="20"/>
          <w:lang w:val="pl-PL"/>
        </w:rPr>
        <w:t xml:space="preserve"> relacji Piotrków Trybunalski - Częstochowa</w:t>
      </w:r>
      <w:r w:rsidRPr="00AA22AA">
        <w:rPr>
          <w:rFonts w:ascii="Roboto Condensed" w:hAnsi="Roboto Condensed"/>
          <w:sz w:val="20"/>
          <w:lang w:val="pl-PL"/>
        </w:rPr>
        <w:t>, nie biorąc</w:t>
      </w:r>
      <w:r w:rsidR="00AA22AA" w:rsidRPr="00AA22AA">
        <w:rPr>
          <w:rFonts w:ascii="Roboto Condensed" w:hAnsi="Roboto Condensed"/>
          <w:sz w:val="20"/>
          <w:lang w:val="pl-PL"/>
        </w:rPr>
        <w:t>y jednak</w:t>
      </w:r>
      <w:r w:rsidRPr="00AA22AA">
        <w:rPr>
          <w:rFonts w:ascii="Roboto Condensed" w:hAnsi="Roboto Condensed"/>
          <w:sz w:val="20"/>
          <w:lang w:val="pl-PL"/>
        </w:rPr>
        <w:t xml:space="preserve"> udziału w bezpośrednim zaopatrzeniu gminy w paliwo gazowe</w:t>
      </w:r>
      <w:r w:rsidR="00AA22AA">
        <w:rPr>
          <w:rFonts w:ascii="Roboto Condensed" w:hAnsi="Roboto Condensed"/>
          <w:sz w:val="20"/>
          <w:lang w:val="pl-PL"/>
        </w:rPr>
        <w:t>.</w:t>
      </w:r>
    </w:p>
    <w:p w14:paraId="48E87CEB" w14:textId="77777777" w:rsidR="00F317E1" w:rsidRDefault="00F317E1" w:rsidP="0068086E">
      <w:pPr>
        <w:pStyle w:val="Tekstpodstawowy2"/>
        <w:spacing w:before="120" w:after="120" w:line="240" w:lineRule="auto"/>
        <w:ind w:left="170"/>
        <w:rPr>
          <w:rFonts w:ascii="Roboto Condensed" w:hAnsi="Roboto Condensed"/>
          <w:i/>
          <w:iCs/>
          <w:sz w:val="20"/>
          <w:lang w:val="pl-PL"/>
        </w:rPr>
      </w:pPr>
    </w:p>
    <w:p w14:paraId="05FDDD15" w14:textId="77777777" w:rsidR="00F317E1" w:rsidRDefault="00F317E1" w:rsidP="0068086E">
      <w:pPr>
        <w:pStyle w:val="Tekstpodstawowy2"/>
        <w:spacing w:before="120" w:after="120" w:line="240" w:lineRule="auto"/>
        <w:ind w:left="170"/>
        <w:rPr>
          <w:rFonts w:ascii="Roboto Condensed" w:hAnsi="Roboto Condensed"/>
          <w:i/>
          <w:iCs/>
          <w:sz w:val="20"/>
          <w:lang w:val="pl-PL"/>
        </w:rPr>
      </w:pPr>
    </w:p>
    <w:p w14:paraId="4FA65EE8" w14:textId="77777777" w:rsidR="00F317E1" w:rsidRDefault="00F317E1" w:rsidP="0068086E">
      <w:pPr>
        <w:pStyle w:val="Tekstpodstawowy2"/>
        <w:spacing w:before="120" w:after="120" w:line="240" w:lineRule="auto"/>
        <w:ind w:left="170"/>
        <w:rPr>
          <w:rFonts w:ascii="Roboto Condensed" w:hAnsi="Roboto Condensed"/>
          <w:i/>
          <w:iCs/>
          <w:sz w:val="20"/>
          <w:lang w:val="pl-PL"/>
        </w:rPr>
      </w:pPr>
    </w:p>
    <w:p w14:paraId="68BA3FEF" w14:textId="77777777" w:rsidR="00802DC9" w:rsidRDefault="00802DC9">
      <w:pPr>
        <w:rPr>
          <w:rFonts w:ascii="Roboto Condensed" w:hAnsi="Roboto Condensed"/>
          <w:i/>
          <w:iCs/>
          <w:sz w:val="20"/>
          <w:szCs w:val="20"/>
        </w:rPr>
      </w:pPr>
      <w:r>
        <w:rPr>
          <w:rFonts w:ascii="Roboto Condensed" w:hAnsi="Roboto Condensed"/>
          <w:i/>
          <w:iCs/>
          <w:sz w:val="20"/>
        </w:rPr>
        <w:br w:type="page"/>
      </w:r>
    </w:p>
    <w:p w14:paraId="01BA1B76" w14:textId="15DA63AA" w:rsidR="0068086E" w:rsidRPr="009A175C" w:rsidRDefault="0068086E" w:rsidP="0068086E">
      <w:pPr>
        <w:pStyle w:val="Tekstpodstawowy2"/>
        <w:spacing w:before="120" w:after="120" w:line="240" w:lineRule="auto"/>
        <w:ind w:left="170"/>
        <w:rPr>
          <w:color w:val="EE0000"/>
          <w:lang w:val="pl-PL"/>
        </w:rPr>
      </w:pPr>
      <w:r w:rsidRPr="00AA22AA">
        <w:rPr>
          <w:rFonts w:ascii="Roboto Condensed" w:hAnsi="Roboto Condensed"/>
          <w:i/>
          <w:iCs/>
          <w:sz w:val="20"/>
          <w:lang w:val="pl-PL"/>
        </w:rPr>
        <w:lastRenderedPageBreak/>
        <w:t>Rys.2</w:t>
      </w:r>
      <w:r w:rsidR="00C25100">
        <w:rPr>
          <w:rFonts w:ascii="Roboto Condensed" w:hAnsi="Roboto Condensed"/>
          <w:i/>
          <w:iCs/>
          <w:sz w:val="20"/>
          <w:lang w:val="pl-PL"/>
        </w:rPr>
        <w:t>2</w:t>
      </w:r>
      <w:r w:rsidRPr="00AA22AA">
        <w:rPr>
          <w:rFonts w:ascii="Roboto Condensed" w:hAnsi="Roboto Condensed"/>
          <w:i/>
          <w:iCs/>
          <w:sz w:val="20"/>
          <w:lang w:val="pl-PL"/>
        </w:rPr>
        <w:t xml:space="preserve">. </w:t>
      </w:r>
      <w:r w:rsidR="00AA22AA" w:rsidRPr="00AA22AA">
        <w:rPr>
          <w:rFonts w:ascii="Roboto Condensed" w:hAnsi="Roboto Condensed"/>
          <w:i/>
          <w:iCs/>
          <w:sz w:val="20"/>
          <w:lang w:val="pl-PL"/>
        </w:rPr>
        <w:t>Rozmieszczenie i dostępność</w:t>
      </w:r>
      <w:r w:rsidRPr="00AA22AA">
        <w:rPr>
          <w:rFonts w:ascii="Roboto Condensed" w:hAnsi="Roboto Condensed"/>
          <w:i/>
          <w:iCs/>
          <w:sz w:val="20"/>
          <w:lang w:val="pl-PL"/>
        </w:rPr>
        <w:t xml:space="preserve"> gazu z sieci.</w:t>
      </w:r>
    </w:p>
    <w:p w14:paraId="0567E0D0" w14:textId="2418C124" w:rsidR="00930B05" w:rsidRDefault="00802DC9" w:rsidP="002D68E9">
      <w:pPr>
        <w:pStyle w:val="Tekstpodstawowy2"/>
        <w:spacing w:line="240" w:lineRule="auto"/>
        <w:ind w:left="170"/>
        <w:rPr>
          <w:rFonts w:ascii="Roboto Condensed" w:hAnsi="Roboto Condensed"/>
          <w:sz w:val="20"/>
          <w:lang w:val="pl-PL"/>
        </w:rPr>
      </w:pPr>
      <w:r>
        <w:rPr>
          <w:rFonts w:ascii="Roboto Condensed" w:hAnsi="Roboto Condensed"/>
          <w:noProof/>
          <w:sz w:val="20"/>
          <w:lang w:val="pl-PL"/>
        </w:rPr>
        <w:drawing>
          <wp:inline distT="0" distB="0" distL="0" distR="0" wp14:anchorId="28278E8A" wp14:editId="64B63CE5">
            <wp:extent cx="6280150" cy="5816600"/>
            <wp:effectExtent l="0" t="0" r="6350" b="0"/>
            <wp:docPr id="530752997"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80150" cy="5816600"/>
                    </a:xfrm>
                    <a:prstGeom prst="rect">
                      <a:avLst/>
                    </a:prstGeom>
                    <a:noFill/>
                    <a:ln>
                      <a:noFill/>
                    </a:ln>
                  </pic:spPr>
                </pic:pic>
              </a:graphicData>
            </a:graphic>
          </wp:inline>
        </w:drawing>
      </w:r>
    </w:p>
    <w:p w14:paraId="52511849" w14:textId="77777777" w:rsidR="0068086E" w:rsidRDefault="0068086E" w:rsidP="00476149">
      <w:pPr>
        <w:pStyle w:val="Tekstpodstawowy2"/>
        <w:spacing w:line="240" w:lineRule="auto"/>
        <w:rPr>
          <w:color w:val="EE0000"/>
          <w:lang w:val="pl-PL"/>
        </w:rPr>
      </w:pPr>
    </w:p>
    <w:p w14:paraId="1A935B92" w14:textId="7687228F" w:rsidR="00D86968" w:rsidRDefault="00D86968" w:rsidP="00D86968">
      <w:pPr>
        <w:pStyle w:val="Tekstpodstawowy2"/>
        <w:spacing w:before="120" w:line="240" w:lineRule="auto"/>
        <w:ind w:left="170"/>
        <w:rPr>
          <w:color w:val="EE0000"/>
          <w:lang w:val="pl-PL"/>
        </w:rPr>
      </w:pPr>
      <w:r w:rsidRPr="00D86968">
        <w:rPr>
          <w:rFonts w:ascii="Roboto Condensed" w:hAnsi="Roboto Condensed"/>
          <w:i/>
          <w:iCs/>
          <w:sz w:val="20"/>
          <w:u w:val="single"/>
          <w:lang w:val="pl-PL"/>
        </w:rPr>
        <w:t>Zaopatrzenie w energię elektryczn</w:t>
      </w:r>
      <w:r>
        <w:rPr>
          <w:rFonts w:ascii="Roboto Condensed" w:hAnsi="Roboto Condensed"/>
          <w:i/>
          <w:iCs/>
          <w:sz w:val="20"/>
          <w:u w:val="single"/>
          <w:lang w:val="pl-PL"/>
        </w:rPr>
        <w:t>ą</w:t>
      </w:r>
      <w:r w:rsidRPr="00D86968">
        <w:rPr>
          <w:rFonts w:ascii="Roboto Condensed" w:hAnsi="Roboto Condensed"/>
          <w:i/>
          <w:iCs/>
          <w:sz w:val="20"/>
          <w:u w:val="single"/>
          <w:lang w:val="pl-PL"/>
        </w:rPr>
        <w:t>:</w:t>
      </w:r>
    </w:p>
    <w:p w14:paraId="0F60D52F" w14:textId="67B22E16" w:rsidR="00D86968" w:rsidRPr="00D86968" w:rsidRDefault="00D86968" w:rsidP="00DB385C">
      <w:pPr>
        <w:pStyle w:val="Tekstpodstawowy2"/>
        <w:spacing w:before="120" w:line="240" w:lineRule="auto"/>
        <w:ind w:left="170"/>
        <w:rPr>
          <w:rFonts w:ascii="Roboto Condensed" w:hAnsi="Roboto Condensed"/>
          <w:color w:val="EE0000"/>
          <w:sz w:val="20"/>
          <w:lang w:val="pl-PL"/>
        </w:rPr>
      </w:pPr>
      <w:r w:rsidRPr="00381872">
        <w:rPr>
          <w:rFonts w:ascii="Roboto Condensed" w:hAnsi="Roboto Condensed"/>
          <w:sz w:val="20"/>
          <w:lang w:val="pl-PL"/>
        </w:rPr>
        <w:t xml:space="preserve">Obszar gminy Radomsko jest zasilany </w:t>
      </w:r>
      <w:r w:rsidR="00DB385C" w:rsidRPr="00381872">
        <w:rPr>
          <w:rFonts w:ascii="Roboto Condensed" w:hAnsi="Roboto Condensed"/>
          <w:sz w:val="20"/>
          <w:lang w:val="pl-PL"/>
        </w:rPr>
        <w:t xml:space="preserve">z „ringu energetycznego” 110 </w:t>
      </w:r>
      <w:proofErr w:type="spellStart"/>
      <w:r w:rsidR="00DB385C" w:rsidRPr="00381872">
        <w:rPr>
          <w:rFonts w:ascii="Roboto Condensed" w:hAnsi="Roboto Condensed"/>
          <w:sz w:val="20"/>
          <w:lang w:val="pl-PL"/>
        </w:rPr>
        <w:t>kV</w:t>
      </w:r>
      <w:proofErr w:type="spellEnd"/>
      <w:r w:rsidR="00DB385C" w:rsidRPr="00381872">
        <w:rPr>
          <w:rFonts w:ascii="Roboto Condensed" w:hAnsi="Roboto Condensed"/>
          <w:sz w:val="20"/>
          <w:lang w:val="pl-PL"/>
        </w:rPr>
        <w:t xml:space="preserve"> wokół Radomska, utworzonego na ciągu linii 110 </w:t>
      </w:r>
      <w:proofErr w:type="spellStart"/>
      <w:r w:rsidR="00DB385C" w:rsidRPr="00381872">
        <w:rPr>
          <w:rFonts w:ascii="Roboto Condensed" w:hAnsi="Roboto Condensed"/>
          <w:sz w:val="20"/>
          <w:lang w:val="pl-PL"/>
        </w:rPr>
        <w:t>kV</w:t>
      </w:r>
      <w:proofErr w:type="spellEnd"/>
      <w:r w:rsidR="00DB385C" w:rsidRPr="00381872">
        <w:rPr>
          <w:rFonts w:ascii="Roboto Condensed" w:hAnsi="Roboto Condensed"/>
          <w:sz w:val="20"/>
          <w:lang w:val="pl-PL"/>
        </w:rPr>
        <w:t xml:space="preserve"> Wrzosowa - Radomsko Południe, Radomsko Południe – Stobiecko, Stobiecko - Radomsko </w:t>
      </w:r>
      <w:proofErr w:type="spellStart"/>
      <w:r w:rsidR="00DB385C" w:rsidRPr="00381872">
        <w:rPr>
          <w:rFonts w:ascii="Roboto Condensed" w:hAnsi="Roboto Condensed"/>
          <w:sz w:val="20"/>
          <w:lang w:val="pl-PL"/>
        </w:rPr>
        <w:t>Młodzowy</w:t>
      </w:r>
      <w:proofErr w:type="spellEnd"/>
      <w:r w:rsidR="00DB385C" w:rsidRPr="00381872">
        <w:rPr>
          <w:rFonts w:ascii="Roboto Condensed" w:hAnsi="Roboto Condensed"/>
          <w:sz w:val="20"/>
          <w:lang w:val="pl-PL"/>
        </w:rPr>
        <w:t xml:space="preserve"> oraz linii 110kV Gorzkowice - Radomsko Komuna Paryska, na którym zlokalizowano</w:t>
      </w:r>
      <w:r w:rsidRPr="00381872">
        <w:rPr>
          <w:rFonts w:ascii="Roboto Condensed" w:hAnsi="Roboto Condensed"/>
          <w:sz w:val="20"/>
          <w:lang w:val="pl-PL"/>
        </w:rPr>
        <w:t xml:space="preserve"> </w:t>
      </w:r>
      <w:r w:rsidR="00DB385C" w:rsidRPr="00381872">
        <w:rPr>
          <w:rFonts w:ascii="Roboto Condensed" w:hAnsi="Roboto Condensed"/>
          <w:sz w:val="20"/>
          <w:lang w:val="pl-PL"/>
        </w:rPr>
        <w:t xml:space="preserve">stacje elektroenergetyczne </w:t>
      </w:r>
      <w:r w:rsidRPr="00381872">
        <w:rPr>
          <w:rFonts w:ascii="Roboto Condensed" w:hAnsi="Roboto Condensed"/>
          <w:sz w:val="20"/>
          <w:lang w:val="pl-PL"/>
        </w:rPr>
        <w:t xml:space="preserve"> 110/15 </w:t>
      </w:r>
      <w:proofErr w:type="spellStart"/>
      <w:r w:rsidRPr="00381872">
        <w:rPr>
          <w:rFonts w:ascii="Roboto Condensed" w:hAnsi="Roboto Condensed"/>
          <w:sz w:val="20"/>
          <w:lang w:val="pl-PL"/>
        </w:rPr>
        <w:t>kV</w:t>
      </w:r>
      <w:proofErr w:type="spellEnd"/>
      <w:r w:rsidRPr="00381872">
        <w:rPr>
          <w:rFonts w:ascii="Roboto Condensed" w:hAnsi="Roboto Condensed"/>
          <w:sz w:val="20"/>
          <w:lang w:val="pl-PL"/>
        </w:rPr>
        <w:t xml:space="preserve"> </w:t>
      </w:r>
      <w:r w:rsidR="00DB385C" w:rsidRPr="00381872">
        <w:rPr>
          <w:rFonts w:ascii="Roboto Condensed" w:hAnsi="Roboto Condensed"/>
          <w:sz w:val="20"/>
          <w:lang w:val="pl-PL"/>
        </w:rPr>
        <w:t xml:space="preserve">"Radomsko 2 Południe", "Radomsko Komuna Paryska", "Radomsko </w:t>
      </w:r>
      <w:proofErr w:type="spellStart"/>
      <w:r w:rsidR="00DB385C" w:rsidRPr="00381872">
        <w:rPr>
          <w:rFonts w:ascii="Roboto Condensed" w:hAnsi="Roboto Condensed"/>
          <w:sz w:val="20"/>
          <w:lang w:val="pl-PL"/>
        </w:rPr>
        <w:t>Młodzowy</w:t>
      </w:r>
      <w:proofErr w:type="spellEnd"/>
      <w:r w:rsidR="00DB385C" w:rsidRPr="00381872">
        <w:rPr>
          <w:rFonts w:ascii="Roboto Condensed" w:hAnsi="Roboto Condensed"/>
          <w:sz w:val="20"/>
          <w:lang w:val="pl-PL"/>
        </w:rPr>
        <w:t>"</w:t>
      </w:r>
      <w:r w:rsidR="00381872" w:rsidRPr="00381872">
        <w:rPr>
          <w:rFonts w:ascii="Roboto Condensed" w:hAnsi="Roboto Condensed"/>
          <w:sz w:val="20"/>
          <w:lang w:val="pl-PL"/>
        </w:rPr>
        <w:t xml:space="preserve"> i "Stobiecko"</w:t>
      </w:r>
      <w:r w:rsidRPr="00381872">
        <w:rPr>
          <w:rFonts w:ascii="Roboto Condensed" w:hAnsi="Roboto Condensed"/>
          <w:sz w:val="20"/>
          <w:lang w:val="pl-PL"/>
        </w:rPr>
        <w:t xml:space="preserve">. Linie średniego napięcia 15 </w:t>
      </w:r>
      <w:proofErr w:type="spellStart"/>
      <w:r w:rsidRPr="00381872">
        <w:rPr>
          <w:rFonts w:ascii="Roboto Condensed" w:hAnsi="Roboto Condensed"/>
          <w:sz w:val="20"/>
          <w:lang w:val="pl-PL"/>
        </w:rPr>
        <w:t>kV</w:t>
      </w:r>
      <w:proofErr w:type="spellEnd"/>
      <w:r w:rsidRPr="00381872">
        <w:rPr>
          <w:rFonts w:ascii="Roboto Condensed" w:hAnsi="Roboto Condensed"/>
          <w:sz w:val="20"/>
          <w:lang w:val="pl-PL"/>
        </w:rPr>
        <w:t>, głównie w przebiegu napowietrznym, poprzez stacj</w:t>
      </w:r>
      <w:r w:rsidR="00381872" w:rsidRPr="00381872">
        <w:rPr>
          <w:rFonts w:ascii="Roboto Condensed" w:hAnsi="Roboto Condensed"/>
          <w:sz w:val="20"/>
          <w:lang w:val="pl-PL"/>
        </w:rPr>
        <w:t xml:space="preserve">e </w:t>
      </w:r>
      <w:r w:rsidRPr="00381872">
        <w:rPr>
          <w:rFonts w:ascii="Roboto Condensed" w:hAnsi="Roboto Condensed"/>
          <w:sz w:val="20"/>
          <w:lang w:val="pl-PL"/>
        </w:rPr>
        <w:t>transformatorow</w:t>
      </w:r>
      <w:r w:rsidR="00381872" w:rsidRPr="00381872">
        <w:rPr>
          <w:rFonts w:ascii="Roboto Condensed" w:hAnsi="Roboto Condensed"/>
          <w:sz w:val="20"/>
          <w:lang w:val="pl-PL"/>
        </w:rPr>
        <w:t>e</w:t>
      </w:r>
      <w:r w:rsidRPr="00381872">
        <w:rPr>
          <w:rFonts w:ascii="Roboto Condensed" w:hAnsi="Roboto Condensed"/>
          <w:sz w:val="20"/>
          <w:lang w:val="pl-PL"/>
        </w:rPr>
        <w:t xml:space="preserve"> </w:t>
      </w:r>
      <w:r w:rsidR="00381872" w:rsidRPr="00381872">
        <w:rPr>
          <w:rFonts w:ascii="Roboto Condensed" w:hAnsi="Roboto Condensed"/>
          <w:sz w:val="20"/>
          <w:lang w:val="pl-PL"/>
        </w:rPr>
        <w:t>15kV</w:t>
      </w:r>
      <w:r w:rsidRPr="00381872">
        <w:rPr>
          <w:rFonts w:ascii="Roboto Condensed" w:hAnsi="Roboto Condensed"/>
          <w:sz w:val="20"/>
          <w:lang w:val="pl-PL"/>
        </w:rPr>
        <w:t>/</w:t>
      </w:r>
      <w:r w:rsidR="00381872" w:rsidRPr="00381872">
        <w:rPr>
          <w:rFonts w:ascii="Roboto Condensed" w:hAnsi="Roboto Condensed"/>
          <w:sz w:val="20"/>
          <w:lang w:val="pl-PL"/>
        </w:rPr>
        <w:t>0,4kV</w:t>
      </w:r>
      <w:r w:rsidRPr="00381872">
        <w:rPr>
          <w:rFonts w:ascii="Roboto Condensed" w:hAnsi="Roboto Condensed"/>
          <w:sz w:val="20"/>
          <w:lang w:val="pl-PL"/>
        </w:rPr>
        <w:t xml:space="preserve"> dostarczają energię odbiorcom końcowym.</w:t>
      </w:r>
      <w:r w:rsidR="00381872">
        <w:rPr>
          <w:rFonts w:ascii="Roboto Condensed" w:hAnsi="Roboto Condensed"/>
          <w:sz w:val="20"/>
          <w:lang w:val="pl-PL"/>
        </w:rPr>
        <w:t xml:space="preserve"> Ponadto zaopatrzeni</w:t>
      </w:r>
      <w:r w:rsidR="00D653D8">
        <w:rPr>
          <w:rFonts w:ascii="Roboto Condensed" w:hAnsi="Roboto Condensed"/>
          <w:sz w:val="20"/>
          <w:lang w:val="pl-PL"/>
        </w:rPr>
        <w:t>e</w:t>
      </w:r>
      <w:r w:rsidR="00381872">
        <w:rPr>
          <w:rFonts w:ascii="Roboto Condensed" w:hAnsi="Roboto Condensed"/>
          <w:sz w:val="20"/>
          <w:lang w:val="pl-PL"/>
        </w:rPr>
        <w:t xml:space="preserve"> </w:t>
      </w:r>
      <w:r w:rsidR="00D653D8">
        <w:rPr>
          <w:rFonts w:ascii="Roboto Condensed" w:hAnsi="Roboto Condensed"/>
          <w:sz w:val="20"/>
          <w:lang w:val="pl-PL"/>
        </w:rPr>
        <w:t xml:space="preserve">obrębu Bobry odbywa się z kierunku stacji elektroenergetycznej 110 </w:t>
      </w:r>
      <w:proofErr w:type="spellStart"/>
      <w:r w:rsidR="00D653D8">
        <w:rPr>
          <w:rFonts w:ascii="Roboto Condensed" w:hAnsi="Roboto Condensed"/>
          <w:sz w:val="20"/>
          <w:lang w:val="pl-PL"/>
        </w:rPr>
        <w:t>kV</w:t>
      </w:r>
      <w:proofErr w:type="spellEnd"/>
      <w:r w:rsidR="00D653D8">
        <w:rPr>
          <w:rFonts w:ascii="Roboto Condensed" w:hAnsi="Roboto Condensed"/>
          <w:sz w:val="20"/>
          <w:lang w:val="pl-PL"/>
        </w:rPr>
        <w:t xml:space="preserve"> „Gidle”.</w:t>
      </w:r>
    </w:p>
    <w:p w14:paraId="10DF270C" w14:textId="77777777" w:rsidR="00D86968" w:rsidRPr="00381872" w:rsidRDefault="00D86968" w:rsidP="00D86968">
      <w:pPr>
        <w:pStyle w:val="Tekstpodstawowy2"/>
        <w:spacing w:before="120" w:line="240" w:lineRule="auto"/>
        <w:ind w:left="170"/>
        <w:rPr>
          <w:rFonts w:ascii="Roboto Condensed" w:hAnsi="Roboto Condensed"/>
          <w:sz w:val="20"/>
          <w:lang w:val="pl-PL"/>
        </w:rPr>
      </w:pPr>
      <w:r w:rsidRPr="00381872">
        <w:rPr>
          <w:rFonts w:ascii="Roboto Condensed" w:hAnsi="Roboto Condensed"/>
          <w:sz w:val="20"/>
          <w:lang w:val="pl-PL"/>
        </w:rPr>
        <w:t>Na terenie gminy jest również produkowana energia elektryczna z OZE w oparciu o:</w:t>
      </w:r>
    </w:p>
    <w:p w14:paraId="5BE9A8F6" w14:textId="197A487D" w:rsidR="00D86968" w:rsidRPr="00D86968" w:rsidRDefault="00D86968" w:rsidP="00A74CAD">
      <w:pPr>
        <w:pStyle w:val="Tekstpodstawowy2"/>
        <w:numPr>
          <w:ilvl w:val="0"/>
          <w:numId w:val="3"/>
        </w:numPr>
        <w:spacing w:line="240" w:lineRule="auto"/>
        <w:ind w:left="567" w:hanging="227"/>
        <w:jc w:val="left"/>
        <w:rPr>
          <w:rFonts w:ascii="Roboto Condensed" w:hAnsi="Roboto Condensed"/>
          <w:color w:val="EE0000"/>
          <w:sz w:val="20"/>
          <w:lang w:val="pl-PL"/>
        </w:rPr>
      </w:pPr>
      <w:r w:rsidRPr="00381872">
        <w:rPr>
          <w:rFonts w:ascii="Roboto Condensed" w:hAnsi="Roboto Condensed"/>
          <w:sz w:val="20"/>
          <w:lang w:val="pl-PL"/>
        </w:rPr>
        <w:t>el</w:t>
      </w:r>
      <w:r w:rsidRPr="004B5BCC">
        <w:rPr>
          <w:rFonts w:ascii="Roboto Condensed" w:hAnsi="Roboto Condensed"/>
          <w:sz w:val="20"/>
          <w:lang w:val="pl-PL"/>
        </w:rPr>
        <w:t>ektrowni</w:t>
      </w:r>
      <w:r w:rsidR="00381872" w:rsidRPr="004B5BCC">
        <w:rPr>
          <w:rFonts w:ascii="Roboto Condensed" w:hAnsi="Roboto Condensed"/>
          <w:sz w:val="20"/>
          <w:lang w:val="pl-PL"/>
        </w:rPr>
        <w:t>e</w:t>
      </w:r>
      <w:r w:rsidRPr="004B5BCC">
        <w:rPr>
          <w:rFonts w:ascii="Roboto Condensed" w:hAnsi="Roboto Condensed"/>
          <w:sz w:val="20"/>
          <w:lang w:val="pl-PL"/>
        </w:rPr>
        <w:t xml:space="preserve"> wiatrow</w:t>
      </w:r>
      <w:r w:rsidR="00381872" w:rsidRPr="004B5BCC">
        <w:rPr>
          <w:rFonts w:ascii="Roboto Condensed" w:hAnsi="Roboto Condensed"/>
          <w:sz w:val="20"/>
          <w:lang w:val="pl-PL"/>
        </w:rPr>
        <w:t>e</w:t>
      </w:r>
      <w:r w:rsidRPr="004B5BCC">
        <w:rPr>
          <w:rFonts w:ascii="Roboto Condensed" w:hAnsi="Roboto Condensed"/>
          <w:sz w:val="20"/>
          <w:lang w:val="pl-PL"/>
        </w:rPr>
        <w:t xml:space="preserve"> w</w:t>
      </w:r>
      <w:r w:rsidR="00381872" w:rsidRPr="004B5BCC">
        <w:rPr>
          <w:rFonts w:ascii="Roboto Condensed" w:hAnsi="Roboto Condensed"/>
          <w:sz w:val="20"/>
          <w:lang w:val="pl-PL"/>
        </w:rPr>
        <w:t xml:space="preserve"> obrębach Okrajszów</w:t>
      </w:r>
      <w:r w:rsidR="00C9277C" w:rsidRPr="004B5BCC">
        <w:rPr>
          <w:rFonts w:ascii="Roboto Condensed" w:hAnsi="Roboto Condensed"/>
          <w:sz w:val="20"/>
          <w:lang w:val="pl-PL"/>
        </w:rPr>
        <w:t xml:space="preserve"> (1)</w:t>
      </w:r>
      <w:r w:rsidR="00381872" w:rsidRPr="004B5BCC">
        <w:rPr>
          <w:rFonts w:ascii="Roboto Condensed" w:hAnsi="Roboto Condensed"/>
          <w:sz w:val="20"/>
          <w:lang w:val="pl-PL"/>
        </w:rPr>
        <w:t>, Jadwinówka</w:t>
      </w:r>
      <w:r w:rsidR="00C9277C" w:rsidRPr="004B5BCC">
        <w:rPr>
          <w:rFonts w:ascii="Roboto Condensed" w:hAnsi="Roboto Condensed"/>
          <w:sz w:val="20"/>
          <w:lang w:val="pl-PL"/>
        </w:rPr>
        <w:t xml:space="preserve"> (2)</w:t>
      </w:r>
      <w:r w:rsidR="00381872" w:rsidRPr="004B5BCC">
        <w:rPr>
          <w:rFonts w:ascii="Roboto Condensed" w:hAnsi="Roboto Condensed"/>
          <w:sz w:val="20"/>
          <w:lang w:val="pl-PL"/>
        </w:rPr>
        <w:t xml:space="preserve"> i </w:t>
      </w:r>
      <w:proofErr w:type="spellStart"/>
      <w:r w:rsidR="00381872" w:rsidRPr="004B5BCC">
        <w:rPr>
          <w:rFonts w:ascii="Roboto Condensed" w:hAnsi="Roboto Condensed"/>
          <w:sz w:val="20"/>
          <w:lang w:val="pl-PL"/>
        </w:rPr>
        <w:t>Dziepółć</w:t>
      </w:r>
      <w:proofErr w:type="spellEnd"/>
      <w:r w:rsidR="00C9277C" w:rsidRPr="004B5BCC">
        <w:rPr>
          <w:rFonts w:ascii="Roboto Condensed" w:hAnsi="Roboto Condensed"/>
          <w:sz w:val="20"/>
          <w:lang w:val="pl-PL"/>
        </w:rPr>
        <w:t xml:space="preserve"> (2)</w:t>
      </w:r>
      <w:r w:rsidRPr="004B5BCC">
        <w:rPr>
          <w:rFonts w:ascii="Roboto Condensed" w:hAnsi="Roboto Condensed"/>
          <w:sz w:val="20"/>
          <w:lang w:val="pl-PL"/>
        </w:rPr>
        <w:t xml:space="preserve"> o </w:t>
      </w:r>
      <w:r w:rsidR="00A74CAD" w:rsidRPr="004B5BCC">
        <w:rPr>
          <w:rFonts w:ascii="Roboto Condensed" w:hAnsi="Roboto Condensed"/>
          <w:sz w:val="20"/>
          <w:lang w:val="pl-PL"/>
        </w:rPr>
        <w:t>łącznej mocy zainstalowanej około 10</w:t>
      </w:r>
      <w:r w:rsidRPr="004B5BCC">
        <w:rPr>
          <w:rFonts w:ascii="Roboto Condensed" w:hAnsi="Roboto Condensed"/>
          <w:sz w:val="20"/>
          <w:lang w:val="pl-PL"/>
        </w:rPr>
        <w:t xml:space="preserve"> MW,</w:t>
      </w:r>
    </w:p>
    <w:p w14:paraId="2E03C8A6" w14:textId="32D870C8" w:rsidR="00D86968" w:rsidRPr="00D86968" w:rsidRDefault="00D86968" w:rsidP="00D86968">
      <w:pPr>
        <w:pStyle w:val="Tekstpodstawowy2"/>
        <w:numPr>
          <w:ilvl w:val="0"/>
          <w:numId w:val="3"/>
        </w:numPr>
        <w:spacing w:line="240" w:lineRule="auto"/>
        <w:ind w:left="567" w:hanging="227"/>
        <w:rPr>
          <w:rFonts w:ascii="Roboto Condensed" w:hAnsi="Roboto Condensed"/>
          <w:color w:val="EE0000"/>
          <w:sz w:val="20"/>
          <w:lang w:val="pl-PL"/>
        </w:rPr>
      </w:pPr>
      <w:r w:rsidRPr="00381872">
        <w:rPr>
          <w:rFonts w:ascii="Roboto Condensed" w:hAnsi="Roboto Condensed"/>
          <w:sz w:val="20"/>
          <w:lang w:val="pl-PL"/>
        </w:rPr>
        <w:t>elektrownie słoneczne o łącznej pow</w:t>
      </w:r>
      <w:r w:rsidRPr="004E0D31">
        <w:rPr>
          <w:rFonts w:ascii="Roboto Condensed" w:hAnsi="Roboto Condensed"/>
          <w:sz w:val="20"/>
          <w:lang w:val="pl-PL"/>
        </w:rPr>
        <w:t xml:space="preserve">ierzchni około </w:t>
      </w:r>
      <w:r w:rsidR="004E0D31" w:rsidRPr="004E0D31">
        <w:rPr>
          <w:rFonts w:ascii="Roboto Condensed" w:hAnsi="Roboto Condensed"/>
          <w:sz w:val="20"/>
          <w:lang w:val="pl-PL"/>
        </w:rPr>
        <w:t>1,8</w:t>
      </w:r>
      <w:r w:rsidRPr="004E0D31">
        <w:rPr>
          <w:rFonts w:ascii="Roboto Condensed" w:hAnsi="Roboto Condensed"/>
          <w:sz w:val="20"/>
          <w:lang w:val="pl-PL"/>
        </w:rPr>
        <w:t xml:space="preserve"> ha i mocy szczytowej około </w:t>
      </w:r>
      <w:r w:rsidR="004E0D31" w:rsidRPr="004E0D31">
        <w:rPr>
          <w:rFonts w:ascii="Roboto Condensed" w:hAnsi="Roboto Condensed"/>
          <w:sz w:val="20"/>
          <w:lang w:val="pl-PL"/>
        </w:rPr>
        <w:t>2,2</w:t>
      </w:r>
      <w:r w:rsidRPr="004E0D31">
        <w:rPr>
          <w:rFonts w:ascii="Roboto Condensed" w:hAnsi="Roboto Condensed"/>
          <w:sz w:val="20"/>
          <w:lang w:val="pl-PL"/>
        </w:rPr>
        <w:t xml:space="preserve"> MW,</w:t>
      </w:r>
    </w:p>
    <w:p w14:paraId="623555A1" w14:textId="77777777" w:rsidR="00D86968" w:rsidRPr="00D86968" w:rsidRDefault="00D86968" w:rsidP="00D86968">
      <w:pPr>
        <w:pStyle w:val="Tekstpodstawowy2"/>
        <w:spacing w:before="120" w:line="240" w:lineRule="auto"/>
        <w:ind w:left="170"/>
        <w:rPr>
          <w:rFonts w:ascii="Roboto Condensed" w:hAnsi="Roboto Condensed"/>
          <w:color w:val="EE0000"/>
          <w:sz w:val="20"/>
          <w:lang w:val="pl-PL"/>
        </w:rPr>
      </w:pPr>
      <w:r w:rsidRPr="00D653D8">
        <w:rPr>
          <w:rFonts w:ascii="Roboto Condensed" w:hAnsi="Roboto Condensed"/>
          <w:sz w:val="20"/>
          <w:lang w:val="pl-PL"/>
        </w:rPr>
        <w:t xml:space="preserve">Elementami infrastruktury elektroenergetycznej o znaczeniu ponadlokalnym, nie biorącymi bezpośredniego udziału w zaopatrzeniu gminy w energię elektryczną są: </w:t>
      </w:r>
    </w:p>
    <w:p w14:paraId="727301C5" w14:textId="77777777" w:rsidR="00D653D8" w:rsidRPr="00433713" w:rsidRDefault="00D653D8" w:rsidP="00D653D8">
      <w:pPr>
        <w:pStyle w:val="Tekstpodstawowy2"/>
        <w:numPr>
          <w:ilvl w:val="0"/>
          <w:numId w:val="3"/>
        </w:numPr>
        <w:spacing w:line="240" w:lineRule="auto"/>
        <w:ind w:left="567" w:hanging="227"/>
        <w:rPr>
          <w:rFonts w:ascii="Roboto Condensed" w:hAnsi="Roboto Condensed"/>
          <w:sz w:val="20"/>
          <w:lang w:val="pl-PL"/>
        </w:rPr>
      </w:pPr>
      <w:r w:rsidRPr="00433713">
        <w:rPr>
          <w:rFonts w:ascii="Roboto Condensed" w:hAnsi="Roboto Condensed"/>
          <w:sz w:val="20"/>
          <w:lang w:val="pl-PL"/>
        </w:rPr>
        <w:t xml:space="preserve">Linia 2 x 400kV Rogowiec - Joachimów / Rogowiec – </w:t>
      </w:r>
      <w:proofErr w:type="spellStart"/>
      <w:r w:rsidRPr="00433713">
        <w:rPr>
          <w:rFonts w:ascii="Roboto Condensed" w:hAnsi="Roboto Condensed"/>
          <w:sz w:val="20"/>
          <w:lang w:val="pl-PL"/>
        </w:rPr>
        <w:t>Tucznawa</w:t>
      </w:r>
      <w:proofErr w:type="spellEnd"/>
    </w:p>
    <w:p w14:paraId="387D97ED" w14:textId="378C430B" w:rsidR="00D653D8" w:rsidRPr="00D653D8" w:rsidRDefault="00D653D8" w:rsidP="00D653D8">
      <w:pPr>
        <w:pStyle w:val="Tekstpodstawowy2"/>
        <w:numPr>
          <w:ilvl w:val="0"/>
          <w:numId w:val="3"/>
        </w:numPr>
        <w:spacing w:line="240" w:lineRule="auto"/>
        <w:ind w:left="567" w:hanging="227"/>
        <w:rPr>
          <w:rFonts w:ascii="Roboto Condensed" w:hAnsi="Roboto Condensed"/>
          <w:color w:val="EE0000"/>
          <w:sz w:val="20"/>
          <w:lang w:val="pl-PL"/>
        </w:rPr>
      </w:pPr>
      <w:r w:rsidRPr="00433713">
        <w:rPr>
          <w:rFonts w:ascii="Roboto Condensed" w:hAnsi="Roboto Condensed"/>
          <w:sz w:val="20"/>
          <w:lang w:val="pl-PL"/>
        </w:rPr>
        <w:t xml:space="preserve">Linie: 220 </w:t>
      </w:r>
      <w:proofErr w:type="spellStart"/>
      <w:r w:rsidRPr="00433713">
        <w:rPr>
          <w:rFonts w:ascii="Roboto Condensed" w:hAnsi="Roboto Condensed"/>
          <w:sz w:val="20"/>
          <w:lang w:val="pl-PL"/>
        </w:rPr>
        <w:t>kV</w:t>
      </w:r>
      <w:proofErr w:type="spellEnd"/>
      <w:r w:rsidRPr="00433713">
        <w:rPr>
          <w:rFonts w:ascii="Roboto Condensed" w:hAnsi="Roboto Condensed"/>
          <w:sz w:val="20"/>
          <w:lang w:val="pl-PL"/>
        </w:rPr>
        <w:t xml:space="preserve"> Rogowiec - Joachimów tor 1 oraz tor 2</w:t>
      </w:r>
    </w:p>
    <w:p w14:paraId="674ACDFA" w14:textId="77777777" w:rsidR="00D653D8" w:rsidRDefault="00D653D8" w:rsidP="00D653D8">
      <w:pPr>
        <w:pStyle w:val="Tekstpodstawowy2"/>
        <w:spacing w:line="240" w:lineRule="auto"/>
        <w:rPr>
          <w:rFonts w:ascii="Roboto Condensed" w:hAnsi="Roboto Condensed"/>
          <w:color w:val="EE0000"/>
          <w:sz w:val="20"/>
          <w:lang w:val="pl-PL"/>
        </w:rPr>
      </w:pPr>
    </w:p>
    <w:p w14:paraId="3C2195E4" w14:textId="77777777" w:rsidR="00D653D8" w:rsidRDefault="00D653D8" w:rsidP="00D653D8">
      <w:pPr>
        <w:pStyle w:val="Tekstpodstawowy2"/>
        <w:spacing w:line="240" w:lineRule="auto"/>
        <w:rPr>
          <w:rFonts w:ascii="Roboto Condensed" w:hAnsi="Roboto Condensed"/>
          <w:color w:val="EE0000"/>
          <w:sz w:val="20"/>
          <w:lang w:val="pl-PL"/>
        </w:rPr>
      </w:pPr>
    </w:p>
    <w:p w14:paraId="288A5381" w14:textId="77777777" w:rsidR="00D653D8" w:rsidRDefault="00D653D8">
      <w:pPr>
        <w:rPr>
          <w:rFonts w:ascii="Roboto Condensed" w:hAnsi="Roboto Condensed"/>
          <w:i/>
          <w:iCs/>
          <w:sz w:val="20"/>
          <w:szCs w:val="20"/>
        </w:rPr>
      </w:pPr>
      <w:r>
        <w:rPr>
          <w:rFonts w:ascii="Roboto Condensed" w:hAnsi="Roboto Condensed"/>
          <w:i/>
          <w:iCs/>
          <w:sz w:val="20"/>
        </w:rPr>
        <w:br w:type="page"/>
      </w:r>
    </w:p>
    <w:p w14:paraId="269244BB" w14:textId="735F4295" w:rsidR="00D86968" w:rsidRDefault="00D86968" w:rsidP="00D86968">
      <w:pPr>
        <w:pStyle w:val="Tekstpodstawowy2"/>
        <w:spacing w:before="120" w:after="120" w:line="240" w:lineRule="auto"/>
        <w:ind w:left="170"/>
        <w:rPr>
          <w:color w:val="EE0000"/>
          <w:lang w:val="pl-PL"/>
        </w:rPr>
      </w:pPr>
      <w:r w:rsidRPr="009C7682">
        <w:rPr>
          <w:rFonts w:ascii="Roboto Condensed" w:hAnsi="Roboto Condensed"/>
          <w:i/>
          <w:iCs/>
          <w:sz w:val="20"/>
          <w:lang w:val="pl-PL"/>
        </w:rPr>
        <w:lastRenderedPageBreak/>
        <w:t>Rys</w:t>
      </w:r>
      <w:r w:rsidRPr="00715DBD">
        <w:rPr>
          <w:rFonts w:ascii="Roboto Condensed" w:hAnsi="Roboto Condensed"/>
          <w:i/>
          <w:iCs/>
          <w:sz w:val="20"/>
          <w:lang w:val="pl-PL"/>
        </w:rPr>
        <w:t>.2</w:t>
      </w:r>
      <w:r>
        <w:rPr>
          <w:rFonts w:ascii="Roboto Condensed" w:hAnsi="Roboto Condensed"/>
          <w:i/>
          <w:iCs/>
          <w:sz w:val="20"/>
          <w:lang w:val="pl-PL"/>
        </w:rPr>
        <w:t>3</w:t>
      </w:r>
      <w:r w:rsidRPr="00715DBD">
        <w:rPr>
          <w:rFonts w:ascii="Roboto Condensed" w:hAnsi="Roboto Condensed"/>
          <w:i/>
          <w:iCs/>
          <w:sz w:val="20"/>
          <w:lang w:val="pl-PL"/>
        </w:rPr>
        <w:t>.</w:t>
      </w:r>
      <w:r>
        <w:rPr>
          <w:rFonts w:ascii="Roboto Condensed" w:hAnsi="Roboto Condensed"/>
          <w:i/>
          <w:iCs/>
          <w:sz w:val="20"/>
          <w:lang w:val="pl-PL"/>
        </w:rPr>
        <w:t>Rozmieszczenie infrastruktury elektroenergetycznej w gminie</w:t>
      </w:r>
      <w:r w:rsidRPr="00715DBD">
        <w:rPr>
          <w:rFonts w:ascii="Roboto Condensed" w:hAnsi="Roboto Condensed"/>
          <w:i/>
          <w:iCs/>
          <w:sz w:val="20"/>
          <w:lang w:val="pl-PL"/>
        </w:rPr>
        <w:t xml:space="preserve"> </w:t>
      </w:r>
    </w:p>
    <w:p w14:paraId="4489122A" w14:textId="16680D32" w:rsidR="00D86968" w:rsidRDefault="00D86968" w:rsidP="00D86968">
      <w:pPr>
        <w:pStyle w:val="Tekstpodstawowy2"/>
        <w:spacing w:line="240" w:lineRule="auto"/>
        <w:ind w:left="170"/>
        <w:rPr>
          <w:color w:val="EE0000"/>
          <w:lang w:val="pl-PL"/>
        </w:rPr>
      </w:pPr>
      <w:r>
        <w:rPr>
          <w:noProof/>
          <w:color w:val="EE0000"/>
          <w:lang w:val="pl-PL"/>
        </w:rPr>
        <w:drawing>
          <wp:inline distT="0" distB="0" distL="0" distR="0" wp14:anchorId="6179ADA9" wp14:editId="12F4669F">
            <wp:extent cx="6280150" cy="5816600"/>
            <wp:effectExtent l="0" t="0" r="6350" b="0"/>
            <wp:docPr id="1407318993"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80150" cy="5816600"/>
                    </a:xfrm>
                    <a:prstGeom prst="rect">
                      <a:avLst/>
                    </a:prstGeom>
                    <a:noFill/>
                    <a:ln>
                      <a:noFill/>
                    </a:ln>
                  </pic:spPr>
                </pic:pic>
              </a:graphicData>
            </a:graphic>
          </wp:inline>
        </w:drawing>
      </w:r>
    </w:p>
    <w:p w14:paraId="3A41A188" w14:textId="77777777" w:rsidR="00D86968" w:rsidRDefault="00D86968" w:rsidP="00476149">
      <w:pPr>
        <w:pStyle w:val="Tekstpodstawowy2"/>
        <w:spacing w:line="240" w:lineRule="auto"/>
        <w:rPr>
          <w:color w:val="EE0000"/>
          <w:lang w:val="pl-PL"/>
        </w:rPr>
      </w:pPr>
    </w:p>
    <w:p w14:paraId="38BA1568" w14:textId="27AE3A6B" w:rsidR="00391D66" w:rsidRPr="00391D66" w:rsidRDefault="0060525F" w:rsidP="00391D66">
      <w:pPr>
        <w:pStyle w:val="Tekstpodstawowy2"/>
        <w:spacing w:before="120" w:line="240" w:lineRule="auto"/>
        <w:ind w:left="170"/>
        <w:rPr>
          <w:color w:val="EE0000"/>
          <w:lang w:val="pl-PL"/>
        </w:rPr>
      </w:pPr>
      <w:r w:rsidRPr="0060525F">
        <w:rPr>
          <w:rFonts w:ascii="Roboto Condensed" w:hAnsi="Roboto Condensed"/>
          <w:i/>
          <w:iCs/>
          <w:sz w:val="20"/>
          <w:u w:val="single"/>
          <w:lang w:val="pl-PL"/>
        </w:rPr>
        <w:t>Gospodarka Odpadami</w:t>
      </w:r>
    </w:p>
    <w:p w14:paraId="1E023BD0" w14:textId="692362EF" w:rsidR="0043454D" w:rsidRDefault="00391D66" w:rsidP="0043454D">
      <w:pPr>
        <w:pStyle w:val="Tekstpodstawowy2"/>
        <w:spacing w:before="120" w:line="240" w:lineRule="auto"/>
        <w:ind w:left="170"/>
        <w:rPr>
          <w:rFonts w:ascii="Roboto Condensed" w:hAnsi="Roboto Condensed"/>
          <w:sz w:val="20"/>
          <w:lang w:val="pl-PL"/>
        </w:rPr>
      </w:pPr>
      <w:r w:rsidRPr="00391D66">
        <w:rPr>
          <w:rFonts w:ascii="Roboto Condensed" w:hAnsi="Roboto Condensed"/>
          <w:sz w:val="20"/>
          <w:lang w:val="pl-PL"/>
        </w:rPr>
        <w:t>Na terenie Gminy Radomsko odpady komunalne powstają głównie w gospodarstwach</w:t>
      </w:r>
      <w:r>
        <w:rPr>
          <w:rFonts w:ascii="Roboto Condensed" w:hAnsi="Roboto Condensed"/>
          <w:sz w:val="20"/>
          <w:lang w:val="pl-PL"/>
        </w:rPr>
        <w:t xml:space="preserve"> </w:t>
      </w:r>
      <w:r w:rsidRPr="00391D66">
        <w:rPr>
          <w:rFonts w:ascii="Roboto Condensed" w:hAnsi="Roboto Condensed"/>
          <w:sz w:val="20"/>
          <w:lang w:val="pl-PL"/>
        </w:rPr>
        <w:t>domowych, a także na terenach nieruchomości niezamieszkałych</w:t>
      </w:r>
      <w:r>
        <w:rPr>
          <w:rFonts w:ascii="Roboto Condensed" w:hAnsi="Roboto Condensed"/>
          <w:sz w:val="20"/>
          <w:lang w:val="pl-PL"/>
        </w:rPr>
        <w:t>,</w:t>
      </w:r>
      <w:r w:rsidRPr="00391D66">
        <w:rPr>
          <w:rFonts w:ascii="Roboto Condensed" w:hAnsi="Roboto Condensed"/>
          <w:sz w:val="20"/>
          <w:lang w:val="pl-PL"/>
        </w:rPr>
        <w:t xml:space="preserve"> tj. </w:t>
      </w:r>
      <w:r>
        <w:rPr>
          <w:rFonts w:ascii="Roboto Condensed" w:hAnsi="Roboto Condensed"/>
          <w:sz w:val="20"/>
          <w:lang w:val="pl-PL"/>
        </w:rPr>
        <w:t xml:space="preserve">w </w:t>
      </w:r>
      <w:r w:rsidRPr="00391D66">
        <w:rPr>
          <w:rFonts w:ascii="Roboto Condensed" w:hAnsi="Roboto Condensed"/>
          <w:sz w:val="20"/>
          <w:lang w:val="pl-PL"/>
        </w:rPr>
        <w:t>obiekt</w:t>
      </w:r>
      <w:r>
        <w:rPr>
          <w:rFonts w:ascii="Roboto Condensed" w:hAnsi="Roboto Condensed"/>
          <w:sz w:val="20"/>
          <w:lang w:val="pl-PL"/>
        </w:rPr>
        <w:t>ach</w:t>
      </w:r>
      <w:r w:rsidRPr="00391D66">
        <w:rPr>
          <w:rFonts w:ascii="Roboto Condensed" w:hAnsi="Roboto Condensed"/>
          <w:sz w:val="20"/>
          <w:lang w:val="pl-PL"/>
        </w:rPr>
        <w:t xml:space="preserve"> użyteczności</w:t>
      </w:r>
      <w:r>
        <w:rPr>
          <w:rFonts w:ascii="Roboto Condensed" w:hAnsi="Roboto Condensed"/>
          <w:sz w:val="20"/>
          <w:lang w:val="pl-PL"/>
        </w:rPr>
        <w:t xml:space="preserve"> </w:t>
      </w:r>
      <w:r w:rsidRPr="00391D66">
        <w:rPr>
          <w:rFonts w:ascii="Roboto Condensed" w:hAnsi="Roboto Condensed"/>
          <w:sz w:val="20"/>
          <w:lang w:val="pl-PL"/>
        </w:rPr>
        <w:t>publicznej oraz infrastruktury. Usługi w zakresie odbioru odpadów komunalnych od właścicieli</w:t>
      </w:r>
      <w:r>
        <w:rPr>
          <w:rFonts w:ascii="Roboto Condensed" w:hAnsi="Roboto Condensed"/>
          <w:sz w:val="20"/>
          <w:lang w:val="pl-PL"/>
        </w:rPr>
        <w:t xml:space="preserve"> </w:t>
      </w:r>
      <w:r w:rsidRPr="00391D66">
        <w:rPr>
          <w:rFonts w:ascii="Roboto Condensed" w:hAnsi="Roboto Condensed"/>
          <w:sz w:val="20"/>
          <w:lang w:val="pl-PL"/>
        </w:rPr>
        <w:t xml:space="preserve">nieruchomości na terenie Gminy Radomsko aktualnie prowadzi firma PGK Radomsko </w:t>
      </w:r>
      <w:proofErr w:type="spellStart"/>
      <w:r w:rsidRPr="00391D66">
        <w:rPr>
          <w:rFonts w:ascii="Roboto Condensed" w:hAnsi="Roboto Condensed"/>
          <w:sz w:val="20"/>
          <w:lang w:val="pl-PL"/>
        </w:rPr>
        <w:t>Sp.z</w:t>
      </w:r>
      <w:proofErr w:type="spellEnd"/>
      <w:r w:rsidRPr="00391D66">
        <w:rPr>
          <w:rFonts w:ascii="Roboto Condensed" w:hAnsi="Roboto Condensed"/>
          <w:sz w:val="20"/>
          <w:lang w:val="pl-PL"/>
        </w:rPr>
        <w:t xml:space="preserve"> o.o. </w:t>
      </w:r>
      <w:r w:rsidR="0043454D">
        <w:rPr>
          <w:rFonts w:ascii="Roboto Condensed" w:hAnsi="Roboto Condensed"/>
          <w:sz w:val="20"/>
          <w:lang w:val="pl-PL"/>
        </w:rPr>
        <w:t>L</w:t>
      </w:r>
      <w:r w:rsidR="0043454D" w:rsidRPr="0043454D">
        <w:rPr>
          <w:rFonts w:ascii="Roboto Condensed" w:hAnsi="Roboto Condensed"/>
          <w:sz w:val="20"/>
          <w:lang w:val="pl-PL"/>
        </w:rPr>
        <w:t xml:space="preserve">iczba osób zadeklarowanych w systemie gospodarowania odpadami za 2023 rok wyniosła 4660 mieszkańców </w:t>
      </w:r>
      <w:r w:rsidR="0043454D">
        <w:rPr>
          <w:rFonts w:ascii="Roboto Condensed" w:hAnsi="Roboto Condensed"/>
          <w:sz w:val="20"/>
          <w:lang w:val="pl-PL"/>
        </w:rPr>
        <w:t xml:space="preserve">natomiast </w:t>
      </w:r>
      <w:r w:rsidR="0043454D" w:rsidRPr="0043454D">
        <w:rPr>
          <w:rFonts w:ascii="Roboto Condensed" w:hAnsi="Roboto Condensed"/>
          <w:sz w:val="20"/>
          <w:lang w:val="pl-PL"/>
        </w:rPr>
        <w:t>liczba osób zameldowanych wynosiła 5328</w:t>
      </w:r>
      <w:r w:rsidR="0043454D">
        <w:rPr>
          <w:rFonts w:ascii="Roboto Condensed" w:hAnsi="Roboto Condensed"/>
          <w:sz w:val="20"/>
          <w:lang w:val="pl-PL"/>
        </w:rPr>
        <w:t>. R</w:t>
      </w:r>
      <w:r w:rsidR="0043454D" w:rsidRPr="0043454D">
        <w:rPr>
          <w:rFonts w:ascii="Roboto Condensed" w:hAnsi="Roboto Condensed"/>
          <w:sz w:val="20"/>
          <w:lang w:val="pl-PL"/>
        </w:rPr>
        <w:t xml:space="preserve">ozbieżność między liczbą mieszkańców w systemie meldunkowym, a liczbą </w:t>
      </w:r>
      <w:r w:rsidR="0043454D">
        <w:rPr>
          <w:rFonts w:ascii="Roboto Condensed" w:hAnsi="Roboto Condensed"/>
          <w:sz w:val="20"/>
          <w:lang w:val="pl-PL"/>
        </w:rPr>
        <w:t xml:space="preserve"> </w:t>
      </w:r>
      <w:r w:rsidR="0043454D" w:rsidRPr="0043454D">
        <w:rPr>
          <w:rFonts w:ascii="Roboto Condensed" w:hAnsi="Roboto Condensed"/>
          <w:sz w:val="20"/>
          <w:lang w:val="pl-PL"/>
        </w:rPr>
        <w:t>osób zadeklarowanych w systemie odpadowym</w:t>
      </w:r>
      <w:r w:rsidR="0043454D">
        <w:rPr>
          <w:rFonts w:ascii="Roboto Condensed" w:hAnsi="Roboto Condensed"/>
          <w:sz w:val="20"/>
          <w:lang w:val="pl-PL"/>
        </w:rPr>
        <w:t xml:space="preserve"> </w:t>
      </w:r>
      <w:r w:rsidR="0043454D" w:rsidRPr="0043454D">
        <w:rPr>
          <w:rFonts w:ascii="Roboto Condensed" w:hAnsi="Roboto Condensed"/>
          <w:sz w:val="20"/>
          <w:lang w:val="pl-PL"/>
        </w:rPr>
        <w:t>wyn</w:t>
      </w:r>
      <w:r w:rsidR="0043454D">
        <w:rPr>
          <w:rFonts w:ascii="Roboto Condensed" w:hAnsi="Roboto Condensed"/>
          <w:sz w:val="20"/>
          <w:lang w:val="pl-PL"/>
        </w:rPr>
        <w:t>iosła</w:t>
      </w:r>
      <w:r w:rsidR="0043454D" w:rsidRPr="0043454D">
        <w:rPr>
          <w:rFonts w:ascii="Roboto Condensed" w:hAnsi="Roboto Condensed"/>
          <w:sz w:val="20"/>
          <w:lang w:val="pl-PL"/>
        </w:rPr>
        <w:t xml:space="preserve"> 668 osób</w:t>
      </w:r>
      <w:r w:rsidR="0043454D">
        <w:rPr>
          <w:rFonts w:ascii="Roboto Condensed" w:hAnsi="Roboto Condensed"/>
          <w:sz w:val="20"/>
          <w:lang w:val="pl-PL"/>
        </w:rPr>
        <w:t xml:space="preserve">, co spowodowane jest kilkoma czynnikami, ale w tym głównie </w:t>
      </w:r>
      <w:r w:rsidR="0043454D" w:rsidRPr="0043454D">
        <w:rPr>
          <w:rFonts w:ascii="Roboto Condensed" w:hAnsi="Roboto Condensed"/>
          <w:sz w:val="20"/>
          <w:lang w:val="pl-PL"/>
        </w:rPr>
        <w:t>migracj</w:t>
      </w:r>
      <w:r w:rsidR="0043454D">
        <w:rPr>
          <w:rFonts w:ascii="Roboto Condensed" w:hAnsi="Roboto Condensed"/>
          <w:sz w:val="20"/>
          <w:lang w:val="pl-PL"/>
        </w:rPr>
        <w:t>ą</w:t>
      </w:r>
      <w:r w:rsidR="0043454D" w:rsidRPr="0043454D">
        <w:rPr>
          <w:rFonts w:ascii="Roboto Condensed" w:hAnsi="Roboto Condensed"/>
          <w:sz w:val="20"/>
          <w:lang w:val="pl-PL"/>
        </w:rPr>
        <w:t xml:space="preserve"> mieszkańców – część osób zameldowanych na terenie gminy faktycznie </w:t>
      </w:r>
      <w:r w:rsidR="0043454D">
        <w:rPr>
          <w:rFonts w:ascii="Roboto Condensed" w:hAnsi="Roboto Condensed"/>
          <w:sz w:val="20"/>
          <w:lang w:val="pl-PL"/>
        </w:rPr>
        <w:t xml:space="preserve">jej nie </w:t>
      </w:r>
      <w:r w:rsidR="0043454D" w:rsidRPr="0043454D">
        <w:rPr>
          <w:rFonts w:ascii="Roboto Condensed" w:hAnsi="Roboto Condensed"/>
          <w:sz w:val="20"/>
          <w:lang w:val="pl-PL"/>
        </w:rPr>
        <w:t>zamieszkuje</w:t>
      </w:r>
      <w:r w:rsidR="0043454D">
        <w:rPr>
          <w:rFonts w:ascii="Roboto Condensed" w:hAnsi="Roboto Condensed"/>
          <w:sz w:val="20"/>
          <w:lang w:val="pl-PL"/>
        </w:rPr>
        <w:t xml:space="preserve">, </w:t>
      </w:r>
      <w:r w:rsidR="0043454D" w:rsidRPr="0043454D">
        <w:rPr>
          <w:rFonts w:ascii="Roboto Condensed" w:hAnsi="Roboto Condensed"/>
          <w:sz w:val="20"/>
          <w:lang w:val="pl-PL"/>
        </w:rPr>
        <w:t xml:space="preserve">nie zawsze odzwierciedla rzeczywiste miejsce zamieszkania danej osoby. </w:t>
      </w:r>
    </w:p>
    <w:p w14:paraId="24EDD28E" w14:textId="61403C2B" w:rsidR="0043454D" w:rsidRDefault="00391D66" w:rsidP="0043454D">
      <w:pPr>
        <w:pStyle w:val="Tekstpodstawowy2"/>
        <w:spacing w:before="120" w:line="240" w:lineRule="auto"/>
        <w:ind w:left="170"/>
        <w:rPr>
          <w:rFonts w:ascii="Roboto Condensed" w:hAnsi="Roboto Condensed"/>
          <w:sz w:val="20"/>
          <w:lang w:val="pl-PL"/>
        </w:rPr>
      </w:pPr>
      <w:r w:rsidRPr="00391D66">
        <w:rPr>
          <w:rFonts w:ascii="Roboto Condensed" w:hAnsi="Roboto Condensed"/>
          <w:sz w:val="20"/>
          <w:lang w:val="pl-PL"/>
        </w:rPr>
        <w:t xml:space="preserve">Przedsiębiorcy </w:t>
      </w:r>
      <w:r>
        <w:rPr>
          <w:rFonts w:ascii="Roboto Condensed" w:hAnsi="Roboto Condensed"/>
          <w:sz w:val="20"/>
          <w:lang w:val="pl-PL"/>
        </w:rPr>
        <w:t>prowadzą gospodarkę odpadami na podstawie</w:t>
      </w:r>
      <w:r w:rsidRPr="00391D66">
        <w:rPr>
          <w:rFonts w:ascii="Roboto Condensed" w:hAnsi="Roboto Condensed"/>
          <w:sz w:val="20"/>
          <w:lang w:val="pl-PL"/>
        </w:rPr>
        <w:t xml:space="preserve"> indywidualnych umów z odbiorcami odpadów.</w:t>
      </w:r>
      <w:r>
        <w:rPr>
          <w:rFonts w:ascii="Roboto Condensed" w:hAnsi="Roboto Condensed"/>
          <w:sz w:val="20"/>
          <w:lang w:val="pl-PL"/>
        </w:rPr>
        <w:t xml:space="preserve"> </w:t>
      </w:r>
    </w:p>
    <w:p w14:paraId="017A7C94" w14:textId="27528CBC" w:rsidR="00391D66" w:rsidRDefault="00391D66" w:rsidP="00391D66">
      <w:pPr>
        <w:pStyle w:val="Tekstpodstawowy2"/>
        <w:spacing w:before="120" w:line="240" w:lineRule="auto"/>
        <w:ind w:left="170"/>
        <w:rPr>
          <w:color w:val="EE0000"/>
          <w:lang w:val="pl-PL"/>
        </w:rPr>
      </w:pPr>
      <w:r w:rsidRPr="00391D66">
        <w:rPr>
          <w:rFonts w:ascii="Roboto Condensed" w:hAnsi="Roboto Condensed"/>
          <w:sz w:val="20"/>
          <w:lang w:val="pl-PL"/>
        </w:rPr>
        <w:t>Odpady komunalne z terenu Gminy Radomsko odbierane są w postaci</w:t>
      </w:r>
      <w:r>
        <w:rPr>
          <w:rFonts w:ascii="Roboto Condensed" w:hAnsi="Roboto Condensed"/>
          <w:sz w:val="20"/>
          <w:lang w:val="pl-PL"/>
        </w:rPr>
        <w:t xml:space="preserve"> </w:t>
      </w:r>
      <w:r w:rsidRPr="00391D66">
        <w:rPr>
          <w:rFonts w:ascii="Roboto Condensed" w:hAnsi="Roboto Condensed"/>
          <w:sz w:val="20"/>
          <w:lang w:val="pl-PL"/>
        </w:rPr>
        <w:t>niesegregowanej (zmieszanej) i segregowanej (selektywnej) system workowy. Zgodnie</w:t>
      </w:r>
      <w:r>
        <w:rPr>
          <w:rFonts w:ascii="Roboto Condensed" w:hAnsi="Roboto Condensed"/>
          <w:sz w:val="20"/>
          <w:lang w:val="pl-PL"/>
        </w:rPr>
        <w:t xml:space="preserve"> </w:t>
      </w:r>
      <w:r w:rsidRPr="00391D66">
        <w:rPr>
          <w:rFonts w:ascii="Roboto Condensed" w:hAnsi="Roboto Condensed"/>
          <w:sz w:val="20"/>
          <w:lang w:val="pl-PL"/>
        </w:rPr>
        <w:t>z Regulaminem utrzymania czystości i porządku w Gminie Radomsko prowadzona jest</w:t>
      </w:r>
      <w:r>
        <w:rPr>
          <w:rFonts w:ascii="Roboto Condensed" w:hAnsi="Roboto Condensed"/>
          <w:sz w:val="20"/>
          <w:lang w:val="pl-PL"/>
        </w:rPr>
        <w:t xml:space="preserve"> </w:t>
      </w:r>
      <w:r w:rsidRPr="00391D66">
        <w:rPr>
          <w:rFonts w:ascii="Roboto Condensed" w:hAnsi="Roboto Condensed"/>
          <w:sz w:val="20"/>
          <w:lang w:val="pl-PL"/>
        </w:rPr>
        <w:t>selektywna zbiórka następujących frakcji odpadów: szkło (białe i kolorowe), papier i tektura,</w:t>
      </w:r>
      <w:r>
        <w:rPr>
          <w:rFonts w:ascii="Roboto Condensed" w:hAnsi="Roboto Condensed"/>
          <w:sz w:val="20"/>
          <w:lang w:val="pl-PL"/>
        </w:rPr>
        <w:t xml:space="preserve"> </w:t>
      </w:r>
      <w:r w:rsidRPr="00391D66">
        <w:rPr>
          <w:rFonts w:ascii="Roboto Condensed" w:hAnsi="Roboto Condensed"/>
          <w:sz w:val="20"/>
          <w:lang w:val="pl-PL"/>
        </w:rPr>
        <w:t>tworzywa sztuczne i metale, opakowania wielomateriałowe, odpady komunalne ulegające</w:t>
      </w:r>
      <w:r>
        <w:rPr>
          <w:rFonts w:ascii="Roboto Condensed" w:hAnsi="Roboto Condensed"/>
          <w:sz w:val="20"/>
          <w:lang w:val="pl-PL"/>
        </w:rPr>
        <w:t xml:space="preserve"> </w:t>
      </w:r>
      <w:r w:rsidRPr="00391D66">
        <w:rPr>
          <w:rFonts w:ascii="Roboto Condensed" w:hAnsi="Roboto Condensed"/>
          <w:sz w:val="20"/>
          <w:lang w:val="pl-PL"/>
        </w:rPr>
        <w:t>biodegradacji, w tym odpadów opakowaniowych ulegających biodegradacji, odpadów</w:t>
      </w:r>
      <w:r>
        <w:rPr>
          <w:rFonts w:ascii="Roboto Condensed" w:hAnsi="Roboto Condensed"/>
          <w:sz w:val="20"/>
          <w:lang w:val="pl-PL"/>
        </w:rPr>
        <w:t xml:space="preserve"> </w:t>
      </w:r>
      <w:r w:rsidRPr="00391D66">
        <w:rPr>
          <w:rFonts w:ascii="Roboto Condensed" w:hAnsi="Roboto Condensed"/>
          <w:sz w:val="20"/>
          <w:lang w:val="pl-PL"/>
        </w:rPr>
        <w:t>zielonych, odpadów budowlanych i rozbiórkowych, zużytego sprzętu elektrycznego</w:t>
      </w:r>
      <w:r>
        <w:rPr>
          <w:rFonts w:ascii="Roboto Condensed" w:hAnsi="Roboto Condensed"/>
          <w:sz w:val="20"/>
          <w:lang w:val="pl-PL"/>
        </w:rPr>
        <w:t xml:space="preserve"> </w:t>
      </w:r>
      <w:r w:rsidRPr="00391D66">
        <w:rPr>
          <w:rFonts w:ascii="Roboto Condensed" w:hAnsi="Roboto Condensed"/>
          <w:sz w:val="20"/>
          <w:lang w:val="pl-PL"/>
        </w:rPr>
        <w:t>i elektronicznego, odpadów wielkogabarytowych. Dla Gminy prowadzony jest Punkt</w:t>
      </w:r>
      <w:r>
        <w:rPr>
          <w:rFonts w:ascii="Roboto Condensed" w:hAnsi="Roboto Condensed"/>
          <w:sz w:val="20"/>
          <w:lang w:val="pl-PL"/>
        </w:rPr>
        <w:t xml:space="preserve"> </w:t>
      </w:r>
      <w:r w:rsidRPr="00391D66">
        <w:rPr>
          <w:rFonts w:ascii="Roboto Condensed" w:hAnsi="Roboto Condensed"/>
          <w:sz w:val="20"/>
          <w:lang w:val="pl-PL"/>
        </w:rPr>
        <w:t>Selektywnej Zbiórki Odpadów Komunalnych, zlokalizowany przy Zakładzie</w:t>
      </w:r>
      <w:r>
        <w:rPr>
          <w:rFonts w:ascii="Roboto Condensed" w:hAnsi="Roboto Condensed"/>
          <w:sz w:val="20"/>
          <w:lang w:val="pl-PL"/>
        </w:rPr>
        <w:t xml:space="preserve"> </w:t>
      </w:r>
      <w:r w:rsidRPr="00391D66">
        <w:rPr>
          <w:rFonts w:ascii="Roboto Condensed" w:hAnsi="Roboto Condensed"/>
          <w:sz w:val="20"/>
          <w:lang w:val="pl-PL"/>
        </w:rPr>
        <w:t>Unieszkodliwiania Odpadów Komunalnych w Płoszowie, ul. Jeżynowa 40</w:t>
      </w:r>
      <w:r>
        <w:rPr>
          <w:rFonts w:ascii="Roboto Condensed" w:hAnsi="Roboto Condensed"/>
          <w:sz w:val="20"/>
          <w:lang w:val="pl-PL"/>
        </w:rPr>
        <w:t>.</w:t>
      </w:r>
    </w:p>
    <w:p w14:paraId="0935A68F" w14:textId="6C54FFFD" w:rsidR="004A2685" w:rsidRPr="004A2685" w:rsidRDefault="004A2685" w:rsidP="004A2685">
      <w:pPr>
        <w:pStyle w:val="Tekstpodstawowy2"/>
        <w:spacing w:before="120" w:line="240" w:lineRule="auto"/>
        <w:ind w:left="170"/>
        <w:rPr>
          <w:rFonts w:ascii="Roboto Condensed" w:hAnsi="Roboto Condensed"/>
          <w:sz w:val="20"/>
          <w:lang w:val="pl-PL"/>
        </w:rPr>
      </w:pPr>
      <w:r w:rsidRPr="004A2685">
        <w:rPr>
          <w:rFonts w:ascii="Roboto Condensed" w:hAnsi="Roboto Condensed"/>
          <w:sz w:val="20"/>
          <w:lang w:val="pl-PL"/>
        </w:rPr>
        <w:t xml:space="preserve">Zakład Unieszkodliwiania Odpadów Komunalnych </w:t>
      </w:r>
      <w:r>
        <w:rPr>
          <w:rFonts w:ascii="Roboto Condensed" w:hAnsi="Roboto Condensed"/>
          <w:sz w:val="20"/>
          <w:lang w:val="pl-PL"/>
        </w:rPr>
        <w:t>znajdujący się na terenie Gminy Radomsko obejmuje instalacje:</w:t>
      </w:r>
    </w:p>
    <w:p w14:paraId="3B2CF6B5" w14:textId="4509E4CF" w:rsidR="004A2685" w:rsidRPr="004A2685" w:rsidRDefault="004A2685" w:rsidP="004A2685">
      <w:pPr>
        <w:pStyle w:val="Tekstpodstawowy2"/>
        <w:numPr>
          <w:ilvl w:val="0"/>
          <w:numId w:val="3"/>
        </w:numPr>
        <w:spacing w:line="240" w:lineRule="auto"/>
        <w:ind w:left="567" w:hanging="227"/>
        <w:jc w:val="left"/>
        <w:rPr>
          <w:rFonts w:ascii="Roboto Condensed" w:hAnsi="Roboto Condensed"/>
          <w:sz w:val="20"/>
          <w:lang w:val="pl-PL"/>
        </w:rPr>
      </w:pPr>
      <w:r>
        <w:rPr>
          <w:rFonts w:ascii="Roboto Condensed" w:hAnsi="Roboto Condensed"/>
          <w:sz w:val="20"/>
          <w:lang w:val="pl-PL"/>
        </w:rPr>
        <w:t>I</w:t>
      </w:r>
      <w:r w:rsidRPr="004A2685">
        <w:rPr>
          <w:rFonts w:ascii="Roboto Condensed" w:hAnsi="Roboto Condensed"/>
          <w:sz w:val="20"/>
          <w:lang w:val="pl-PL"/>
        </w:rPr>
        <w:t>nstalacja do mechaniczno-biologicznego przetwarzania niesegregowanych</w:t>
      </w:r>
      <w:r>
        <w:rPr>
          <w:rFonts w:ascii="Roboto Condensed" w:hAnsi="Roboto Condensed"/>
          <w:sz w:val="20"/>
          <w:lang w:val="pl-PL"/>
        </w:rPr>
        <w:t xml:space="preserve"> </w:t>
      </w:r>
      <w:r w:rsidRPr="004A2685">
        <w:rPr>
          <w:rFonts w:ascii="Roboto Condensed" w:hAnsi="Roboto Condensed"/>
          <w:sz w:val="20"/>
          <w:lang w:val="pl-PL"/>
        </w:rPr>
        <w:t>(zmieszanych) odpadów komunalnych;</w:t>
      </w:r>
    </w:p>
    <w:p w14:paraId="165CB87E" w14:textId="219AEF6C" w:rsidR="004A2685" w:rsidRPr="004A2685" w:rsidRDefault="004A2685" w:rsidP="004A2685">
      <w:pPr>
        <w:pStyle w:val="Tekstpodstawowy2"/>
        <w:numPr>
          <w:ilvl w:val="0"/>
          <w:numId w:val="3"/>
        </w:numPr>
        <w:spacing w:line="240" w:lineRule="auto"/>
        <w:ind w:left="567" w:hanging="227"/>
        <w:jc w:val="left"/>
        <w:rPr>
          <w:rFonts w:ascii="Roboto Condensed" w:hAnsi="Roboto Condensed"/>
          <w:sz w:val="20"/>
          <w:lang w:val="pl-PL"/>
        </w:rPr>
      </w:pPr>
      <w:r w:rsidRPr="004A2685">
        <w:rPr>
          <w:rFonts w:ascii="Roboto Condensed" w:hAnsi="Roboto Condensed"/>
          <w:sz w:val="20"/>
          <w:lang w:val="pl-PL"/>
        </w:rPr>
        <w:lastRenderedPageBreak/>
        <w:t>Instalacja do przetwarzania odpadów selektywnie zebranych innych niż</w:t>
      </w:r>
      <w:r>
        <w:rPr>
          <w:rFonts w:ascii="Roboto Condensed" w:hAnsi="Roboto Condensed"/>
          <w:sz w:val="20"/>
          <w:lang w:val="pl-PL"/>
        </w:rPr>
        <w:t xml:space="preserve"> </w:t>
      </w:r>
      <w:r w:rsidRPr="004A2685">
        <w:rPr>
          <w:rFonts w:ascii="Roboto Condensed" w:hAnsi="Roboto Condensed"/>
          <w:sz w:val="20"/>
          <w:lang w:val="pl-PL"/>
        </w:rPr>
        <w:t>niesegregowane (zmieszane) odpady komunalne;</w:t>
      </w:r>
    </w:p>
    <w:p w14:paraId="728E082F" w14:textId="53F45AD5" w:rsidR="004A2685" w:rsidRPr="004A2685" w:rsidRDefault="004A2685" w:rsidP="004A2685">
      <w:pPr>
        <w:pStyle w:val="Tekstpodstawowy2"/>
        <w:numPr>
          <w:ilvl w:val="0"/>
          <w:numId w:val="3"/>
        </w:numPr>
        <w:spacing w:line="240" w:lineRule="auto"/>
        <w:ind w:left="567" w:hanging="227"/>
        <w:jc w:val="left"/>
        <w:rPr>
          <w:rFonts w:ascii="Roboto Condensed" w:hAnsi="Roboto Condensed"/>
          <w:sz w:val="20"/>
          <w:lang w:val="pl-PL"/>
        </w:rPr>
      </w:pPr>
      <w:r w:rsidRPr="004A2685">
        <w:rPr>
          <w:rFonts w:ascii="Roboto Condensed" w:hAnsi="Roboto Condensed"/>
          <w:sz w:val="20"/>
          <w:lang w:val="pl-PL"/>
        </w:rPr>
        <w:t>Instalacja do kompostowania bioodpadów i innych odpadów ulegających</w:t>
      </w:r>
      <w:r>
        <w:rPr>
          <w:rFonts w:ascii="Roboto Condensed" w:hAnsi="Roboto Condensed"/>
          <w:sz w:val="20"/>
          <w:lang w:val="pl-PL"/>
        </w:rPr>
        <w:t xml:space="preserve"> </w:t>
      </w:r>
      <w:r w:rsidRPr="004A2685">
        <w:rPr>
          <w:rFonts w:ascii="Roboto Condensed" w:hAnsi="Roboto Condensed"/>
          <w:sz w:val="20"/>
          <w:lang w:val="pl-PL"/>
        </w:rPr>
        <w:t>biodegradacji selektywnie zbieranych;</w:t>
      </w:r>
    </w:p>
    <w:p w14:paraId="2E349626" w14:textId="1EC06C8F" w:rsidR="004A2685" w:rsidRPr="004A2685" w:rsidRDefault="004A2685" w:rsidP="004A2685">
      <w:pPr>
        <w:pStyle w:val="Tekstpodstawowy2"/>
        <w:numPr>
          <w:ilvl w:val="0"/>
          <w:numId w:val="3"/>
        </w:numPr>
        <w:spacing w:line="240" w:lineRule="auto"/>
        <w:ind w:left="567" w:hanging="227"/>
        <w:jc w:val="left"/>
        <w:rPr>
          <w:rFonts w:ascii="Roboto Condensed" w:hAnsi="Roboto Condensed"/>
          <w:sz w:val="20"/>
          <w:lang w:val="pl-PL"/>
        </w:rPr>
      </w:pPr>
      <w:r w:rsidRPr="004A2685">
        <w:rPr>
          <w:rFonts w:ascii="Roboto Condensed" w:hAnsi="Roboto Condensed"/>
          <w:sz w:val="20"/>
          <w:lang w:val="pl-PL"/>
        </w:rPr>
        <w:t>Instalacja do składowania odpadów innych niż niebezpieczne i obojętne;</w:t>
      </w:r>
    </w:p>
    <w:p w14:paraId="3252D5BB" w14:textId="15ABC3C4" w:rsidR="004A2685" w:rsidRPr="004A2685" w:rsidRDefault="004A2685" w:rsidP="004A2685">
      <w:pPr>
        <w:pStyle w:val="Tekstpodstawowy2"/>
        <w:numPr>
          <w:ilvl w:val="0"/>
          <w:numId w:val="3"/>
        </w:numPr>
        <w:spacing w:line="240" w:lineRule="auto"/>
        <w:ind w:left="567" w:hanging="227"/>
        <w:jc w:val="left"/>
        <w:rPr>
          <w:rFonts w:ascii="Roboto Condensed" w:hAnsi="Roboto Condensed"/>
          <w:sz w:val="20"/>
          <w:lang w:val="pl-PL"/>
        </w:rPr>
      </w:pPr>
      <w:r w:rsidRPr="004A2685">
        <w:rPr>
          <w:rFonts w:ascii="Roboto Condensed" w:hAnsi="Roboto Condensed"/>
          <w:sz w:val="20"/>
          <w:lang w:val="pl-PL"/>
        </w:rPr>
        <w:t>Punkt Selektywnej Zbiórki Odpadów (PSZOK);</w:t>
      </w:r>
    </w:p>
    <w:p w14:paraId="6596785F" w14:textId="39DBA451" w:rsidR="004A2685" w:rsidRPr="004A2685" w:rsidRDefault="004A2685" w:rsidP="009C69FD">
      <w:pPr>
        <w:pStyle w:val="Tekstpodstawowy2"/>
        <w:spacing w:before="120" w:line="240" w:lineRule="auto"/>
        <w:ind w:left="170"/>
        <w:rPr>
          <w:rFonts w:ascii="Roboto Condensed" w:hAnsi="Roboto Condensed"/>
          <w:sz w:val="20"/>
          <w:lang w:val="pl-PL"/>
        </w:rPr>
      </w:pPr>
      <w:r w:rsidRPr="004A2685">
        <w:rPr>
          <w:rFonts w:ascii="Roboto Condensed" w:hAnsi="Roboto Condensed"/>
          <w:sz w:val="20"/>
          <w:lang w:val="pl-PL"/>
        </w:rPr>
        <w:t>Dodatkowo</w:t>
      </w:r>
      <w:r>
        <w:rPr>
          <w:rFonts w:ascii="Roboto Condensed" w:hAnsi="Roboto Condensed"/>
          <w:sz w:val="20"/>
          <w:lang w:val="pl-PL"/>
        </w:rPr>
        <w:t xml:space="preserve"> na terenie zakładu prowadzone </w:t>
      </w:r>
      <w:r w:rsidR="009C69FD">
        <w:rPr>
          <w:rFonts w:ascii="Roboto Condensed" w:hAnsi="Roboto Condensed"/>
          <w:sz w:val="20"/>
          <w:lang w:val="pl-PL"/>
        </w:rPr>
        <w:t>są:</w:t>
      </w:r>
      <w:r>
        <w:rPr>
          <w:rFonts w:ascii="Roboto Condensed" w:hAnsi="Roboto Condensed"/>
          <w:sz w:val="20"/>
          <w:lang w:val="pl-PL"/>
        </w:rPr>
        <w:t xml:space="preserve"> z</w:t>
      </w:r>
      <w:r w:rsidRPr="004A2685">
        <w:rPr>
          <w:rFonts w:ascii="Roboto Condensed" w:hAnsi="Roboto Condensed"/>
          <w:sz w:val="20"/>
          <w:lang w:val="pl-PL"/>
        </w:rPr>
        <w:t>bieranie odpadów</w:t>
      </w:r>
      <w:r w:rsidR="009C69FD">
        <w:rPr>
          <w:rFonts w:ascii="Roboto Condensed" w:hAnsi="Roboto Condensed"/>
          <w:sz w:val="20"/>
          <w:lang w:val="pl-PL"/>
        </w:rPr>
        <w:t>,</w:t>
      </w:r>
      <w:r>
        <w:rPr>
          <w:rFonts w:ascii="Roboto Condensed" w:hAnsi="Roboto Condensed"/>
          <w:sz w:val="20"/>
          <w:lang w:val="pl-PL"/>
        </w:rPr>
        <w:t xml:space="preserve"> m</w:t>
      </w:r>
      <w:r w:rsidRPr="004A2685">
        <w:rPr>
          <w:rFonts w:ascii="Roboto Condensed" w:hAnsi="Roboto Condensed"/>
          <w:sz w:val="20"/>
          <w:lang w:val="pl-PL"/>
        </w:rPr>
        <w:t>agazynowanie odpadów</w:t>
      </w:r>
      <w:r w:rsidR="009C69FD">
        <w:rPr>
          <w:rFonts w:ascii="Roboto Condensed" w:hAnsi="Roboto Condensed"/>
          <w:sz w:val="20"/>
          <w:lang w:val="pl-PL"/>
        </w:rPr>
        <w:t xml:space="preserve"> oraz r</w:t>
      </w:r>
      <w:r w:rsidRPr="004A2685">
        <w:rPr>
          <w:rFonts w:ascii="Roboto Condensed" w:hAnsi="Roboto Condensed"/>
          <w:sz w:val="20"/>
          <w:lang w:val="pl-PL"/>
        </w:rPr>
        <w:t>ekultywacja składowiska odpadów innych niż niebezpieczne i obojętne;</w:t>
      </w:r>
    </w:p>
    <w:p w14:paraId="73289D07" w14:textId="007DD6DF" w:rsidR="004A2685" w:rsidRPr="004A2685" w:rsidRDefault="009C69FD" w:rsidP="009C69FD">
      <w:pPr>
        <w:pStyle w:val="Tekstpodstawowy2"/>
        <w:spacing w:before="120" w:line="240" w:lineRule="auto"/>
        <w:ind w:left="170"/>
        <w:rPr>
          <w:rFonts w:ascii="Roboto Condensed" w:hAnsi="Roboto Condensed"/>
          <w:sz w:val="20"/>
          <w:lang w:val="pl-PL"/>
        </w:rPr>
      </w:pPr>
      <w:r>
        <w:rPr>
          <w:rFonts w:ascii="Roboto Condensed" w:hAnsi="Roboto Condensed"/>
          <w:sz w:val="20"/>
          <w:lang w:val="pl-PL"/>
        </w:rPr>
        <w:t xml:space="preserve">Ponadto </w:t>
      </w:r>
      <w:r w:rsidRPr="004A2685">
        <w:rPr>
          <w:rFonts w:ascii="Roboto Condensed" w:hAnsi="Roboto Condensed"/>
          <w:sz w:val="20"/>
          <w:lang w:val="pl-PL"/>
        </w:rPr>
        <w:t>na terenie Zakładu Unieszkodliwia</w:t>
      </w:r>
      <w:r>
        <w:rPr>
          <w:rFonts w:ascii="Roboto Condensed" w:hAnsi="Roboto Condensed"/>
          <w:sz w:val="20"/>
          <w:lang w:val="pl-PL"/>
        </w:rPr>
        <w:t xml:space="preserve"> O</w:t>
      </w:r>
      <w:r w:rsidRPr="004A2685">
        <w:rPr>
          <w:rFonts w:ascii="Roboto Condensed" w:hAnsi="Roboto Condensed"/>
          <w:sz w:val="20"/>
          <w:lang w:val="pl-PL"/>
        </w:rPr>
        <w:t>padów Komunalnych</w:t>
      </w:r>
      <w:r>
        <w:rPr>
          <w:rFonts w:ascii="Roboto Condensed" w:hAnsi="Roboto Condensed"/>
          <w:sz w:val="20"/>
          <w:lang w:val="pl-PL"/>
        </w:rPr>
        <w:t xml:space="preserve"> są p</w:t>
      </w:r>
      <w:r w:rsidR="004A2685" w:rsidRPr="004A2685">
        <w:rPr>
          <w:rFonts w:ascii="Roboto Condensed" w:hAnsi="Roboto Condensed"/>
          <w:sz w:val="20"/>
          <w:lang w:val="pl-PL"/>
        </w:rPr>
        <w:t xml:space="preserve">lanowane do realizacji </w:t>
      </w:r>
      <w:r>
        <w:rPr>
          <w:rFonts w:ascii="Roboto Condensed" w:hAnsi="Roboto Condensed"/>
          <w:sz w:val="20"/>
          <w:lang w:val="pl-PL"/>
        </w:rPr>
        <w:t xml:space="preserve">następujące </w:t>
      </w:r>
      <w:r w:rsidR="004A2685" w:rsidRPr="004A2685">
        <w:rPr>
          <w:rFonts w:ascii="Roboto Condensed" w:hAnsi="Roboto Condensed"/>
          <w:sz w:val="20"/>
          <w:lang w:val="pl-PL"/>
        </w:rPr>
        <w:t>działania:</w:t>
      </w:r>
    </w:p>
    <w:p w14:paraId="0C7C6D4C" w14:textId="5C621FE6" w:rsidR="004A2685" w:rsidRPr="009C69FD" w:rsidRDefault="004A2685" w:rsidP="009C69FD">
      <w:pPr>
        <w:pStyle w:val="Tekstpodstawowy2"/>
        <w:numPr>
          <w:ilvl w:val="0"/>
          <w:numId w:val="3"/>
        </w:numPr>
        <w:spacing w:line="240" w:lineRule="auto"/>
        <w:ind w:left="567" w:hanging="227"/>
        <w:jc w:val="left"/>
        <w:rPr>
          <w:rFonts w:ascii="Roboto Condensed" w:hAnsi="Roboto Condensed"/>
          <w:sz w:val="20"/>
          <w:lang w:val="pl-PL"/>
        </w:rPr>
      </w:pPr>
      <w:r w:rsidRPr="004A2685">
        <w:rPr>
          <w:rFonts w:ascii="Roboto Condensed" w:hAnsi="Roboto Condensed"/>
          <w:sz w:val="20"/>
          <w:lang w:val="pl-PL"/>
        </w:rPr>
        <w:t>Rozbudowa Kompostowni odpadów biodegradowalnych w systemie zamkniętym</w:t>
      </w:r>
      <w:r w:rsidR="009C69FD">
        <w:rPr>
          <w:rFonts w:ascii="Roboto Condensed" w:hAnsi="Roboto Condensed"/>
          <w:sz w:val="20"/>
          <w:lang w:val="pl-PL"/>
        </w:rPr>
        <w:t xml:space="preserve"> </w:t>
      </w:r>
      <w:r w:rsidRPr="009C69FD">
        <w:rPr>
          <w:rFonts w:ascii="Roboto Condensed" w:hAnsi="Roboto Condensed"/>
          <w:sz w:val="20"/>
          <w:lang w:val="pl-PL"/>
        </w:rPr>
        <w:t>wraz z infrastrukturą towarzyszącą zlokalizowaną na terenie ZUOK w Płoszowie.</w:t>
      </w:r>
    </w:p>
    <w:p w14:paraId="64D4F73C" w14:textId="5FCBB7E2" w:rsidR="004A2685" w:rsidRPr="009C69FD" w:rsidRDefault="004A2685" w:rsidP="009C69FD">
      <w:pPr>
        <w:pStyle w:val="Tekstpodstawowy2"/>
        <w:numPr>
          <w:ilvl w:val="0"/>
          <w:numId w:val="3"/>
        </w:numPr>
        <w:spacing w:line="240" w:lineRule="auto"/>
        <w:ind w:left="567" w:hanging="227"/>
        <w:jc w:val="left"/>
        <w:rPr>
          <w:rFonts w:ascii="Roboto Condensed" w:hAnsi="Roboto Condensed"/>
          <w:sz w:val="20"/>
          <w:lang w:val="pl-PL"/>
        </w:rPr>
      </w:pPr>
      <w:r w:rsidRPr="004A2685">
        <w:rPr>
          <w:rFonts w:ascii="Roboto Condensed" w:hAnsi="Roboto Condensed"/>
          <w:sz w:val="20"/>
          <w:lang w:val="pl-PL"/>
        </w:rPr>
        <w:t xml:space="preserve">Budowa instalacji do zbierania, przesyłania i spalania biogazu </w:t>
      </w:r>
      <w:proofErr w:type="spellStart"/>
      <w:r w:rsidRPr="004A2685">
        <w:rPr>
          <w:rFonts w:ascii="Roboto Condensed" w:hAnsi="Roboto Condensed"/>
          <w:sz w:val="20"/>
          <w:lang w:val="pl-PL"/>
        </w:rPr>
        <w:t>składowiskowego</w:t>
      </w:r>
      <w:proofErr w:type="spellEnd"/>
      <w:r w:rsidR="009C69FD">
        <w:rPr>
          <w:rFonts w:ascii="Roboto Condensed" w:hAnsi="Roboto Condensed"/>
          <w:sz w:val="20"/>
          <w:lang w:val="pl-PL"/>
        </w:rPr>
        <w:t xml:space="preserve"> </w:t>
      </w:r>
      <w:r w:rsidRPr="009C69FD">
        <w:rPr>
          <w:rFonts w:ascii="Roboto Condensed" w:hAnsi="Roboto Condensed"/>
          <w:sz w:val="20"/>
          <w:lang w:val="pl-PL"/>
        </w:rPr>
        <w:t>z odzyskiem energii elektrycznej i cieplnej wraz z niezbędną infrastrukturą</w:t>
      </w:r>
      <w:r w:rsidR="009C69FD">
        <w:rPr>
          <w:rFonts w:ascii="Roboto Condensed" w:hAnsi="Roboto Condensed"/>
          <w:sz w:val="20"/>
          <w:lang w:val="pl-PL"/>
        </w:rPr>
        <w:t xml:space="preserve"> </w:t>
      </w:r>
      <w:r w:rsidRPr="009C69FD">
        <w:rPr>
          <w:rFonts w:ascii="Roboto Condensed" w:hAnsi="Roboto Condensed"/>
          <w:sz w:val="20"/>
          <w:lang w:val="pl-PL"/>
        </w:rPr>
        <w:t>techniczną;</w:t>
      </w:r>
    </w:p>
    <w:p w14:paraId="591DA00D" w14:textId="77777777" w:rsidR="004A2685" w:rsidRPr="004A2685" w:rsidRDefault="004A2685" w:rsidP="009C69FD">
      <w:pPr>
        <w:pStyle w:val="Tekstpodstawowy2"/>
        <w:numPr>
          <w:ilvl w:val="0"/>
          <w:numId w:val="3"/>
        </w:numPr>
        <w:spacing w:line="240" w:lineRule="auto"/>
        <w:ind w:left="567" w:hanging="227"/>
        <w:jc w:val="left"/>
        <w:rPr>
          <w:rFonts w:ascii="Roboto Condensed" w:hAnsi="Roboto Condensed"/>
          <w:sz w:val="20"/>
          <w:lang w:val="pl-PL"/>
        </w:rPr>
      </w:pPr>
      <w:r w:rsidRPr="004A2685">
        <w:rPr>
          <w:rFonts w:ascii="Roboto Condensed" w:hAnsi="Roboto Condensed"/>
          <w:sz w:val="20"/>
          <w:lang w:val="pl-PL"/>
        </w:rPr>
        <w:t>Rozbudowa składowiska odpadów innych niż niebezpieczne i obojętne;</w:t>
      </w:r>
    </w:p>
    <w:p w14:paraId="19DCE886" w14:textId="1481917C" w:rsidR="004A2685" w:rsidRPr="009C69FD" w:rsidRDefault="004A2685" w:rsidP="009C69FD">
      <w:pPr>
        <w:pStyle w:val="Tekstpodstawowy2"/>
        <w:numPr>
          <w:ilvl w:val="0"/>
          <w:numId w:val="3"/>
        </w:numPr>
        <w:spacing w:line="240" w:lineRule="auto"/>
        <w:ind w:left="567" w:hanging="227"/>
        <w:jc w:val="left"/>
        <w:rPr>
          <w:rFonts w:ascii="Roboto Condensed" w:hAnsi="Roboto Condensed"/>
          <w:sz w:val="20"/>
          <w:lang w:val="pl-PL"/>
        </w:rPr>
      </w:pPr>
      <w:r w:rsidRPr="004A2685">
        <w:rPr>
          <w:rFonts w:ascii="Roboto Condensed" w:hAnsi="Roboto Condensed"/>
          <w:sz w:val="20"/>
          <w:lang w:val="pl-PL"/>
        </w:rPr>
        <w:t>Rozbudową Zakładu Unieszkodliwiania Odpadów Komunalnych o moduł do</w:t>
      </w:r>
      <w:r w:rsidR="009C69FD">
        <w:rPr>
          <w:rFonts w:ascii="Roboto Condensed" w:hAnsi="Roboto Condensed"/>
          <w:sz w:val="20"/>
          <w:lang w:val="pl-PL"/>
        </w:rPr>
        <w:t xml:space="preserve"> </w:t>
      </w:r>
      <w:r w:rsidRPr="009C69FD">
        <w:rPr>
          <w:rFonts w:ascii="Roboto Condensed" w:hAnsi="Roboto Condensed"/>
          <w:sz w:val="20"/>
          <w:lang w:val="pl-PL"/>
        </w:rPr>
        <w:t>produkcji paliwa RDF wraz z infrastrukturą towarzyszącą;</w:t>
      </w:r>
    </w:p>
    <w:p w14:paraId="1DB68629" w14:textId="4AD12582" w:rsidR="00391D66" w:rsidRDefault="004A2685" w:rsidP="009C69FD">
      <w:pPr>
        <w:pStyle w:val="Tekstpodstawowy2"/>
        <w:numPr>
          <w:ilvl w:val="0"/>
          <w:numId w:val="3"/>
        </w:numPr>
        <w:spacing w:line="240" w:lineRule="auto"/>
        <w:ind w:left="567" w:hanging="227"/>
        <w:jc w:val="left"/>
        <w:rPr>
          <w:color w:val="EE0000"/>
          <w:lang w:val="pl-PL"/>
        </w:rPr>
      </w:pPr>
      <w:r w:rsidRPr="004A2685">
        <w:rPr>
          <w:rFonts w:ascii="Roboto Condensed" w:hAnsi="Roboto Condensed"/>
          <w:sz w:val="20"/>
          <w:lang w:val="pl-PL"/>
        </w:rPr>
        <w:t>Budowa farmy fotowoltaicznej;</w:t>
      </w:r>
    </w:p>
    <w:p w14:paraId="5B0EBC4D" w14:textId="77777777" w:rsidR="0060525F" w:rsidRPr="009A175C" w:rsidRDefault="0060525F" w:rsidP="00476149">
      <w:pPr>
        <w:pStyle w:val="Tekstpodstawowy2"/>
        <w:spacing w:line="240" w:lineRule="auto"/>
        <w:rPr>
          <w:color w:val="EE0000"/>
          <w:lang w:val="pl-PL"/>
        </w:rPr>
      </w:pPr>
    </w:p>
    <w:p w14:paraId="5DF714AE" w14:textId="00BAEC6F" w:rsidR="00D414F4" w:rsidRPr="009A175C" w:rsidRDefault="00F3409C" w:rsidP="00BE2459">
      <w:pPr>
        <w:pStyle w:val="Nagwek1"/>
        <w:spacing w:before="60" w:after="60" w:line="240" w:lineRule="auto"/>
        <w:ind w:left="737" w:hanging="567"/>
        <w:rPr>
          <w:rFonts w:ascii="Roboto Condensed" w:hAnsi="Roboto Condensed"/>
          <w:bCs/>
          <w:color w:val="EE0000"/>
          <w:sz w:val="22"/>
          <w:szCs w:val="22"/>
          <w:lang w:val="pl-PL"/>
        </w:rPr>
      </w:pPr>
      <w:bookmarkStart w:id="97" w:name="_Toc193697393"/>
      <w:bookmarkStart w:id="98" w:name="_Toc206769046"/>
      <w:r w:rsidRPr="00777D94">
        <w:rPr>
          <w:rFonts w:ascii="Roboto Condensed" w:hAnsi="Roboto Condensed"/>
          <w:bCs/>
          <w:sz w:val="22"/>
          <w:szCs w:val="22"/>
          <w:lang w:val="pl-PL"/>
        </w:rPr>
        <w:t>2.23.</w:t>
      </w:r>
      <w:r w:rsidR="00F55599" w:rsidRPr="00777D94">
        <w:rPr>
          <w:rFonts w:ascii="Roboto Condensed" w:hAnsi="Roboto Condensed"/>
          <w:bCs/>
          <w:sz w:val="22"/>
          <w:szCs w:val="22"/>
          <w:lang w:val="pl-PL"/>
        </w:rPr>
        <w:t xml:space="preserve"> </w:t>
      </w:r>
      <w:r w:rsidRPr="00777D94">
        <w:rPr>
          <w:rFonts w:ascii="Roboto Condensed" w:hAnsi="Roboto Condensed"/>
          <w:bCs/>
          <w:sz w:val="22"/>
          <w:szCs w:val="22"/>
          <w:lang w:val="pl-PL"/>
        </w:rPr>
        <w:t>R</w:t>
      </w:r>
      <w:r w:rsidR="00F55599" w:rsidRPr="00777D94">
        <w:rPr>
          <w:rFonts w:ascii="Roboto Condensed" w:hAnsi="Roboto Condensed"/>
          <w:bCs/>
          <w:sz w:val="22"/>
          <w:szCs w:val="22"/>
          <w:lang w:val="pl-PL"/>
        </w:rPr>
        <w:t>ekomendacje i wnioski zawarte w audycie krajobrazowym oraz krajobrazy priorytetowe</w:t>
      </w:r>
      <w:bookmarkEnd w:id="97"/>
      <w:bookmarkEnd w:id="98"/>
    </w:p>
    <w:p w14:paraId="6BF863CA" w14:textId="3118CAC5" w:rsidR="00777D94" w:rsidRDefault="00A26ADC" w:rsidP="00777D94">
      <w:pPr>
        <w:pStyle w:val="Tekstpodstawowy2"/>
        <w:spacing w:before="120" w:line="240" w:lineRule="auto"/>
        <w:ind w:left="170"/>
        <w:rPr>
          <w:rFonts w:ascii="Roboto Condensed" w:hAnsi="Roboto Condensed"/>
          <w:sz w:val="20"/>
          <w:lang w:val="pl-PL"/>
        </w:rPr>
      </w:pPr>
      <w:r w:rsidRPr="00777D94">
        <w:rPr>
          <w:rFonts w:ascii="Roboto Condensed" w:hAnsi="Roboto Condensed"/>
          <w:sz w:val="20"/>
          <w:lang w:val="pl-PL"/>
        </w:rPr>
        <w:t xml:space="preserve">W dniu </w:t>
      </w:r>
      <w:r w:rsidR="00777D94" w:rsidRPr="00777D94">
        <w:rPr>
          <w:rFonts w:ascii="Roboto Condensed" w:hAnsi="Roboto Condensed"/>
          <w:sz w:val="20"/>
          <w:lang w:val="pl-PL"/>
        </w:rPr>
        <w:t>15 kwietnia 2025 r.</w:t>
      </w:r>
      <w:r w:rsidRPr="00777D94">
        <w:rPr>
          <w:rFonts w:ascii="Roboto Condensed" w:hAnsi="Roboto Condensed"/>
          <w:sz w:val="20"/>
          <w:lang w:val="pl-PL"/>
        </w:rPr>
        <w:t xml:space="preserve"> </w:t>
      </w:r>
      <w:r w:rsidR="00D414F4" w:rsidRPr="00777D94">
        <w:rPr>
          <w:rFonts w:ascii="Roboto Condensed" w:hAnsi="Roboto Condensed"/>
          <w:sz w:val="20"/>
          <w:lang w:val="pl-PL"/>
        </w:rPr>
        <w:t xml:space="preserve">Sejmik Województwa </w:t>
      </w:r>
      <w:r w:rsidR="00777D94" w:rsidRPr="00777D94">
        <w:rPr>
          <w:rFonts w:ascii="Roboto Condensed" w:hAnsi="Roboto Condensed"/>
          <w:sz w:val="20"/>
          <w:lang w:val="pl-PL"/>
        </w:rPr>
        <w:t>Łódzkiego</w:t>
      </w:r>
      <w:r w:rsidR="00D2148A" w:rsidRPr="00777D94">
        <w:rPr>
          <w:rFonts w:ascii="Roboto Condensed" w:hAnsi="Roboto Condensed"/>
          <w:sz w:val="20"/>
          <w:lang w:val="pl-PL"/>
        </w:rPr>
        <w:t>,</w:t>
      </w:r>
      <w:r w:rsidR="00D414F4" w:rsidRPr="00777D94">
        <w:rPr>
          <w:rFonts w:ascii="Roboto Condensed" w:hAnsi="Roboto Condensed"/>
          <w:sz w:val="20"/>
          <w:lang w:val="pl-PL"/>
        </w:rPr>
        <w:t xml:space="preserve"> uchwałą nr </w:t>
      </w:r>
      <w:r w:rsidR="00777D94" w:rsidRPr="00777D94">
        <w:rPr>
          <w:rFonts w:ascii="Roboto Condensed" w:hAnsi="Roboto Condensed"/>
          <w:sz w:val="20"/>
          <w:lang w:val="pl-PL"/>
        </w:rPr>
        <w:t>XIII/150/25</w:t>
      </w:r>
      <w:r w:rsidR="00D414F4" w:rsidRPr="00777D94">
        <w:rPr>
          <w:rFonts w:ascii="Roboto Condensed" w:hAnsi="Roboto Condensed"/>
          <w:sz w:val="20"/>
          <w:lang w:val="pl-PL"/>
        </w:rPr>
        <w:t xml:space="preserve">, </w:t>
      </w:r>
      <w:r w:rsidR="00D2148A" w:rsidRPr="00777D94">
        <w:rPr>
          <w:rFonts w:ascii="Roboto Condensed" w:hAnsi="Roboto Condensed"/>
          <w:sz w:val="20"/>
          <w:lang w:val="pl-PL"/>
        </w:rPr>
        <w:t xml:space="preserve">przyjął </w:t>
      </w:r>
      <w:r w:rsidR="00D414F4" w:rsidRPr="00777D94">
        <w:rPr>
          <w:rFonts w:ascii="Roboto Condensed" w:hAnsi="Roboto Condensed"/>
          <w:sz w:val="20"/>
          <w:lang w:val="pl-PL"/>
        </w:rPr>
        <w:t xml:space="preserve">Audyt krajobrazowy województwa </w:t>
      </w:r>
      <w:r w:rsidR="00777D94" w:rsidRPr="00777D94">
        <w:rPr>
          <w:rFonts w:ascii="Roboto Condensed" w:hAnsi="Roboto Condensed"/>
          <w:sz w:val="20"/>
          <w:lang w:val="pl-PL"/>
        </w:rPr>
        <w:t>łódzkiego którego wejście w życie przewidziano na dzień 1 lipca 2025 r</w:t>
      </w:r>
      <w:r w:rsidR="00D414F4" w:rsidRPr="00777D94">
        <w:rPr>
          <w:rFonts w:ascii="Roboto Condensed" w:hAnsi="Roboto Condensed"/>
          <w:sz w:val="20"/>
          <w:lang w:val="pl-PL"/>
        </w:rPr>
        <w:t xml:space="preserve">. </w:t>
      </w:r>
      <w:r w:rsidRPr="00777D94">
        <w:rPr>
          <w:rFonts w:ascii="Roboto Condensed" w:hAnsi="Roboto Condensed"/>
          <w:sz w:val="20"/>
          <w:lang w:val="pl-PL"/>
        </w:rPr>
        <w:t xml:space="preserve">Na terenie gminy </w:t>
      </w:r>
      <w:r w:rsidR="00777D94" w:rsidRPr="00777D94">
        <w:rPr>
          <w:rFonts w:ascii="Roboto Condensed" w:hAnsi="Roboto Condensed"/>
          <w:sz w:val="20"/>
          <w:lang w:val="pl-PL"/>
        </w:rPr>
        <w:t>Radomsko</w:t>
      </w:r>
      <w:r w:rsidRPr="00777D94">
        <w:rPr>
          <w:rFonts w:ascii="Roboto Condensed" w:hAnsi="Roboto Condensed"/>
          <w:sz w:val="20"/>
          <w:lang w:val="pl-PL"/>
        </w:rPr>
        <w:t xml:space="preserve"> wyodrębniono </w:t>
      </w:r>
      <w:r w:rsidR="00777D94" w:rsidRPr="00777D94">
        <w:rPr>
          <w:rFonts w:ascii="Roboto Condensed" w:hAnsi="Roboto Condensed"/>
          <w:sz w:val="20"/>
          <w:lang w:val="pl-PL"/>
        </w:rPr>
        <w:t>6</w:t>
      </w:r>
      <w:r w:rsidR="00B2784A" w:rsidRPr="00777D94">
        <w:rPr>
          <w:rFonts w:ascii="Roboto Condensed" w:hAnsi="Roboto Condensed"/>
          <w:sz w:val="20"/>
          <w:lang w:val="pl-PL"/>
        </w:rPr>
        <w:t xml:space="preserve"> </w:t>
      </w:r>
      <w:r w:rsidRPr="00777D94">
        <w:rPr>
          <w:rFonts w:ascii="Roboto Condensed" w:hAnsi="Roboto Condensed"/>
          <w:sz w:val="20"/>
          <w:lang w:val="pl-PL"/>
        </w:rPr>
        <w:t>typ</w:t>
      </w:r>
      <w:r w:rsidR="00777D94" w:rsidRPr="00777D94">
        <w:rPr>
          <w:rFonts w:ascii="Roboto Condensed" w:hAnsi="Roboto Condensed"/>
          <w:sz w:val="20"/>
          <w:lang w:val="pl-PL"/>
        </w:rPr>
        <w:t>ów</w:t>
      </w:r>
      <w:r w:rsidRPr="00777D94">
        <w:rPr>
          <w:rFonts w:ascii="Roboto Condensed" w:hAnsi="Roboto Condensed"/>
          <w:sz w:val="20"/>
          <w:lang w:val="pl-PL"/>
        </w:rPr>
        <w:t xml:space="preserve"> krajobrazu</w:t>
      </w:r>
      <w:r w:rsidR="0057775D" w:rsidRPr="00777D94">
        <w:rPr>
          <w:rFonts w:ascii="Roboto Condensed" w:hAnsi="Roboto Condensed"/>
          <w:sz w:val="20"/>
          <w:lang w:val="pl-PL"/>
        </w:rPr>
        <w:t xml:space="preserve"> naturalnego</w:t>
      </w:r>
      <w:r w:rsidR="005B143D" w:rsidRPr="00777D94">
        <w:rPr>
          <w:rFonts w:ascii="Roboto Condensed" w:hAnsi="Roboto Condensed"/>
          <w:sz w:val="20"/>
          <w:lang w:val="pl-PL"/>
        </w:rPr>
        <w:t xml:space="preserve"> oraz</w:t>
      </w:r>
      <w:r w:rsidRPr="00777D94">
        <w:rPr>
          <w:rFonts w:ascii="Roboto Condensed" w:hAnsi="Roboto Condensed"/>
          <w:sz w:val="20"/>
          <w:lang w:val="pl-PL"/>
        </w:rPr>
        <w:t xml:space="preserve"> </w:t>
      </w:r>
      <w:r w:rsidR="00777D94" w:rsidRPr="00777D94">
        <w:rPr>
          <w:rFonts w:ascii="Roboto Condensed" w:hAnsi="Roboto Condensed"/>
          <w:sz w:val="20"/>
          <w:lang w:val="pl-PL"/>
        </w:rPr>
        <w:t>9</w:t>
      </w:r>
      <w:r w:rsidRPr="00777D94">
        <w:rPr>
          <w:rFonts w:ascii="Roboto Condensed" w:hAnsi="Roboto Condensed"/>
          <w:sz w:val="20"/>
          <w:lang w:val="pl-PL"/>
        </w:rPr>
        <w:t xml:space="preserve"> podty</w:t>
      </w:r>
      <w:r w:rsidR="0057775D" w:rsidRPr="00777D94">
        <w:rPr>
          <w:rFonts w:ascii="Roboto Condensed" w:hAnsi="Roboto Condensed"/>
          <w:sz w:val="20"/>
          <w:lang w:val="pl-PL"/>
        </w:rPr>
        <w:t>p</w:t>
      </w:r>
      <w:r w:rsidR="005B143D" w:rsidRPr="00777D94">
        <w:rPr>
          <w:rFonts w:ascii="Roboto Condensed" w:hAnsi="Roboto Condensed"/>
          <w:sz w:val="20"/>
          <w:lang w:val="pl-PL"/>
        </w:rPr>
        <w:t>ó</w:t>
      </w:r>
      <w:r w:rsidR="005B143D" w:rsidRPr="001660A2">
        <w:rPr>
          <w:rFonts w:ascii="Roboto Condensed" w:hAnsi="Roboto Condensed"/>
          <w:sz w:val="20"/>
          <w:lang w:val="pl-PL"/>
        </w:rPr>
        <w:t>w</w:t>
      </w:r>
      <w:r w:rsidR="00777D94" w:rsidRPr="001660A2">
        <w:rPr>
          <w:rFonts w:ascii="Roboto Condensed" w:hAnsi="Roboto Condensed"/>
          <w:sz w:val="20"/>
          <w:lang w:val="pl-PL"/>
        </w:rPr>
        <w:t>.</w:t>
      </w:r>
      <w:r w:rsidR="005B143D" w:rsidRPr="001660A2">
        <w:rPr>
          <w:rFonts w:ascii="Roboto Condensed" w:hAnsi="Roboto Condensed"/>
          <w:sz w:val="20"/>
          <w:lang w:val="pl-PL"/>
        </w:rPr>
        <w:t xml:space="preserve"> </w:t>
      </w:r>
      <w:r w:rsidR="00F379D5" w:rsidRPr="001660A2">
        <w:rPr>
          <w:rFonts w:ascii="Roboto Condensed" w:hAnsi="Roboto Condensed"/>
          <w:sz w:val="20"/>
          <w:lang w:val="pl-PL"/>
        </w:rPr>
        <w:t>Wśród niniejszych krajobrazów jeden uznano za priorytetowy.</w:t>
      </w:r>
      <w:r w:rsidR="001660A2">
        <w:rPr>
          <w:rFonts w:ascii="Roboto Condensed" w:hAnsi="Roboto Condensed"/>
          <w:sz w:val="20"/>
          <w:lang w:val="pl-PL"/>
        </w:rPr>
        <w:t xml:space="preserve"> Poniżej zamieszczone rysunki i tabele stanowią wyciąg z Audytu Krajobrazowego.</w:t>
      </w:r>
    </w:p>
    <w:p w14:paraId="31E989A2" w14:textId="1B706284" w:rsidR="001660A2" w:rsidRDefault="001660A2" w:rsidP="001660A2">
      <w:pPr>
        <w:pStyle w:val="Tekstpodstawowy2"/>
        <w:spacing w:before="120" w:after="120" w:line="240" w:lineRule="auto"/>
        <w:ind w:left="170"/>
        <w:rPr>
          <w:rFonts w:ascii="Roboto Condensed" w:hAnsi="Roboto Condensed"/>
          <w:i/>
          <w:iCs/>
          <w:color w:val="EE0000"/>
          <w:sz w:val="20"/>
          <w:lang w:val="pl-PL"/>
        </w:rPr>
      </w:pPr>
      <w:bookmarkStart w:id="99" w:name="_Hlk198650013"/>
      <w:r w:rsidRPr="00F379D5">
        <w:rPr>
          <w:rFonts w:ascii="Roboto Condensed" w:hAnsi="Roboto Condensed"/>
          <w:i/>
          <w:iCs/>
          <w:sz w:val="20"/>
          <w:lang w:val="pl-PL"/>
        </w:rPr>
        <w:t xml:space="preserve">Tab. </w:t>
      </w:r>
      <w:r w:rsidR="00DF0B52">
        <w:rPr>
          <w:rFonts w:ascii="Roboto Condensed" w:hAnsi="Roboto Condensed"/>
          <w:i/>
          <w:iCs/>
          <w:sz w:val="20"/>
          <w:lang w:val="pl-PL"/>
        </w:rPr>
        <w:t>4</w:t>
      </w:r>
      <w:r w:rsidRPr="00F379D5">
        <w:rPr>
          <w:rFonts w:ascii="Roboto Condensed" w:hAnsi="Roboto Condensed"/>
          <w:i/>
          <w:iCs/>
          <w:sz w:val="20"/>
          <w:lang w:val="pl-PL"/>
        </w:rPr>
        <w:t>. Typy i podtypy krajobrazu występujące na terenie gminy.</w:t>
      </w:r>
      <w:bookmarkEnd w:id="99"/>
    </w:p>
    <w:tbl>
      <w:tblPr>
        <w:tblStyle w:val="Tabela-Siatka"/>
        <w:tblW w:w="9464" w:type="dxa"/>
        <w:tblInd w:w="595" w:type="dxa"/>
        <w:tblLayout w:type="fixed"/>
        <w:tblLook w:val="04A0" w:firstRow="1" w:lastRow="0" w:firstColumn="1" w:lastColumn="0" w:noHBand="0" w:noVBand="1"/>
      </w:tblPr>
      <w:tblGrid>
        <w:gridCol w:w="1045"/>
        <w:gridCol w:w="906"/>
        <w:gridCol w:w="1839"/>
        <w:gridCol w:w="1674"/>
        <w:gridCol w:w="3433"/>
        <w:gridCol w:w="567"/>
      </w:tblGrid>
      <w:tr w:rsidR="001660A2" w:rsidRPr="00901348" w14:paraId="2DC13E8F" w14:textId="77777777">
        <w:tc>
          <w:tcPr>
            <w:tcW w:w="1045" w:type="dxa"/>
            <w:vMerge w:val="restart"/>
          </w:tcPr>
          <w:p w14:paraId="6751E6BD"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Kod Krajobrazu</w:t>
            </w:r>
          </w:p>
        </w:tc>
        <w:tc>
          <w:tcPr>
            <w:tcW w:w="2745" w:type="dxa"/>
            <w:gridSpan w:val="2"/>
          </w:tcPr>
          <w:p w14:paraId="4C0DC729"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Krajobraz</w:t>
            </w:r>
          </w:p>
        </w:tc>
        <w:tc>
          <w:tcPr>
            <w:tcW w:w="1674" w:type="dxa"/>
            <w:vMerge w:val="restart"/>
          </w:tcPr>
          <w:p w14:paraId="479E5C51"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Typ rzeźby terenu</w:t>
            </w:r>
          </w:p>
        </w:tc>
        <w:tc>
          <w:tcPr>
            <w:tcW w:w="3433" w:type="dxa"/>
            <w:vMerge w:val="restart"/>
          </w:tcPr>
          <w:p w14:paraId="214862E6"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Typ krajobrazu naturalnego</w:t>
            </w:r>
          </w:p>
        </w:tc>
        <w:tc>
          <w:tcPr>
            <w:tcW w:w="567" w:type="dxa"/>
            <w:vMerge w:val="restart"/>
          </w:tcPr>
          <w:p w14:paraId="7106D25D"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Pow.</w:t>
            </w:r>
            <w:r w:rsidRPr="00901348">
              <w:rPr>
                <w:rFonts w:ascii="Arial Narrow" w:hAnsi="Arial Narrow"/>
                <w:b/>
                <w:bCs/>
                <w:sz w:val="18"/>
                <w:szCs w:val="18"/>
                <w:lang w:eastAsia="x-none"/>
              </w:rPr>
              <w:br/>
              <w:t>[ha]</w:t>
            </w:r>
          </w:p>
        </w:tc>
      </w:tr>
      <w:tr w:rsidR="001660A2" w:rsidRPr="00901348" w14:paraId="21EB3679" w14:textId="77777777">
        <w:trPr>
          <w:trHeight w:val="246"/>
        </w:trPr>
        <w:tc>
          <w:tcPr>
            <w:tcW w:w="1045" w:type="dxa"/>
            <w:vMerge/>
          </w:tcPr>
          <w:p w14:paraId="6989C8B1" w14:textId="77777777" w:rsidR="001660A2" w:rsidRPr="00901348" w:rsidRDefault="001660A2">
            <w:pPr>
              <w:ind w:left="-57" w:right="-57"/>
              <w:jc w:val="center"/>
              <w:rPr>
                <w:rFonts w:ascii="Arial Narrow" w:hAnsi="Arial Narrow"/>
                <w:b/>
                <w:bCs/>
                <w:sz w:val="18"/>
                <w:szCs w:val="18"/>
                <w:lang w:eastAsia="x-none"/>
              </w:rPr>
            </w:pPr>
          </w:p>
        </w:tc>
        <w:tc>
          <w:tcPr>
            <w:tcW w:w="906" w:type="dxa"/>
          </w:tcPr>
          <w:p w14:paraId="65E518D9"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typ</w:t>
            </w:r>
          </w:p>
        </w:tc>
        <w:tc>
          <w:tcPr>
            <w:tcW w:w="1839" w:type="dxa"/>
          </w:tcPr>
          <w:p w14:paraId="20F721EA"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podtyp</w:t>
            </w:r>
          </w:p>
        </w:tc>
        <w:tc>
          <w:tcPr>
            <w:tcW w:w="1674" w:type="dxa"/>
            <w:vMerge/>
          </w:tcPr>
          <w:p w14:paraId="43DCC2C2" w14:textId="77777777" w:rsidR="001660A2" w:rsidRPr="00901348" w:rsidRDefault="001660A2">
            <w:pPr>
              <w:ind w:left="-57" w:right="-57"/>
              <w:jc w:val="both"/>
              <w:rPr>
                <w:rFonts w:ascii="Arial Narrow" w:hAnsi="Arial Narrow"/>
                <w:b/>
                <w:bCs/>
                <w:sz w:val="18"/>
                <w:szCs w:val="18"/>
                <w:lang w:eastAsia="x-none"/>
              </w:rPr>
            </w:pPr>
          </w:p>
        </w:tc>
        <w:tc>
          <w:tcPr>
            <w:tcW w:w="3433" w:type="dxa"/>
            <w:vMerge/>
          </w:tcPr>
          <w:p w14:paraId="07286186" w14:textId="77777777" w:rsidR="001660A2" w:rsidRPr="00901348" w:rsidRDefault="001660A2">
            <w:pPr>
              <w:ind w:left="-57" w:right="-57"/>
              <w:jc w:val="both"/>
              <w:rPr>
                <w:rFonts w:ascii="Arial Narrow" w:hAnsi="Arial Narrow"/>
                <w:b/>
                <w:bCs/>
                <w:sz w:val="18"/>
                <w:szCs w:val="18"/>
                <w:lang w:eastAsia="x-none"/>
              </w:rPr>
            </w:pPr>
          </w:p>
        </w:tc>
        <w:tc>
          <w:tcPr>
            <w:tcW w:w="567" w:type="dxa"/>
            <w:vMerge/>
          </w:tcPr>
          <w:p w14:paraId="33320B60" w14:textId="77777777" w:rsidR="001660A2" w:rsidRPr="00901348" w:rsidRDefault="001660A2">
            <w:pPr>
              <w:ind w:left="-57" w:right="-57"/>
              <w:jc w:val="both"/>
              <w:rPr>
                <w:rFonts w:ascii="Arial Narrow" w:hAnsi="Arial Narrow"/>
                <w:b/>
                <w:bCs/>
                <w:sz w:val="18"/>
                <w:szCs w:val="18"/>
                <w:lang w:eastAsia="x-none"/>
              </w:rPr>
            </w:pPr>
          </w:p>
        </w:tc>
      </w:tr>
      <w:tr w:rsidR="001660A2" w:rsidRPr="00901348" w14:paraId="51A2D022" w14:textId="77777777">
        <w:tc>
          <w:tcPr>
            <w:tcW w:w="1045" w:type="dxa"/>
          </w:tcPr>
          <w:p w14:paraId="57957634"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10-342.17-10</w:t>
            </w:r>
          </w:p>
          <w:p w14:paraId="1BE49637"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cs="Arial"/>
                <w:b/>
                <w:bCs/>
                <w:sz w:val="18"/>
                <w:szCs w:val="18"/>
                <w:lang w:eastAsia="x-none"/>
              </w:rPr>
              <w:t>krajobraz priorytetowy</w:t>
            </w:r>
          </w:p>
        </w:tc>
        <w:tc>
          <w:tcPr>
            <w:tcW w:w="906" w:type="dxa"/>
          </w:tcPr>
          <w:p w14:paraId="2B636FFB" w14:textId="77777777" w:rsidR="001660A2" w:rsidRPr="00901348" w:rsidRDefault="001660A2">
            <w:pPr>
              <w:ind w:left="-57" w:right="-57"/>
              <w:rPr>
                <w:rFonts w:ascii="Arial Narrow" w:hAnsi="Arial Narrow" w:cs="Arial"/>
                <w:b/>
                <w:bCs/>
                <w:sz w:val="18"/>
                <w:szCs w:val="18"/>
                <w:lang w:eastAsia="x-none"/>
              </w:rPr>
            </w:pPr>
            <w:r w:rsidRPr="00901348">
              <w:rPr>
                <w:rFonts w:ascii="Arial Narrow" w:hAnsi="Arial Narrow" w:cs="Arial"/>
                <w:b/>
                <w:bCs/>
                <w:sz w:val="18"/>
                <w:szCs w:val="18"/>
                <w:lang w:eastAsia="x-none"/>
              </w:rPr>
              <w:t xml:space="preserve">1. </w:t>
            </w:r>
          </w:p>
          <w:p w14:paraId="20CBCC46"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Wód powierzchniowych</w:t>
            </w:r>
          </w:p>
        </w:tc>
        <w:tc>
          <w:tcPr>
            <w:tcW w:w="1839" w:type="dxa"/>
          </w:tcPr>
          <w:p w14:paraId="456855F9" w14:textId="77777777" w:rsidR="001660A2" w:rsidRPr="00901348" w:rsidRDefault="001660A2">
            <w:pPr>
              <w:ind w:left="-57" w:right="-57"/>
              <w:rPr>
                <w:rFonts w:ascii="Arial Narrow" w:hAnsi="Arial Narrow" w:cs="Arial"/>
                <w:b/>
                <w:bCs/>
                <w:sz w:val="18"/>
                <w:szCs w:val="18"/>
                <w:lang w:eastAsia="x-none"/>
              </w:rPr>
            </w:pPr>
            <w:r w:rsidRPr="00901348">
              <w:rPr>
                <w:rFonts w:ascii="Arial Narrow" w:hAnsi="Arial Narrow" w:cs="Arial"/>
                <w:b/>
                <w:bCs/>
                <w:sz w:val="18"/>
                <w:szCs w:val="18"/>
                <w:lang w:eastAsia="x-none"/>
              </w:rPr>
              <w:t xml:space="preserve">1b. </w:t>
            </w:r>
          </w:p>
          <w:p w14:paraId="4EB7024E"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Systemy wód płynących</w:t>
            </w:r>
          </w:p>
        </w:tc>
        <w:tc>
          <w:tcPr>
            <w:tcW w:w="1674" w:type="dxa"/>
          </w:tcPr>
          <w:p w14:paraId="5DE043CC"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równinne, faliste (</w:t>
            </w:r>
            <w:r w:rsidRPr="00901348">
              <w:rPr>
                <w:rFonts w:ascii="Arial Narrow" w:hAnsi="Arial Narrow" w:cs="Arial"/>
                <w:b/>
                <w:bCs/>
                <w:sz w:val="18"/>
                <w:szCs w:val="18"/>
                <w:lang w:eastAsia="x-none"/>
              </w:rPr>
              <w:t>A,B</w:t>
            </w:r>
            <w:r w:rsidRPr="00901348">
              <w:rPr>
                <w:rFonts w:ascii="Arial Narrow" w:hAnsi="Arial Narrow" w:cs="Arial"/>
                <w:sz w:val="18"/>
                <w:szCs w:val="18"/>
                <w:lang w:eastAsia="x-none"/>
              </w:rPr>
              <w:t xml:space="preserve">); </w:t>
            </w:r>
          </w:p>
          <w:p w14:paraId="7F95E4AA"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pagórkowate (</w:t>
            </w:r>
            <w:r w:rsidRPr="00901348">
              <w:rPr>
                <w:rFonts w:ascii="Arial Narrow" w:hAnsi="Arial Narrow" w:cs="Arial"/>
                <w:b/>
                <w:bCs/>
                <w:sz w:val="18"/>
                <w:szCs w:val="18"/>
                <w:lang w:eastAsia="x-none"/>
              </w:rPr>
              <w:t>C</w:t>
            </w:r>
            <w:r w:rsidRPr="00901348">
              <w:rPr>
                <w:rFonts w:ascii="Arial Narrow" w:hAnsi="Arial Narrow" w:cs="Arial"/>
                <w:sz w:val="18"/>
                <w:szCs w:val="18"/>
                <w:lang w:eastAsia="x-none"/>
              </w:rPr>
              <w:t xml:space="preserve">); </w:t>
            </w:r>
          </w:p>
          <w:p w14:paraId="34723BC1"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dolin (</w:t>
            </w:r>
            <w:r w:rsidRPr="00901348">
              <w:rPr>
                <w:rFonts w:ascii="Arial Narrow" w:hAnsi="Arial Narrow" w:cs="Arial"/>
                <w:b/>
                <w:bCs/>
                <w:sz w:val="18"/>
                <w:szCs w:val="18"/>
                <w:lang w:eastAsia="x-none"/>
              </w:rPr>
              <w:t>G</w:t>
            </w:r>
            <w:r w:rsidRPr="00901348">
              <w:rPr>
                <w:rFonts w:ascii="Arial Narrow" w:hAnsi="Arial Narrow" w:cs="Arial"/>
                <w:sz w:val="18"/>
                <w:szCs w:val="18"/>
                <w:lang w:eastAsia="x-none"/>
              </w:rPr>
              <w:t>)</w:t>
            </w:r>
          </w:p>
        </w:tc>
        <w:tc>
          <w:tcPr>
            <w:tcW w:w="3433" w:type="dxa"/>
          </w:tcPr>
          <w:p w14:paraId="1D6B2778"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 xml:space="preserve">eoliczne równinne i faliste, </w:t>
            </w:r>
            <w:proofErr w:type="spellStart"/>
            <w:r w:rsidRPr="00901348">
              <w:rPr>
                <w:rFonts w:ascii="Arial Narrow" w:hAnsi="Arial Narrow" w:cs="Arial"/>
                <w:sz w:val="18"/>
                <w:szCs w:val="18"/>
                <w:lang w:eastAsia="x-none"/>
              </w:rPr>
              <w:t>staroglacjalne</w:t>
            </w:r>
            <w:proofErr w:type="spellEnd"/>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 xml:space="preserve">fluwioglacjalne równinne i faliste, eoliczne pagórów wydmowych, zalewowe, </w:t>
            </w:r>
            <w:proofErr w:type="spellStart"/>
            <w:r w:rsidRPr="00901348">
              <w:rPr>
                <w:rFonts w:ascii="Arial Narrow" w:hAnsi="Arial Narrow" w:cs="Arial"/>
                <w:sz w:val="18"/>
                <w:szCs w:val="18"/>
                <w:lang w:eastAsia="x-none"/>
              </w:rPr>
              <w:t>nadzalewowe</w:t>
            </w:r>
            <w:proofErr w:type="spellEnd"/>
            <w:r w:rsidRPr="00901348">
              <w:rPr>
                <w:rFonts w:ascii="Arial Narrow" w:hAnsi="Arial Narrow" w:cs="Arial"/>
                <w:sz w:val="18"/>
                <w:szCs w:val="18"/>
                <w:lang w:eastAsia="x-none"/>
              </w:rPr>
              <w:t>,</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równin bagiennych, wzniesienia węglanowe,</w:t>
            </w:r>
          </w:p>
        </w:tc>
        <w:tc>
          <w:tcPr>
            <w:tcW w:w="567" w:type="dxa"/>
          </w:tcPr>
          <w:p w14:paraId="32D5DD98" w14:textId="77777777" w:rsidR="001660A2" w:rsidRPr="00901348" w:rsidRDefault="001660A2">
            <w:pPr>
              <w:ind w:left="-57" w:right="-57"/>
              <w:jc w:val="center"/>
              <w:rPr>
                <w:rFonts w:ascii="Arial Narrow" w:hAnsi="Arial Narrow" w:cs="Arial"/>
                <w:sz w:val="18"/>
                <w:szCs w:val="18"/>
                <w:lang w:eastAsia="x-none"/>
              </w:rPr>
            </w:pPr>
            <w:r>
              <w:rPr>
                <w:rFonts w:ascii="Arial Narrow" w:hAnsi="Arial Narrow" w:cs="Arial"/>
                <w:sz w:val="18"/>
                <w:szCs w:val="18"/>
                <w:lang w:val="en-US" w:eastAsia="x-none"/>
              </w:rPr>
              <w:t>686,2</w:t>
            </w:r>
          </w:p>
        </w:tc>
      </w:tr>
      <w:tr w:rsidR="001660A2" w:rsidRPr="00901348" w14:paraId="7E32E8C9" w14:textId="77777777">
        <w:tc>
          <w:tcPr>
            <w:tcW w:w="1045" w:type="dxa"/>
          </w:tcPr>
          <w:p w14:paraId="6E177FDE"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10-342.17-33</w:t>
            </w:r>
          </w:p>
        </w:tc>
        <w:tc>
          <w:tcPr>
            <w:tcW w:w="906" w:type="dxa"/>
          </w:tcPr>
          <w:p w14:paraId="1691477C"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2.</w:t>
            </w:r>
            <w:r w:rsidRPr="00901348">
              <w:rPr>
                <w:rFonts w:ascii="Arial Narrow" w:hAnsi="Arial Narrow" w:cs="Arial"/>
                <w:sz w:val="18"/>
                <w:szCs w:val="18"/>
                <w:lang w:eastAsia="x-none"/>
              </w:rPr>
              <w:t xml:space="preserve"> </w:t>
            </w:r>
          </w:p>
          <w:p w14:paraId="5E701FCF"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Bagienno-łąkowe – głównie bezleśne</w:t>
            </w:r>
          </w:p>
        </w:tc>
        <w:tc>
          <w:tcPr>
            <w:tcW w:w="1839" w:type="dxa"/>
          </w:tcPr>
          <w:p w14:paraId="0E813825"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2a.</w:t>
            </w:r>
            <w:r w:rsidRPr="00901348">
              <w:rPr>
                <w:rFonts w:ascii="Arial Narrow" w:hAnsi="Arial Narrow" w:cs="Arial"/>
                <w:sz w:val="18"/>
                <w:szCs w:val="18"/>
                <w:lang w:eastAsia="x-none"/>
              </w:rPr>
              <w:t xml:space="preserve"> </w:t>
            </w:r>
          </w:p>
          <w:p w14:paraId="0E53A528"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Z udziałem ekstensywnie użytkowanych łąk</w:t>
            </w:r>
          </w:p>
        </w:tc>
        <w:tc>
          <w:tcPr>
            <w:tcW w:w="1674" w:type="dxa"/>
          </w:tcPr>
          <w:p w14:paraId="39F3AE79"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równinne,  faliste (</w:t>
            </w:r>
            <w:r w:rsidRPr="00901348">
              <w:rPr>
                <w:rFonts w:ascii="Arial Narrow" w:hAnsi="Arial Narrow" w:cs="Arial"/>
                <w:b/>
                <w:bCs/>
                <w:sz w:val="18"/>
                <w:szCs w:val="18"/>
                <w:lang w:eastAsia="x-none"/>
              </w:rPr>
              <w:t>A,B</w:t>
            </w:r>
            <w:r w:rsidRPr="00901348">
              <w:rPr>
                <w:rFonts w:ascii="Arial Narrow" w:hAnsi="Arial Narrow" w:cs="Arial"/>
                <w:sz w:val="18"/>
                <w:szCs w:val="18"/>
                <w:lang w:eastAsia="x-none"/>
              </w:rPr>
              <w:t xml:space="preserve">);  </w:t>
            </w:r>
          </w:p>
          <w:p w14:paraId="5479219C"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dolin (</w:t>
            </w:r>
            <w:r w:rsidRPr="00901348">
              <w:rPr>
                <w:rFonts w:ascii="Arial Narrow" w:hAnsi="Arial Narrow" w:cs="Arial"/>
                <w:b/>
                <w:bCs/>
                <w:sz w:val="18"/>
                <w:szCs w:val="18"/>
                <w:lang w:eastAsia="x-none"/>
              </w:rPr>
              <w:t>G</w:t>
            </w:r>
            <w:r w:rsidRPr="00901348">
              <w:rPr>
                <w:rFonts w:ascii="Arial Narrow" w:hAnsi="Arial Narrow" w:cs="Arial"/>
                <w:sz w:val="18"/>
                <w:szCs w:val="18"/>
                <w:lang w:eastAsia="x-none"/>
              </w:rPr>
              <w:t>)</w:t>
            </w:r>
          </w:p>
        </w:tc>
        <w:tc>
          <w:tcPr>
            <w:tcW w:w="3433" w:type="dxa"/>
          </w:tcPr>
          <w:p w14:paraId="460B4CB7"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eoliczne równinne i faliste,</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zalewowe,</w:t>
            </w:r>
            <w:r w:rsidRPr="000C647F">
              <w:rPr>
                <w:rFonts w:ascii="Arial Narrow" w:hAnsi="Arial Narrow" w:cs="Arial"/>
                <w:sz w:val="18"/>
                <w:szCs w:val="18"/>
                <w:lang w:eastAsia="x-none"/>
              </w:rPr>
              <w:t xml:space="preserve"> </w:t>
            </w:r>
            <w:proofErr w:type="spellStart"/>
            <w:r w:rsidRPr="00901348">
              <w:rPr>
                <w:rFonts w:ascii="Arial Narrow" w:hAnsi="Arial Narrow" w:cs="Arial"/>
                <w:sz w:val="18"/>
                <w:szCs w:val="18"/>
                <w:lang w:eastAsia="x-none"/>
              </w:rPr>
              <w:t>nadzalewowe</w:t>
            </w:r>
            <w:proofErr w:type="spellEnd"/>
          </w:p>
        </w:tc>
        <w:tc>
          <w:tcPr>
            <w:tcW w:w="567" w:type="dxa"/>
          </w:tcPr>
          <w:p w14:paraId="3A8AE9AA" w14:textId="77777777" w:rsidR="001660A2" w:rsidRPr="00901348" w:rsidRDefault="001660A2">
            <w:pPr>
              <w:ind w:left="-57" w:right="-57"/>
              <w:jc w:val="center"/>
              <w:rPr>
                <w:rFonts w:ascii="Arial Narrow" w:hAnsi="Arial Narrow" w:cs="Arial"/>
                <w:sz w:val="18"/>
                <w:szCs w:val="18"/>
                <w:lang w:val="en-US" w:eastAsia="x-none"/>
              </w:rPr>
            </w:pPr>
            <w:r w:rsidRPr="00901348">
              <w:rPr>
                <w:rFonts w:ascii="Arial Narrow" w:hAnsi="Arial Narrow" w:cs="Arial"/>
                <w:sz w:val="18"/>
                <w:szCs w:val="18"/>
                <w:lang w:val="en-US" w:eastAsia="x-none"/>
              </w:rPr>
              <w:t>88,</w:t>
            </w:r>
            <w:r>
              <w:rPr>
                <w:rFonts w:ascii="Arial Narrow" w:hAnsi="Arial Narrow" w:cs="Arial"/>
                <w:sz w:val="18"/>
                <w:szCs w:val="18"/>
                <w:lang w:val="en-US" w:eastAsia="x-none"/>
              </w:rPr>
              <w:t>6</w:t>
            </w:r>
          </w:p>
        </w:tc>
      </w:tr>
      <w:tr w:rsidR="001660A2" w:rsidRPr="00901348" w14:paraId="432DF263" w14:textId="77777777">
        <w:tc>
          <w:tcPr>
            <w:tcW w:w="1045" w:type="dxa"/>
          </w:tcPr>
          <w:p w14:paraId="0219528C"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10-342.17-15</w:t>
            </w:r>
          </w:p>
        </w:tc>
        <w:tc>
          <w:tcPr>
            <w:tcW w:w="906" w:type="dxa"/>
          </w:tcPr>
          <w:p w14:paraId="20806B26"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3.</w:t>
            </w:r>
            <w:r w:rsidRPr="00901348">
              <w:rPr>
                <w:rFonts w:ascii="Arial Narrow" w:hAnsi="Arial Narrow" w:cs="Arial"/>
                <w:sz w:val="18"/>
                <w:szCs w:val="18"/>
                <w:lang w:eastAsia="x-none"/>
              </w:rPr>
              <w:t xml:space="preserve"> </w:t>
            </w:r>
          </w:p>
          <w:p w14:paraId="799B63AD"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Leśne</w:t>
            </w:r>
          </w:p>
        </w:tc>
        <w:tc>
          <w:tcPr>
            <w:tcW w:w="1839" w:type="dxa"/>
          </w:tcPr>
          <w:p w14:paraId="594BD0A4"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3a.</w:t>
            </w:r>
            <w:r w:rsidRPr="00901348">
              <w:rPr>
                <w:rFonts w:ascii="Arial Narrow" w:hAnsi="Arial Narrow" w:cs="Arial"/>
                <w:sz w:val="18"/>
                <w:szCs w:val="18"/>
                <w:lang w:eastAsia="x-none"/>
              </w:rPr>
              <w:t xml:space="preserve"> </w:t>
            </w:r>
          </w:p>
          <w:p w14:paraId="4C9019E4"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Z przewagą siedlisk borowych</w:t>
            </w:r>
          </w:p>
        </w:tc>
        <w:tc>
          <w:tcPr>
            <w:tcW w:w="1674" w:type="dxa"/>
          </w:tcPr>
          <w:p w14:paraId="4F3E1266"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równinne, faliste (</w:t>
            </w:r>
            <w:r w:rsidRPr="00901348">
              <w:rPr>
                <w:rFonts w:ascii="Arial Narrow" w:hAnsi="Arial Narrow" w:cs="Arial"/>
                <w:b/>
                <w:bCs/>
                <w:sz w:val="18"/>
                <w:szCs w:val="18"/>
                <w:lang w:eastAsia="x-none"/>
              </w:rPr>
              <w:t>A,B</w:t>
            </w:r>
            <w:r w:rsidRPr="00901348">
              <w:rPr>
                <w:rFonts w:ascii="Arial Narrow" w:hAnsi="Arial Narrow" w:cs="Arial"/>
                <w:sz w:val="18"/>
                <w:szCs w:val="18"/>
                <w:lang w:eastAsia="x-none"/>
              </w:rPr>
              <w:t xml:space="preserve">); </w:t>
            </w:r>
          </w:p>
          <w:p w14:paraId="1B54B357"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pagórkowate (</w:t>
            </w:r>
            <w:r w:rsidRPr="00901348">
              <w:rPr>
                <w:rFonts w:ascii="Arial Narrow" w:hAnsi="Arial Narrow" w:cs="Arial"/>
                <w:b/>
                <w:bCs/>
                <w:sz w:val="18"/>
                <w:szCs w:val="18"/>
                <w:lang w:eastAsia="x-none"/>
              </w:rPr>
              <w:t>C</w:t>
            </w:r>
            <w:r w:rsidRPr="00901348">
              <w:rPr>
                <w:rFonts w:ascii="Arial Narrow" w:hAnsi="Arial Narrow" w:cs="Arial"/>
                <w:sz w:val="18"/>
                <w:szCs w:val="18"/>
                <w:lang w:eastAsia="x-none"/>
              </w:rPr>
              <w:t>);</w:t>
            </w:r>
          </w:p>
          <w:p w14:paraId="1B70D3BE"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 xml:space="preserve"> dolin (</w:t>
            </w:r>
            <w:r w:rsidRPr="00901348">
              <w:rPr>
                <w:rFonts w:ascii="Arial Narrow" w:hAnsi="Arial Narrow" w:cs="Arial"/>
                <w:b/>
                <w:bCs/>
                <w:sz w:val="18"/>
                <w:szCs w:val="18"/>
                <w:lang w:eastAsia="x-none"/>
              </w:rPr>
              <w:t>G</w:t>
            </w:r>
            <w:r w:rsidRPr="00901348">
              <w:rPr>
                <w:rFonts w:ascii="Arial Narrow" w:hAnsi="Arial Narrow" w:cs="Arial"/>
                <w:sz w:val="18"/>
                <w:szCs w:val="18"/>
                <w:lang w:eastAsia="x-none"/>
              </w:rPr>
              <w:t>)</w:t>
            </w:r>
          </w:p>
        </w:tc>
        <w:tc>
          <w:tcPr>
            <w:tcW w:w="3433" w:type="dxa"/>
          </w:tcPr>
          <w:p w14:paraId="5277F045"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 xml:space="preserve">eoliczne równinne i faliste </w:t>
            </w:r>
            <w:proofErr w:type="spellStart"/>
            <w:r w:rsidRPr="00901348">
              <w:rPr>
                <w:rFonts w:ascii="Arial Narrow" w:hAnsi="Arial Narrow" w:cs="Arial"/>
                <w:sz w:val="18"/>
                <w:szCs w:val="18"/>
                <w:lang w:eastAsia="x-none"/>
              </w:rPr>
              <w:t>staroglacjalne</w:t>
            </w:r>
            <w:proofErr w:type="spellEnd"/>
            <w:r w:rsidRPr="00901348">
              <w:rPr>
                <w:rFonts w:ascii="Arial Narrow" w:hAnsi="Arial Narrow" w:cs="Arial"/>
                <w:sz w:val="18"/>
                <w:szCs w:val="18"/>
                <w:lang w:eastAsia="x-none"/>
              </w:rPr>
              <w:t>,</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 xml:space="preserve">fluwioglacjalne równinne i faliste, eoliczne pagórów wydmowych, zalewowe, </w:t>
            </w:r>
            <w:proofErr w:type="spellStart"/>
            <w:r w:rsidRPr="00901348">
              <w:rPr>
                <w:rFonts w:ascii="Arial Narrow" w:hAnsi="Arial Narrow" w:cs="Arial"/>
                <w:sz w:val="18"/>
                <w:szCs w:val="18"/>
                <w:lang w:eastAsia="x-none"/>
              </w:rPr>
              <w:t>nadzalewowe</w:t>
            </w:r>
            <w:proofErr w:type="spellEnd"/>
            <w:r w:rsidRPr="00901348">
              <w:rPr>
                <w:rFonts w:ascii="Arial Narrow" w:hAnsi="Arial Narrow" w:cs="Arial"/>
                <w:sz w:val="18"/>
                <w:szCs w:val="18"/>
                <w:lang w:eastAsia="x-none"/>
              </w:rPr>
              <w:t>,</w:t>
            </w:r>
          </w:p>
        </w:tc>
        <w:tc>
          <w:tcPr>
            <w:tcW w:w="567" w:type="dxa"/>
          </w:tcPr>
          <w:p w14:paraId="5E497582" w14:textId="77777777" w:rsidR="001660A2" w:rsidRPr="00901348" w:rsidRDefault="001660A2">
            <w:pPr>
              <w:ind w:left="-57" w:right="-57"/>
              <w:jc w:val="center"/>
              <w:rPr>
                <w:rFonts w:ascii="Arial Narrow" w:hAnsi="Arial Narrow" w:cs="Arial"/>
                <w:sz w:val="18"/>
                <w:szCs w:val="18"/>
                <w:lang w:eastAsia="x-none"/>
              </w:rPr>
            </w:pPr>
            <w:r>
              <w:rPr>
                <w:rFonts w:ascii="Arial Narrow" w:hAnsi="Arial Narrow" w:cs="Arial"/>
                <w:sz w:val="18"/>
                <w:szCs w:val="18"/>
                <w:lang w:eastAsia="x-none"/>
              </w:rPr>
              <w:t>717,1</w:t>
            </w:r>
          </w:p>
        </w:tc>
      </w:tr>
      <w:tr w:rsidR="001660A2" w:rsidRPr="00901348" w14:paraId="0584B050" w14:textId="77777777">
        <w:tc>
          <w:tcPr>
            <w:tcW w:w="1045" w:type="dxa"/>
          </w:tcPr>
          <w:p w14:paraId="54B8AAF6"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10-342.17-16</w:t>
            </w:r>
          </w:p>
        </w:tc>
        <w:tc>
          <w:tcPr>
            <w:tcW w:w="906" w:type="dxa"/>
          </w:tcPr>
          <w:p w14:paraId="4B8387E4"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3.</w:t>
            </w:r>
            <w:r w:rsidRPr="00901348">
              <w:rPr>
                <w:rFonts w:ascii="Arial Narrow" w:hAnsi="Arial Narrow" w:cs="Arial"/>
                <w:sz w:val="18"/>
                <w:szCs w:val="18"/>
                <w:lang w:eastAsia="x-none"/>
              </w:rPr>
              <w:t xml:space="preserve"> </w:t>
            </w:r>
          </w:p>
          <w:p w14:paraId="10011E95"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Leśne</w:t>
            </w:r>
          </w:p>
        </w:tc>
        <w:tc>
          <w:tcPr>
            <w:tcW w:w="1839" w:type="dxa"/>
          </w:tcPr>
          <w:p w14:paraId="15FEEB0F"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3a.</w:t>
            </w:r>
            <w:r w:rsidRPr="00901348">
              <w:rPr>
                <w:rFonts w:ascii="Arial Narrow" w:hAnsi="Arial Narrow" w:cs="Arial"/>
                <w:sz w:val="18"/>
                <w:szCs w:val="18"/>
                <w:lang w:eastAsia="x-none"/>
              </w:rPr>
              <w:t xml:space="preserve"> </w:t>
            </w:r>
          </w:p>
          <w:p w14:paraId="6F8C6960"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Z przewagą siedlisk borowych</w:t>
            </w:r>
          </w:p>
        </w:tc>
        <w:tc>
          <w:tcPr>
            <w:tcW w:w="1674" w:type="dxa"/>
          </w:tcPr>
          <w:p w14:paraId="78B37A4A"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równinne, faliste (</w:t>
            </w:r>
            <w:r w:rsidRPr="00901348">
              <w:rPr>
                <w:rFonts w:ascii="Arial Narrow" w:hAnsi="Arial Narrow" w:cs="Arial"/>
                <w:b/>
                <w:bCs/>
                <w:sz w:val="18"/>
                <w:szCs w:val="18"/>
                <w:lang w:eastAsia="x-none"/>
              </w:rPr>
              <w:t>A,B</w:t>
            </w:r>
            <w:r w:rsidRPr="00901348">
              <w:rPr>
                <w:rFonts w:ascii="Arial Narrow" w:hAnsi="Arial Narrow" w:cs="Arial"/>
                <w:sz w:val="18"/>
                <w:szCs w:val="18"/>
                <w:lang w:eastAsia="x-none"/>
              </w:rPr>
              <w:t xml:space="preserve">); </w:t>
            </w:r>
          </w:p>
          <w:p w14:paraId="186750D0"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pagórkowate (</w:t>
            </w:r>
            <w:r w:rsidRPr="00901348">
              <w:rPr>
                <w:rFonts w:ascii="Arial Narrow" w:hAnsi="Arial Narrow" w:cs="Arial"/>
                <w:b/>
                <w:bCs/>
                <w:sz w:val="18"/>
                <w:szCs w:val="18"/>
                <w:lang w:eastAsia="x-none"/>
              </w:rPr>
              <w:t>C</w:t>
            </w:r>
            <w:r w:rsidRPr="00901348">
              <w:rPr>
                <w:rFonts w:ascii="Arial Narrow" w:hAnsi="Arial Narrow" w:cs="Arial"/>
                <w:sz w:val="18"/>
                <w:szCs w:val="18"/>
                <w:lang w:eastAsia="x-none"/>
              </w:rPr>
              <w:t xml:space="preserve">); </w:t>
            </w:r>
          </w:p>
          <w:p w14:paraId="4E93ECA4"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dolin (</w:t>
            </w:r>
            <w:r w:rsidRPr="00901348">
              <w:rPr>
                <w:rFonts w:ascii="Arial Narrow" w:hAnsi="Arial Narrow" w:cs="Arial"/>
                <w:b/>
                <w:bCs/>
                <w:sz w:val="18"/>
                <w:szCs w:val="18"/>
                <w:lang w:eastAsia="x-none"/>
              </w:rPr>
              <w:t>G</w:t>
            </w:r>
            <w:r w:rsidRPr="00901348">
              <w:rPr>
                <w:rFonts w:ascii="Arial Narrow" w:hAnsi="Arial Narrow" w:cs="Arial"/>
                <w:sz w:val="18"/>
                <w:szCs w:val="18"/>
                <w:lang w:eastAsia="x-none"/>
              </w:rPr>
              <w:t>)</w:t>
            </w:r>
          </w:p>
        </w:tc>
        <w:tc>
          <w:tcPr>
            <w:tcW w:w="3433" w:type="dxa"/>
          </w:tcPr>
          <w:p w14:paraId="1BEA2872" w14:textId="77777777" w:rsidR="001660A2" w:rsidRPr="00901348" w:rsidRDefault="001660A2">
            <w:pPr>
              <w:ind w:left="-57" w:right="-57"/>
              <w:rPr>
                <w:rFonts w:ascii="Arial Narrow" w:hAnsi="Arial Narrow" w:cs="Arial"/>
                <w:sz w:val="18"/>
                <w:szCs w:val="18"/>
                <w:lang w:eastAsia="x-none"/>
              </w:rPr>
            </w:pPr>
            <w:proofErr w:type="spellStart"/>
            <w:r w:rsidRPr="00901348">
              <w:rPr>
                <w:rFonts w:ascii="Arial Narrow" w:hAnsi="Arial Narrow" w:cs="Arial"/>
                <w:sz w:val="18"/>
                <w:szCs w:val="18"/>
                <w:lang w:eastAsia="x-none"/>
              </w:rPr>
              <w:t>staroglacjalne</w:t>
            </w:r>
            <w:proofErr w:type="spellEnd"/>
            <w:r w:rsidRPr="00901348">
              <w:rPr>
                <w:rFonts w:ascii="Arial Narrow" w:hAnsi="Arial Narrow" w:cs="Arial"/>
                <w:sz w:val="18"/>
                <w:szCs w:val="18"/>
                <w:lang w:eastAsia="x-none"/>
              </w:rPr>
              <w:t xml:space="preserve"> glacjalne równinne i faliste,</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 xml:space="preserve">eoliczne równinne i faliste, </w:t>
            </w:r>
            <w:proofErr w:type="spellStart"/>
            <w:r w:rsidRPr="00901348">
              <w:rPr>
                <w:rFonts w:ascii="Arial Narrow" w:hAnsi="Arial Narrow" w:cs="Arial"/>
                <w:sz w:val="18"/>
                <w:szCs w:val="18"/>
                <w:lang w:eastAsia="x-none"/>
              </w:rPr>
              <w:t>staroglacjalne</w:t>
            </w:r>
            <w:proofErr w:type="spellEnd"/>
            <w:r w:rsidRPr="00901348">
              <w:rPr>
                <w:rFonts w:ascii="Arial Narrow" w:hAnsi="Arial Narrow" w:cs="Arial"/>
                <w:sz w:val="18"/>
                <w:szCs w:val="18"/>
                <w:lang w:eastAsia="x-none"/>
              </w:rPr>
              <w:t xml:space="preserve"> fluwioglacjalne równinne i faliste,</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 xml:space="preserve">eoliczne pagórów wydmowych, równin bagiennych, zalewowe, </w:t>
            </w:r>
            <w:proofErr w:type="spellStart"/>
            <w:r w:rsidRPr="00901348">
              <w:rPr>
                <w:rFonts w:ascii="Arial Narrow" w:hAnsi="Arial Narrow" w:cs="Arial"/>
                <w:sz w:val="18"/>
                <w:szCs w:val="18"/>
                <w:lang w:eastAsia="x-none"/>
              </w:rPr>
              <w:t>nadzalewowe</w:t>
            </w:r>
            <w:proofErr w:type="spellEnd"/>
          </w:p>
        </w:tc>
        <w:tc>
          <w:tcPr>
            <w:tcW w:w="567" w:type="dxa"/>
          </w:tcPr>
          <w:p w14:paraId="011E613A" w14:textId="77777777" w:rsidR="001660A2" w:rsidRPr="00901348" w:rsidRDefault="001660A2">
            <w:pPr>
              <w:ind w:left="-57" w:right="-57"/>
              <w:jc w:val="center"/>
              <w:rPr>
                <w:rFonts w:ascii="Arial Narrow" w:hAnsi="Arial Narrow" w:cs="Arial"/>
                <w:sz w:val="18"/>
                <w:szCs w:val="18"/>
                <w:lang w:eastAsia="x-none"/>
              </w:rPr>
            </w:pPr>
            <w:r>
              <w:rPr>
                <w:rFonts w:ascii="Arial Narrow" w:hAnsi="Arial Narrow" w:cs="Arial"/>
                <w:sz w:val="18"/>
                <w:szCs w:val="18"/>
                <w:lang w:eastAsia="x-none"/>
              </w:rPr>
              <w:t>1851,0</w:t>
            </w:r>
          </w:p>
        </w:tc>
      </w:tr>
      <w:tr w:rsidR="001660A2" w:rsidRPr="00901348" w14:paraId="4C601A0A" w14:textId="77777777">
        <w:tc>
          <w:tcPr>
            <w:tcW w:w="1045" w:type="dxa"/>
          </w:tcPr>
          <w:p w14:paraId="4E6C900E"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10-342.17-17</w:t>
            </w:r>
          </w:p>
        </w:tc>
        <w:tc>
          <w:tcPr>
            <w:tcW w:w="906" w:type="dxa"/>
          </w:tcPr>
          <w:p w14:paraId="35DF47C1"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3.</w:t>
            </w:r>
            <w:r w:rsidRPr="00901348">
              <w:rPr>
                <w:rFonts w:ascii="Arial Narrow" w:hAnsi="Arial Narrow" w:cs="Arial"/>
                <w:sz w:val="18"/>
                <w:szCs w:val="18"/>
                <w:lang w:eastAsia="x-none"/>
              </w:rPr>
              <w:t xml:space="preserve"> </w:t>
            </w:r>
          </w:p>
          <w:p w14:paraId="51D08975"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Leśne</w:t>
            </w:r>
          </w:p>
        </w:tc>
        <w:tc>
          <w:tcPr>
            <w:tcW w:w="1839" w:type="dxa"/>
          </w:tcPr>
          <w:p w14:paraId="48363F3F"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3a.</w:t>
            </w:r>
            <w:r w:rsidRPr="00901348">
              <w:rPr>
                <w:rFonts w:ascii="Arial Narrow" w:hAnsi="Arial Narrow" w:cs="Arial"/>
                <w:sz w:val="18"/>
                <w:szCs w:val="18"/>
                <w:lang w:eastAsia="x-none"/>
              </w:rPr>
              <w:t xml:space="preserve"> </w:t>
            </w:r>
          </w:p>
          <w:p w14:paraId="64252362"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Z przewagą siedlisk borowych</w:t>
            </w:r>
          </w:p>
        </w:tc>
        <w:tc>
          <w:tcPr>
            <w:tcW w:w="1674" w:type="dxa"/>
          </w:tcPr>
          <w:p w14:paraId="7FCB5C16"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równinne, faliste (</w:t>
            </w:r>
            <w:r w:rsidRPr="00901348">
              <w:rPr>
                <w:rFonts w:ascii="Arial Narrow" w:hAnsi="Arial Narrow" w:cs="Arial"/>
                <w:b/>
                <w:bCs/>
                <w:sz w:val="18"/>
                <w:szCs w:val="18"/>
                <w:lang w:eastAsia="x-none"/>
              </w:rPr>
              <w:t>A,B</w:t>
            </w:r>
            <w:r w:rsidRPr="00901348">
              <w:rPr>
                <w:rFonts w:ascii="Arial Narrow" w:hAnsi="Arial Narrow" w:cs="Arial"/>
                <w:sz w:val="18"/>
                <w:szCs w:val="18"/>
                <w:lang w:eastAsia="x-none"/>
              </w:rPr>
              <w:t xml:space="preserve">); </w:t>
            </w:r>
          </w:p>
          <w:p w14:paraId="3798B101"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pagórkowate (</w:t>
            </w:r>
            <w:r w:rsidRPr="00901348">
              <w:rPr>
                <w:rFonts w:ascii="Arial Narrow" w:hAnsi="Arial Narrow" w:cs="Arial"/>
                <w:b/>
                <w:bCs/>
                <w:sz w:val="18"/>
                <w:szCs w:val="18"/>
                <w:lang w:eastAsia="x-none"/>
              </w:rPr>
              <w:t>C</w:t>
            </w:r>
            <w:r w:rsidRPr="00901348">
              <w:rPr>
                <w:rFonts w:ascii="Arial Narrow" w:hAnsi="Arial Narrow" w:cs="Arial"/>
                <w:sz w:val="18"/>
                <w:szCs w:val="18"/>
                <w:lang w:eastAsia="x-none"/>
              </w:rPr>
              <w:t xml:space="preserve">); </w:t>
            </w:r>
          </w:p>
          <w:p w14:paraId="77CB3453"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dolin (</w:t>
            </w:r>
            <w:r w:rsidRPr="00901348">
              <w:rPr>
                <w:rFonts w:ascii="Arial Narrow" w:hAnsi="Arial Narrow" w:cs="Arial"/>
                <w:b/>
                <w:bCs/>
                <w:sz w:val="18"/>
                <w:szCs w:val="18"/>
                <w:lang w:eastAsia="x-none"/>
              </w:rPr>
              <w:t>G</w:t>
            </w:r>
            <w:r w:rsidRPr="00901348">
              <w:rPr>
                <w:rFonts w:ascii="Arial Narrow" w:hAnsi="Arial Narrow" w:cs="Arial"/>
                <w:sz w:val="18"/>
                <w:szCs w:val="18"/>
                <w:lang w:eastAsia="x-none"/>
              </w:rPr>
              <w:t>)</w:t>
            </w:r>
          </w:p>
        </w:tc>
        <w:tc>
          <w:tcPr>
            <w:tcW w:w="3433" w:type="dxa"/>
          </w:tcPr>
          <w:p w14:paraId="49A34080" w14:textId="77777777" w:rsidR="001660A2" w:rsidRPr="00901348" w:rsidRDefault="001660A2">
            <w:pPr>
              <w:ind w:left="-57" w:right="-57"/>
              <w:rPr>
                <w:rFonts w:ascii="Arial Narrow" w:hAnsi="Arial Narrow" w:cs="Arial"/>
                <w:sz w:val="18"/>
                <w:szCs w:val="18"/>
                <w:lang w:eastAsia="x-none"/>
              </w:rPr>
            </w:pPr>
            <w:proofErr w:type="spellStart"/>
            <w:r w:rsidRPr="00901348">
              <w:rPr>
                <w:rFonts w:ascii="Arial Narrow" w:hAnsi="Arial Narrow" w:cs="Arial"/>
                <w:sz w:val="18"/>
                <w:szCs w:val="18"/>
                <w:lang w:eastAsia="x-none"/>
              </w:rPr>
              <w:t>staroglacjalne</w:t>
            </w:r>
            <w:proofErr w:type="spellEnd"/>
            <w:r w:rsidRPr="00901348">
              <w:rPr>
                <w:rFonts w:ascii="Arial Narrow" w:hAnsi="Arial Narrow" w:cs="Arial"/>
                <w:sz w:val="18"/>
                <w:szCs w:val="18"/>
                <w:lang w:eastAsia="x-none"/>
              </w:rPr>
              <w:t xml:space="preserve"> fluwioglacjalne równinne i faliste,</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eoliczne pagórów wydmowych,</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równin bagiennych,</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 xml:space="preserve">zalewowe, </w:t>
            </w:r>
            <w:proofErr w:type="spellStart"/>
            <w:r w:rsidRPr="00901348">
              <w:rPr>
                <w:rFonts w:ascii="Arial Narrow" w:hAnsi="Arial Narrow" w:cs="Arial"/>
                <w:sz w:val="18"/>
                <w:szCs w:val="18"/>
                <w:lang w:eastAsia="x-none"/>
              </w:rPr>
              <w:t>nadzalewowe</w:t>
            </w:r>
            <w:proofErr w:type="spellEnd"/>
            <w:r w:rsidRPr="00901348">
              <w:rPr>
                <w:rFonts w:ascii="Arial Narrow" w:hAnsi="Arial Narrow" w:cs="Arial"/>
                <w:sz w:val="18"/>
                <w:szCs w:val="18"/>
                <w:lang w:eastAsia="x-none"/>
              </w:rPr>
              <w:t>,</w:t>
            </w:r>
          </w:p>
        </w:tc>
        <w:tc>
          <w:tcPr>
            <w:tcW w:w="567" w:type="dxa"/>
          </w:tcPr>
          <w:p w14:paraId="16EE3B28" w14:textId="77777777" w:rsidR="001660A2" w:rsidRPr="00901348" w:rsidRDefault="001660A2">
            <w:pPr>
              <w:ind w:left="-57" w:right="-57"/>
              <w:jc w:val="center"/>
              <w:rPr>
                <w:rFonts w:ascii="Arial Narrow" w:hAnsi="Arial Narrow" w:cs="Arial"/>
                <w:sz w:val="18"/>
                <w:szCs w:val="18"/>
                <w:lang w:eastAsia="x-none"/>
              </w:rPr>
            </w:pPr>
            <w:r>
              <w:rPr>
                <w:rFonts w:ascii="Arial Narrow" w:hAnsi="Arial Narrow" w:cs="Arial"/>
                <w:sz w:val="18"/>
                <w:szCs w:val="18"/>
                <w:lang w:eastAsia="x-none"/>
              </w:rPr>
              <w:t>446,1</w:t>
            </w:r>
          </w:p>
        </w:tc>
      </w:tr>
      <w:tr w:rsidR="001660A2" w:rsidRPr="00901348" w14:paraId="2CABB402" w14:textId="77777777">
        <w:tc>
          <w:tcPr>
            <w:tcW w:w="1045" w:type="dxa"/>
          </w:tcPr>
          <w:p w14:paraId="1DD3C76E"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10-342.17-18</w:t>
            </w:r>
          </w:p>
        </w:tc>
        <w:tc>
          <w:tcPr>
            <w:tcW w:w="906" w:type="dxa"/>
          </w:tcPr>
          <w:p w14:paraId="6096799C"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3.</w:t>
            </w:r>
            <w:r w:rsidRPr="00901348">
              <w:rPr>
                <w:rFonts w:ascii="Arial Narrow" w:hAnsi="Arial Narrow" w:cs="Arial"/>
                <w:sz w:val="18"/>
                <w:szCs w:val="18"/>
                <w:lang w:eastAsia="x-none"/>
              </w:rPr>
              <w:t xml:space="preserve"> </w:t>
            </w:r>
          </w:p>
          <w:p w14:paraId="07C44DC9"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Leśne</w:t>
            </w:r>
          </w:p>
        </w:tc>
        <w:tc>
          <w:tcPr>
            <w:tcW w:w="1839" w:type="dxa"/>
          </w:tcPr>
          <w:p w14:paraId="10E8D204"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3a.</w:t>
            </w:r>
            <w:r w:rsidRPr="00901348">
              <w:rPr>
                <w:rFonts w:ascii="Arial Narrow" w:hAnsi="Arial Narrow" w:cs="Arial"/>
                <w:sz w:val="18"/>
                <w:szCs w:val="18"/>
                <w:lang w:eastAsia="x-none"/>
              </w:rPr>
              <w:t xml:space="preserve"> </w:t>
            </w:r>
          </w:p>
          <w:p w14:paraId="4ECDAD8E"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Z przewagą siedlisk borowych</w:t>
            </w:r>
          </w:p>
        </w:tc>
        <w:tc>
          <w:tcPr>
            <w:tcW w:w="1674" w:type="dxa"/>
          </w:tcPr>
          <w:p w14:paraId="43881314"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równinne, faliste (</w:t>
            </w:r>
            <w:r w:rsidRPr="00901348">
              <w:rPr>
                <w:rFonts w:ascii="Arial Narrow" w:hAnsi="Arial Narrow" w:cs="Arial"/>
                <w:b/>
                <w:bCs/>
                <w:sz w:val="18"/>
                <w:szCs w:val="18"/>
                <w:lang w:eastAsia="x-none"/>
              </w:rPr>
              <w:t>A,B</w:t>
            </w:r>
            <w:r w:rsidRPr="00901348">
              <w:rPr>
                <w:rFonts w:ascii="Arial Narrow" w:hAnsi="Arial Narrow" w:cs="Arial"/>
                <w:sz w:val="18"/>
                <w:szCs w:val="18"/>
                <w:lang w:eastAsia="x-none"/>
              </w:rPr>
              <w:t xml:space="preserve">); </w:t>
            </w:r>
          </w:p>
          <w:p w14:paraId="5650AEB8"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dolin (</w:t>
            </w:r>
            <w:r w:rsidRPr="00901348">
              <w:rPr>
                <w:rFonts w:ascii="Arial Narrow" w:hAnsi="Arial Narrow" w:cs="Arial"/>
                <w:b/>
                <w:bCs/>
                <w:sz w:val="18"/>
                <w:szCs w:val="18"/>
                <w:lang w:eastAsia="x-none"/>
              </w:rPr>
              <w:t>G</w:t>
            </w:r>
            <w:r w:rsidRPr="00901348">
              <w:rPr>
                <w:rFonts w:ascii="Arial Narrow" w:hAnsi="Arial Narrow" w:cs="Arial"/>
                <w:sz w:val="18"/>
                <w:szCs w:val="18"/>
                <w:lang w:eastAsia="x-none"/>
              </w:rPr>
              <w:t>)</w:t>
            </w:r>
          </w:p>
        </w:tc>
        <w:tc>
          <w:tcPr>
            <w:tcW w:w="3433" w:type="dxa"/>
          </w:tcPr>
          <w:p w14:paraId="704BBB7B" w14:textId="77777777" w:rsidR="001660A2" w:rsidRPr="00901348" w:rsidRDefault="001660A2">
            <w:pPr>
              <w:ind w:left="-57" w:right="-57"/>
              <w:rPr>
                <w:rFonts w:ascii="Arial Narrow" w:hAnsi="Arial Narrow" w:cs="Arial"/>
                <w:sz w:val="18"/>
                <w:szCs w:val="18"/>
                <w:lang w:eastAsia="x-none"/>
              </w:rPr>
            </w:pPr>
            <w:proofErr w:type="spellStart"/>
            <w:r w:rsidRPr="00901348">
              <w:rPr>
                <w:rFonts w:ascii="Arial Narrow" w:hAnsi="Arial Narrow" w:cs="Arial"/>
                <w:sz w:val="18"/>
                <w:szCs w:val="18"/>
                <w:lang w:eastAsia="x-none"/>
              </w:rPr>
              <w:t>staroglacjalne</w:t>
            </w:r>
            <w:proofErr w:type="spellEnd"/>
            <w:r w:rsidRPr="00901348">
              <w:rPr>
                <w:rFonts w:ascii="Arial Narrow" w:hAnsi="Arial Narrow" w:cs="Arial"/>
                <w:sz w:val="18"/>
                <w:szCs w:val="18"/>
                <w:lang w:eastAsia="x-none"/>
              </w:rPr>
              <w:t xml:space="preserve"> fluwioglacjalne równinne i faliste,</w:t>
            </w:r>
          </w:p>
          <w:p w14:paraId="24645A71"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zalewowe,</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 xml:space="preserve">równin bagiennych, </w:t>
            </w:r>
            <w:proofErr w:type="spellStart"/>
            <w:r w:rsidRPr="00901348">
              <w:rPr>
                <w:rFonts w:ascii="Arial Narrow" w:hAnsi="Arial Narrow" w:cs="Arial"/>
                <w:sz w:val="18"/>
                <w:szCs w:val="18"/>
                <w:lang w:eastAsia="x-none"/>
              </w:rPr>
              <w:t>nadzalewowe</w:t>
            </w:r>
            <w:proofErr w:type="spellEnd"/>
            <w:r w:rsidRPr="00901348">
              <w:rPr>
                <w:rFonts w:ascii="Arial Narrow" w:hAnsi="Arial Narrow" w:cs="Arial"/>
                <w:sz w:val="18"/>
                <w:szCs w:val="18"/>
                <w:lang w:eastAsia="x-none"/>
              </w:rPr>
              <w:t>,</w:t>
            </w:r>
          </w:p>
        </w:tc>
        <w:tc>
          <w:tcPr>
            <w:tcW w:w="567" w:type="dxa"/>
          </w:tcPr>
          <w:p w14:paraId="38EE6529" w14:textId="77777777" w:rsidR="001660A2" w:rsidRPr="00901348" w:rsidRDefault="001660A2">
            <w:pPr>
              <w:ind w:left="-57" w:right="-57"/>
              <w:jc w:val="center"/>
              <w:rPr>
                <w:rFonts w:ascii="Arial Narrow" w:hAnsi="Arial Narrow" w:cs="Arial"/>
                <w:sz w:val="18"/>
                <w:szCs w:val="18"/>
                <w:lang w:eastAsia="x-none"/>
              </w:rPr>
            </w:pPr>
            <w:r w:rsidRPr="00901348">
              <w:rPr>
                <w:rFonts w:ascii="Arial Narrow" w:hAnsi="Arial Narrow" w:cs="Arial"/>
                <w:sz w:val="18"/>
                <w:szCs w:val="18"/>
                <w:lang w:eastAsia="x-none"/>
              </w:rPr>
              <w:t>15</w:t>
            </w:r>
            <w:r>
              <w:rPr>
                <w:rFonts w:ascii="Arial Narrow" w:hAnsi="Arial Narrow" w:cs="Arial"/>
                <w:sz w:val="18"/>
                <w:szCs w:val="18"/>
                <w:lang w:eastAsia="x-none"/>
              </w:rPr>
              <w:t>5,0</w:t>
            </w:r>
          </w:p>
        </w:tc>
      </w:tr>
      <w:tr w:rsidR="001660A2" w:rsidRPr="00901348" w14:paraId="1D497AF3" w14:textId="77777777">
        <w:tc>
          <w:tcPr>
            <w:tcW w:w="1045" w:type="dxa"/>
          </w:tcPr>
          <w:p w14:paraId="52256999"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10-342.11-18</w:t>
            </w:r>
          </w:p>
        </w:tc>
        <w:tc>
          <w:tcPr>
            <w:tcW w:w="906" w:type="dxa"/>
          </w:tcPr>
          <w:p w14:paraId="0050E741"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3.</w:t>
            </w:r>
            <w:r w:rsidRPr="00901348">
              <w:rPr>
                <w:rFonts w:ascii="Arial Narrow" w:hAnsi="Arial Narrow" w:cs="Arial"/>
                <w:sz w:val="18"/>
                <w:szCs w:val="18"/>
                <w:lang w:eastAsia="x-none"/>
              </w:rPr>
              <w:t xml:space="preserve"> </w:t>
            </w:r>
          </w:p>
          <w:p w14:paraId="3AC465D5"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Leśne</w:t>
            </w:r>
          </w:p>
        </w:tc>
        <w:tc>
          <w:tcPr>
            <w:tcW w:w="1839" w:type="dxa"/>
          </w:tcPr>
          <w:p w14:paraId="1B835F38"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3b.</w:t>
            </w:r>
            <w:r w:rsidRPr="00901348">
              <w:rPr>
                <w:rFonts w:ascii="Arial Narrow" w:hAnsi="Arial Narrow" w:cs="Arial"/>
                <w:sz w:val="18"/>
                <w:szCs w:val="18"/>
                <w:lang w:eastAsia="x-none"/>
              </w:rPr>
              <w:t xml:space="preserve"> </w:t>
            </w:r>
          </w:p>
          <w:p w14:paraId="19E8AA1C"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Z przewagą siedlisk lasowych</w:t>
            </w:r>
          </w:p>
        </w:tc>
        <w:tc>
          <w:tcPr>
            <w:tcW w:w="1674" w:type="dxa"/>
          </w:tcPr>
          <w:p w14:paraId="0DD2A195"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równinne, faliste (</w:t>
            </w:r>
            <w:r w:rsidRPr="00901348">
              <w:rPr>
                <w:rFonts w:ascii="Arial Narrow" w:hAnsi="Arial Narrow" w:cs="Arial"/>
                <w:b/>
                <w:bCs/>
                <w:sz w:val="18"/>
                <w:szCs w:val="18"/>
                <w:lang w:eastAsia="x-none"/>
              </w:rPr>
              <w:t>A,B</w:t>
            </w:r>
            <w:r w:rsidRPr="00901348">
              <w:rPr>
                <w:rFonts w:ascii="Arial Narrow" w:hAnsi="Arial Narrow" w:cs="Arial"/>
                <w:sz w:val="18"/>
                <w:szCs w:val="18"/>
                <w:lang w:eastAsia="x-none"/>
              </w:rPr>
              <w:t xml:space="preserve">); </w:t>
            </w:r>
          </w:p>
          <w:p w14:paraId="648D8773"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dolin (</w:t>
            </w:r>
            <w:r w:rsidRPr="00901348">
              <w:rPr>
                <w:rFonts w:ascii="Arial Narrow" w:hAnsi="Arial Narrow" w:cs="Arial"/>
                <w:b/>
                <w:bCs/>
                <w:sz w:val="18"/>
                <w:szCs w:val="18"/>
                <w:lang w:eastAsia="x-none"/>
              </w:rPr>
              <w:t>G</w:t>
            </w:r>
            <w:r w:rsidRPr="00901348">
              <w:rPr>
                <w:rFonts w:ascii="Arial Narrow" w:hAnsi="Arial Narrow" w:cs="Arial"/>
                <w:sz w:val="18"/>
                <w:szCs w:val="18"/>
                <w:lang w:eastAsia="x-none"/>
              </w:rPr>
              <w:t>)</w:t>
            </w:r>
          </w:p>
        </w:tc>
        <w:tc>
          <w:tcPr>
            <w:tcW w:w="3433" w:type="dxa"/>
          </w:tcPr>
          <w:p w14:paraId="24923B11" w14:textId="77777777" w:rsidR="001660A2" w:rsidRPr="00901348" w:rsidRDefault="001660A2">
            <w:pPr>
              <w:ind w:left="-57" w:right="-57"/>
              <w:rPr>
                <w:rFonts w:ascii="Arial Narrow" w:hAnsi="Arial Narrow" w:cs="Arial"/>
                <w:sz w:val="18"/>
                <w:szCs w:val="18"/>
                <w:lang w:eastAsia="x-none"/>
              </w:rPr>
            </w:pPr>
            <w:proofErr w:type="spellStart"/>
            <w:r w:rsidRPr="00901348">
              <w:rPr>
                <w:rFonts w:ascii="Arial Narrow" w:hAnsi="Arial Narrow" w:cs="Arial"/>
                <w:sz w:val="18"/>
                <w:szCs w:val="18"/>
                <w:lang w:eastAsia="x-none"/>
              </w:rPr>
              <w:t>staroglacjalne</w:t>
            </w:r>
            <w:proofErr w:type="spellEnd"/>
            <w:r w:rsidRPr="00901348">
              <w:rPr>
                <w:rFonts w:ascii="Arial Narrow" w:hAnsi="Arial Narrow" w:cs="Arial"/>
                <w:sz w:val="18"/>
                <w:szCs w:val="18"/>
                <w:lang w:eastAsia="x-none"/>
              </w:rPr>
              <w:t xml:space="preserve"> fluwioglacjalne równinne i faliste,</w:t>
            </w:r>
          </w:p>
          <w:p w14:paraId="18F0D16C"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 xml:space="preserve"> </w:t>
            </w:r>
            <w:proofErr w:type="spellStart"/>
            <w:r w:rsidRPr="00901348">
              <w:rPr>
                <w:rFonts w:ascii="Arial Narrow" w:hAnsi="Arial Narrow" w:cs="Arial"/>
                <w:sz w:val="18"/>
                <w:szCs w:val="18"/>
                <w:lang w:eastAsia="x-none"/>
              </w:rPr>
              <w:t>staroglacjalne</w:t>
            </w:r>
            <w:proofErr w:type="spellEnd"/>
            <w:r w:rsidRPr="00901348">
              <w:rPr>
                <w:rFonts w:ascii="Arial Narrow" w:hAnsi="Arial Narrow" w:cs="Arial"/>
                <w:sz w:val="18"/>
                <w:szCs w:val="18"/>
                <w:lang w:eastAsia="x-none"/>
              </w:rPr>
              <w:t xml:space="preserve"> glacjalne równinne i faliste,</w:t>
            </w:r>
          </w:p>
          <w:p w14:paraId="699ED255"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 xml:space="preserve"> zalewowe,</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równin bagiennych,</w:t>
            </w:r>
          </w:p>
        </w:tc>
        <w:tc>
          <w:tcPr>
            <w:tcW w:w="567" w:type="dxa"/>
          </w:tcPr>
          <w:p w14:paraId="0CF7E644" w14:textId="77777777" w:rsidR="001660A2" w:rsidRPr="00901348" w:rsidRDefault="001660A2">
            <w:pPr>
              <w:ind w:left="-57" w:right="-57"/>
              <w:jc w:val="center"/>
              <w:rPr>
                <w:rFonts w:ascii="Arial Narrow" w:hAnsi="Arial Narrow" w:cs="Arial"/>
                <w:sz w:val="18"/>
                <w:szCs w:val="18"/>
                <w:lang w:eastAsia="x-none"/>
              </w:rPr>
            </w:pPr>
            <w:r w:rsidRPr="00901348">
              <w:rPr>
                <w:rFonts w:ascii="Arial Narrow" w:hAnsi="Arial Narrow" w:cs="Arial"/>
                <w:sz w:val="18"/>
                <w:szCs w:val="18"/>
                <w:lang w:eastAsia="x-none"/>
              </w:rPr>
              <w:t>388</w:t>
            </w:r>
            <w:r w:rsidRPr="000C647F">
              <w:rPr>
                <w:rFonts w:ascii="Arial Narrow" w:hAnsi="Arial Narrow" w:cs="Arial"/>
                <w:sz w:val="18"/>
                <w:szCs w:val="18"/>
                <w:lang w:eastAsia="x-none"/>
              </w:rPr>
              <w:t>,</w:t>
            </w:r>
            <w:r w:rsidRPr="00901348">
              <w:rPr>
                <w:rFonts w:ascii="Arial Narrow" w:hAnsi="Arial Narrow" w:cs="Arial"/>
                <w:sz w:val="18"/>
                <w:szCs w:val="18"/>
                <w:lang w:eastAsia="x-none"/>
              </w:rPr>
              <w:t>2</w:t>
            </w:r>
          </w:p>
        </w:tc>
      </w:tr>
      <w:tr w:rsidR="001660A2" w:rsidRPr="00901348" w14:paraId="43FA9853" w14:textId="77777777">
        <w:tc>
          <w:tcPr>
            <w:tcW w:w="1045" w:type="dxa"/>
          </w:tcPr>
          <w:p w14:paraId="26FE7141"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10-342.17-11</w:t>
            </w:r>
          </w:p>
        </w:tc>
        <w:tc>
          <w:tcPr>
            <w:tcW w:w="906" w:type="dxa"/>
          </w:tcPr>
          <w:p w14:paraId="0A4B8E34"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3.</w:t>
            </w:r>
            <w:r w:rsidRPr="00901348">
              <w:rPr>
                <w:rFonts w:ascii="Arial Narrow" w:hAnsi="Arial Narrow" w:cs="Arial"/>
                <w:sz w:val="18"/>
                <w:szCs w:val="18"/>
                <w:lang w:eastAsia="x-none"/>
              </w:rPr>
              <w:t xml:space="preserve"> </w:t>
            </w:r>
          </w:p>
          <w:p w14:paraId="0F9B0E3A"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Leśne</w:t>
            </w:r>
          </w:p>
        </w:tc>
        <w:tc>
          <w:tcPr>
            <w:tcW w:w="1839" w:type="dxa"/>
          </w:tcPr>
          <w:p w14:paraId="4A7D766D"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3c.</w:t>
            </w:r>
            <w:r w:rsidRPr="00901348">
              <w:rPr>
                <w:rFonts w:ascii="Arial Narrow" w:hAnsi="Arial Narrow" w:cs="Arial"/>
                <w:sz w:val="18"/>
                <w:szCs w:val="18"/>
                <w:lang w:eastAsia="x-none"/>
              </w:rPr>
              <w:t xml:space="preserve"> </w:t>
            </w:r>
          </w:p>
          <w:p w14:paraId="4A3505A5"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Z przewagą siedlisk łęgowych, bagiennych i olsowych</w:t>
            </w:r>
          </w:p>
        </w:tc>
        <w:tc>
          <w:tcPr>
            <w:tcW w:w="1674" w:type="dxa"/>
          </w:tcPr>
          <w:p w14:paraId="6F2660CF"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równinne, faliste (</w:t>
            </w:r>
            <w:r w:rsidRPr="00901348">
              <w:rPr>
                <w:rFonts w:ascii="Arial Narrow" w:hAnsi="Arial Narrow" w:cs="Arial"/>
                <w:b/>
                <w:bCs/>
                <w:sz w:val="18"/>
                <w:szCs w:val="18"/>
                <w:lang w:eastAsia="x-none"/>
              </w:rPr>
              <w:t>A,B</w:t>
            </w:r>
            <w:r w:rsidRPr="00901348">
              <w:rPr>
                <w:rFonts w:ascii="Arial Narrow" w:hAnsi="Arial Narrow" w:cs="Arial"/>
                <w:sz w:val="18"/>
                <w:szCs w:val="18"/>
                <w:lang w:eastAsia="x-none"/>
              </w:rPr>
              <w:t xml:space="preserve">); </w:t>
            </w:r>
          </w:p>
          <w:p w14:paraId="2E5CC52F"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pagórkowate (</w:t>
            </w:r>
            <w:r w:rsidRPr="00901348">
              <w:rPr>
                <w:rFonts w:ascii="Arial Narrow" w:hAnsi="Arial Narrow" w:cs="Arial"/>
                <w:b/>
                <w:bCs/>
                <w:sz w:val="18"/>
                <w:szCs w:val="18"/>
                <w:lang w:eastAsia="x-none"/>
              </w:rPr>
              <w:t>C</w:t>
            </w:r>
            <w:r w:rsidRPr="00901348">
              <w:rPr>
                <w:rFonts w:ascii="Arial Narrow" w:hAnsi="Arial Narrow" w:cs="Arial"/>
                <w:sz w:val="18"/>
                <w:szCs w:val="18"/>
                <w:lang w:eastAsia="x-none"/>
              </w:rPr>
              <w:t xml:space="preserve">); </w:t>
            </w:r>
          </w:p>
          <w:p w14:paraId="380569C7"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dolin (</w:t>
            </w:r>
            <w:r w:rsidRPr="00901348">
              <w:rPr>
                <w:rFonts w:ascii="Arial Narrow" w:hAnsi="Arial Narrow" w:cs="Arial"/>
                <w:b/>
                <w:bCs/>
                <w:sz w:val="18"/>
                <w:szCs w:val="18"/>
                <w:lang w:eastAsia="x-none"/>
              </w:rPr>
              <w:t>G</w:t>
            </w:r>
            <w:r w:rsidRPr="00901348">
              <w:rPr>
                <w:rFonts w:ascii="Arial Narrow" w:hAnsi="Arial Narrow" w:cs="Arial"/>
                <w:sz w:val="18"/>
                <w:szCs w:val="18"/>
                <w:lang w:eastAsia="x-none"/>
              </w:rPr>
              <w:t>)</w:t>
            </w:r>
          </w:p>
        </w:tc>
        <w:tc>
          <w:tcPr>
            <w:tcW w:w="3433" w:type="dxa"/>
          </w:tcPr>
          <w:p w14:paraId="42B7B8A1"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 xml:space="preserve">eoliczne równinne i faliste,  </w:t>
            </w:r>
            <w:proofErr w:type="spellStart"/>
            <w:r w:rsidRPr="00901348">
              <w:rPr>
                <w:rFonts w:ascii="Arial Narrow" w:hAnsi="Arial Narrow" w:cs="Arial"/>
                <w:sz w:val="18"/>
                <w:szCs w:val="18"/>
                <w:lang w:eastAsia="x-none"/>
              </w:rPr>
              <w:t>staroglacjalne</w:t>
            </w:r>
            <w:proofErr w:type="spellEnd"/>
            <w:r w:rsidRPr="00901348">
              <w:rPr>
                <w:rFonts w:ascii="Arial Narrow" w:hAnsi="Arial Narrow" w:cs="Arial"/>
                <w:sz w:val="18"/>
                <w:szCs w:val="18"/>
                <w:lang w:eastAsia="x-none"/>
              </w:rPr>
              <w:t xml:space="preserve"> fluwioglacjalne równinne i faliste, eoliczne pagórów wydmowych, zalewowe, równin bagiennych, </w:t>
            </w:r>
            <w:proofErr w:type="spellStart"/>
            <w:r w:rsidRPr="00901348">
              <w:rPr>
                <w:rFonts w:ascii="Arial Narrow" w:hAnsi="Arial Narrow" w:cs="Arial"/>
                <w:sz w:val="18"/>
                <w:szCs w:val="18"/>
                <w:lang w:eastAsia="x-none"/>
              </w:rPr>
              <w:t>nadzalewowe</w:t>
            </w:r>
            <w:proofErr w:type="spellEnd"/>
            <w:r w:rsidRPr="00901348">
              <w:rPr>
                <w:rFonts w:ascii="Arial Narrow" w:hAnsi="Arial Narrow" w:cs="Arial"/>
                <w:sz w:val="18"/>
                <w:szCs w:val="18"/>
                <w:lang w:eastAsia="x-none"/>
              </w:rPr>
              <w:t>,</w:t>
            </w:r>
          </w:p>
        </w:tc>
        <w:tc>
          <w:tcPr>
            <w:tcW w:w="567" w:type="dxa"/>
          </w:tcPr>
          <w:p w14:paraId="1D32E151" w14:textId="77777777" w:rsidR="001660A2" w:rsidRPr="00901348" w:rsidRDefault="001660A2">
            <w:pPr>
              <w:ind w:left="-57" w:right="-57"/>
              <w:jc w:val="center"/>
              <w:rPr>
                <w:rFonts w:ascii="Arial Narrow" w:hAnsi="Arial Narrow" w:cs="Arial"/>
                <w:sz w:val="18"/>
                <w:szCs w:val="18"/>
                <w:lang w:eastAsia="x-none"/>
              </w:rPr>
            </w:pPr>
            <w:r>
              <w:rPr>
                <w:rFonts w:ascii="Arial Narrow" w:hAnsi="Arial Narrow" w:cs="Arial"/>
                <w:sz w:val="18"/>
                <w:szCs w:val="18"/>
                <w:lang w:eastAsia="x-none"/>
              </w:rPr>
              <w:t>551,4</w:t>
            </w:r>
          </w:p>
        </w:tc>
      </w:tr>
      <w:tr w:rsidR="001660A2" w:rsidRPr="00901348" w14:paraId="5040D3AF" w14:textId="77777777">
        <w:tc>
          <w:tcPr>
            <w:tcW w:w="1045" w:type="dxa"/>
          </w:tcPr>
          <w:p w14:paraId="7FB26EF5"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10-342.17-30</w:t>
            </w:r>
          </w:p>
        </w:tc>
        <w:tc>
          <w:tcPr>
            <w:tcW w:w="906" w:type="dxa"/>
          </w:tcPr>
          <w:p w14:paraId="7B579FCA"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6.</w:t>
            </w:r>
            <w:r w:rsidRPr="00901348">
              <w:rPr>
                <w:rFonts w:ascii="Arial Narrow" w:hAnsi="Arial Narrow" w:cs="Arial"/>
                <w:sz w:val="18"/>
                <w:szCs w:val="18"/>
                <w:lang w:eastAsia="x-none"/>
              </w:rPr>
              <w:t xml:space="preserve"> </w:t>
            </w:r>
          </w:p>
          <w:p w14:paraId="6B9A1313"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Wiejskie</w:t>
            </w:r>
          </w:p>
        </w:tc>
        <w:tc>
          <w:tcPr>
            <w:tcW w:w="1839" w:type="dxa"/>
          </w:tcPr>
          <w:p w14:paraId="10DAA223"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6b.</w:t>
            </w:r>
            <w:r w:rsidRPr="00901348">
              <w:rPr>
                <w:rFonts w:ascii="Arial Narrow" w:hAnsi="Arial Narrow" w:cs="Arial"/>
                <w:sz w:val="18"/>
                <w:szCs w:val="18"/>
                <w:lang w:eastAsia="x-none"/>
              </w:rPr>
              <w:t xml:space="preserve"> </w:t>
            </w:r>
          </w:p>
          <w:p w14:paraId="2E8AD149"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Z przewagą wstęgowo ułożonych zespołów niewielkich pól ornych, łąk i pastwisk</w:t>
            </w:r>
          </w:p>
        </w:tc>
        <w:tc>
          <w:tcPr>
            <w:tcW w:w="1674" w:type="dxa"/>
          </w:tcPr>
          <w:p w14:paraId="1E8BBCAE"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równinne, faliste (</w:t>
            </w:r>
            <w:r w:rsidRPr="00901348">
              <w:rPr>
                <w:rFonts w:ascii="Arial Narrow" w:hAnsi="Arial Narrow" w:cs="Arial"/>
                <w:b/>
                <w:bCs/>
                <w:sz w:val="18"/>
                <w:szCs w:val="18"/>
                <w:lang w:eastAsia="x-none"/>
              </w:rPr>
              <w:t>A,B</w:t>
            </w:r>
            <w:r w:rsidRPr="00901348">
              <w:rPr>
                <w:rFonts w:ascii="Arial Narrow" w:hAnsi="Arial Narrow" w:cs="Arial"/>
                <w:sz w:val="18"/>
                <w:szCs w:val="18"/>
                <w:lang w:eastAsia="x-none"/>
              </w:rPr>
              <w:t xml:space="preserve">); </w:t>
            </w:r>
          </w:p>
          <w:p w14:paraId="71D22CE9"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pagórkowate (</w:t>
            </w:r>
            <w:r w:rsidRPr="00901348">
              <w:rPr>
                <w:rFonts w:ascii="Arial Narrow" w:hAnsi="Arial Narrow" w:cs="Arial"/>
                <w:b/>
                <w:bCs/>
                <w:sz w:val="18"/>
                <w:szCs w:val="18"/>
                <w:lang w:eastAsia="x-none"/>
              </w:rPr>
              <w:t>C</w:t>
            </w:r>
            <w:r w:rsidRPr="00901348">
              <w:rPr>
                <w:rFonts w:ascii="Arial Narrow" w:hAnsi="Arial Narrow" w:cs="Arial"/>
                <w:sz w:val="18"/>
                <w:szCs w:val="18"/>
                <w:lang w:eastAsia="x-none"/>
              </w:rPr>
              <w:t xml:space="preserve">); </w:t>
            </w:r>
          </w:p>
          <w:p w14:paraId="2711CE59"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dolin (</w:t>
            </w:r>
            <w:r w:rsidRPr="00901348">
              <w:rPr>
                <w:rFonts w:ascii="Arial Narrow" w:hAnsi="Arial Narrow" w:cs="Arial"/>
                <w:b/>
                <w:bCs/>
                <w:sz w:val="18"/>
                <w:szCs w:val="18"/>
                <w:lang w:eastAsia="x-none"/>
              </w:rPr>
              <w:t>G</w:t>
            </w:r>
            <w:r w:rsidRPr="00901348">
              <w:rPr>
                <w:rFonts w:ascii="Arial Narrow" w:hAnsi="Arial Narrow" w:cs="Arial"/>
                <w:sz w:val="18"/>
                <w:szCs w:val="18"/>
                <w:lang w:eastAsia="x-none"/>
              </w:rPr>
              <w:t>)</w:t>
            </w:r>
          </w:p>
        </w:tc>
        <w:tc>
          <w:tcPr>
            <w:tcW w:w="3433" w:type="dxa"/>
          </w:tcPr>
          <w:p w14:paraId="7125EECA"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 xml:space="preserve">eoliczne równinne i faliste, </w:t>
            </w:r>
            <w:proofErr w:type="spellStart"/>
            <w:r w:rsidRPr="00901348">
              <w:rPr>
                <w:rFonts w:ascii="Arial Narrow" w:hAnsi="Arial Narrow" w:cs="Arial"/>
                <w:sz w:val="18"/>
                <w:szCs w:val="18"/>
                <w:lang w:eastAsia="x-none"/>
              </w:rPr>
              <w:t>staroglacjalne</w:t>
            </w:r>
            <w:proofErr w:type="spellEnd"/>
            <w:r w:rsidRPr="00901348">
              <w:rPr>
                <w:rFonts w:ascii="Arial Narrow" w:hAnsi="Arial Narrow" w:cs="Arial"/>
                <w:sz w:val="18"/>
                <w:szCs w:val="18"/>
                <w:lang w:eastAsia="x-none"/>
              </w:rPr>
              <w:t xml:space="preserve"> fluwioglacjalne równinne i faliste,</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 xml:space="preserve">eoliczne pagórów wydmowych, </w:t>
            </w:r>
            <w:proofErr w:type="spellStart"/>
            <w:r w:rsidRPr="00901348">
              <w:rPr>
                <w:rFonts w:ascii="Arial Narrow" w:hAnsi="Arial Narrow" w:cs="Arial"/>
                <w:sz w:val="18"/>
                <w:szCs w:val="18"/>
                <w:lang w:eastAsia="x-none"/>
              </w:rPr>
              <w:t>nadzalewowe</w:t>
            </w:r>
            <w:proofErr w:type="spellEnd"/>
            <w:r w:rsidRPr="00901348">
              <w:rPr>
                <w:rFonts w:ascii="Arial Narrow" w:hAnsi="Arial Narrow" w:cs="Arial"/>
                <w:sz w:val="18"/>
                <w:szCs w:val="18"/>
                <w:lang w:eastAsia="x-none"/>
              </w:rPr>
              <w:t>, zalewowe,</w:t>
            </w:r>
          </w:p>
        </w:tc>
        <w:tc>
          <w:tcPr>
            <w:tcW w:w="567" w:type="dxa"/>
          </w:tcPr>
          <w:p w14:paraId="5746C001" w14:textId="77777777" w:rsidR="001660A2" w:rsidRPr="00901348" w:rsidRDefault="001660A2">
            <w:pPr>
              <w:ind w:left="-57" w:right="-57"/>
              <w:jc w:val="center"/>
              <w:rPr>
                <w:rFonts w:ascii="Arial Narrow" w:hAnsi="Arial Narrow" w:cs="Arial"/>
                <w:sz w:val="18"/>
                <w:szCs w:val="18"/>
                <w:lang w:eastAsia="x-none"/>
              </w:rPr>
            </w:pPr>
            <w:r w:rsidRPr="00901348">
              <w:rPr>
                <w:rFonts w:ascii="Arial Narrow" w:hAnsi="Arial Narrow" w:cs="Arial"/>
                <w:sz w:val="18"/>
                <w:szCs w:val="18"/>
                <w:lang w:eastAsia="x-none"/>
              </w:rPr>
              <w:t>299</w:t>
            </w:r>
            <w:r w:rsidRPr="000C647F">
              <w:rPr>
                <w:rFonts w:ascii="Arial Narrow" w:hAnsi="Arial Narrow" w:cs="Arial"/>
                <w:sz w:val="18"/>
                <w:szCs w:val="18"/>
                <w:lang w:eastAsia="x-none"/>
              </w:rPr>
              <w:t>,2</w:t>
            </w:r>
          </w:p>
        </w:tc>
      </w:tr>
      <w:tr w:rsidR="001660A2" w:rsidRPr="00901348" w14:paraId="1913532C" w14:textId="77777777">
        <w:tc>
          <w:tcPr>
            <w:tcW w:w="1045" w:type="dxa"/>
          </w:tcPr>
          <w:p w14:paraId="6205BAF0"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10-342.11-54</w:t>
            </w:r>
          </w:p>
        </w:tc>
        <w:tc>
          <w:tcPr>
            <w:tcW w:w="906" w:type="dxa"/>
          </w:tcPr>
          <w:p w14:paraId="10E16547"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6.</w:t>
            </w:r>
            <w:r w:rsidRPr="00901348">
              <w:rPr>
                <w:rFonts w:ascii="Arial Narrow" w:hAnsi="Arial Narrow" w:cs="Arial"/>
                <w:sz w:val="18"/>
                <w:szCs w:val="18"/>
                <w:lang w:eastAsia="x-none"/>
              </w:rPr>
              <w:t xml:space="preserve"> </w:t>
            </w:r>
          </w:p>
          <w:p w14:paraId="31F71156"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Wiejskie</w:t>
            </w:r>
          </w:p>
        </w:tc>
        <w:tc>
          <w:tcPr>
            <w:tcW w:w="1839" w:type="dxa"/>
          </w:tcPr>
          <w:p w14:paraId="6E60E116"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6c.</w:t>
            </w:r>
            <w:r w:rsidRPr="00901348">
              <w:rPr>
                <w:rFonts w:ascii="Arial Narrow" w:hAnsi="Arial Narrow" w:cs="Arial"/>
                <w:sz w:val="18"/>
                <w:szCs w:val="18"/>
                <w:lang w:eastAsia="x-none"/>
              </w:rPr>
              <w:t xml:space="preserve"> </w:t>
            </w:r>
          </w:p>
          <w:p w14:paraId="15A808D3"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Z przewagą mozaikowo rozmieszczonych użytków rolnych tworzących małe pola</w:t>
            </w:r>
          </w:p>
        </w:tc>
        <w:tc>
          <w:tcPr>
            <w:tcW w:w="1674" w:type="dxa"/>
          </w:tcPr>
          <w:p w14:paraId="6A6735A1"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równinne, faliste (</w:t>
            </w:r>
            <w:r w:rsidRPr="00901348">
              <w:rPr>
                <w:rFonts w:ascii="Arial Narrow" w:hAnsi="Arial Narrow" w:cs="Arial"/>
                <w:b/>
                <w:bCs/>
                <w:sz w:val="18"/>
                <w:szCs w:val="18"/>
                <w:lang w:eastAsia="x-none"/>
              </w:rPr>
              <w:t>A,B</w:t>
            </w:r>
            <w:r w:rsidRPr="00901348">
              <w:rPr>
                <w:rFonts w:ascii="Arial Narrow" w:hAnsi="Arial Narrow" w:cs="Arial"/>
                <w:sz w:val="18"/>
                <w:szCs w:val="18"/>
                <w:lang w:eastAsia="x-none"/>
              </w:rPr>
              <w:t xml:space="preserve">); </w:t>
            </w:r>
          </w:p>
          <w:p w14:paraId="14815D6C"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pagórkowate (</w:t>
            </w:r>
            <w:r w:rsidRPr="00901348">
              <w:rPr>
                <w:rFonts w:ascii="Arial Narrow" w:hAnsi="Arial Narrow" w:cs="Arial"/>
                <w:b/>
                <w:bCs/>
                <w:sz w:val="18"/>
                <w:szCs w:val="18"/>
                <w:lang w:eastAsia="x-none"/>
              </w:rPr>
              <w:t>C</w:t>
            </w:r>
            <w:r w:rsidRPr="00901348">
              <w:rPr>
                <w:rFonts w:ascii="Arial Narrow" w:hAnsi="Arial Narrow" w:cs="Arial"/>
                <w:sz w:val="18"/>
                <w:szCs w:val="18"/>
                <w:lang w:eastAsia="x-none"/>
              </w:rPr>
              <w:t xml:space="preserve">); </w:t>
            </w:r>
          </w:p>
          <w:p w14:paraId="41E9BC58"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dolin (</w:t>
            </w:r>
            <w:r w:rsidRPr="00901348">
              <w:rPr>
                <w:rFonts w:ascii="Arial Narrow" w:hAnsi="Arial Narrow" w:cs="Arial"/>
                <w:b/>
                <w:bCs/>
                <w:sz w:val="18"/>
                <w:szCs w:val="18"/>
                <w:lang w:eastAsia="x-none"/>
              </w:rPr>
              <w:t>G</w:t>
            </w:r>
            <w:r w:rsidRPr="00901348">
              <w:rPr>
                <w:rFonts w:ascii="Arial Narrow" w:hAnsi="Arial Narrow" w:cs="Arial"/>
                <w:sz w:val="18"/>
                <w:szCs w:val="18"/>
                <w:lang w:eastAsia="x-none"/>
              </w:rPr>
              <w:t>)</w:t>
            </w:r>
          </w:p>
        </w:tc>
        <w:tc>
          <w:tcPr>
            <w:tcW w:w="3433" w:type="dxa"/>
          </w:tcPr>
          <w:p w14:paraId="3EEB5A14" w14:textId="77777777" w:rsidR="001660A2" w:rsidRPr="00901348" w:rsidRDefault="001660A2">
            <w:pPr>
              <w:ind w:left="-57" w:right="-57"/>
              <w:rPr>
                <w:rFonts w:ascii="Arial Narrow" w:hAnsi="Arial Narrow" w:cs="Arial"/>
                <w:sz w:val="18"/>
                <w:szCs w:val="18"/>
                <w:lang w:eastAsia="x-none"/>
              </w:rPr>
            </w:pPr>
            <w:proofErr w:type="spellStart"/>
            <w:r w:rsidRPr="00901348">
              <w:rPr>
                <w:rFonts w:ascii="Arial Narrow" w:hAnsi="Arial Narrow" w:cs="Arial"/>
                <w:sz w:val="18"/>
                <w:szCs w:val="18"/>
                <w:lang w:eastAsia="x-none"/>
              </w:rPr>
              <w:t>staroglacjalne</w:t>
            </w:r>
            <w:proofErr w:type="spellEnd"/>
            <w:r w:rsidRPr="00901348">
              <w:rPr>
                <w:rFonts w:ascii="Arial Narrow" w:hAnsi="Arial Narrow" w:cs="Arial"/>
                <w:sz w:val="18"/>
                <w:szCs w:val="18"/>
                <w:lang w:eastAsia="x-none"/>
              </w:rPr>
              <w:t xml:space="preserve"> fluwioglacjalne równinne i faliste,</w:t>
            </w:r>
            <w:r w:rsidRPr="000C647F">
              <w:rPr>
                <w:rFonts w:ascii="Arial Narrow" w:hAnsi="Arial Narrow" w:cs="Arial"/>
                <w:sz w:val="18"/>
                <w:szCs w:val="18"/>
                <w:lang w:eastAsia="x-none"/>
              </w:rPr>
              <w:t xml:space="preserve"> </w:t>
            </w:r>
            <w:proofErr w:type="spellStart"/>
            <w:r w:rsidRPr="00901348">
              <w:rPr>
                <w:rFonts w:ascii="Arial Narrow" w:hAnsi="Arial Narrow" w:cs="Arial"/>
                <w:sz w:val="18"/>
                <w:szCs w:val="18"/>
                <w:lang w:eastAsia="x-none"/>
              </w:rPr>
              <w:t>staroglacjalne</w:t>
            </w:r>
            <w:proofErr w:type="spellEnd"/>
            <w:r w:rsidRPr="00901348">
              <w:rPr>
                <w:rFonts w:ascii="Arial Narrow" w:hAnsi="Arial Narrow" w:cs="Arial"/>
                <w:sz w:val="18"/>
                <w:szCs w:val="18"/>
                <w:lang w:eastAsia="x-none"/>
              </w:rPr>
              <w:t xml:space="preserve"> glacjalne równinne i faliste,</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eoliczne równinne i faliste,</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eoliczne pagórów wydmowych,</w:t>
            </w:r>
            <w:r w:rsidRPr="000C647F">
              <w:rPr>
                <w:rFonts w:ascii="Arial Narrow" w:hAnsi="Arial Narrow" w:cs="Arial"/>
                <w:sz w:val="18"/>
                <w:szCs w:val="18"/>
                <w:lang w:eastAsia="x-none"/>
              </w:rPr>
              <w:t xml:space="preserve"> </w:t>
            </w:r>
            <w:proofErr w:type="spellStart"/>
            <w:r w:rsidRPr="00901348">
              <w:rPr>
                <w:rFonts w:ascii="Arial Narrow" w:hAnsi="Arial Narrow" w:cs="Arial"/>
                <w:sz w:val="18"/>
                <w:szCs w:val="18"/>
                <w:lang w:eastAsia="x-none"/>
              </w:rPr>
              <w:t>staroglacjalne</w:t>
            </w:r>
            <w:proofErr w:type="spellEnd"/>
            <w:r w:rsidRPr="00901348">
              <w:rPr>
                <w:rFonts w:ascii="Arial Narrow" w:hAnsi="Arial Narrow" w:cs="Arial"/>
                <w:sz w:val="18"/>
                <w:szCs w:val="18"/>
                <w:lang w:eastAsia="x-none"/>
              </w:rPr>
              <w:t xml:space="preserve"> fluwioglacjalne pagórkowate,</w:t>
            </w:r>
            <w:r w:rsidRPr="000C647F">
              <w:rPr>
                <w:rFonts w:ascii="Arial Narrow" w:hAnsi="Arial Narrow" w:cs="Arial"/>
                <w:sz w:val="18"/>
                <w:szCs w:val="18"/>
                <w:lang w:eastAsia="x-none"/>
              </w:rPr>
              <w:t xml:space="preserve"> </w:t>
            </w:r>
            <w:proofErr w:type="spellStart"/>
            <w:r w:rsidRPr="00901348">
              <w:rPr>
                <w:rFonts w:ascii="Arial Narrow" w:hAnsi="Arial Narrow" w:cs="Arial"/>
                <w:sz w:val="18"/>
                <w:szCs w:val="18"/>
                <w:lang w:eastAsia="x-none"/>
              </w:rPr>
              <w:t>staroglacjalne</w:t>
            </w:r>
            <w:proofErr w:type="spellEnd"/>
            <w:r w:rsidRPr="00901348">
              <w:rPr>
                <w:rFonts w:ascii="Arial Narrow" w:hAnsi="Arial Narrow" w:cs="Arial"/>
                <w:sz w:val="18"/>
                <w:szCs w:val="18"/>
                <w:lang w:eastAsia="x-none"/>
              </w:rPr>
              <w:t xml:space="preserve"> fluwioglacjalne wzgórzowe,</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lastRenderedPageBreak/>
              <w:t>zalewowe,</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równin bagiennych,</w:t>
            </w:r>
            <w:r w:rsidRPr="000C647F">
              <w:rPr>
                <w:rFonts w:ascii="Arial Narrow" w:hAnsi="Arial Narrow" w:cs="Arial"/>
                <w:sz w:val="18"/>
                <w:szCs w:val="18"/>
                <w:lang w:eastAsia="x-none"/>
              </w:rPr>
              <w:t xml:space="preserve"> </w:t>
            </w:r>
            <w:proofErr w:type="spellStart"/>
            <w:r w:rsidRPr="00901348">
              <w:rPr>
                <w:rFonts w:ascii="Arial Narrow" w:hAnsi="Arial Narrow" w:cs="Arial"/>
                <w:sz w:val="18"/>
                <w:szCs w:val="18"/>
                <w:lang w:eastAsia="x-none"/>
              </w:rPr>
              <w:t>nadzalewowe</w:t>
            </w:r>
            <w:proofErr w:type="spellEnd"/>
            <w:r w:rsidRPr="00901348">
              <w:rPr>
                <w:rFonts w:ascii="Arial Narrow" w:hAnsi="Arial Narrow" w:cs="Arial"/>
                <w:sz w:val="18"/>
                <w:szCs w:val="18"/>
                <w:lang w:eastAsia="x-none"/>
              </w:rPr>
              <w:t>,</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peryglacjalne,</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wychodnie węglanowe,</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krzemianowe,</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wzniesienia węglanowe,</w:t>
            </w:r>
          </w:p>
        </w:tc>
        <w:tc>
          <w:tcPr>
            <w:tcW w:w="567" w:type="dxa"/>
          </w:tcPr>
          <w:p w14:paraId="65EB907F" w14:textId="77777777" w:rsidR="001660A2" w:rsidRPr="00901348" w:rsidRDefault="001660A2">
            <w:pPr>
              <w:ind w:left="-57" w:right="-57"/>
              <w:jc w:val="center"/>
              <w:rPr>
                <w:rFonts w:ascii="Arial Narrow" w:hAnsi="Arial Narrow" w:cs="Arial"/>
                <w:sz w:val="18"/>
                <w:szCs w:val="18"/>
                <w:lang w:eastAsia="x-none"/>
              </w:rPr>
            </w:pPr>
            <w:r>
              <w:rPr>
                <w:rFonts w:ascii="Arial Narrow" w:hAnsi="Arial Narrow" w:cs="Arial"/>
                <w:sz w:val="18"/>
                <w:szCs w:val="18"/>
                <w:lang w:eastAsia="x-none"/>
              </w:rPr>
              <w:lastRenderedPageBreak/>
              <w:t>3132,7</w:t>
            </w:r>
          </w:p>
        </w:tc>
      </w:tr>
      <w:tr w:rsidR="001660A2" w:rsidRPr="00901348" w14:paraId="26A53540" w14:textId="77777777">
        <w:tc>
          <w:tcPr>
            <w:tcW w:w="1045" w:type="dxa"/>
          </w:tcPr>
          <w:p w14:paraId="156A7C34"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10-342.17-2</w:t>
            </w:r>
          </w:p>
        </w:tc>
        <w:tc>
          <w:tcPr>
            <w:tcW w:w="906" w:type="dxa"/>
          </w:tcPr>
          <w:p w14:paraId="312B99BA"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7.</w:t>
            </w:r>
            <w:r w:rsidRPr="00901348">
              <w:rPr>
                <w:rFonts w:ascii="Arial Narrow" w:hAnsi="Arial Narrow" w:cs="Arial"/>
                <w:sz w:val="18"/>
                <w:szCs w:val="18"/>
                <w:lang w:eastAsia="x-none"/>
              </w:rPr>
              <w:t xml:space="preserve"> </w:t>
            </w:r>
          </w:p>
          <w:p w14:paraId="70B54F4E"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Mozaikowe</w:t>
            </w:r>
          </w:p>
        </w:tc>
        <w:tc>
          <w:tcPr>
            <w:tcW w:w="1839" w:type="dxa"/>
          </w:tcPr>
          <w:p w14:paraId="76B06243"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7a.</w:t>
            </w:r>
            <w:r w:rsidRPr="00901348">
              <w:rPr>
                <w:rFonts w:ascii="Arial Narrow" w:hAnsi="Arial Narrow" w:cs="Arial"/>
                <w:sz w:val="18"/>
                <w:szCs w:val="18"/>
                <w:lang w:eastAsia="x-none"/>
              </w:rPr>
              <w:t xml:space="preserve"> </w:t>
            </w:r>
          </w:p>
          <w:p w14:paraId="67B69927"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Z przewagą terenów porolnych</w:t>
            </w:r>
          </w:p>
        </w:tc>
        <w:tc>
          <w:tcPr>
            <w:tcW w:w="1674" w:type="dxa"/>
          </w:tcPr>
          <w:p w14:paraId="631E4DE6"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równinne, faliste (</w:t>
            </w:r>
            <w:r w:rsidRPr="00901348">
              <w:rPr>
                <w:rFonts w:ascii="Arial Narrow" w:hAnsi="Arial Narrow" w:cs="Arial"/>
                <w:b/>
                <w:bCs/>
                <w:sz w:val="18"/>
                <w:szCs w:val="18"/>
                <w:lang w:eastAsia="x-none"/>
              </w:rPr>
              <w:t>A,B</w:t>
            </w:r>
            <w:r w:rsidRPr="00901348">
              <w:rPr>
                <w:rFonts w:ascii="Arial Narrow" w:hAnsi="Arial Narrow" w:cs="Arial"/>
                <w:sz w:val="18"/>
                <w:szCs w:val="18"/>
                <w:lang w:eastAsia="x-none"/>
              </w:rPr>
              <w:t xml:space="preserve">); </w:t>
            </w:r>
          </w:p>
          <w:p w14:paraId="1C9F5D81"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pagórkowate (</w:t>
            </w:r>
            <w:r w:rsidRPr="00901348">
              <w:rPr>
                <w:rFonts w:ascii="Arial Narrow" w:hAnsi="Arial Narrow" w:cs="Arial"/>
                <w:b/>
                <w:bCs/>
                <w:sz w:val="18"/>
                <w:szCs w:val="18"/>
                <w:lang w:eastAsia="x-none"/>
              </w:rPr>
              <w:t>C</w:t>
            </w:r>
            <w:r w:rsidRPr="00901348">
              <w:rPr>
                <w:rFonts w:ascii="Arial Narrow" w:hAnsi="Arial Narrow" w:cs="Arial"/>
                <w:sz w:val="18"/>
                <w:szCs w:val="18"/>
                <w:lang w:eastAsia="x-none"/>
              </w:rPr>
              <w:t xml:space="preserve">); </w:t>
            </w:r>
          </w:p>
          <w:p w14:paraId="28D2D563"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dolin (</w:t>
            </w:r>
            <w:r w:rsidRPr="00901348">
              <w:rPr>
                <w:rFonts w:ascii="Arial Narrow" w:hAnsi="Arial Narrow" w:cs="Arial"/>
                <w:b/>
                <w:bCs/>
                <w:sz w:val="18"/>
                <w:szCs w:val="18"/>
                <w:lang w:eastAsia="x-none"/>
              </w:rPr>
              <w:t>G</w:t>
            </w:r>
            <w:r w:rsidRPr="00901348">
              <w:rPr>
                <w:rFonts w:ascii="Arial Narrow" w:hAnsi="Arial Narrow" w:cs="Arial"/>
                <w:sz w:val="18"/>
                <w:szCs w:val="18"/>
                <w:lang w:eastAsia="x-none"/>
              </w:rPr>
              <w:t>)</w:t>
            </w:r>
          </w:p>
        </w:tc>
        <w:tc>
          <w:tcPr>
            <w:tcW w:w="3433" w:type="dxa"/>
          </w:tcPr>
          <w:p w14:paraId="3B51014B" w14:textId="77777777" w:rsidR="001660A2" w:rsidRPr="00901348" w:rsidRDefault="001660A2">
            <w:pPr>
              <w:ind w:left="-57" w:right="-57"/>
              <w:rPr>
                <w:rFonts w:ascii="Arial Narrow" w:hAnsi="Arial Narrow" w:cs="Arial"/>
                <w:sz w:val="18"/>
                <w:szCs w:val="18"/>
                <w:lang w:eastAsia="x-none"/>
              </w:rPr>
            </w:pPr>
            <w:proofErr w:type="spellStart"/>
            <w:r w:rsidRPr="00901348">
              <w:rPr>
                <w:rFonts w:ascii="Arial Narrow" w:hAnsi="Arial Narrow" w:cs="Arial"/>
                <w:sz w:val="18"/>
                <w:szCs w:val="18"/>
                <w:lang w:eastAsia="x-none"/>
              </w:rPr>
              <w:t>staroglacjalne</w:t>
            </w:r>
            <w:proofErr w:type="spellEnd"/>
            <w:r w:rsidRPr="00901348">
              <w:rPr>
                <w:rFonts w:ascii="Arial Narrow" w:hAnsi="Arial Narrow" w:cs="Arial"/>
                <w:sz w:val="18"/>
                <w:szCs w:val="18"/>
                <w:lang w:eastAsia="x-none"/>
              </w:rPr>
              <w:t xml:space="preserve"> fluwioglacjalne równinne i faliste,</w:t>
            </w:r>
            <w:r w:rsidRPr="000C647F">
              <w:rPr>
                <w:rFonts w:ascii="Arial Narrow" w:hAnsi="Arial Narrow" w:cs="Arial"/>
                <w:sz w:val="18"/>
                <w:szCs w:val="18"/>
                <w:lang w:eastAsia="x-none"/>
              </w:rPr>
              <w:t xml:space="preserve"> </w:t>
            </w:r>
            <w:r w:rsidRPr="00901348">
              <w:rPr>
                <w:rFonts w:ascii="Arial Narrow" w:hAnsi="Arial Narrow" w:cs="Arial"/>
                <w:sz w:val="18"/>
                <w:szCs w:val="18"/>
                <w:lang w:eastAsia="x-none"/>
              </w:rPr>
              <w:t>eoliczne pagórów wydmowych, zalewowe,</w:t>
            </w:r>
            <w:r w:rsidRPr="000C647F">
              <w:rPr>
                <w:rFonts w:ascii="Arial Narrow" w:hAnsi="Arial Narrow" w:cs="Arial"/>
                <w:sz w:val="18"/>
                <w:szCs w:val="18"/>
                <w:lang w:eastAsia="x-none"/>
              </w:rPr>
              <w:t xml:space="preserve"> </w:t>
            </w:r>
            <w:proofErr w:type="spellStart"/>
            <w:r w:rsidRPr="00901348">
              <w:rPr>
                <w:rFonts w:ascii="Arial Narrow" w:hAnsi="Arial Narrow" w:cs="Arial"/>
                <w:sz w:val="18"/>
                <w:szCs w:val="18"/>
                <w:lang w:eastAsia="x-none"/>
              </w:rPr>
              <w:t>nadzalewowe</w:t>
            </w:r>
            <w:proofErr w:type="spellEnd"/>
            <w:r w:rsidRPr="00901348">
              <w:rPr>
                <w:rFonts w:ascii="Arial Narrow" w:hAnsi="Arial Narrow" w:cs="Arial"/>
                <w:sz w:val="18"/>
                <w:szCs w:val="18"/>
                <w:lang w:eastAsia="x-none"/>
              </w:rPr>
              <w:t>, równin bagiennych</w:t>
            </w:r>
          </w:p>
        </w:tc>
        <w:tc>
          <w:tcPr>
            <w:tcW w:w="567" w:type="dxa"/>
          </w:tcPr>
          <w:p w14:paraId="2DAB7B48" w14:textId="77777777" w:rsidR="001660A2" w:rsidRPr="00901348" w:rsidRDefault="001660A2">
            <w:pPr>
              <w:ind w:left="-57" w:right="-57"/>
              <w:jc w:val="center"/>
              <w:rPr>
                <w:rFonts w:ascii="Arial Narrow" w:hAnsi="Arial Narrow" w:cs="Arial"/>
                <w:sz w:val="18"/>
                <w:szCs w:val="18"/>
                <w:lang w:eastAsia="x-none"/>
              </w:rPr>
            </w:pPr>
            <w:r w:rsidRPr="00901348">
              <w:rPr>
                <w:rFonts w:ascii="Arial Narrow" w:hAnsi="Arial Narrow" w:cs="Arial"/>
                <w:sz w:val="18"/>
                <w:szCs w:val="18"/>
                <w:lang w:eastAsia="x-none"/>
              </w:rPr>
              <w:t>23</w:t>
            </w:r>
            <w:r>
              <w:rPr>
                <w:rFonts w:ascii="Arial Narrow" w:hAnsi="Arial Narrow" w:cs="Arial"/>
                <w:sz w:val="18"/>
                <w:szCs w:val="18"/>
                <w:lang w:eastAsia="x-none"/>
              </w:rPr>
              <w:t>4</w:t>
            </w:r>
            <w:r w:rsidRPr="000C647F">
              <w:rPr>
                <w:rFonts w:ascii="Arial Narrow" w:hAnsi="Arial Narrow" w:cs="Arial"/>
                <w:sz w:val="18"/>
                <w:szCs w:val="18"/>
                <w:lang w:eastAsia="x-none"/>
              </w:rPr>
              <w:t>,</w:t>
            </w:r>
            <w:r>
              <w:rPr>
                <w:rFonts w:ascii="Arial Narrow" w:hAnsi="Arial Narrow" w:cs="Arial"/>
                <w:sz w:val="18"/>
                <w:szCs w:val="18"/>
                <w:lang w:eastAsia="x-none"/>
              </w:rPr>
              <w:t>1</w:t>
            </w:r>
          </w:p>
        </w:tc>
      </w:tr>
      <w:tr w:rsidR="001660A2" w:rsidRPr="00901348" w14:paraId="4985A3F2" w14:textId="77777777">
        <w:tc>
          <w:tcPr>
            <w:tcW w:w="1045" w:type="dxa"/>
          </w:tcPr>
          <w:p w14:paraId="2AF8A5A7" w14:textId="77777777" w:rsidR="001660A2" w:rsidRPr="00901348" w:rsidRDefault="001660A2">
            <w:pPr>
              <w:ind w:left="-57" w:right="-57"/>
              <w:jc w:val="center"/>
              <w:rPr>
                <w:rFonts w:ascii="Arial Narrow" w:hAnsi="Arial Narrow"/>
                <w:b/>
                <w:bCs/>
                <w:sz w:val="18"/>
                <w:szCs w:val="18"/>
                <w:lang w:eastAsia="x-none"/>
              </w:rPr>
            </w:pPr>
            <w:r w:rsidRPr="00901348">
              <w:rPr>
                <w:rFonts w:ascii="Arial Narrow" w:hAnsi="Arial Narrow"/>
                <w:b/>
                <w:bCs/>
                <w:sz w:val="18"/>
                <w:szCs w:val="18"/>
                <w:lang w:eastAsia="x-none"/>
              </w:rPr>
              <w:t>10-342.17-1</w:t>
            </w:r>
          </w:p>
        </w:tc>
        <w:tc>
          <w:tcPr>
            <w:tcW w:w="906" w:type="dxa"/>
          </w:tcPr>
          <w:p w14:paraId="1FF7C37F"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8.</w:t>
            </w:r>
            <w:r w:rsidRPr="00901348">
              <w:rPr>
                <w:rFonts w:ascii="Arial Narrow" w:hAnsi="Arial Narrow" w:cs="Arial"/>
                <w:sz w:val="18"/>
                <w:szCs w:val="18"/>
                <w:lang w:eastAsia="x-none"/>
              </w:rPr>
              <w:t xml:space="preserve"> </w:t>
            </w:r>
          </w:p>
          <w:p w14:paraId="7F13B214" w14:textId="77777777" w:rsidR="001660A2" w:rsidRPr="00901348" w:rsidRDefault="001660A2">
            <w:pPr>
              <w:ind w:left="-57" w:right="-57"/>
              <w:rPr>
                <w:rFonts w:ascii="Arial Narrow" w:hAnsi="Arial Narrow" w:cs="Arial"/>
                <w:b/>
                <w:bCs/>
                <w:sz w:val="18"/>
                <w:szCs w:val="18"/>
                <w:lang w:eastAsia="x-none"/>
              </w:rPr>
            </w:pPr>
            <w:r w:rsidRPr="00901348">
              <w:rPr>
                <w:rFonts w:ascii="Arial Narrow" w:hAnsi="Arial Narrow" w:cs="Arial"/>
                <w:sz w:val="18"/>
                <w:szCs w:val="18"/>
                <w:lang w:eastAsia="x-none"/>
              </w:rPr>
              <w:t>Podmiejskie i osadnicze</w:t>
            </w:r>
          </w:p>
        </w:tc>
        <w:tc>
          <w:tcPr>
            <w:tcW w:w="1839" w:type="dxa"/>
          </w:tcPr>
          <w:p w14:paraId="31A3AC64"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b/>
                <w:bCs/>
                <w:sz w:val="18"/>
                <w:szCs w:val="18"/>
                <w:lang w:eastAsia="x-none"/>
              </w:rPr>
              <w:t>8d</w:t>
            </w:r>
            <w:r w:rsidRPr="00901348">
              <w:rPr>
                <w:rFonts w:ascii="Arial Narrow" w:hAnsi="Arial Narrow" w:cs="Arial"/>
                <w:sz w:val="18"/>
                <w:szCs w:val="18"/>
                <w:lang w:eastAsia="x-none"/>
              </w:rPr>
              <w:t xml:space="preserve">. </w:t>
            </w:r>
          </w:p>
          <w:p w14:paraId="6F194D5F"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Zróżnicowana typologicznie i przestrzennie zabudowa nierolnicza na terenach wcześniej rolniczych</w:t>
            </w:r>
          </w:p>
        </w:tc>
        <w:tc>
          <w:tcPr>
            <w:tcW w:w="1674" w:type="dxa"/>
          </w:tcPr>
          <w:p w14:paraId="38BA1592"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równinne, faliste (</w:t>
            </w:r>
            <w:r w:rsidRPr="00901348">
              <w:rPr>
                <w:rFonts w:ascii="Arial Narrow" w:hAnsi="Arial Narrow" w:cs="Arial"/>
                <w:b/>
                <w:bCs/>
                <w:sz w:val="18"/>
                <w:szCs w:val="18"/>
                <w:lang w:eastAsia="x-none"/>
              </w:rPr>
              <w:t>A,B</w:t>
            </w:r>
            <w:r w:rsidRPr="00901348">
              <w:rPr>
                <w:rFonts w:ascii="Arial Narrow" w:hAnsi="Arial Narrow" w:cs="Arial"/>
                <w:sz w:val="18"/>
                <w:szCs w:val="18"/>
                <w:lang w:eastAsia="x-none"/>
              </w:rPr>
              <w:t xml:space="preserve">); </w:t>
            </w:r>
          </w:p>
          <w:p w14:paraId="55DA56C8"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pagórkowate (</w:t>
            </w:r>
            <w:r w:rsidRPr="00901348">
              <w:rPr>
                <w:rFonts w:ascii="Arial Narrow" w:hAnsi="Arial Narrow" w:cs="Arial"/>
                <w:b/>
                <w:bCs/>
                <w:sz w:val="18"/>
                <w:szCs w:val="18"/>
                <w:lang w:eastAsia="x-none"/>
              </w:rPr>
              <w:t>C</w:t>
            </w:r>
            <w:r w:rsidRPr="00901348">
              <w:rPr>
                <w:rFonts w:ascii="Arial Narrow" w:hAnsi="Arial Narrow" w:cs="Arial"/>
                <w:sz w:val="18"/>
                <w:szCs w:val="18"/>
                <w:lang w:eastAsia="x-none"/>
              </w:rPr>
              <w:t xml:space="preserve">); </w:t>
            </w:r>
          </w:p>
          <w:p w14:paraId="34402135"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dolin (</w:t>
            </w:r>
            <w:r w:rsidRPr="00901348">
              <w:rPr>
                <w:rFonts w:ascii="Arial Narrow" w:hAnsi="Arial Narrow" w:cs="Arial"/>
                <w:b/>
                <w:bCs/>
                <w:sz w:val="18"/>
                <w:szCs w:val="18"/>
                <w:lang w:eastAsia="x-none"/>
              </w:rPr>
              <w:t>G</w:t>
            </w:r>
            <w:r w:rsidRPr="00901348">
              <w:rPr>
                <w:rFonts w:ascii="Arial Narrow" w:hAnsi="Arial Narrow" w:cs="Arial"/>
                <w:sz w:val="18"/>
                <w:szCs w:val="18"/>
                <w:lang w:eastAsia="x-none"/>
              </w:rPr>
              <w:t>)</w:t>
            </w:r>
          </w:p>
        </w:tc>
        <w:tc>
          <w:tcPr>
            <w:tcW w:w="3433" w:type="dxa"/>
          </w:tcPr>
          <w:p w14:paraId="1B46ACF9" w14:textId="77777777" w:rsidR="001660A2" w:rsidRPr="00901348" w:rsidRDefault="001660A2">
            <w:pPr>
              <w:ind w:left="-57" w:right="-57"/>
              <w:rPr>
                <w:rFonts w:ascii="Arial Narrow" w:hAnsi="Arial Narrow" w:cs="Arial"/>
                <w:sz w:val="18"/>
                <w:szCs w:val="18"/>
                <w:lang w:eastAsia="x-none"/>
              </w:rPr>
            </w:pPr>
            <w:proofErr w:type="spellStart"/>
            <w:r w:rsidRPr="00901348">
              <w:rPr>
                <w:rFonts w:ascii="Arial Narrow" w:hAnsi="Arial Narrow" w:cs="Arial"/>
                <w:sz w:val="18"/>
                <w:szCs w:val="18"/>
                <w:lang w:eastAsia="x-none"/>
              </w:rPr>
              <w:t>staroglacjalne</w:t>
            </w:r>
            <w:proofErr w:type="spellEnd"/>
            <w:r w:rsidRPr="00901348">
              <w:rPr>
                <w:rFonts w:ascii="Arial Narrow" w:hAnsi="Arial Narrow" w:cs="Arial"/>
                <w:sz w:val="18"/>
                <w:szCs w:val="18"/>
                <w:lang w:eastAsia="x-none"/>
              </w:rPr>
              <w:t xml:space="preserve"> fluwioglacjalne równinne i faliste,</w:t>
            </w:r>
          </w:p>
          <w:p w14:paraId="01668136"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 xml:space="preserve"> </w:t>
            </w:r>
            <w:proofErr w:type="spellStart"/>
            <w:r w:rsidRPr="00901348">
              <w:rPr>
                <w:rFonts w:ascii="Arial Narrow" w:hAnsi="Arial Narrow" w:cs="Arial"/>
                <w:sz w:val="18"/>
                <w:szCs w:val="18"/>
                <w:lang w:eastAsia="x-none"/>
              </w:rPr>
              <w:t>staroglacjalne</w:t>
            </w:r>
            <w:proofErr w:type="spellEnd"/>
            <w:r w:rsidRPr="00901348">
              <w:rPr>
                <w:rFonts w:ascii="Arial Narrow" w:hAnsi="Arial Narrow" w:cs="Arial"/>
                <w:sz w:val="18"/>
                <w:szCs w:val="18"/>
                <w:lang w:eastAsia="x-none"/>
              </w:rPr>
              <w:t xml:space="preserve"> glacjalne równinne i faliste,</w:t>
            </w:r>
          </w:p>
          <w:p w14:paraId="5477A34C"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 xml:space="preserve"> eoliczne pagórów wydmowych,</w:t>
            </w:r>
          </w:p>
          <w:p w14:paraId="0CC07AAC"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 xml:space="preserve"> równin bagiennych,</w:t>
            </w:r>
          </w:p>
          <w:p w14:paraId="4F2ED22E" w14:textId="77777777" w:rsidR="001660A2" w:rsidRPr="00901348" w:rsidRDefault="001660A2">
            <w:pPr>
              <w:ind w:left="-57" w:right="-57"/>
              <w:rPr>
                <w:rFonts w:ascii="Arial Narrow" w:hAnsi="Arial Narrow" w:cs="Arial"/>
                <w:sz w:val="18"/>
                <w:szCs w:val="18"/>
                <w:lang w:eastAsia="x-none"/>
              </w:rPr>
            </w:pPr>
            <w:r w:rsidRPr="00901348">
              <w:rPr>
                <w:rFonts w:ascii="Arial Narrow" w:hAnsi="Arial Narrow" w:cs="Arial"/>
                <w:sz w:val="18"/>
                <w:szCs w:val="18"/>
                <w:lang w:eastAsia="x-none"/>
              </w:rPr>
              <w:t xml:space="preserve">zalewowe, </w:t>
            </w:r>
            <w:proofErr w:type="spellStart"/>
            <w:r w:rsidRPr="00901348">
              <w:rPr>
                <w:rFonts w:ascii="Arial Narrow" w:hAnsi="Arial Narrow" w:cs="Arial"/>
                <w:sz w:val="18"/>
                <w:szCs w:val="18"/>
                <w:lang w:eastAsia="x-none"/>
              </w:rPr>
              <w:t>nadzalewowe</w:t>
            </w:r>
            <w:proofErr w:type="spellEnd"/>
            <w:r w:rsidRPr="00901348">
              <w:rPr>
                <w:rFonts w:ascii="Arial Narrow" w:hAnsi="Arial Narrow" w:cs="Arial"/>
                <w:sz w:val="18"/>
                <w:szCs w:val="18"/>
                <w:lang w:eastAsia="x-none"/>
              </w:rPr>
              <w:t>, wychodnie węglanowe,</w:t>
            </w:r>
          </w:p>
        </w:tc>
        <w:tc>
          <w:tcPr>
            <w:tcW w:w="567" w:type="dxa"/>
          </w:tcPr>
          <w:p w14:paraId="5242034E" w14:textId="77777777" w:rsidR="001660A2" w:rsidRPr="00901348" w:rsidRDefault="001660A2">
            <w:pPr>
              <w:ind w:left="-57" w:right="-57"/>
              <w:jc w:val="center"/>
              <w:rPr>
                <w:rFonts w:ascii="Arial Narrow" w:hAnsi="Arial Narrow" w:cs="Arial"/>
                <w:sz w:val="18"/>
                <w:szCs w:val="18"/>
                <w:lang w:eastAsia="x-none"/>
              </w:rPr>
            </w:pPr>
            <w:r>
              <w:rPr>
                <w:rFonts w:ascii="Arial Narrow" w:hAnsi="Arial Narrow" w:cs="Arial"/>
                <w:sz w:val="18"/>
                <w:szCs w:val="18"/>
                <w:lang w:eastAsia="x-none"/>
              </w:rPr>
              <w:t>13,4</w:t>
            </w:r>
          </w:p>
        </w:tc>
      </w:tr>
    </w:tbl>
    <w:p w14:paraId="640FB34B" w14:textId="77777777" w:rsidR="00B654F7" w:rsidRDefault="00B654F7" w:rsidP="001660A2">
      <w:pPr>
        <w:pStyle w:val="Tekstpodstawowy2"/>
        <w:spacing w:before="120" w:after="120" w:line="240" w:lineRule="auto"/>
        <w:ind w:left="170"/>
        <w:rPr>
          <w:rFonts w:ascii="Roboto Condensed" w:hAnsi="Roboto Condensed"/>
          <w:i/>
          <w:iCs/>
          <w:sz w:val="20"/>
          <w:lang w:val="pl-PL"/>
        </w:rPr>
      </w:pPr>
      <w:bookmarkStart w:id="100" w:name="_Hlk198649978"/>
    </w:p>
    <w:p w14:paraId="4225FBE1" w14:textId="153C818E" w:rsidR="00D2148A" w:rsidRDefault="00D2148A" w:rsidP="001660A2">
      <w:pPr>
        <w:pStyle w:val="Tekstpodstawowy2"/>
        <w:spacing w:before="120" w:after="120" w:line="240" w:lineRule="auto"/>
        <w:ind w:left="170"/>
        <w:rPr>
          <w:rFonts w:ascii="Roboto Condensed" w:hAnsi="Roboto Condensed"/>
          <w:i/>
          <w:iCs/>
          <w:sz w:val="20"/>
          <w:lang w:val="pl-PL"/>
        </w:rPr>
      </w:pPr>
      <w:r w:rsidRPr="00476149">
        <w:rPr>
          <w:rFonts w:ascii="Roboto Condensed" w:hAnsi="Roboto Condensed"/>
          <w:i/>
          <w:iCs/>
          <w:sz w:val="20"/>
          <w:lang w:val="pl-PL"/>
        </w:rPr>
        <w:t>Rys.</w:t>
      </w:r>
      <w:r w:rsidR="007C60F5" w:rsidRPr="00476149">
        <w:rPr>
          <w:rFonts w:ascii="Roboto Condensed" w:hAnsi="Roboto Condensed"/>
          <w:i/>
          <w:iCs/>
          <w:sz w:val="20"/>
          <w:lang w:val="pl-PL"/>
        </w:rPr>
        <w:t>2</w:t>
      </w:r>
      <w:r w:rsidR="00D653D8">
        <w:rPr>
          <w:rFonts w:ascii="Roboto Condensed" w:hAnsi="Roboto Condensed"/>
          <w:i/>
          <w:iCs/>
          <w:sz w:val="20"/>
          <w:lang w:val="pl-PL"/>
        </w:rPr>
        <w:t>4</w:t>
      </w:r>
      <w:r w:rsidRPr="00476149">
        <w:rPr>
          <w:rFonts w:ascii="Roboto Condensed" w:hAnsi="Roboto Condensed"/>
          <w:i/>
          <w:iCs/>
          <w:sz w:val="20"/>
          <w:lang w:val="pl-PL"/>
        </w:rPr>
        <w:t xml:space="preserve">. </w:t>
      </w:r>
      <w:r w:rsidRPr="00777D94">
        <w:rPr>
          <w:rFonts w:ascii="Roboto Condensed" w:hAnsi="Roboto Condensed"/>
          <w:i/>
          <w:iCs/>
          <w:sz w:val="20"/>
          <w:lang w:val="pl-PL"/>
        </w:rPr>
        <w:t>Typy i podtypy krajobrazu na terenie gminy</w:t>
      </w:r>
      <w:r w:rsidR="00220433" w:rsidRPr="00777D94">
        <w:rPr>
          <w:rFonts w:ascii="Roboto Condensed" w:hAnsi="Roboto Condensed"/>
          <w:i/>
          <w:iCs/>
          <w:sz w:val="20"/>
          <w:lang w:val="pl-PL"/>
        </w:rPr>
        <w:t xml:space="preserve"> - rozmieszczenie</w:t>
      </w:r>
      <w:r w:rsidRPr="00777D94">
        <w:rPr>
          <w:rFonts w:ascii="Roboto Condensed" w:hAnsi="Roboto Condensed"/>
          <w:i/>
          <w:iCs/>
          <w:sz w:val="20"/>
          <w:lang w:val="pl-PL"/>
        </w:rPr>
        <w:t>.</w:t>
      </w:r>
      <w:bookmarkEnd w:id="100"/>
    </w:p>
    <w:p w14:paraId="18C6FB82" w14:textId="74A76BBD" w:rsidR="00D2148A" w:rsidRPr="00F379D5" w:rsidRDefault="00777D94" w:rsidP="00F379D5">
      <w:pPr>
        <w:pStyle w:val="Tekstpodstawowy2"/>
        <w:spacing w:before="120" w:after="120" w:line="240" w:lineRule="auto"/>
        <w:ind w:left="170"/>
        <w:rPr>
          <w:color w:val="EE0000"/>
          <w:lang w:val="pl-PL"/>
        </w:rPr>
      </w:pPr>
      <w:r>
        <w:rPr>
          <w:rFonts w:ascii="Roboto Condensed" w:hAnsi="Roboto Condensed" w:cs="Arial"/>
          <w:noProof/>
          <w:color w:val="A02B93" w:themeColor="accent5"/>
          <w:sz w:val="18"/>
          <w:szCs w:val="18"/>
        </w:rPr>
        <w:drawing>
          <wp:inline distT="0" distB="0" distL="0" distR="0" wp14:anchorId="4DF6B31D" wp14:editId="0C4238C7">
            <wp:extent cx="6166713" cy="6380865"/>
            <wp:effectExtent l="0" t="0" r="5715" b="1270"/>
            <wp:docPr id="725993063" name="Obraz 1" descr="Obraz zawierający tekst, mapa, diagram&#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993063" name="Obraz 1" descr="Obraz zawierający tekst, mapa, diagram&#10;&#10;Zawartość wygenerowana przez AI może być niepoprawna."/>
                    <pic:cNvPicPr/>
                  </pic:nvPicPr>
                  <pic:blipFill rotWithShape="1">
                    <a:blip r:embed="rId35" cstate="print">
                      <a:extLst>
                        <a:ext uri="{28A0092B-C50C-407E-A947-70E740481C1C}">
                          <a14:useLocalDpi xmlns:a14="http://schemas.microsoft.com/office/drawing/2010/main" val="0"/>
                        </a:ext>
                      </a:extLst>
                    </a:blip>
                    <a:srcRect l="5110" r="3758"/>
                    <a:stretch>
                      <a:fillRect/>
                    </a:stretch>
                  </pic:blipFill>
                  <pic:spPr bwMode="auto">
                    <a:xfrm>
                      <a:off x="0" y="0"/>
                      <a:ext cx="6174458" cy="6388878"/>
                    </a:xfrm>
                    <a:prstGeom prst="rect">
                      <a:avLst/>
                    </a:prstGeom>
                    <a:ln>
                      <a:noFill/>
                    </a:ln>
                    <a:extLst>
                      <a:ext uri="{53640926-AAD7-44D8-BBD7-CCE9431645EC}">
                        <a14:shadowObscured xmlns:a14="http://schemas.microsoft.com/office/drawing/2010/main"/>
                      </a:ext>
                    </a:extLst>
                  </pic:spPr>
                </pic:pic>
              </a:graphicData>
            </a:graphic>
          </wp:inline>
        </w:drawing>
      </w:r>
    </w:p>
    <w:p w14:paraId="131F4FE5" w14:textId="77777777" w:rsidR="00B654F7" w:rsidRDefault="00B654F7">
      <w:pPr>
        <w:rPr>
          <w:rFonts w:ascii="Roboto Condensed" w:hAnsi="Roboto Condensed"/>
          <w:b/>
          <w:bCs/>
          <w:sz w:val="20"/>
          <w:szCs w:val="20"/>
        </w:rPr>
      </w:pPr>
      <w:r>
        <w:rPr>
          <w:rFonts w:ascii="Roboto Condensed" w:hAnsi="Roboto Condensed"/>
          <w:b/>
          <w:bCs/>
          <w:sz w:val="20"/>
        </w:rPr>
        <w:br w:type="page"/>
      </w:r>
    </w:p>
    <w:p w14:paraId="6AB4216B" w14:textId="36F9402A" w:rsidR="00901348" w:rsidRPr="00F379D5" w:rsidRDefault="00F379D5" w:rsidP="00220433">
      <w:pPr>
        <w:pStyle w:val="Tekstpodstawowy2"/>
        <w:spacing w:before="120" w:after="120" w:line="240" w:lineRule="auto"/>
        <w:ind w:left="170"/>
        <w:rPr>
          <w:rFonts w:ascii="Roboto Condensed" w:hAnsi="Roboto Condensed"/>
          <w:b/>
          <w:bCs/>
          <w:color w:val="EE0000"/>
          <w:sz w:val="20"/>
          <w:lang w:val="pl-PL"/>
        </w:rPr>
      </w:pPr>
      <w:r w:rsidRPr="00F379D5">
        <w:rPr>
          <w:rFonts w:ascii="Roboto Condensed" w:hAnsi="Roboto Condensed"/>
          <w:b/>
          <w:bCs/>
          <w:sz w:val="20"/>
          <w:lang w:val="pl-PL"/>
        </w:rPr>
        <w:lastRenderedPageBreak/>
        <w:t>Krajobraz priorytetowy:</w:t>
      </w:r>
    </w:p>
    <w:p w14:paraId="38BF0948" w14:textId="1BBA8935" w:rsidR="00D2148A" w:rsidRPr="00F379D5" w:rsidRDefault="00F379D5" w:rsidP="00F379D5">
      <w:pPr>
        <w:pStyle w:val="Tekstpodstawowy2"/>
        <w:spacing w:line="240" w:lineRule="auto"/>
        <w:ind w:left="530"/>
        <w:rPr>
          <w:rFonts w:ascii="Roboto Condensed" w:hAnsi="Roboto Condensed"/>
          <w:color w:val="EE0000"/>
          <w:sz w:val="20"/>
          <w:lang w:val="pl-PL"/>
        </w:rPr>
      </w:pPr>
      <w:r w:rsidRPr="00476149">
        <w:rPr>
          <w:rFonts w:ascii="Roboto Condensed" w:hAnsi="Roboto Condensed"/>
          <w:i/>
          <w:iCs/>
          <w:sz w:val="20"/>
          <w:lang w:val="pl-PL"/>
        </w:rPr>
        <w:t>Rys.2</w:t>
      </w:r>
      <w:r w:rsidR="00D653D8">
        <w:rPr>
          <w:rFonts w:ascii="Roboto Condensed" w:hAnsi="Roboto Condensed"/>
          <w:i/>
          <w:iCs/>
          <w:sz w:val="20"/>
          <w:lang w:val="pl-PL"/>
        </w:rPr>
        <w:t>5</w:t>
      </w:r>
      <w:r w:rsidRPr="00476149">
        <w:rPr>
          <w:rFonts w:ascii="Roboto Condensed" w:hAnsi="Roboto Condensed"/>
          <w:i/>
          <w:iCs/>
          <w:sz w:val="20"/>
          <w:lang w:val="pl-PL"/>
        </w:rPr>
        <w:t>.</w:t>
      </w:r>
      <w:r w:rsidRPr="00777D94">
        <w:rPr>
          <w:rFonts w:ascii="Roboto Condensed" w:hAnsi="Roboto Condensed"/>
          <w:i/>
          <w:iCs/>
          <w:sz w:val="20"/>
          <w:lang w:val="pl-PL"/>
        </w:rPr>
        <w:t xml:space="preserve"> </w:t>
      </w:r>
      <w:r>
        <w:rPr>
          <w:rFonts w:ascii="Roboto Condensed" w:hAnsi="Roboto Condensed"/>
          <w:i/>
          <w:iCs/>
          <w:sz w:val="20"/>
          <w:lang w:val="pl-PL"/>
        </w:rPr>
        <w:t xml:space="preserve">Krajobraz priorytetowy 10-342.17.-10 Dolina Warty – Łuk </w:t>
      </w:r>
      <w:proofErr w:type="spellStart"/>
      <w:r>
        <w:rPr>
          <w:rFonts w:ascii="Roboto Condensed" w:hAnsi="Roboto Condensed"/>
          <w:i/>
          <w:iCs/>
          <w:sz w:val="20"/>
          <w:lang w:val="pl-PL"/>
        </w:rPr>
        <w:t>Pławiński</w:t>
      </w:r>
      <w:proofErr w:type="spellEnd"/>
      <w:r>
        <w:rPr>
          <w:rFonts w:ascii="Roboto Condensed" w:hAnsi="Roboto Condensed"/>
          <w:i/>
          <w:iCs/>
          <w:sz w:val="20"/>
          <w:lang w:val="pl-PL"/>
        </w:rPr>
        <w:t>: jednostki podziału i waloryzacji krajobrazu</w:t>
      </w:r>
      <w:r w:rsidRPr="00777D94">
        <w:rPr>
          <w:rFonts w:ascii="Roboto Condensed" w:hAnsi="Roboto Condensed"/>
          <w:i/>
          <w:iCs/>
          <w:sz w:val="20"/>
          <w:lang w:val="pl-PL"/>
        </w:rPr>
        <w:t>.</w:t>
      </w:r>
    </w:p>
    <w:p w14:paraId="76782A58" w14:textId="77777777" w:rsidR="00F379D5" w:rsidRDefault="00F379D5" w:rsidP="00D2148A">
      <w:pPr>
        <w:pStyle w:val="Tekstpodstawowy2"/>
        <w:spacing w:line="240" w:lineRule="auto"/>
        <w:ind w:left="530"/>
        <w:rPr>
          <w:rFonts w:ascii="Roboto Condensed" w:hAnsi="Roboto Condensed"/>
          <w:i/>
          <w:iCs/>
          <w:color w:val="EE0000"/>
          <w:sz w:val="20"/>
          <w:lang w:val="pl-PL"/>
        </w:rPr>
      </w:pPr>
      <w:r>
        <w:rPr>
          <w:rFonts w:ascii="Roboto Condensed" w:hAnsi="Roboto Condensed" w:cs="Arial"/>
          <w:b/>
          <w:bCs/>
          <w:noProof/>
          <w:color w:val="FF00FF"/>
          <w:sz w:val="18"/>
          <w:szCs w:val="18"/>
          <w14:ligatures w14:val="standardContextual"/>
        </w:rPr>
        <w:drawing>
          <wp:inline distT="0" distB="0" distL="0" distR="0" wp14:anchorId="43311539" wp14:editId="796582A2">
            <wp:extent cx="6041772" cy="4177399"/>
            <wp:effectExtent l="0" t="0" r="0" b="0"/>
            <wp:docPr id="1923329321" name="Obraz 1" descr="Obraz zawierający tekst, mapa,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329321" name="Obraz 1" descr="Obraz zawierający tekst, mapa, atlas&#10;&#10;Zawartość wygenerowana przez AI może być niepoprawna."/>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053637" cy="4185603"/>
                    </a:xfrm>
                    <a:prstGeom prst="rect">
                      <a:avLst/>
                    </a:prstGeom>
                  </pic:spPr>
                </pic:pic>
              </a:graphicData>
            </a:graphic>
          </wp:inline>
        </w:drawing>
      </w:r>
    </w:p>
    <w:p w14:paraId="636B29AE" w14:textId="77777777" w:rsidR="001660A2" w:rsidRDefault="001660A2" w:rsidP="001660A2">
      <w:pPr>
        <w:pStyle w:val="Tekstpodstawowy2"/>
        <w:spacing w:line="240" w:lineRule="auto"/>
        <w:rPr>
          <w:rFonts w:ascii="Roboto Condensed" w:hAnsi="Roboto Condensed"/>
          <w:i/>
          <w:iCs/>
          <w:color w:val="EE0000"/>
          <w:sz w:val="20"/>
          <w:lang w:val="pl-PL"/>
        </w:rPr>
      </w:pPr>
    </w:p>
    <w:p w14:paraId="40555073" w14:textId="6AB463C4" w:rsidR="00F379D5" w:rsidRPr="00982EC8" w:rsidRDefault="00F379D5" w:rsidP="001660A2">
      <w:pPr>
        <w:pStyle w:val="Tekstpodstawowy2"/>
        <w:spacing w:before="120" w:after="120" w:line="240" w:lineRule="auto"/>
        <w:ind w:left="170"/>
        <w:rPr>
          <w:rFonts w:ascii="Roboto Condensed" w:hAnsi="Roboto Condensed" w:cs="Arial"/>
          <w:b/>
          <w:bCs/>
          <w:color w:val="FF00FF"/>
          <w:sz w:val="18"/>
          <w:szCs w:val="18"/>
          <w:lang w:val="pl-PL"/>
        </w:rPr>
      </w:pPr>
      <w:r w:rsidRPr="00F379D5">
        <w:rPr>
          <w:rFonts w:ascii="Roboto Condensed" w:hAnsi="Roboto Condensed"/>
          <w:i/>
          <w:iCs/>
          <w:sz w:val="20"/>
          <w:lang w:val="pl-PL"/>
        </w:rPr>
        <w:t xml:space="preserve">Tab. </w:t>
      </w:r>
      <w:r w:rsidR="00DF0B52">
        <w:rPr>
          <w:rFonts w:ascii="Roboto Condensed" w:hAnsi="Roboto Condensed"/>
          <w:i/>
          <w:iCs/>
          <w:sz w:val="20"/>
          <w:lang w:val="pl-PL"/>
        </w:rPr>
        <w:t>5</w:t>
      </w:r>
      <w:r w:rsidRPr="00F379D5">
        <w:rPr>
          <w:rFonts w:ascii="Roboto Condensed" w:hAnsi="Roboto Condensed"/>
          <w:i/>
          <w:iCs/>
          <w:sz w:val="20"/>
          <w:lang w:val="pl-PL"/>
        </w:rPr>
        <w:t xml:space="preserve">. </w:t>
      </w:r>
      <w:r w:rsidRPr="001660A2">
        <w:rPr>
          <w:rFonts w:ascii="Roboto Condensed" w:hAnsi="Roboto Condensed"/>
          <w:i/>
          <w:iCs/>
          <w:sz w:val="20"/>
          <w:lang w:val="pl-PL"/>
        </w:rPr>
        <w:t>Zagrożenia</w:t>
      </w:r>
      <w:r w:rsidRPr="00982EC8">
        <w:rPr>
          <w:rFonts w:ascii="Roboto Condensed" w:hAnsi="Roboto Condensed"/>
          <w:i/>
          <w:iCs/>
          <w:sz w:val="20"/>
          <w:lang w:val="pl-PL"/>
        </w:rPr>
        <w:t xml:space="preserve"> k</w:t>
      </w:r>
      <w:r>
        <w:rPr>
          <w:rFonts w:ascii="Roboto Condensed" w:hAnsi="Roboto Condensed"/>
          <w:i/>
          <w:iCs/>
          <w:sz w:val="20"/>
          <w:lang w:val="pl-PL"/>
        </w:rPr>
        <w:t>rajobraz</w:t>
      </w:r>
      <w:r w:rsidR="001660A2">
        <w:rPr>
          <w:rFonts w:ascii="Roboto Condensed" w:hAnsi="Roboto Condensed"/>
          <w:i/>
          <w:iCs/>
          <w:sz w:val="20"/>
          <w:lang w:val="pl-PL"/>
        </w:rPr>
        <w:t>u</w:t>
      </w:r>
      <w:r>
        <w:rPr>
          <w:rFonts w:ascii="Roboto Condensed" w:hAnsi="Roboto Condensed"/>
          <w:i/>
          <w:iCs/>
          <w:sz w:val="20"/>
          <w:lang w:val="pl-PL"/>
        </w:rPr>
        <w:t xml:space="preserve"> priorytetow</w:t>
      </w:r>
      <w:r w:rsidRPr="00982EC8">
        <w:rPr>
          <w:rFonts w:ascii="Roboto Condensed" w:hAnsi="Roboto Condensed"/>
          <w:i/>
          <w:iCs/>
          <w:sz w:val="20"/>
          <w:lang w:val="pl-PL"/>
        </w:rPr>
        <w:t>ego</w:t>
      </w:r>
      <w:r>
        <w:rPr>
          <w:rFonts w:ascii="Roboto Condensed" w:hAnsi="Roboto Condensed"/>
          <w:i/>
          <w:iCs/>
          <w:sz w:val="20"/>
          <w:lang w:val="pl-PL"/>
        </w:rPr>
        <w:t xml:space="preserve"> 10-342.17.-10 Dolina Warty – Łuk </w:t>
      </w:r>
      <w:proofErr w:type="spellStart"/>
      <w:r>
        <w:rPr>
          <w:rFonts w:ascii="Roboto Condensed" w:hAnsi="Roboto Condensed"/>
          <w:i/>
          <w:iCs/>
          <w:sz w:val="20"/>
          <w:lang w:val="pl-PL"/>
        </w:rPr>
        <w:t>Pławiński</w:t>
      </w:r>
      <w:proofErr w:type="spellEnd"/>
    </w:p>
    <w:tbl>
      <w:tblPr>
        <w:tblStyle w:val="Tabela-Siatka"/>
        <w:tblW w:w="9323" w:type="dxa"/>
        <w:tblInd w:w="595" w:type="dxa"/>
        <w:tblLayout w:type="fixed"/>
        <w:tblLook w:val="04A0" w:firstRow="1" w:lastRow="0" w:firstColumn="1" w:lastColumn="0" w:noHBand="0" w:noVBand="1"/>
      </w:tblPr>
      <w:tblGrid>
        <w:gridCol w:w="906"/>
        <w:gridCol w:w="4164"/>
        <w:gridCol w:w="1560"/>
        <w:gridCol w:w="850"/>
        <w:gridCol w:w="992"/>
        <w:gridCol w:w="851"/>
      </w:tblGrid>
      <w:tr w:rsidR="00F379D5" w:rsidRPr="00F379D5" w14:paraId="2E87EC8C" w14:textId="77777777" w:rsidTr="001660A2">
        <w:tc>
          <w:tcPr>
            <w:tcW w:w="906" w:type="dxa"/>
          </w:tcPr>
          <w:p w14:paraId="32E9CD16" w14:textId="77777777" w:rsidR="00F379D5" w:rsidRPr="00F379D5" w:rsidRDefault="00F379D5" w:rsidP="00F379D5">
            <w:pPr>
              <w:ind w:left="-57" w:right="-57"/>
              <w:jc w:val="center"/>
              <w:rPr>
                <w:rFonts w:ascii="Arial Narrow" w:hAnsi="Arial Narrow" w:cs="Arial"/>
                <w:sz w:val="18"/>
                <w:szCs w:val="18"/>
                <w:lang w:eastAsia="x-none"/>
              </w:rPr>
            </w:pPr>
            <w:r w:rsidRPr="00F379D5">
              <w:rPr>
                <w:rFonts w:ascii="Arial Narrow" w:hAnsi="Arial Narrow" w:cs="Arial"/>
                <w:sz w:val="18"/>
                <w:szCs w:val="18"/>
                <w:lang w:eastAsia="x-none"/>
              </w:rPr>
              <w:t>Kod zagrożenia</w:t>
            </w:r>
          </w:p>
        </w:tc>
        <w:tc>
          <w:tcPr>
            <w:tcW w:w="4164" w:type="dxa"/>
          </w:tcPr>
          <w:p w14:paraId="4E6D94F1" w14:textId="77777777" w:rsidR="00F379D5" w:rsidRPr="00F379D5" w:rsidRDefault="00F379D5" w:rsidP="00F379D5">
            <w:pPr>
              <w:ind w:left="-57" w:right="-57"/>
              <w:jc w:val="center"/>
              <w:rPr>
                <w:rFonts w:ascii="Arial Narrow" w:hAnsi="Arial Narrow" w:cs="Arial"/>
                <w:sz w:val="18"/>
                <w:szCs w:val="18"/>
                <w:lang w:eastAsia="x-none"/>
              </w:rPr>
            </w:pPr>
            <w:r w:rsidRPr="00F379D5">
              <w:rPr>
                <w:rFonts w:ascii="Arial Narrow" w:hAnsi="Arial Narrow" w:cs="Arial"/>
                <w:sz w:val="18"/>
                <w:szCs w:val="18"/>
                <w:lang w:eastAsia="x-none"/>
              </w:rPr>
              <w:t>Rodzaj (charakter) działań i zjawisk stwarzających zagrożenia</w:t>
            </w:r>
          </w:p>
        </w:tc>
        <w:tc>
          <w:tcPr>
            <w:tcW w:w="1560" w:type="dxa"/>
          </w:tcPr>
          <w:p w14:paraId="5CF7B41F" w14:textId="77777777" w:rsidR="00F379D5" w:rsidRPr="00F379D5" w:rsidRDefault="00F379D5" w:rsidP="00F379D5">
            <w:pPr>
              <w:ind w:left="-57" w:right="-57"/>
              <w:jc w:val="center"/>
              <w:rPr>
                <w:rFonts w:ascii="Arial Narrow" w:hAnsi="Arial Narrow" w:cs="Arial"/>
                <w:sz w:val="18"/>
                <w:szCs w:val="18"/>
                <w:lang w:eastAsia="x-none"/>
              </w:rPr>
            </w:pPr>
            <w:r w:rsidRPr="00F379D5">
              <w:rPr>
                <w:rFonts w:ascii="Arial Narrow" w:hAnsi="Arial Narrow" w:cs="Arial"/>
                <w:sz w:val="18"/>
                <w:szCs w:val="18"/>
                <w:lang w:eastAsia="x-none"/>
              </w:rPr>
              <w:t>Opis zagrożeń</w:t>
            </w:r>
          </w:p>
        </w:tc>
        <w:tc>
          <w:tcPr>
            <w:tcW w:w="850" w:type="dxa"/>
          </w:tcPr>
          <w:p w14:paraId="25C5E98C" w14:textId="77777777" w:rsidR="00F379D5" w:rsidRPr="00F379D5" w:rsidRDefault="00F379D5" w:rsidP="00F379D5">
            <w:pPr>
              <w:ind w:left="-57" w:right="-57"/>
              <w:jc w:val="center"/>
              <w:rPr>
                <w:rFonts w:ascii="Arial Narrow" w:hAnsi="Arial Narrow" w:cs="Arial"/>
                <w:sz w:val="18"/>
                <w:szCs w:val="18"/>
                <w:lang w:eastAsia="x-none"/>
              </w:rPr>
            </w:pPr>
            <w:r w:rsidRPr="00F379D5">
              <w:rPr>
                <w:rFonts w:ascii="Arial Narrow" w:hAnsi="Arial Narrow" w:cs="Arial"/>
                <w:sz w:val="18"/>
                <w:szCs w:val="18"/>
                <w:lang w:eastAsia="x-none"/>
              </w:rPr>
              <w:t>Kod źródła zagrożenia</w:t>
            </w:r>
          </w:p>
        </w:tc>
        <w:tc>
          <w:tcPr>
            <w:tcW w:w="992" w:type="dxa"/>
          </w:tcPr>
          <w:p w14:paraId="349D62FF" w14:textId="1C007B84" w:rsidR="00F379D5" w:rsidRPr="00F379D5" w:rsidRDefault="00F379D5" w:rsidP="00F379D5">
            <w:pPr>
              <w:ind w:left="-57" w:right="-57"/>
              <w:jc w:val="center"/>
              <w:rPr>
                <w:rFonts w:ascii="Arial Narrow" w:hAnsi="Arial Narrow" w:cs="Arial"/>
                <w:sz w:val="18"/>
                <w:szCs w:val="18"/>
                <w:lang w:eastAsia="x-none"/>
              </w:rPr>
            </w:pPr>
            <w:r w:rsidRPr="00F379D5">
              <w:rPr>
                <w:rFonts w:ascii="Arial Narrow" w:hAnsi="Arial Narrow" w:cs="Arial"/>
                <w:sz w:val="18"/>
                <w:szCs w:val="18"/>
                <w:lang w:eastAsia="x-none"/>
              </w:rPr>
              <w:t xml:space="preserve">Zagrożenie </w:t>
            </w:r>
            <w:proofErr w:type="spellStart"/>
            <w:r w:rsidRPr="00F379D5">
              <w:rPr>
                <w:rFonts w:ascii="Arial Narrow" w:hAnsi="Arial Narrow" w:cs="Arial"/>
                <w:sz w:val="18"/>
                <w:szCs w:val="18"/>
                <w:lang w:eastAsia="x-none"/>
              </w:rPr>
              <w:t>wewn</w:t>
            </w:r>
            <w:proofErr w:type="spellEnd"/>
            <w:r w:rsidR="001660A2">
              <w:rPr>
                <w:rFonts w:ascii="Arial Narrow" w:hAnsi="Arial Narrow" w:cs="Arial"/>
                <w:sz w:val="18"/>
                <w:szCs w:val="18"/>
                <w:lang w:eastAsia="x-none"/>
              </w:rPr>
              <w:t>.</w:t>
            </w:r>
            <w:r w:rsidRPr="00F379D5">
              <w:rPr>
                <w:rFonts w:ascii="Arial Narrow" w:hAnsi="Arial Narrow" w:cs="Arial"/>
                <w:sz w:val="18"/>
                <w:szCs w:val="18"/>
                <w:lang w:eastAsia="x-none"/>
              </w:rPr>
              <w:t xml:space="preserve"> lub zewn</w:t>
            </w:r>
            <w:r w:rsidR="001660A2">
              <w:rPr>
                <w:rFonts w:ascii="Arial Narrow" w:hAnsi="Arial Narrow" w:cs="Arial"/>
                <w:sz w:val="18"/>
                <w:szCs w:val="18"/>
                <w:lang w:eastAsia="x-none"/>
              </w:rPr>
              <w:t>.</w:t>
            </w:r>
          </w:p>
        </w:tc>
        <w:tc>
          <w:tcPr>
            <w:tcW w:w="851" w:type="dxa"/>
          </w:tcPr>
          <w:p w14:paraId="14EBA0E3" w14:textId="38648549" w:rsidR="00F379D5" w:rsidRPr="00F379D5" w:rsidRDefault="00F379D5" w:rsidP="00F379D5">
            <w:pPr>
              <w:ind w:left="-57" w:right="-57"/>
              <w:jc w:val="center"/>
              <w:rPr>
                <w:rFonts w:ascii="Arial Narrow" w:hAnsi="Arial Narrow" w:cs="Arial"/>
                <w:sz w:val="18"/>
                <w:szCs w:val="18"/>
                <w:lang w:eastAsia="x-none"/>
              </w:rPr>
            </w:pPr>
            <w:r w:rsidRPr="00F379D5">
              <w:rPr>
                <w:rFonts w:ascii="Arial Narrow" w:hAnsi="Arial Narrow" w:cs="Arial"/>
                <w:sz w:val="18"/>
                <w:szCs w:val="18"/>
                <w:lang w:eastAsia="x-none"/>
              </w:rPr>
              <w:t>Skala zagrożenia (0</w:t>
            </w:r>
            <w:r w:rsidR="001660A2" w:rsidRPr="001660A2">
              <w:rPr>
                <w:rFonts w:ascii="Arial Narrow" w:hAnsi="Arial Narrow" w:cs="Arial"/>
                <w:sz w:val="18"/>
                <w:szCs w:val="18"/>
                <w:lang w:eastAsia="x-none"/>
              </w:rPr>
              <w:t>-</w:t>
            </w:r>
            <w:r w:rsidRPr="00F379D5">
              <w:rPr>
                <w:rFonts w:ascii="Arial Narrow" w:hAnsi="Arial Narrow" w:cs="Arial"/>
                <w:sz w:val="18"/>
                <w:szCs w:val="18"/>
                <w:lang w:eastAsia="x-none"/>
              </w:rPr>
              <w:t>12)</w:t>
            </w:r>
          </w:p>
        </w:tc>
      </w:tr>
      <w:tr w:rsidR="00F379D5" w:rsidRPr="00F379D5" w14:paraId="2071507E" w14:textId="77777777" w:rsidTr="001660A2">
        <w:tc>
          <w:tcPr>
            <w:tcW w:w="9323" w:type="dxa"/>
            <w:gridSpan w:val="6"/>
          </w:tcPr>
          <w:p w14:paraId="4D61150C" w14:textId="77777777" w:rsidR="00F379D5" w:rsidRPr="00F379D5" w:rsidRDefault="00F379D5" w:rsidP="001660A2">
            <w:pPr>
              <w:ind w:left="-57" w:right="-57"/>
              <w:rPr>
                <w:rFonts w:ascii="Arial Narrow" w:hAnsi="Arial Narrow" w:cs="Arial"/>
                <w:b/>
                <w:bCs/>
                <w:sz w:val="18"/>
                <w:szCs w:val="18"/>
                <w:lang w:eastAsia="x-none"/>
              </w:rPr>
            </w:pPr>
            <w:r w:rsidRPr="00F379D5">
              <w:rPr>
                <w:rFonts w:ascii="Arial Narrow" w:hAnsi="Arial Narrow" w:cs="Arial"/>
                <w:b/>
                <w:bCs/>
                <w:sz w:val="18"/>
                <w:szCs w:val="18"/>
                <w:lang w:eastAsia="x-none"/>
              </w:rPr>
              <w:t>A. ZAGROŻENIA DZIEDZICTWA PRZYRODNICZEGO</w:t>
            </w:r>
          </w:p>
        </w:tc>
      </w:tr>
      <w:tr w:rsidR="00F379D5" w:rsidRPr="00F379D5" w14:paraId="20487F62" w14:textId="77777777" w:rsidTr="001660A2">
        <w:tc>
          <w:tcPr>
            <w:tcW w:w="9323" w:type="dxa"/>
            <w:gridSpan w:val="6"/>
          </w:tcPr>
          <w:p w14:paraId="7FB6BB9D" w14:textId="77777777" w:rsidR="00F379D5" w:rsidRPr="00F379D5" w:rsidRDefault="00F379D5" w:rsidP="001660A2">
            <w:pPr>
              <w:ind w:left="-57" w:right="-57"/>
              <w:rPr>
                <w:rFonts w:ascii="Arial Narrow" w:hAnsi="Arial Narrow" w:cs="Arial"/>
                <w:b/>
                <w:bCs/>
                <w:sz w:val="18"/>
                <w:szCs w:val="18"/>
                <w:lang w:eastAsia="x-none"/>
              </w:rPr>
            </w:pPr>
            <w:r w:rsidRPr="00F379D5">
              <w:rPr>
                <w:rFonts w:ascii="Arial Narrow" w:hAnsi="Arial Narrow" w:cs="Arial"/>
                <w:b/>
                <w:bCs/>
                <w:sz w:val="18"/>
                <w:szCs w:val="18"/>
                <w:lang w:eastAsia="x-none"/>
              </w:rPr>
              <w:t>A.1. DZIEDZICTWO GEOLOGICZNE I RZEŹBA TERENU</w:t>
            </w:r>
          </w:p>
        </w:tc>
      </w:tr>
      <w:tr w:rsidR="00F379D5" w:rsidRPr="00F379D5" w14:paraId="3AAAB9F0" w14:textId="77777777" w:rsidTr="001660A2">
        <w:tc>
          <w:tcPr>
            <w:tcW w:w="906" w:type="dxa"/>
          </w:tcPr>
          <w:p w14:paraId="5918F16E"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A.1.4.</w:t>
            </w:r>
          </w:p>
        </w:tc>
        <w:tc>
          <w:tcPr>
            <w:tcW w:w="4164" w:type="dxa"/>
          </w:tcPr>
          <w:p w14:paraId="2CF2FA07"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Eksploatacja złóż innych niż węgiel kamienny, węgiel brunatny i torf</w:t>
            </w:r>
          </w:p>
        </w:tc>
        <w:tc>
          <w:tcPr>
            <w:tcW w:w="1560" w:type="dxa"/>
          </w:tcPr>
          <w:p w14:paraId="006EBC0F" w14:textId="0EFADBEF"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Złoża piasków i żwirów w</w:t>
            </w:r>
            <w:r w:rsidR="001660A2" w:rsidRPr="001660A2">
              <w:rPr>
                <w:rFonts w:ascii="Arial Narrow" w:hAnsi="Arial Narrow" w:cs="Arial"/>
                <w:sz w:val="18"/>
                <w:szCs w:val="18"/>
                <w:lang w:eastAsia="x-none"/>
              </w:rPr>
              <w:t xml:space="preserve"> </w:t>
            </w:r>
            <w:r w:rsidRPr="00F379D5">
              <w:rPr>
                <w:rFonts w:ascii="Arial Narrow" w:hAnsi="Arial Narrow" w:cs="Arial"/>
                <w:sz w:val="18"/>
                <w:szCs w:val="18"/>
                <w:lang w:eastAsia="x-none"/>
              </w:rPr>
              <w:t>miejscowości Ruda.</w:t>
            </w:r>
          </w:p>
        </w:tc>
        <w:tc>
          <w:tcPr>
            <w:tcW w:w="850" w:type="dxa"/>
          </w:tcPr>
          <w:p w14:paraId="333132F0"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II.1.1.</w:t>
            </w:r>
          </w:p>
        </w:tc>
        <w:tc>
          <w:tcPr>
            <w:tcW w:w="992" w:type="dxa"/>
          </w:tcPr>
          <w:p w14:paraId="017BF078"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W</w:t>
            </w:r>
          </w:p>
        </w:tc>
        <w:tc>
          <w:tcPr>
            <w:tcW w:w="851" w:type="dxa"/>
          </w:tcPr>
          <w:p w14:paraId="0AC4CAF4"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8</w:t>
            </w:r>
          </w:p>
        </w:tc>
      </w:tr>
      <w:tr w:rsidR="00F379D5" w:rsidRPr="00F379D5" w14:paraId="2329B2A0" w14:textId="77777777" w:rsidTr="001660A2">
        <w:tc>
          <w:tcPr>
            <w:tcW w:w="906" w:type="dxa"/>
          </w:tcPr>
          <w:p w14:paraId="4CD30AAC"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ab/>
              <w:t>A.1.7.</w:t>
            </w:r>
          </w:p>
        </w:tc>
        <w:tc>
          <w:tcPr>
            <w:tcW w:w="4164" w:type="dxa"/>
          </w:tcPr>
          <w:p w14:paraId="574D482B"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Erozja gleb</w:t>
            </w:r>
          </w:p>
        </w:tc>
        <w:tc>
          <w:tcPr>
            <w:tcW w:w="1560" w:type="dxa"/>
          </w:tcPr>
          <w:p w14:paraId="4AD671BD" w14:textId="77777777" w:rsidR="00F379D5" w:rsidRPr="00F379D5" w:rsidRDefault="00F379D5" w:rsidP="001660A2">
            <w:pPr>
              <w:ind w:left="-57" w:right="-57"/>
              <w:rPr>
                <w:rFonts w:ascii="Arial Narrow" w:hAnsi="Arial Narrow" w:cs="Arial"/>
                <w:sz w:val="18"/>
                <w:szCs w:val="18"/>
                <w:lang w:eastAsia="x-none"/>
              </w:rPr>
            </w:pPr>
            <w:r w:rsidRPr="00F379D5">
              <w:rPr>
                <w:rFonts w:ascii="Arial Narrow" w:hAnsi="Arial Narrow" w:cs="Arial"/>
                <w:sz w:val="18"/>
                <w:szCs w:val="18"/>
                <w:lang w:eastAsia="x-none"/>
              </w:rPr>
              <w:t>Obszar silnie zagrożony suszą</w:t>
            </w:r>
          </w:p>
        </w:tc>
        <w:tc>
          <w:tcPr>
            <w:tcW w:w="850" w:type="dxa"/>
          </w:tcPr>
          <w:p w14:paraId="1FD62A84" w14:textId="77777777" w:rsidR="00F379D5" w:rsidRPr="00F379D5" w:rsidRDefault="00F379D5" w:rsidP="00F379D5">
            <w:pPr>
              <w:autoSpaceDE w:val="0"/>
              <w:autoSpaceDN w:val="0"/>
              <w:adjustRightInd w:val="0"/>
              <w:spacing w:before="60"/>
              <w:jc w:val="both"/>
              <w:rPr>
                <w:rFonts w:ascii="Arial Narrow" w:hAnsi="Arial Narrow" w:cs="Arial"/>
                <w:sz w:val="18"/>
                <w:szCs w:val="18"/>
                <w:lang w:eastAsia="x-none"/>
              </w:rPr>
            </w:pPr>
            <w:r w:rsidRPr="00F379D5">
              <w:rPr>
                <w:rFonts w:ascii="Arial Narrow" w:hAnsi="Arial Narrow" w:cs="Arial"/>
                <w:sz w:val="18"/>
                <w:szCs w:val="18"/>
                <w:lang w:eastAsia="x-none"/>
              </w:rPr>
              <w:t>III.5.</w:t>
            </w:r>
          </w:p>
        </w:tc>
        <w:tc>
          <w:tcPr>
            <w:tcW w:w="992" w:type="dxa"/>
          </w:tcPr>
          <w:p w14:paraId="7629CF09" w14:textId="77777777" w:rsidR="00F379D5" w:rsidRPr="00F379D5" w:rsidRDefault="00F379D5" w:rsidP="00F379D5">
            <w:pPr>
              <w:autoSpaceDE w:val="0"/>
              <w:autoSpaceDN w:val="0"/>
              <w:adjustRightInd w:val="0"/>
              <w:spacing w:before="60"/>
              <w:jc w:val="both"/>
              <w:rPr>
                <w:rFonts w:ascii="Arial Narrow" w:hAnsi="Arial Narrow" w:cs="Arial"/>
                <w:sz w:val="18"/>
                <w:szCs w:val="18"/>
                <w:lang w:eastAsia="x-none"/>
              </w:rPr>
            </w:pPr>
            <w:r w:rsidRPr="00F379D5">
              <w:rPr>
                <w:rFonts w:ascii="Arial Narrow" w:hAnsi="Arial Narrow" w:cs="Arial"/>
                <w:sz w:val="18"/>
                <w:szCs w:val="18"/>
                <w:lang w:eastAsia="x-none"/>
              </w:rPr>
              <w:t>Z</w:t>
            </w:r>
          </w:p>
        </w:tc>
        <w:tc>
          <w:tcPr>
            <w:tcW w:w="851" w:type="dxa"/>
          </w:tcPr>
          <w:p w14:paraId="3CF8783E" w14:textId="77777777" w:rsidR="00F379D5" w:rsidRPr="00F379D5" w:rsidRDefault="00F379D5" w:rsidP="00F379D5">
            <w:pPr>
              <w:autoSpaceDE w:val="0"/>
              <w:autoSpaceDN w:val="0"/>
              <w:adjustRightInd w:val="0"/>
              <w:spacing w:before="60"/>
              <w:jc w:val="both"/>
              <w:rPr>
                <w:rFonts w:ascii="Arial Narrow" w:hAnsi="Arial Narrow" w:cs="Arial"/>
                <w:sz w:val="18"/>
                <w:szCs w:val="18"/>
                <w:lang w:eastAsia="x-none"/>
              </w:rPr>
            </w:pPr>
            <w:r w:rsidRPr="00F379D5">
              <w:rPr>
                <w:rFonts w:ascii="Arial Narrow" w:hAnsi="Arial Narrow" w:cs="Arial"/>
                <w:sz w:val="18"/>
                <w:szCs w:val="18"/>
                <w:lang w:eastAsia="x-none"/>
              </w:rPr>
              <w:t>1</w:t>
            </w:r>
          </w:p>
        </w:tc>
      </w:tr>
      <w:tr w:rsidR="00F379D5" w:rsidRPr="00F379D5" w14:paraId="7BB9693F" w14:textId="77777777" w:rsidTr="001660A2">
        <w:tc>
          <w:tcPr>
            <w:tcW w:w="9323" w:type="dxa"/>
            <w:gridSpan w:val="6"/>
          </w:tcPr>
          <w:p w14:paraId="719BA943" w14:textId="77777777" w:rsidR="00F379D5" w:rsidRPr="00982EC8" w:rsidRDefault="00F379D5" w:rsidP="001660A2">
            <w:pPr>
              <w:ind w:left="-57" w:right="-57"/>
              <w:rPr>
                <w:rFonts w:ascii="Arial Narrow" w:hAnsi="Arial Narrow" w:cs="Arial"/>
                <w:b/>
                <w:bCs/>
                <w:sz w:val="18"/>
                <w:szCs w:val="18"/>
                <w:lang w:eastAsia="x-none"/>
              </w:rPr>
            </w:pPr>
            <w:r w:rsidRPr="00F379D5">
              <w:rPr>
                <w:rFonts w:ascii="Arial Narrow" w:hAnsi="Arial Narrow" w:cs="Arial"/>
                <w:b/>
                <w:bCs/>
                <w:sz w:val="18"/>
                <w:szCs w:val="18"/>
                <w:lang w:eastAsia="x-none"/>
              </w:rPr>
              <w:t>A.2. EKOSYSTEMY I ICH ZESPOŁY</w:t>
            </w:r>
          </w:p>
        </w:tc>
      </w:tr>
      <w:tr w:rsidR="00F379D5" w:rsidRPr="00F379D5" w14:paraId="4BACCA6D" w14:textId="77777777" w:rsidTr="001660A2">
        <w:tc>
          <w:tcPr>
            <w:tcW w:w="906" w:type="dxa"/>
          </w:tcPr>
          <w:p w14:paraId="79CB8031"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A.2.1.</w:t>
            </w:r>
          </w:p>
        </w:tc>
        <w:tc>
          <w:tcPr>
            <w:tcW w:w="4164" w:type="dxa"/>
          </w:tcPr>
          <w:p w14:paraId="0F01C9FF"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Osuszanie torfowisk i bagien oraz likwidacja ich naturalnej szaty roślinnej</w:t>
            </w:r>
          </w:p>
        </w:tc>
        <w:tc>
          <w:tcPr>
            <w:tcW w:w="1560" w:type="dxa"/>
          </w:tcPr>
          <w:p w14:paraId="52AEE838"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w:t>
            </w:r>
          </w:p>
        </w:tc>
        <w:tc>
          <w:tcPr>
            <w:tcW w:w="850" w:type="dxa"/>
          </w:tcPr>
          <w:p w14:paraId="1B0F891C"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III.2., III.1.5., IV.1.</w:t>
            </w:r>
          </w:p>
        </w:tc>
        <w:tc>
          <w:tcPr>
            <w:tcW w:w="992" w:type="dxa"/>
          </w:tcPr>
          <w:p w14:paraId="3E0BA5B4"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Z</w:t>
            </w:r>
          </w:p>
        </w:tc>
        <w:tc>
          <w:tcPr>
            <w:tcW w:w="851" w:type="dxa"/>
          </w:tcPr>
          <w:p w14:paraId="5FE0BC83"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6</w:t>
            </w:r>
          </w:p>
        </w:tc>
      </w:tr>
      <w:tr w:rsidR="00F379D5" w:rsidRPr="00F379D5" w14:paraId="652B0EFA" w14:textId="77777777" w:rsidTr="001660A2">
        <w:tc>
          <w:tcPr>
            <w:tcW w:w="906" w:type="dxa"/>
          </w:tcPr>
          <w:p w14:paraId="1983D21A"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A.2.2.</w:t>
            </w:r>
          </w:p>
        </w:tc>
        <w:tc>
          <w:tcPr>
            <w:tcW w:w="4164" w:type="dxa"/>
          </w:tcPr>
          <w:p w14:paraId="711FE82A"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Fizyczna i chemiczna degradacja siedlisk lądowych</w:t>
            </w:r>
          </w:p>
        </w:tc>
        <w:tc>
          <w:tcPr>
            <w:tcW w:w="1560" w:type="dxa"/>
          </w:tcPr>
          <w:p w14:paraId="701A805A"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w:t>
            </w:r>
          </w:p>
        </w:tc>
        <w:tc>
          <w:tcPr>
            <w:tcW w:w="850" w:type="dxa"/>
          </w:tcPr>
          <w:p w14:paraId="43BAE884"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III.2., III.1.5., III.5., IV.1.</w:t>
            </w:r>
          </w:p>
        </w:tc>
        <w:tc>
          <w:tcPr>
            <w:tcW w:w="992" w:type="dxa"/>
          </w:tcPr>
          <w:p w14:paraId="7476F87A"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Z</w:t>
            </w:r>
          </w:p>
        </w:tc>
        <w:tc>
          <w:tcPr>
            <w:tcW w:w="851" w:type="dxa"/>
          </w:tcPr>
          <w:p w14:paraId="13274913"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6</w:t>
            </w:r>
          </w:p>
        </w:tc>
      </w:tr>
      <w:tr w:rsidR="00F379D5" w:rsidRPr="00F379D5" w14:paraId="3E095F93" w14:textId="77777777" w:rsidTr="001660A2">
        <w:tc>
          <w:tcPr>
            <w:tcW w:w="906" w:type="dxa"/>
          </w:tcPr>
          <w:p w14:paraId="0B23EAE1"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A.2.3.</w:t>
            </w:r>
          </w:p>
        </w:tc>
        <w:tc>
          <w:tcPr>
            <w:tcW w:w="4164" w:type="dxa"/>
          </w:tcPr>
          <w:p w14:paraId="7BF665A5"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Naturalna i przyspieszona przez działalność człowieka sukcesja zbiorowisk zaroślowych i leśnych na naturalne i półnaturalne zbiorowiska nieleśne</w:t>
            </w:r>
          </w:p>
        </w:tc>
        <w:tc>
          <w:tcPr>
            <w:tcW w:w="1560" w:type="dxa"/>
          </w:tcPr>
          <w:p w14:paraId="36A655B7"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w:t>
            </w:r>
          </w:p>
        </w:tc>
        <w:tc>
          <w:tcPr>
            <w:tcW w:w="850" w:type="dxa"/>
          </w:tcPr>
          <w:p w14:paraId="2633212D"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III.1.2.</w:t>
            </w:r>
          </w:p>
        </w:tc>
        <w:tc>
          <w:tcPr>
            <w:tcW w:w="992" w:type="dxa"/>
          </w:tcPr>
          <w:p w14:paraId="128C9112"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W</w:t>
            </w:r>
          </w:p>
        </w:tc>
        <w:tc>
          <w:tcPr>
            <w:tcW w:w="851" w:type="dxa"/>
          </w:tcPr>
          <w:p w14:paraId="35A60B39"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6</w:t>
            </w:r>
          </w:p>
        </w:tc>
      </w:tr>
      <w:tr w:rsidR="00F379D5" w:rsidRPr="00F379D5" w14:paraId="280FB8BC" w14:textId="77777777" w:rsidTr="001660A2">
        <w:tc>
          <w:tcPr>
            <w:tcW w:w="9323" w:type="dxa"/>
            <w:gridSpan w:val="6"/>
          </w:tcPr>
          <w:p w14:paraId="69241392" w14:textId="77777777" w:rsidR="00F379D5" w:rsidRPr="00F379D5" w:rsidRDefault="00F379D5" w:rsidP="001660A2">
            <w:pPr>
              <w:ind w:left="-57" w:right="-57"/>
              <w:rPr>
                <w:rFonts w:ascii="Arial Narrow" w:hAnsi="Arial Narrow" w:cs="Arial"/>
                <w:b/>
                <w:bCs/>
                <w:sz w:val="18"/>
                <w:szCs w:val="18"/>
              </w:rPr>
            </w:pPr>
            <w:r w:rsidRPr="00F379D5">
              <w:rPr>
                <w:rFonts w:ascii="Arial Narrow" w:hAnsi="Arial Narrow" w:cs="Arial"/>
                <w:b/>
                <w:bCs/>
                <w:sz w:val="18"/>
                <w:szCs w:val="18"/>
                <w:lang w:eastAsia="x-none"/>
              </w:rPr>
              <w:t>A.3. STRUKTURA EKOLOGICZNA KRAJOBRAZU</w:t>
            </w:r>
          </w:p>
        </w:tc>
      </w:tr>
      <w:tr w:rsidR="00F379D5" w:rsidRPr="00F379D5" w14:paraId="01CBA91C" w14:textId="77777777" w:rsidTr="001660A2">
        <w:tc>
          <w:tcPr>
            <w:tcW w:w="906" w:type="dxa"/>
          </w:tcPr>
          <w:p w14:paraId="3506988D"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A.3.3.</w:t>
            </w:r>
          </w:p>
        </w:tc>
        <w:tc>
          <w:tcPr>
            <w:tcW w:w="4164" w:type="dxa"/>
          </w:tcPr>
          <w:p w14:paraId="591736BB"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Wzrost zagęszczenia barier ekologicznych w krajobrazie</w:t>
            </w:r>
          </w:p>
        </w:tc>
        <w:tc>
          <w:tcPr>
            <w:tcW w:w="1560" w:type="dxa"/>
          </w:tcPr>
          <w:p w14:paraId="6A9B9825" w14:textId="77777777" w:rsidR="00F379D5" w:rsidRPr="00F379D5" w:rsidRDefault="00F379D5" w:rsidP="00F379D5">
            <w:pPr>
              <w:autoSpaceDE w:val="0"/>
              <w:autoSpaceDN w:val="0"/>
              <w:adjustRightInd w:val="0"/>
              <w:spacing w:before="60"/>
              <w:jc w:val="both"/>
              <w:rPr>
                <w:rFonts w:ascii="Arial Narrow" w:hAnsi="Arial Narrow" w:cs="Arial"/>
                <w:b/>
                <w:bCs/>
                <w:sz w:val="18"/>
                <w:szCs w:val="18"/>
              </w:rPr>
            </w:pPr>
            <w:r w:rsidRPr="00F379D5">
              <w:rPr>
                <w:rFonts w:ascii="Arial Narrow" w:hAnsi="Arial Narrow" w:cs="Arial"/>
                <w:sz w:val="18"/>
                <w:szCs w:val="18"/>
              </w:rPr>
              <w:t>-</w:t>
            </w:r>
          </w:p>
        </w:tc>
        <w:tc>
          <w:tcPr>
            <w:tcW w:w="850" w:type="dxa"/>
          </w:tcPr>
          <w:p w14:paraId="6E28B914"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I.2.2.</w:t>
            </w:r>
          </w:p>
        </w:tc>
        <w:tc>
          <w:tcPr>
            <w:tcW w:w="992" w:type="dxa"/>
          </w:tcPr>
          <w:p w14:paraId="2B5114DA" w14:textId="77777777" w:rsidR="00F379D5" w:rsidRPr="00F379D5" w:rsidRDefault="00F379D5" w:rsidP="00F379D5">
            <w:pPr>
              <w:autoSpaceDE w:val="0"/>
              <w:autoSpaceDN w:val="0"/>
              <w:adjustRightInd w:val="0"/>
              <w:spacing w:before="60"/>
              <w:jc w:val="both"/>
              <w:rPr>
                <w:rFonts w:ascii="Arial Narrow" w:hAnsi="Arial Narrow" w:cs="Arial"/>
                <w:b/>
                <w:bCs/>
                <w:sz w:val="18"/>
                <w:szCs w:val="18"/>
              </w:rPr>
            </w:pPr>
            <w:r w:rsidRPr="00F379D5">
              <w:rPr>
                <w:rFonts w:ascii="Arial Narrow" w:hAnsi="Arial Narrow" w:cs="Arial"/>
                <w:sz w:val="18"/>
                <w:szCs w:val="18"/>
              </w:rPr>
              <w:t>W</w:t>
            </w:r>
          </w:p>
        </w:tc>
        <w:tc>
          <w:tcPr>
            <w:tcW w:w="851" w:type="dxa"/>
          </w:tcPr>
          <w:p w14:paraId="6099A7EA"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5</w:t>
            </w:r>
          </w:p>
        </w:tc>
      </w:tr>
      <w:tr w:rsidR="00F379D5" w:rsidRPr="00F379D5" w14:paraId="55BE62FB" w14:textId="77777777" w:rsidTr="001660A2">
        <w:tc>
          <w:tcPr>
            <w:tcW w:w="906" w:type="dxa"/>
          </w:tcPr>
          <w:p w14:paraId="56BF9C2D"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A.3.5</w:t>
            </w:r>
          </w:p>
        </w:tc>
        <w:tc>
          <w:tcPr>
            <w:tcW w:w="4164" w:type="dxa"/>
          </w:tcPr>
          <w:p w14:paraId="0FD76096"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Zmniejszenie się różnorodności biologicznej</w:t>
            </w:r>
          </w:p>
        </w:tc>
        <w:tc>
          <w:tcPr>
            <w:tcW w:w="1560" w:type="dxa"/>
          </w:tcPr>
          <w:p w14:paraId="54A12618" w14:textId="77777777" w:rsidR="00F379D5" w:rsidRPr="00F379D5" w:rsidRDefault="00F379D5" w:rsidP="00F379D5">
            <w:pPr>
              <w:autoSpaceDE w:val="0"/>
              <w:autoSpaceDN w:val="0"/>
              <w:adjustRightInd w:val="0"/>
              <w:spacing w:before="60"/>
              <w:jc w:val="both"/>
              <w:rPr>
                <w:rFonts w:ascii="Arial Narrow" w:hAnsi="Arial Narrow" w:cs="Arial"/>
                <w:b/>
                <w:bCs/>
                <w:sz w:val="18"/>
                <w:szCs w:val="18"/>
              </w:rPr>
            </w:pPr>
            <w:r w:rsidRPr="00F379D5">
              <w:rPr>
                <w:rFonts w:ascii="Arial Narrow" w:hAnsi="Arial Narrow" w:cs="Arial"/>
                <w:sz w:val="18"/>
                <w:szCs w:val="18"/>
              </w:rPr>
              <w:t>-</w:t>
            </w:r>
          </w:p>
        </w:tc>
        <w:tc>
          <w:tcPr>
            <w:tcW w:w="850" w:type="dxa"/>
          </w:tcPr>
          <w:p w14:paraId="453F4B1F"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III.5.</w:t>
            </w:r>
          </w:p>
        </w:tc>
        <w:tc>
          <w:tcPr>
            <w:tcW w:w="992" w:type="dxa"/>
          </w:tcPr>
          <w:p w14:paraId="2831CD63" w14:textId="77777777" w:rsidR="00F379D5" w:rsidRPr="00F379D5" w:rsidRDefault="00F379D5" w:rsidP="00F379D5">
            <w:pPr>
              <w:autoSpaceDE w:val="0"/>
              <w:autoSpaceDN w:val="0"/>
              <w:adjustRightInd w:val="0"/>
              <w:spacing w:before="60"/>
              <w:jc w:val="both"/>
              <w:rPr>
                <w:rFonts w:ascii="Arial Narrow" w:hAnsi="Arial Narrow" w:cs="Arial"/>
                <w:b/>
                <w:bCs/>
                <w:sz w:val="18"/>
                <w:szCs w:val="18"/>
              </w:rPr>
            </w:pPr>
            <w:r w:rsidRPr="00F379D5">
              <w:rPr>
                <w:rFonts w:ascii="Arial Narrow" w:hAnsi="Arial Narrow" w:cs="Arial"/>
                <w:sz w:val="18"/>
                <w:szCs w:val="18"/>
              </w:rPr>
              <w:t>Z</w:t>
            </w:r>
          </w:p>
        </w:tc>
        <w:tc>
          <w:tcPr>
            <w:tcW w:w="851" w:type="dxa"/>
          </w:tcPr>
          <w:p w14:paraId="19A122BD"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6</w:t>
            </w:r>
          </w:p>
        </w:tc>
      </w:tr>
      <w:tr w:rsidR="00F379D5" w:rsidRPr="00F379D5" w14:paraId="31573551" w14:textId="77777777" w:rsidTr="001660A2">
        <w:tc>
          <w:tcPr>
            <w:tcW w:w="9323" w:type="dxa"/>
            <w:gridSpan w:val="6"/>
          </w:tcPr>
          <w:p w14:paraId="07325799" w14:textId="77777777" w:rsidR="00F379D5" w:rsidRPr="00F379D5" w:rsidRDefault="00F379D5" w:rsidP="001660A2">
            <w:pPr>
              <w:ind w:left="-57" w:right="-57"/>
              <w:rPr>
                <w:rFonts w:ascii="Arial Narrow" w:hAnsi="Arial Narrow" w:cs="Arial"/>
                <w:b/>
                <w:bCs/>
                <w:sz w:val="18"/>
                <w:szCs w:val="18"/>
                <w:lang w:eastAsia="x-none"/>
              </w:rPr>
            </w:pPr>
            <w:r w:rsidRPr="00F379D5">
              <w:rPr>
                <w:rFonts w:ascii="Arial Narrow" w:hAnsi="Arial Narrow" w:cs="Arial"/>
                <w:b/>
                <w:bCs/>
                <w:sz w:val="18"/>
                <w:szCs w:val="18"/>
                <w:lang w:eastAsia="x-none"/>
              </w:rPr>
              <w:t>B. ZAGROŻENIA DZIEDZICTWA KULTUROWEGO</w:t>
            </w:r>
          </w:p>
        </w:tc>
      </w:tr>
      <w:tr w:rsidR="00F379D5" w:rsidRPr="00F379D5" w14:paraId="43F597C1" w14:textId="77777777" w:rsidTr="001660A2">
        <w:tc>
          <w:tcPr>
            <w:tcW w:w="9323" w:type="dxa"/>
            <w:gridSpan w:val="6"/>
          </w:tcPr>
          <w:p w14:paraId="36BE775A" w14:textId="77777777" w:rsidR="00F379D5" w:rsidRPr="00F379D5" w:rsidRDefault="00F379D5" w:rsidP="001660A2">
            <w:pPr>
              <w:ind w:left="-57" w:right="-57"/>
              <w:rPr>
                <w:rFonts w:ascii="Arial Narrow" w:hAnsi="Arial Narrow" w:cs="Arial"/>
                <w:b/>
                <w:bCs/>
                <w:sz w:val="18"/>
                <w:szCs w:val="18"/>
                <w:lang w:eastAsia="x-none"/>
              </w:rPr>
            </w:pPr>
            <w:r w:rsidRPr="00F379D5">
              <w:rPr>
                <w:rFonts w:ascii="Arial Narrow" w:hAnsi="Arial Narrow" w:cs="Arial"/>
                <w:b/>
                <w:bCs/>
                <w:sz w:val="18"/>
                <w:szCs w:val="18"/>
                <w:lang w:eastAsia="x-none"/>
              </w:rPr>
              <w:t>B.2. ARCHITEKTURA</w:t>
            </w:r>
          </w:p>
        </w:tc>
      </w:tr>
      <w:tr w:rsidR="00F379D5" w:rsidRPr="00F379D5" w14:paraId="20440C25" w14:textId="77777777" w:rsidTr="001660A2">
        <w:tc>
          <w:tcPr>
            <w:tcW w:w="906" w:type="dxa"/>
          </w:tcPr>
          <w:p w14:paraId="4BDA099C"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B.2.3.</w:t>
            </w:r>
          </w:p>
        </w:tc>
        <w:tc>
          <w:tcPr>
            <w:tcW w:w="4164" w:type="dxa"/>
          </w:tcPr>
          <w:p w14:paraId="06AF8788"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Zanik cech architektury regionalnej; unifikacja materiałów i form architektury wiejskiej i miejskiej oraz jej bezpośredniego kontekstu krajobrazowego (ogrodzenia, podjazdy, zieleń)</w:t>
            </w:r>
          </w:p>
        </w:tc>
        <w:tc>
          <w:tcPr>
            <w:tcW w:w="1560" w:type="dxa"/>
          </w:tcPr>
          <w:p w14:paraId="16EF286D"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w:t>
            </w:r>
          </w:p>
        </w:tc>
        <w:tc>
          <w:tcPr>
            <w:tcW w:w="850" w:type="dxa"/>
          </w:tcPr>
          <w:p w14:paraId="6FEEA407"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I.1.1., I.1.2.</w:t>
            </w:r>
          </w:p>
        </w:tc>
        <w:tc>
          <w:tcPr>
            <w:tcW w:w="992" w:type="dxa"/>
          </w:tcPr>
          <w:p w14:paraId="311796DB"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W</w:t>
            </w:r>
          </w:p>
        </w:tc>
        <w:tc>
          <w:tcPr>
            <w:tcW w:w="851" w:type="dxa"/>
          </w:tcPr>
          <w:p w14:paraId="71032234"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3</w:t>
            </w:r>
          </w:p>
        </w:tc>
      </w:tr>
      <w:tr w:rsidR="00F379D5" w:rsidRPr="00F379D5" w14:paraId="13831A1E" w14:textId="77777777" w:rsidTr="001660A2">
        <w:tc>
          <w:tcPr>
            <w:tcW w:w="9323" w:type="dxa"/>
            <w:gridSpan w:val="6"/>
          </w:tcPr>
          <w:p w14:paraId="52C9670C" w14:textId="77777777" w:rsidR="00F379D5" w:rsidRPr="00F379D5" w:rsidRDefault="00F379D5" w:rsidP="001660A2">
            <w:pPr>
              <w:ind w:left="-57" w:right="-57"/>
              <w:rPr>
                <w:rFonts w:ascii="Arial Narrow" w:hAnsi="Arial Narrow" w:cs="Arial"/>
                <w:b/>
                <w:bCs/>
                <w:sz w:val="18"/>
                <w:szCs w:val="18"/>
                <w:lang w:eastAsia="x-none"/>
              </w:rPr>
            </w:pPr>
            <w:r w:rsidRPr="00F379D5">
              <w:rPr>
                <w:rFonts w:ascii="Arial Narrow" w:hAnsi="Arial Narrow" w:cs="Arial"/>
                <w:b/>
                <w:bCs/>
                <w:sz w:val="18"/>
                <w:szCs w:val="18"/>
                <w:lang w:eastAsia="x-none"/>
              </w:rPr>
              <w:t>C. ZAGROŻENIA FIZJONOMII KRAJOBRAZU</w:t>
            </w:r>
          </w:p>
        </w:tc>
      </w:tr>
      <w:tr w:rsidR="00F379D5" w:rsidRPr="00F379D5" w14:paraId="5F2FF0E7" w14:textId="77777777" w:rsidTr="001660A2">
        <w:tc>
          <w:tcPr>
            <w:tcW w:w="9323" w:type="dxa"/>
            <w:gridSpan w:val="6"/>
          </w:tcPr>
          <w:p w14:paraId="79878616" w14:textId="77777777" w:rsidR="00F379D5" w:rsidRPr="00F379D5" w:rsidRDefault="00F379D5" w:rsidP="001660A2">
            <w:pPr>
              <w:ind w:left="-57" w:right="-57"/>
              <w:rPr>
                <w:rFonts w:ascii="Arial Narrow" w:hAnsi="Arial Narrow" w:cs="Arial"/>
                <w:b/>
                <w:bCs/>
                <w:sz w:val="18"/>
                <w:szCs w:val="18"/>
                <w:lang w:eastAsia="x-none"/>
              </w:rPr>
            </w:pPr>
            <w:r w:rsidRPr="00F379D5">
              <w:rPr>
                <w:rFonts w:ascii="Arial Narrow" w:hAnsi="Arial Narrow" w:cs="Arial"/>
                <w:b/>
                <w:bCs/>
                <w:sz w:val="18"/>
                <w:szCs w:val="18"/>
                <w:lang w:eastAsia="x-none"/>
              </w:rPr>
              <w:t>C.1. KOMPOZYCJA I ŁAD PRZESTRZENNY</w:t>
            </w:r>
          </w:p>
        </w:tc>
      </w:tr>
      <w:tr w:rsidR="00F379D5" w:rsidRPr="00F379D5" w14:paraId="600B6745" w14:textId="77777777" w:rsidTr="001660A2">
        <w:tc>
          <w:tcPr>
            <w:tcW w:w="906" w:type="dxa"/>
          </w:tcPr>
          <w:p w14:paraId="6D97BC43"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C.1.1.</w:t>
            </w:r>
          </w:p>
        </w:tc>
        <w:tc>
          <w:tcPr>
            <w:tcW w:w="4164" w:type="dxa"/>
          </w:tcPr>
          <w:p w14:paraId="711E46E1"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Chaos przestrzenny i stylistyczny form zagospodarowania terenu</w:t>
            </w:r>
          </w:p>
        </w:tc>
        <w:tc>
          <w:tcPr>
            <w:tcW w:w="1560" w:type="dxa"/>
          </w:tcPr>
          <w:p w14:paraId="31922ABD"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w:t>
            </w:r>
          </w:p>
        </w:tc>
        <w:tc>
          <w:tcPr>
            <w:tcW w:w="850" w:type="dxa"/>
          </w:tcPr>
          <w:p w14:paraId="4F7E5805"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I.1.1., I.1.2., VI.4.</w:t>
            </w:r>
          </w:p>
        </w:tc>
        <w:tc>
          <w:tcPr>
            <w:tcW w:w="992" w:type="dxa"/>
          </w:tcPr>
          <w:p w14:paraId="3D039CF8"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W</w:t>
            </w:r>
          </w:p>
        </w:tc>
        <w:tc>
          <w:tcPr>
            <w:tcW w:w="851" w:type="dxa"/>
          </w:tcPr>
          <w:p w14:paraId="4EA9B82D"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9</w:t>
            </w:r>
          </w:p>
        </w:tc>
      </w:tr>
      <w:tr w:rsidR="00F379D5" w:rsidRPr="00F379D5" w14:paraId="2A62AA8E" w14:textId="77777777" w:rsidTr="001660A2">
        <w:tc>
          <w:tcPr>
            <w:tcW w:w="9323" w:type="dxa"/>
            <w:gridSpan w:val="6"/>
          </w:tcPr>
          <w:p w14:paraId="776CF793" w14:textId="77777777" w:rsidR="00F379D5" w:rsidRPr="00F379D5" w:rsidRDefault="00F379D5" w:rsidP="001660A2">
            <w:pPr>
              <w:ind w:left="-57" w:right="-57"/>
              <w:rPr>
                <w:rFonts w:ascii="Arial Narrow" w:hAnsi="Arial Narrow" w:cs="Arial"/>
                <w:b/>
                <w:bCs/>
                <w:sz w:val="18"/>
                <w:szCs w:val="18"/>
                <w:lang w:eastAsia="x-none"/>
              </w:rPr>
            </w:pPr>
            <w:r w:rsidRPr="00F379D5">
              <w:rPr>
                <w:rFonts w:ascii="Arial Narrow" w:hAnsi="Arial Narrow" w:cs="Arial"/>
                <w:b/>
                <w:bCs/>
                <w:sz w:val="18"/>
                <w:szCs w:val="18"/>
                <w:lang w:eastAsia="x-none"/>
              </w:rPr>
              <w:t>D. ZAGROŻENIA WALORÓW AKUSTYCZNYCH, ZAPACHOWYCH I SANITARNYCH</w:t>
            </w:r>
          </w:p>
        </w:tc>
      </w:tr>
      <w:tr w:rsidR="00F379D5" w:rsidRPr="00F379D5" w14:paraId="562AF781" w14:textId="77777777" w:rsidTr="001660A2">
        <w:tc>
          <w:tcPr>
            <w:tcW w:w="9323" w:type="dxa"/>
            <w:gridSpan w:val="6"/>
          </w:tcPr>
          <w:p w14:paraId="07189C25" w14:textId="77777777" w:rsidR="00F379D5" w:rsidRPr="00F379D5" w:rsidRDefault="00F379D5" w:rsidP="001660A2">
            <w:pPr>
              <w:ind w:left="-57" w:right="-57"/>
              <w:rPr>
                <w:rFonts w:ascii="Arial Narrow" w:hAnsi="Arial Narrow" w:cs="Arial"/>
                <w:b/>
                <w:bCs/>
                <w:sz w:val="18"/>
                <w:szCs w:val="18"/>
                <w:lang w:eastAsia="x-none"/>
              </w:rPr>
            </w:pPr>
            <w:r w:rsidRPr="00F379D5">
              <w:rPr>
                <w:rFonts w:ascii="Arial Narrow" w:hAnsi="Arial Narrow" w:cs="Arial"/>
                <w:b/>
                <w:bCs/>
                <w:sz w:val="18"/>
                <w:szCs w:val="18"/>
                <w:lang w:eastAsia="x-none"/>
              </w:rPr>
              <w:lastRenderedPageBreak/>
              <w:t>D.1. WALORY AKUSTYCZNE</w:t>
            </w:r>
          </w:p>
        </w:tc>
      </w:tr>
      <w:tr w:rsidR="00F379D5" w:rsidRPr="00F379D5" w14:paraId="2A4A129F" w14:textId="77777777" w:rsidTr="001660A2">
        <w:tc>
          <w:tcPr>
            <w:tcW w:w="906" w:type="dxa"/>
          </w:tcPr>
          <w:p w14:paraId="0171ECD9"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D.1.1.</w:t>
            </w:r>
          </w:p>
        </w:tc>
        <w:tc>
          <w:tcPr>
            <w:tcW w:w="4164" w:type="dxa"/>
          </w:tcPr>
          <w:p w14:paraId="0A98034C"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Hałas komunikacyjny i przemysłowy</w:t>
            </w:r>
          </w:p>
        </w:tc>
        <w:tc>
          <w:tcPr>
            <w:tcW w:w="1560" w:type="dxa"/>
          </w:tcPr>
          <w:p w14:paraId="04C33283"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w:t>
            </w:r>
          </w:p>
        </w:tc>
        <w:tc>
          <w:tcPr>
            <w:tcW w:w="850" w:type="dxa"/>
          </w:tcPr>
          <w:p w14:paraId="4F757789"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I.2.2.</w:t>
            </w:r>
          </w:p>
        </w:tc>
        <w:tc>
          <w:tcPr>
            <w:tcW w:w="992" w:type="dxa"/>
          </w:tcPr>
          <w:p w14:paraId="68779DD8"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W</w:t>
            </w:r>
          </w:p>
        </w:tc>
        <w:tc>
          <w:tcPr>
            <w:tcW w:w="851" w:type="dxa"/>
          </w:tcPr>
          <w:p w14:paraId="4FEF4C2C"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5</w:t>
            </w:r>
          </w:p>
        </w:tc>
      </w:tr>
      <w:tr w:rsidR="00F379D5" w:rsidRPr="00F379D5" w14:paraId="13652BF1" w14:textId="77777777" w:rsidTr="001660A2">
        <w:tc>
          <w:tcPr>
            <w:tcW w:w="9323" w:type="dxa"/>
            <w:gridSpan w:val="6"/>
          </w:tcPr>
          <w:p w14:paraId="6652D93F" w14:textId="77777777" w:rsidR="00F379D5" w:rsidRPr="00F379D5" w:rsidRDefault="00F379D5" w:rsidP="001660A2">
            <w:pPr>
              <w:ind w:left="-57" w:right="-57"/>
              <w:rPr>
                <w:rFonts w:ascii="Arial Narrow" w:hAnsi="Arial Narrow" w:cs="Arial"/>
                <w:b/>
                <w:bCs/>
                <w:sz w:val="18"/>
                <w:szCs w:val="18"/>
              </w:rPr>
            </w:pPr>
            <w:r w:rsidRPr="00F379D5">
              <w:rPr>
                <w:rFonts w:ascii="Arial Narrow" w:hAnsi="Arial Narrow" w:cs="Arial"/>
                <w:b/>
                <w:bCs/>
                <w:sz w:val="18"/>
                <w:szCs w:val="18"/>
                <w:lang w:eastAsia="x-none"/>
              </w:rPr>
              <w:t>D.3. WALORY SANITARNE</w:t>
            </w:r>
          </w:p>
        </w:tc>
      </w:tr>
      <w:tr w:rsidR="00F379D5" w:rsidRPr="00F379D5" w14:paraId="48DF1DF3" w14:textId="77777777" w:rsidTr="001660A2">
        <w:tc>
          <w:tcPr>
            <w:tcW w:w="906" w:type="dxa"/>
          </w:tcPr>
          <w:p w14:paraId="78CF85F2"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D.3.2.</w:t>
            </w:r>
          </w:p>
        </w:tc>
        <w:tc>
          <w:tcPr>
            <w:tcW w:w="4164" w:type="dxa"/>
          </w:tcPr>
          <w:p w14:paraId="4C529A96"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Zanieczyszczenie powietrza</w:t>
            </w:r>
          </w:p>
        </w:tc>
        <w:tc>
          <w:tcPr>
            <w:tcW w:w="1560" w:type="dxa"/>
          </w:tcPr>
          <w:p w14:paraId="18014822"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w:t>
            </w:r>
          </w:p>
        </w:tc>
        <w:tc>
          <w:tcPr>
            <w:tcW w:w="850" w:type="dxa"/>
          </w:tcPr>
          <w:p w14:paraId="0438F973"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II.3., II.1.2., I.2.3.</w:t>
            </w:r>
          </w:p>
        </w:tc>
        <w:tc>
          <w:tcPr>
            <w:tcW w:w="992" w:type="dxa"/>
          </w:tcPr>
          <w:p w14:paraId="18C673FE"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Z</w:t>
            </w:r>
          </w:p>
        </w:tc>
        <w:tc>
          <w:tcPr>
            <w:tcW w:w="851" w:type="dxa"/>
          </w:tcPr>
          <w:p w14:paraId="105C8821"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6</w:t>
            </w:r>
          </w:p>
        </w:tc>
      </w:tr>
      <w:tr w:rsidR="00F379D5" w:rsidRPr="00F379D5" w14:paraId="2850561D" w14:textId="77777777" w:rsidTr="001660A2">
        <w:tc>
          <w:tcPr>
            <w:tcW w:w="906" w:type="dxa"/>
          </w:tcPr>
          <w:p w14:paraId="37824F97"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D.3.3.</w:t>
            </w:r>
          </w:p>
        </w:tc>
        <w:tc>
          <w:tcPr>
            <w:tcW w:w="4164" w:type="dxa"/>
          </w:tcPr>
          <w:p w14:paraId="1D342ADA"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Zanieczyszczenie wód</w:t>
            </w:r>
          </w:p>
        </w:tc>
        <w:tc>
          <w:tcPr>
            <w:tcW w:w="1560" w:type="dxa"/>
          </w:tcPr>
          <w:p w14:paraId="755C9C3F"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w:t>
            </w:r>
          </w:p>
        </w:tc>
        <w:tc>
          <w:tcPr>
            <w:tcW w:w="850" w:type="dxa"/>
          </w:tcPr>
          <w:p w14:paraId="7CE31FC8"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II.1.3., III.1.5., III.2.</w:t>
            </w:r>
          </w:p>
        </w:tc>
        <w:tc>
          <w:tcPr>
            <w:tcW w:w="992" w:type="dxa"/>
          </w:tcPr>
          <w:p w14:paraId="30474873"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Z</w:t>
            </w:r>
          </w:p>
        </w:tc>
        <w:tc>
          <w:tcPr>
            <w:tcW w:w="851" w:type="dxa"/>
          </w:tcPr>
          <w:p w14:paraId="39B322F1" w14:textId="77777777" w:rsidR="00F379D5" w:rsidRPr="00F379D5" w:rsidRDefault="00F379D5" w:rsidP="00F379D5">
            <w:pPr>
              <w:ind w:left="-57" w:right="-57"/>
              <w:rPr>
                <w:rFonts w:ascii="Arial Narrow" w:hAnsi="Arial Narrow" w:cs="Arial"/>
                <w:sz w:val="18"/>
                <w:szCs w:val="18"/>
                <w:lang w:eastAsia="x-none"/>
              </w:rPr>
            </w:pPr>
            <w:r w:rsidRPr="00F379D5">
              <w:rPr>
                <w:rFonts w:ascii="Arial Narrow" w:hAnsi="Arial Narrow" w:cs="Arial"/>
                <w:sz w:val="18"/>
                <w:szCs w:val="18"/>
                <w:lang w:eastAsia="x-none"/>
              </w:rPr>
              <w:t>9</w:t>
            </w:r>
          </w:p>
        </w:tc>
      </w:tr>
    </w:tbl>
    <w:p w14:paraId="2D0452DB" w14:textId="77777777" w:rsidR="00F379D5" w:rsidRPr="00F379D5" w:rsidRDefault="00F379D5" w:rsidP="00F379D5">
      <w:pPr>
        <w:autoSpaceDE w:val="0"/>
        <w:autoSpaceDN w:val="0"/>
        <w:adjustRightInd w:val="0"/>
        <w:spacing w:before="60"/>
        <w:jc w:val="both"/>
        <w:rPr>
          <w:rFonts w:ascii="Roboto Condensed" w:hAnsi="Roboto Condensed" w:cs="Arial"/>
          <w:b/>
          <w:bCs/>
          <w:color w:val="FF00FF"/>
          <w:sz w:val="18"/>
          <w:szCs w:val="18"/>
        </w:rPr>
      </w:pPr>
    </w:p>
    <w:p w14:paraId="235ADACE" w14:textId="49C8DD82" w:rsidR="00F379D5" w:rsidRPr="001660A2" w:rsidRDefault="00413E41" w:rsidP="001660A2">
      <w:pPr>
        <w:pStyle w:val="Tekstpodstawowy2"/>
        <w:spacing w:before="120" w:after="120" w:line="240" w:lineRule="auto"/>
        <w:ind w:left="170"/>
        <w:rPr>
          <w:rFonts w:ascii="Roboto Condensed" w:hAnsi="Roboto Condensed"/>
          <w:i/>
          <w:iCs/>
          <w:color w:val="EE0000"/>
          <w:sz w:val="20"/>
          <w:lang w:val="pl-PL"/>
        </w:rPr>
      </w:pPr>
      <w:r w:rsidRPr="00413E41">
        <w:rPr>
          <w:rFonts w:ascii="Roboto Condensed" w:hAnsi="Roboto Condensed"/>
          <w:b/>
          <w:bCs/>
          <w:i/>
          <w:iCs/>
          <w:sz w:val="20"/>
          <w:u w:val="single"/>
          <w:lang w:val="pl-PL"/>
        </w:rPr>
        <w:t>R</w:t>
      </w:r>
      <w:r w:rsidR="001660A2" w:rsidRPr="00413E41">
        <w:rPr>
          <w:rFonts w:ascii="Roboto Condensed" w:hAnsi="Roboto Condensed"/>
          <w:b/>
          <w:bCs/>
          <w:i/>
          <w:iCs/>
          <w:sz w:val="20"/>
          <w:u w:val="single"/>
          <w:lang w:val="pl-PL"/>
        </w:rPr>
        <w:t xml:space="preserve">ekomendacje i wnioski dotyczące kierunków i zasad kształtowania zabudowy, zagospodarowania i użytkowania terenów </w:t>
      </w:r>
      <w:r w:rsidRPr="00413E41">
        <w:rPr>
          <w:rFonts w:ascii="Roboto Condensed" w:hAnsi="Roboto Condensed"/>
          <w:b/>
          <w:bCs/>
          <w:i/>
          <w:iCs/>
          <w:sz w:val="20"/>
          <w:u w:val="single"/>
          <w:lang w:val="pl-PL"/>
        </w:rPr>
        <w:t xml:space="preserve">na poziomie lokalnym dla </w:t>
      </w:r>
      <w:r w:rsidR="001660A2" w:rsidRPr="00413E41">
        <w:rPr>
          <w:rFonts w:ascii="Roboto Condensed" w:hAnsi="Roboto Condensed"/>
          <w:b/>
          <w:bCs/>
          <w:i/>
          <w:iCs/>
          <w:sz w:val="20"/>
          <w:u w:val="single"/>
          <w:lang w:val="pl-PL"/>
        </w:rPr>
        <w:t>krajobrazu priorytetowego DOLINA WARTY – ŁUK PŁAWIŃSKI</w:t>
      </w:r>
    </w:p>
    <w:p w14:paraId="6FFC3EE9" w14:textId="0D73FE8B" w:rsidR="00F379D5" w:rsidRDefault="00413E41" w:rsidP="00413E41">
      <w:pPr>
        <w:pStyle w:val="Tekstpodstawowy2"/>
        <w:spacing w:line="240" w:lineRule="auto"/>
        <w:ind w:left="170"/>
        <w:rPr>
          <w:rFonts w:ascii="Roboto Condensed" w:hAnsi="Roboto Condensed"/>
          <w:i/>
          <w:iCs/>
          <w:color w:val="EE0000"/>
          <w:sz w:val="20"/>
          <w:lang w:val="pl-PL"/>
        </w:rPr>
      </w:pPr>
      <w:r w:rsidRPr="00413E41">
        <w:rPr>
          <w:rFonts w:ascii="Roboto Condensed" w:hAnsi="Roboto Condensed"/>
          <w:sz w:val="20"/>
          <w:lang w:val="pl-PL"/>
        </w:rPr>
        <w:t xml:space="preserve">Wytyczne odnośnie kierunków zmian w strukturze przestrzennej oraz w przeznaczeniu terenów lub zasad ich zagospodarowania określających dopuszczalny zakres i ograniczenia tych zmian, w tym wytycznych odnośnie nakazów, zakazów, </w:t>
      </w:r>
      <w:proofErr w:type="spellStart"/>
      <w:r w:rsidRPr="00413E41">
        <w:rPr>
          <w:rFonts w:ascii="Roboto Condensed" w:hAnsi="Roboto Condensed"/>
          <w:sz w:val="20"/>
          <w:lang w:val="pl-PL"/>
        </w:rPr>
        <w:t>dopuszczeń</w:t>
      </w:r>
      <w:proofErr w:type="spellEnd"/>
      <w:r w:rsidRPr="00413E41">
        <w:rPr>
          <w:rFonts w:ascii="Roboto Condensed" w:hAnsi="Roboto Condensed"/>
          <w:sz w:val="20"/>
          <w:lang w:val="pl-PL"/>
        </w:rPr>
        <w:t xml:space="preserve"> i ograniczeń w zagospodarowaniu i użytkowaniu terenów</w:t>
      </w:r>
      <w:r>
        <w:rPr>
          <w:rFonts w:ascii="Roboto Condensed" w:hAnsi="Roboto Condensed"/>
          <w:sz w:val="20"/>
          <w:lang w:val="pl-PL"/>
        </w:rPr>
        <w:t>:</w:t>
      </w:r>
    </w:p>
    <w:p w14:paraId="1DA00764"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Kształtowanie struktury przestrzennej z uwzględnieniem jako dominującej funkcji przyrodniczej.</w:t>
      </w:r>
    </w:p>
    <w:p w14:paraId="1F485987"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Dopuszcza się funkcję turystyczną i rolną.</w:t>
      </w:r>
    </w:p>
    <w:p w14:paraId="359F4D7C"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Utrzymanie dotychczasowego sposobu zagospodarowania, zgodnie z potrzebą zrównoważonego rozwoju i zasadą kształtowania ładu przestrzennego.</w:t>
      </w:r>
    </w:p>
    <w:p w14:paraId="3B6C65CA"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Zapewnienie naturalnych procesów przyrodniczych w ekosystemach, zwłaszcza wodnych.</w:t>
      </w:r>
    </w:p>
    <w:p w14:paraId="4889C4C2"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Ograniczanie działań powodujących fizyczną i chemiczną degradację siedlisk przyrodniczych.</w:t>
      </w:r>
    </w:p>
    <w:p w14:paraId="684E202A"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Zapobieganie sukcesji na naturalne i półnaturalne zbiorowiska nieleśne przez zbiorowiska zaroślowe oraz leśne.</w:t>
      </w:r>
    </w:p>
    <w:p w14:paraId="1834D55C"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Zapobieganie niekorzystnym zmianom jakościowym i ilościowym w drzewostanach.</w:t>
      </w:r>
    </w:p>
    <w:p w14:paraId="3DE9E5B1"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 xml:space="preserve">Ochrona i kształtowanie stref </w:t>
      </w:r>
      <w:proofErr w:type="spellStart"/>
      <w:r w:rsidRPr="00413E41">
        <w:rPr>
          <w:rFonts w:ascii="Roboto Condensed" w:hAnsi="Roboto Condensed"/>
          <w:sz w:val="20"/>
          <w:lang w:val="pl-PL"/>
        </w:rPr>
        <w:t>ekotonowych</w:t>
      </w:r>
      <w:proofErr w:type="spellEnd"/>
      <w:r w:rsidRPr="00413E41">
        <w:rPr>
          <w:rFonts w:ascii="Roboto Condensed" w:hAnsi="Roboto Condensed"/>
          <w:sz w:val="20"/>
          <w:lang w:val="pl-PL"/>
        </w:rPr>
        <w:t xml:space="preserve"> pomiędzy różnymi rodzajami ekosystemów, szczególnie w miejscach narażonych na zwiększoną antropopresję, m.in. na obrzeżach lasu czy wzdłuż cieków.</w:t>
      </w:r>
    </w:p>
    <w:p w14:paraId="511D84C7"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 xml:space="preserve">Ograniczenie barier przestrzennych oraz wprowadzanie rozwiązań umożliwiających zachowanie ciągłości korytarzy ekologicznych (np. wyznaczanie terenów wolnych od ogrodzeń i zabudowy pozwalających na migrację zwierząt). Dopuszcza się wprowadzanie systemów ogrodzeniowych związanych z prowadzeniem działalności rolniczej np. kwaterowy wypas zwierząt, ogradzanie plantacji krzewów jagodowych, systemy ogrodzeniowe służące zabezpieczeniu </w:t>
      </w:r>
      <w:proofErr w:type="spellStart"/>
      <w:r w:rsidRPr="00413E41">
        <w:rPr>
          <w:rFonts w:ascii="Roboto Condensed" w:hAnsi="Roboto Condensed"/>
          <w:sz w:val="20"/>
          <w:lang w:val="pl-PL"/>
        </w:rPr>
        <w:t>nasadzeń</w:t>
      </w:r>
      <w:proofErr w:type="spellEnd"/>
      <w:r w:rsidRPr="00413E41">
        <w:rPr>
          <w:rFonts w:ascii="Roboto Condensed" w:hAnsi="Roboto Condensed"/>
          <w:sz w:val="20"/>
          <w:lang w:val="pl-PL"/>
        </w:rPr>
        <w:t xml:space="preserve"> drzew i krzewów, tworzeniu stref buforowych i wprowadzaniu rozwiązań z obszaru </w:t>
      </w:r>
      <w:proofErr w:type="spellStart"/>
      <w:r w:rsidRPr="00413E41">
        <w:rPr>
          <w:rFonts w:ascii="Roboto Condensed" w:hAnsi="Roboto Condensed"/>
          <w:sz w:val="20"/>
          <w:lang w:val="pl-PL"/>
        </w:rPr>
        <w:t>agroleśnictwa</w:t>
      </w:r>
      <w:proofErr w:type="spellEnd"/>
      <w:r w:rsidRPr="00413E41">
        <w:rPr>
          <w:rFonts w:ascii="Roboto Condensed" w:hAnsi="Roboto Condensed"/>
          <w:sz w:val="20"/>
          <w:lang w:val="pl-PL"/>
        </w:rPr>
        <w:t>, systemów leśnopastwiskowych (</w:t>
      </w:r>
      <w:proofErr w:type="spellStart"/>
      <w:r w:rsidRPr="00413E41">
        <w:rPr>
          <w:rFonts w:ascii="Roboto Condensed" w:hAnsi="Roboto Condensed"/>
          <w:sz w:val="20"/>
          <w:lang w:val="pl-PL"/>
        </w:rPr>
        <w:t>sylwopastoralizmu</w:t>
      </w:r>
      <w:proofErr w:type="spellEnd"/>
      <w:r w:rsidRPr="00413E41">
        <w:rPr>
          <w:rFonts w:ascii="Roboto Condensed" w:hAnsi="Roboto Condensed"/>
          <w:sz w:val="20"/>
          <w:lang w:val="pl-PL"/>
        </w:rPr>
        <w:t xml:space="preserve">) i rolnictwa </w:t>
      </w:r>
      <w:proofErr w:type="spellStart"/>
      <w:r w:rsidRPr="00413E41">
        <w:rPr>
          <w:rFonts w:ascii="Roboto Condensed" w:hAnsi="Roboto Condensed"/>
          <w:sz w:val="20"/>
          <w:lang w:val="pl-PL"/>
        </w:rPr>
        <w:t>regeneratywnego</w:t>
      </w:r>
      <w:proofErr w:type="spellEnd"/>
      <w:r w:rsidRPr="00413E41">
        <w:rPr>
          <w:rFonts w:ascii="Roboto Condensed" w:hAnsi="Roboto Condensed"/>
          <w:sz w:val="20"/>
          <w:lang w:val="pl-PL"/>
        </w:rPr>
        <w:t>.</w:t>
      </w:r>
    </w:p>
    <w:p w14:paraId="747B9916"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Prowadzenie racjonalnej gospodarki rolnej i rybackiej w sposób niezaburzający naturalnych procesów przyrodniczych w ekosystemach.</w:t>
      </w:r>
    </w:p>
    <w:p w14:paraId="44ACD62E"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Prowadzenie zrównoważonej gospodarki leśnej z uwzględnieniem zachowania trwałości lasów oraz wszystkich jego funkcji (w tym ekosystemowych, przyrodniczych, społecznych), w sposób niezaburzający naturalnych procesów przyrodniczych w ekosystemach.</w:t>
      </w:r>
    </w:p>
    <w:p w14:paraId="35A17FD9"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Prowadzenie racjonalnej gospodarki wodnej w sposób niezaburzający naturalnych procesów przyrodniczych w ekosystemach, w tym zapewnienie drożności w ciekach wodnych, umożliwiającej swobodną migrację organizmów.</w:t>
      </w:r>
    </w:p>
    <w:p w14:paraId="0FB27935"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Prowadzenie racjonalnej gospodarki złożami przewidzianymi do eksploatacji, z uwzględnieniem maksymalnego ograniczenia wpływu na inne zasoby środowiska (zwłaszcza lasy i wody podziemne). Rekultywacja obszarów poeksploatacyjnych w kierunku przyrodniczym i wodnym.</w:t>
      </w:r>
    </w:p>
    <w:p w14:paraId="4CE0A3C5" w14:textId="065F9F9B"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Zakaz eksploatacji torfu</w:t>
      </w:r>
      <w:r w:rsidR="002C5243">
        <w:rPr>
          <w:rFonts w:ascii="Roboto Condensed" w:hAnsi="Roboto Condensed"/>
          <w:sz w:val="20"/>
          <w:lang w:val="pl-PL"/>
        </w:rPr>
        <w:t>.</w:t>
      </w:r>
    </w:p>
    <w:p w14:paraId="60F79B46"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Dążenie do utrzymania łąk o charakterze ekstensywnym oraz zróżnicowanej i tradycyjnej struktury upraw, z zaleceniem ograniczania wielkoobszarowych upraw monokulturowych roślin wysokich wpływających na obniżenie walorów ekspozycji widokowych.</w:t>
      </w:r>
    </w:p>
    <w:p w14:paraId="160CBD0D" w14:textId="1D7AB249"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 xml:space="preserve">Zachowanie </w:t>
      </w:r>
      <w:proofErr w:type="spellStart"/>
      <w:r w:rsidRPr="00413E41">
        <w:rPr>
          <w:rFonts w:ascii="Roboto Condensed" w:hAnsi="Roboto Condensed"/>
          <w:sz w:val="20"/>
          <w:lang w:val="pl-PL"/>
        </w:rPr>
        <w:t>zadrzewień</w:t>
      </w:r>
      <w:proofErr w:type="spellEnd"/>
      <w:r w:rsidRPr="00413E41">
        <w:rPr>
          <w:rFonts w:ascii="Roboto Condensed" w:hAnsi="Roboto Condensed"/>
          <w:sz w:val="20"/>
          <w:lang w:val="pl-PL"/>
        </w:rPr>
        <w:t>, m.in. śródpolnych i przydrożnych, z uwzględnieniem wprowadzania gatunków rodzimych</w:t>
      </w:r>
      <w:r w:rsidR="002C5243">
        <w:rPr>
          <w:rFonts w:ascii="Roboto Condensed" w:hAnsi="Roboto Condensed"/>
          <w:sz w:val="20"/>
          <w:lang w:val="pl-PL"/>
        </w:rPr>
        <w:t>.</w:t>
      </w:r>
    </w:p>
    <w:p w14:paraId="569CC8CF" w14:textId="03ABD358" w:rsidR="00413E41" w:rsidRPr="002C5243"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Zapewnienie jak najlepszego stanu zachowania zabytków, w tym stanowisk archeologicznych.</w:t>
      </w:r>
    </w:p>
    <w:p w14:paraId="57D0A097"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Niewprowadzanie inwestycji mogących negatywnie wpływać na walory widokowo-kompozycyjne krajobrazu</w:t>
      </w:r>
    </w:p>
    <w:p w14:paraId="5F158072" w14:textId="6C76030B" w:rsidR="00413E41" w:rsidRPr="002C5243"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Unikanie wprowadzania nowych budynków oraz innych obiektów ograniczających swobodny przepływ wody w obszarach szczególnego zagrożenia powodzią 1% i 10%. W ww. strefie dopuszcza się obiekty służące zrównoważonej gospodarce wodnej, rybackiej, rolnej i leśnej oraz turystyce wodnej, a także inne związane z obsługą ruchu turystycznego – o ile przepisy</w:t>
      </w:r>
      <w:r w:rsidR="002C5243">
        <w:rPr>
          <w:rFonts w:ascii="Roboto Condensed" w:hAnsi="Roboto Condensed"/>
          <w:sz w:val="20"/>
          <w:lang w:val="pl-PL"/>
        </w:rPr>
        <w:t xml:space="preserve"> </w:t>
      </w:r>
      <w:r w:rsidRPr="002C5243">
        <w:rPr>
          <w:rFonts w:ascii="Roboto Condensed" w:hAnsi="Roboto Condensed"/>
          <w:sz w:val="20"/>
          <w:lang w:val="pl-PL"/>
        </w:rPr>
        <w:t>odrębne nie stanowią inaczej. Dla ww. obszarów oraz innych bez wyznaczonego zasięgu obszarów o prawdopodobieństwie wystąpienia powodzi (zlokalizowanych wzdłuż rzek, jezior i innych naturalnych cieków wodnych oraz sztucznych zbiorników wodnych usytuowanych na wodach płynących), położonych w formach ochrony przyrody (w tym parkach krajobrazowych</w:t>
      </w:r>
      <w:r w:rsidR="002C5243" w:rsidRPr="002C5243">
        <w:rPr>
          <w:rFonts w:ascii="Roboto Condensed" w:hAnsi="Roboto Condensed"/>
          <w:sz w:val="20"/>
          <w:lang w:val="pl-PL"/>
        </w:rPr>
        <w:t xml:space="preserve"> </w:t>
      </w:r>
      <w:r w:rsidRPr="002C5243">
        <w:rPr>
          <w:rFonts w:ascii="Roboto Condensed" w:hAnsi="Roboto Condensed"/>
          <w:sz w:val="20"/>
          <w:lang w:val="pl-PL"/>
        </w:rPr>
        <w:t>i obszarach chronionego krajobrazu) - obowiązują zakazy zgodne z aktami prawnymi powołującymi daną formę ochrony oraz ustawą o ochronie przyrody.</w:t>
      </w:r>
    </w:p>
    <w:p w14:paraId="56ED82CF"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W przypadku realizacji zabudowy należy dążyć do zapewnienia jak największego udziału powierzchni biologicznie czynnej.</w:t>
      </w:r>
    </w:p>
    <w:p w14:paraId="70C02087"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Wykluczenie lokalizacji zabudowy przeskalowanej pod względem powierzchni lub wysokości, np. wielkopowierzchniowych obiektów usługowych; wielorodzinnych budynków mieszkalnych, zespołów osiedlowych realizowanych w ramach tzw. urbanizacji łanowej i zabudowy rozproszonej, za wyjątkiem inwestycji celu publicznego z zakresu gospodarki wodnej oraz ściekowej.</w:t>
      </w:r>
    </w:p>
    <w:p w14:paraId="15ACD960"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lastRenderedPageBreak/>
        <w:t>Niewprowadzanie zagospodarowania generującego wielkoskalowe uciążliwości sanitarne (spowodowane np. emisją odorów, hałasu lub zapylenia), za wyjątkiem oczyszczalni ścieków.</w:t>
      </w:r>
    </w:p>
    <w:p w14:paraId="231BF4F2"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Zalecenie estetyzacji i ujednolicenia lokalizowanych obiektów usługowych (handlowych i gastronomicznych) o charakterze sezonowym i nietrwałej formie (namioty, przyczepy, wiaty itp.), nietrwale związanych z gruntem służących do krótkotrwałej obsługi imprez i wydarzeń oraz stanowiących uzupełnienie infrastruktury turystycznej i gastronomicznej. Wykluczenie utrwalania w przestrzeni obiektów sezonowych o nietrwałej formie.</w:t>
      </w:r>
    </w:p>
    <w:p w14:paraId="02909CD1"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Realizacja inwestycji celu publicznego w sposób zapewniający maksymalną ochronę walorów przyrodniczych, kulturowych i krajobrazowych.</w:t>
      </w:r>
    </w:p>
    <w:p w14:paraId="00DCBA8C"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Realizacja inwestycji, zwłaszcza w zakresie infrastruktury technicznej, w sposób zapewniający maksymalną ochronę walorów przyrodniczych, kulturowych i krajobrazowych poprzez planowanie infrastruktury we wspólnych korytarzach podziemnych, a w przypadku gdy nie jest to możliwe, wprowadzanie zieleni przesłaniającej.</w:t>
      </w:r>
    </w:p>
    <w:p w14:paraId="2EED3E51"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Realizacja inwestycji z zakresu gospodarki wodno-ściekowej w zlewni Warty w celu poprawy warunków sanitarnych krajobrazu.</w:t>
      </w:r>
    </w:p>
    <w:p w14:paraId="1CA89A36" w14:textId="5E7C6F67" w:rsidR="00413E41" w:rsidRDefault="00413E41" w:rsidP="008636AA">
      <w:pPr>
        <w:pStyle w:val="Tekstpodstawowy2"/>
        <w:numPr>
          <w:ilvl w:val="0"/>
          <w:numId w:val="3"/>
        </w:numPr>
        <w:spacing w:line="240" w:lineRule="auto"/>
        <w:ind w:left="567" w:hanging="227"/>
        <w:rPr>
          <w:rFonts w:ascii="Roboto Condensed" w:hAnsi="Roboto Condensed"/>
          <w:i/>
          <w:iCs/>
          <w:color w:val="EE0000"/>
          <w:sz w:val="20"/>
          <w:lang w:val="pl-PL"/>
        </w:rPr>
      </w:pPr>
      <w:r w:rsidRPr="00413E41">
        <w:rPr>
          <w:rFonts w:ascii="Roboto Condensed" w:hAnsi="Roboto Condensed"/>
          <w:sz w:val="20"/>
          <w:lang w:val="pl-PL"/>
        </w:rPr>
        <w:t>Ograniczanie zagospodarowania turystycznego, m.in. poprzez projektowanie infrastruktury turystycznej z uwzględnieniem chłonności turystycznej obszaru. Wprowadzanie rozwiązań mających na celu skuteczne kanalizowanie ruchu turystycznego.</w:t>
      </w:r>
    </w:p>
    <w:p w14:paraId="7CBD3945" w14:textId="306B6A18" w:rsidR="00F379D5" w:rsidRDefault="00413E41" w:rsidP="001F02FF">
      <w:pPr>
        <w:pStyle w:val="Tekstpodstawowy2"/>
        <w:spacing w:before="120" w:line="240" w:lineRule="auto"/>
        <w:ind w:left="170"/>
        <w:rPr>
          <w:rFonts w:ascii="Roboto Condensed" w:hAnsi="Roboto Condensed"/>
          <w:sz w:val="20"/>
          <w:lang w:val="pl-PL"/>
        </w:rPr>
      </w:pPr>
      <w:r w:rsidRPr="00413E41">
        <w:rPr>
          <w:rFonts w:ascii="Roboto Condensed" w:hAnsi="Roboto Condensed"/>
          <w:sz w:val="20"/>
          <w:lang w:val="pl-PL"/>
        </w:rPr>
        <w:t>Rodzaje i standardy jakościowe stosowanych materiałów wykończeniowych, z uwzględnieniem lokalnych form architektonicznych</w:t>
      </w:r>
      <w:r>
        <w:rPr>
          <w:rFonts w:ascii="Roboto Condensed" w:hAnsi="Roboto Condensed"/>
          <w:sz w:val="20"/>
          <w:lang w:val="pl-PL"/>
        </w:rPr>
        <w:t>:</w:t>
      </w:r>
    </w:p>
    <w:p w14:paraId="46979B07" w14:textId="71C9B4DE" w:rsidR="00413E41" w:rsidRDefault="00413E41" w:rsidP="008636AA">
      <w:pPr>
        <w:pStyle w:val="Tekstpodstawowy2"/>
        <w:numPr>
          <w:ilvl w:val="0"/>
          <w:numId w:val="3"/>
        </w:numPr>
        <w:spacing w:line="240" w:lineRule="auto"/>
        <w:ind w:left="567" w:hanging="227"/>
        <w:rPr>
          <w:rFonts w:ascii="Roboto Condensed" w:hAnsi="Roboto Condensed"/>
          <w:i/>
          <w:iCs/>
          <w:color w:val="EE0000"/>
          <w:sz w:val="20"/>
          <w:lang w:val="pl-PL"/>
        </w:rPr>
      </w:pPr>
      <w:r w:rsidRPr="00413E41">
        <w:rPr>
          <w:rFonts w:ascii="Roboto Condensed" w:hAnsi="Roboto Condensed"/>
          <w:sz w:val="20"/>
          <w:lang w:val="pl-PL"/>
        </w:rPr>
        <w:t>Unikanie stosowania agresywnej kolorystyki w elewacjach i pokryciu dachowym. Zaleca się stosowanie stonowanej, neutralnej kolorystyki elewacji.</w:t>
      </w:r>
    </w:p>
    <w:p w14:paraId="729DFC09" w14:textId="3F40239D" w:rsidR="00F379D5" w:rsidRDefault="00413E41" w:rsidP="001F02FF">
      <w:pPr>
        <w:pStyle w:val="Tekstpodstawowy2"/>
        <w:spacing w:before="120" w:line="240" w:lineRule="auto"/>
        <w:ind w:left="170"/>
        <w:rPr>
          <w:rFonts w:ascii="Roboto Condensed" w:hAnsi="Roboto Condensed"/>
          <w:sz w:val="20"/>
          <w:lang w:val="pl-PL"/>
        </w:rPr>
      </w:pPr>
      <w:r w:rsidRPr="00413E41">
        <w:rPr>
          <w:rFonts w:ascii="Roboto Condensed" w:hAnsi="Roboto Condensed"/>
          <w:sz w:val="20"/>
          <w:lang w:val="pl-PL"/>
        </w:rPr>
        <w:t>Zasady i warunki dotyczące sytuowania obiektów małej architektury, tablic reklamowych i urządzeń reklamowych oraz ogrodzeń, ich gabarytów, standardów jakościowych oraz rodzaje materiałów budowlanych, z uwzględnieniem lokalnych form architektonicznych, w tym dla przestrzeni dostępnych publicznie</w:t>
      </w:r>
      <w:r>
        <w:rPr>
          <w:rFonts w:ascii="Roboto Condensed" w:hAnsi="Roboto Condensed"/>
          <w:sz w:val="20"/>
          <w:lang w:val="pl-PL"/>
        </w:rPr>
        <w:t>:</w:t>
      </w:r>
    </w:p>
    <w:p w14:paraId="1FB1B74B"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Realizacja obiektów małej architektury dostosowanych gabarytem i standardem wykończenia do kontekstu otoczenia, z zastosowaniem naturalnych materiałów) lub materiałów alternatywnych imitujących naturalne, według jednolitej koncepcji.</w:t>
      </w:r>
    </w:p>
    <w:p w14:paraId="7FD17C34"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Ograniczenie lokalizacji reklam i urządzeń reklamowych.</w:t>
      </w:r>
    </w:p>
    <w:p w14:paraId="2296CD6E"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Elementy informacji wizualnej należy kształtować w sposób spójny i jednolity, harmonijnie zakomponowany kolorystycznie.</w:t>
      </w:r>
    </w:p>
    <w:p w14:paraId="0E53B63A"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Zaleca się niestosowanie reklam wielkopowierzchniowych.</w:t>
      </w:r>
    </w:p>
    <w:p w14:paraId="3C828A90"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Zaleca się niestosowanie elementów obcych kulturowo.</w:t>
      </w:r>
    </w:p>
    <w:p w14:paraId="770A98B1" w14:textId="77777777" w:rsidR="00413E41" w:rsidRPr="00413E41" w:rsidRDefault="00413E41" w:rsidP="008636AA">
      <w:pPr>
        <w:pStyle w:val="Tekstpodstawowy2"/>
        <w:numPr>
          <w:ilvl w:val="0"/>
          <w:numId w:val="3"/>
        </w:numPr>
        <w:spacing w:line="240" w:lineRule="auto"/>
        <w:ind w:left="567" w:hanging="227"/>
        <w:rPr>
          <w:rFonts w:ascii="Roboto Condensed" w:hAnsi="Roboto Condensed"/>
          <w:sz w:val="20"/>
          <w:lang w:val="pl-PL"/>
        </w:rPr>
      </w:pPr>
      <w:r w:rsidRPr="00413E41">
        <w:rPr>
          <w:rFonts w:ascii="Roboto Condensed" w:hAnsi="Roboto Condensed"/>
          <w:sz w:val="20"/>
          <w:lang w:val="pl-PL"/>
        </w:rPr>
        <w:t>Zaleca się stosowanie ogrodzeń o prostej neutralnej formie i kolorystyce, ażurowych.</w:t>
      </w:r>
    </w:p>
    <w:p w14:paraId="7B7EF913" w14:textId="6C90AB18" w:rsidR="00413E41" w:rsidRPr="00413E41" w:rsidRDefault="00413E41" w:rsidP="008636AA">
      <w:pPr>
        <w:pStyle w:val="Tekstpodstawowy2"/>
        <w:numPr>
          <w:ilvl w:val="0"/>
          <w:numId w:val="3"/>
        </w:numPr>
        <w:spacing w:line="240" w:lineRule="auto"/>
        <w:ind w:left="567" w:hanging="227"/>
        <w:rPr>
          <w:rFonts w:ascii="Roboto Condensed" w:hAnsi="Roboto Condensed"/>
          <w:i/>
          <w:iCs/>
          <w:color w:val="EE0000"/>
          <w:sz w:val="20"/>
          <w:lang w:val="pl-PL"/>
        </w:rPr>
      </w:pPr>
      <w:r w:rsidRPr="00413E41">
        <w:rPr>
          <w:rFonts w:ascii="Roboto Condensed" w:hAnsi="Roboto Condensed"/>
          <w:sz w:val="20"/>
          <w:lang w:val="pl-PL"/>
        </w:rPr>
        <w:t>Zaleca się niewprowadzanie ogrodzeń z prefabrykowanych płyt betonowych.</w:t>
      </w:r>
    </w:p>
    <w:p w14:paraId="7BD25D0E" w14:textId="1E6BD052" w:rsidR="00413E41" w:rsidRDefault="00413E41" w:rsidP="001F02FF">
      <w:pPr>
        <w:pStyle w:val="Tekstpodstawowy2"/>
        <w:spacing w:before="120" w:line="240" w:lineRule="auto"/>
        <w:ind w:left="170"/>
        <w:rPr>
          <w:rFonts w:ascii="Roboto Condensed" w:hAnsi="Roboto Condensed"/>
          <w:sz w:val="20"/>
          <w:lang w:val="pl-PL"/>
        </w:rPr>
      </w:pPr>
      <w:r w:rsidRPr="00413E41">
        <w:rPr>
          <w:rFonts w:ascii="Roboto Condensed" w:hAnsi="Roboto Condensed"/>
          <w:sz w:val="20"/>
          <w:lang w:val="pl-PL"/>
        </w:rPr>
        <w:t>Zasady dotyczące zagospodarowania i wyposażenia terenów przestrzeni dostępnych publicznie</w:t>
      </w:r>
      <w:r>
        <w:rPr>
          <w:rFonts w:ascii="Roboto Condensed" w:hAnsi="Roboto Condensed"/>
          <w:sz w:val="20"/>
          <w:lang w:val="pl-PL"/>
        </w:rPr>
        <w:t>:</w:t>
      </w:r>
    </w:p>
    <w:p w14:paraId="57F44D13" w14:textId="440FEEE6" w:rsidR="00413E41" w:rsidRPr="00413E41" w:rsidRDefault="00413E41" w:rsidP="008636AA">
      <w:pPr>
        <w:pStyle w:val="Tekstpodstawowy2"/>
        <w:numPr>
          <w:ilvl w:val="0"/>
          <w:numId w:val="3"/>
        </w:numPr>
        <w:spacing w:line="240" w:lineRule="auto"/>
        <w:ind w:left="567" w:hanging="227"/>
        <w:rPr>
          <w:rFonts w:ascii="Roboto Condensed" w:hAnsi="Roboto Condensed"/>
          <w:i/>
          <w:iCs/>
          <w:color w:val="EE0000"/>
          <w:sz w:val="20"/>
          <w:lang w:val="pl-PL"/>
        </w:rPr>
      </w:pPr>
      <w:r w:rsidRPr="00413E41">
        <w:rPr>
          <w:rFonts w:ascii="Roboto Condensed" w:hAnsi="Roboto Condensed"/>
          <w:sz w:val="20"/>
          <w:lang w:val="pl-PL"/>
        </w:rPr>
        <w:t>W zakresie sposobów wykorzystywania terenów przestrzeni dostępnych publicznie zaleca się wprowadzanie błękitno-zielonej infrastruktury</w:t>
      </w:r>
      <w:r>
        <w:rPr>
          <w:rFonts w:ascii="Roboto Condensed" w:hAnsi="Roboto Condensed"/>
          <w:sz w:val="20"/>
          <w:lang w:val="pl-PL"/>
        </w:rPr>
        <w:t>.</w:t>
      </w:r>
    </w:p>
    <w:p w14:paraId="44B2D493" w14:textId="47C6CCFF" w:rsidR="00413E41" w:rsidRDefault="00413E41" w:rsidP="001F02FF">
      <w:pPr>
        <w:pStyle w:val="Tekstpodstawowy2"/>
        <w:spacing w:before="120" w:line="240" w:lineRule="auto"/>
        <w:ind w:left="170"/>
        <w:rPr>
          <w:rFonts w:ascii="Roboto Condensed" w:hAnsi="Roboto Condensed"/>
          <w:sz w:val="20"/>
          <w:lang w:val="pl-PL"/>
        </w:rPr>
      </w:pPr>
      <w:r w:rsidRPr="00413E41">
        <w:rPr>
          <w:rFonts w:ascii="Roboto Condensed" w:hAnsi="Roboto Condensed"/>
          <w:sz w:val="20"/>
          <w:lang w:val="pl-PL"/>
        </w:rPr>
        <w:t>Określanie warunków działalności usługowej, w tym handlowej, w szczególności maksymalnej powierzchni sprzedaży obiektów handlowych, obszarów rozmieszczenia obiektów handlowych o maksymalnej powierzchni sprzedaży i ich dopuszczalnej liczby</w:t>
      </w:r>
      <w:r w:rsidR="001F02FF">
        <w:rPr>
          <w:rFonts w:ascii="Roboto Condensed" w:hAnsi="Roboto Condensed"/>
          <w:sz w:val="20"/>
          <w:lang w:val="pl-PL"/>
        </w:rPr>
        <w:t>:</w:t>
      </w:r>
    </w:p>
    <w:p w14:paraId="316553B0" w14:textId="1237AB30" w:rsidR="00413E41" w:rsidRDefault="00413E41" w:rsidP="008636AA">
      <w:pPr>
        <w:pStyle w:val="Tekstpodstawowy2"/>
        <w:numPr>
          <w:ilvl w:val="0"/>
          <w:numId w:val="3"/>
        </w:numPr>
        <w:spacing w:line="240" w:lineRule="auto"/>
        <w:ind w:left="567" w:hanging="227"/>
        <w:rPr>
          <w:rFonts w:ascii="Roboto Condensed" w:hAnsi="Roboto Condensed"/>
          <w:i/>
          <w:iCs/>
          <w:color w:val="EE0000"/>
          <w:sz w:val="20"/>
          <w:lang w:val="pl-PL"/>
        </w:rPr>
      </w:pPr>
      <w:r w:rsidRPr="00413E41">
        <w:rPr>
          <w:rFonts w:ascii="Roboto Condensed" w:hAnsi="Roboto Condensed"/>
          <w:sz w:val="20"/>
          <w:lang w:val="pl-PL"/>
        </w:rPr>
        <w:t>Lokalizacja nowych obiektów usługowych wymaga dostosowania obiektu w zakresie sposobu sytuowania, skali, proporcji i formy architektonicznej odpowiednio do kontekstu krajobrazowego.</w:t>
      </w:r>
    </w:p>
    <w:p w14:paraId="08B94E2B" w14:textId="52CDC80B" w:rsidR="00776DDD" w:rsidRPr="00776DDD" w:rsidRDefault="00776DDD" w:rsidP="001F02FF">
      <w:pPr>
        <w:pStyle w:val="Tekstpodstawowy2"/>
        <w:spacing w:before="120" w:line="240" w:lineRule="auto"/>
        <w:ind w:left="170"/>
        <w:rPr>
          <w:rFonts w:ascii="Roboto Condensed" w:hAnsi="Roboto Condensed"/>
          <w:sz w:val="20"/>
          <w:lang w:val="pl-PL"/>
        </w:rPr>
      </w:pPr>
      <w:r w:rsidRPr="00776DDD">
        <w:rPr>
          <w:rFonts w:ascii="Roboto Condensed" w:hAnsi="Roboto Condensed"/>
          <w:sz w:val="20"/>
          <w:lang w:val="pl-PL"/>
        </w:rPr>
        <w:t xml:space="preserve">Wytyczne odnośnie określenia walorów ekspozycji, w szczególności elementów takich jak przedpola ekspozycji, osie widokowe i punkty widokowe oraz zasad ich ochrony i kształtowania, w tym nakazów, zakazów, </w:t>
      </w:r>
      <w:proofErr w:type="spellStart"/>
      <w:r w:rsidRPr="00776DDD">
        <w:rPr>
          <w:rFonts w:ascii="Roboto Condensed" w:hAnsi="Roboto Condensed"/>
          <w:sz w:val="20"/>
          <w:lang w:val="pl-PL"/>
        </w:rPr>
        <w:t>dopuszczeń</w:t>
      </w:r>
      <w:proofErr w:type="spellEnd"/>
      <w:r w:rsidRPr="00776DDD">
        <w:rPr>
          <w:rFonts w:ascii="Roboto Condensed" w:hAnsi="Roboto Condensed"/>
          <w:sz w:val="20"/>
          <w:lang w:val="pl-PL"/>
        </w:rPr>
        <w:t xml:space="preserve"> i ograniczeń w zagospodarowaniu i użytkowaniu terenów</w:t>
      </w:r>
      <w:r>
        <w:rPr>
          <w:rFonts w:ascii="Roboto Condensed" w:hAnsi="Roboto Condensed"/>
          <w:sz w:val="20"/>
          <w:lang w:val="pl-PL"/>
        </w:rPr>
        <w:t>:</w:t>
      </w:r>
    </w:p>
    <w:p w14:paraId="76FBC6E6" w14:textId="77777777" w:rsidR="00776DDD" w:rsidRPr="00776DDD" w:rsidRDefault="00776DDD" w:rsidP="008636AA">
      <w:pPr>
        <w:pStyle w:val="Tekstpodstawowy2"/>
        <w:numPr>
          <w:ilvl w:val="0"/>
          <w:numId w:val="3"/>
        </w:numPr>
        <w:spacing w:line="240" w:lineRule="auto"/>
        <w:ind w:left="567" w:hanging="227"/>
        <w:rPr>
          <w:rFonts w:ascii="Roboto Condensed" w:hAnsi="Roboto Condensed"/>
          <w:sz w:val="20"/>
          <w:lang w:val="pl-PL"/>
        </w:rPr>
      </w:pPr>
      <w:r w:rsidRPr="00776DDD">
        <w:rPr>
          <w:rFonts w:ascii="Roboto Condensed" w:hAnsi="Roboto Condensed"/>
          <w:sz w:val="20"/>
          <w:lang w:val="pl-PL"/>
        </w:rPr>
        <w:t>Uporządkowanie i utrzymanie przestrzeni publicznej z uwzględnieniem zasad ładu przestrzennego.</w:t>
      </w:r>
    </w:p>
    <w:p w14:paraId="340A5D97" w14:textId="77777777" w:rsidR="00776DDD" w:rsidRPr="00776DDD" w:rsidRDefault="00776DDD" w:rsidP="008636AA">
      <w:pPr>
        <w:pStyle w:val="Tekstpodstawowy2"/>
        <w:numPr>
          <w:ilvl w:val="0"/>
          <w:numId w:val="3"/>
        </w:numPr>
        <w:spacing w:line="240" w:lineRule="auto"/>
        <w:ind w:left="567" w:hanging="227"/>
        <w:rPr>
          <w:rFonts w:ascii="Roboto Condensed" w:hAnsi="Roboto Condensed"/>
          <w:sz w:val="20"/>
          <w:lang w:val="pl-PL"/>
        </w:rPr>
      </w:pPr>
      <w:r w:rsidRPr="00776DDD">
        <w:rPr>
          <w:rFonts w:ascii="Roboto Condensed" w:hAnsi="Roboto Condensed"/>
          <w:sz w:val="20"/>
          <w:lang w:val="pl-PL"/>
        </w:rPr>
        <w:t>Zachowanie i kształtowanie punktów widokowych na elementy cenne ekspozycyjnie (panoramę doliny Warty), z wykorzystaniem naturalnych uwarunkowań ukształtowania powierzchni</w:t>
      </w:r>
    </w:p>
    <w:p w14:paraId="0CB54366" w14:textId="77777777" w:rsidR="00776DDD" w:rsidRPr="00776DDD" w:rsidRDefault="00776DDD" w:rsidP="008636AA">
      <w:pPr>
        <w:pStyle w:val="Tekstpodstawowy2"/>
        <w:numPr>
          <w:ilvl w:val="0"/>
          <w:numId w:val="3"/>
        </w:numPr>
        <w:spacing w:line="240" w:lineRule="auto"/>
        <w:ind w:left="567" w:hanging="227"/>
        <w:rPr>
          <w:rFonts w:ascii="Roboto Condensed" w:hAnsi="Roboto Condensed"/>
          <w:sz w:val="20"/>
          <w:lang w:val="pl-PL"/>
        </w:rPr>
      </w:pPr>
      <w:r w:rsidRPr="00776DDD">
        <w:rPr>
          <w:rFonts w:ascii="Roboto Condensed" w:hAnsi="Roboto Condensed"/>
          <w:sz w:val="20"/>
          <w:lang w:val="pl-PL"/>
        </w:rPr>
        <w:t xml:space="preserve">Rekomendacja opracowania analiz widokowych w ramach przygotowywania </w:t>
      </w:r>
      <w:proofErr w:type="spellStart"/>
      <w:r w:rsidRPr="00776DDD">
        <w:rPr>
          <w:rFonts w:ascii="Roboto Condensed" w:hAnsi="Roboto Condensed"/>
          <w:sz w:val="20"/>
          <w:lang w:val="pl-PL"/>
        </w:rPr>
        <w:t>mpzp</w:t>
      </w:r>
      <w:proofErr w:type="spellEnd"/>
      <w:r w:rsidRPr="00776DDD">
        <w:rPr>
          <w:rFonts w:ascii="Roboto Condensed" w:hAnsi="Roboto Condensed"/>
          <w:sz w:val="20"/>
          <w:lang w:val="pl-PL"/>
        </w:rPr>
        <w:t>, określających możliwość dopuszczenia lokalizacji i ustalenia warunków realizacji obiektów o znaczącej kubaturze, a w odniesieniu do niekubaturowych – o znaczącej wysokości lub powierzchni (np. w odniesieniu do oczyszczalni ścieków).</w:t>
      </w:r>
    </w:p>
    <w:p w14:paraId="20E755DB" w14:textId="77777777" w:rsidR="00776DDD" w:rsidRPr="00776DDD" w:rsidRDefault="00776DDD" w:rsidP="008636AA">
      <w:pPr>
        <w:pStyle w:val="Tekstpodstawowy2"/>
        <w:numPr>
          <w:ilvl w:val="0"/>
          <w:numId w:val="3"/>
        </w:numPr>
        <w:spacing w:line="240" w:lineRule="auto"/>
        <w:ind w:left="567" w:hanging="227"/>
        <w:rPr>
          <w:rFonts w:ascii="Roboto Condensed" w:hAnsi="Roboto Condensed"/>
          <w:sz w:val="20"/>
          <w:lang w:val="pl-PL"/>
        </w:rPr>
      </w:pPr>
      <w:r w:rsidRPr="00776DDD">
        <w:rPr>
          <w:rFonts w:ascii="Roboto Condensed" w:hAnsi="Roboto Condensed"/>
          <w:sz w:val="20"/>
          <w:lang w:val="pl-PL"/>
        </w:rPr>
        <w:t>Zaleca się podejmowanie działań przeciwdziałających naturalnej sukcesji powodującej zamykanie komponowanych historycznych widoków, panoram i wnętrz krajobrazowych oraz zarastanie obiektów zabytkowych mogące powodować uszczerbek dla ich wartości, w tym ekspozycyjnych.</w:t>
      </w:r>
    </w:p>
    <w:p w14:paraId="65D57611" w14:textId="77777777" w:rsidR="00776DDD" w:rsidRPr="00776DDD" w:rsidRDefault="00776DDD" w:rsidP="008636AA">
      <w:pPr>
        <w:pStyle w:val="Tekstpodstawowy2"/>
        <w:numPr>
          <w:ilvl w:val="0"/>
          <w:numId w:val="3"/>
        </w:numPr>
        <w:spacing w:line="240" w:lineRule="auto"/>
        <w:ind w:left="567" w:hanging="227"/>
        <w:rPr>
          <w:rFonts w:ascii="Roboto Condensed" w:hAnsi="Roboto Condensed"/>
          <w:sz w:val="20"/>
          <w:lang w:val="pl-PL"/>
        </w:rPr>
      </w:pPr>
      <w:r w:rsidRPr="00776DDD">
        <w:rPr>
          <w:rFonts w:ascii="Roboto Condensed" w:hAnsi="Roboto Condensed"/>
          <w:sz w:val="20"/>
          <w:lang w:val="pl-PL"/>
        </w:rPr>
        <w:t>Niewprowadzanie elementów naruszających walory widokowe, w tym zabudowy dysharmonijnej, ograniczającej lub przesłaniającej otwarcia widokowe (m.in. przedpole widokowe Pławna, Gidli).</w:t>
      </w:r>
    </w:p>
    <w:p w14:paraId="2B448686" w14:textId="7140C11C" w:rsidR="005F22A3" w:rsidRPr="009A175C" w:rsidRDefault="00776DDD" w:rsidP="008636AA">
      <w:pPr>
        <w:pStyle w:val="Tekstpodstawowy2"/>
        <w:numPr>
          <w:ilvl w:val="0"/>
          <w:numId w:val="3"/>
        </w:numPr>
        <w:spacing w:line="240" w:lineRule="auto"/>
        <w:ind w:left="567" w:hanging="227"/>
        <w:rPr>
          <w:rFonts w:ascii="Roboto Condensed" w:hAnsi="Roboto Condensed"/>
          <w:color w:val="EE0000"/>
          <w:sz w:val="20"/>
          <w:lang w:val="pl-PL"/>
        </w:rPr>
        <w:sectPr w:rsidR="005F22A3" w:rsidRPr="009A175C" w:rsidSect="00DF213F">
          <w:headerReference w:type="even" r:id="rId37"/>
          <w:headerReference w:type="default" r:id="rId38"/>
          <w:footerReference w:type="even" r:id="rId39"/>
          <w:footerReference w:type="default" r:id="rId40"/>
          <w:pgSz w:w="11907" w:h="16840" w:orient="landscape" w:code="9"/>
          <w:pgMar w:top="680" w:right="851" w:bottom="851" w:left="1134" w:header="567" w:footer="567" w:gutter="0"/>
          <w:cols w:space="284"/>
          <w:titlePg/>
          <w:docGrid w:linePitch="326"/>
        </w:sectPr>
      </w:pPr>
      <w:r w:rsidRPr="00776DDD">
        <w:rPr>
          <w:rFonts w:ascii="Roboto Condensed" w:hAnsi="Roboto Condensed"/>
          <w:sz w:val="20"/>
          <w:lang w:val="pl-PL"/>
        </w:rPr>
        <w:t>Ograniczenie skali zabudowy i zasięgu jej rozprzestrzeniania się oraz zacierania granic między obszarami zabudowy a terenami otwartymi (przykładowo w rejonie Gowarzowa, Szczepocic Prywatnych i Rządowych, Rudy, Pławna).</w:t>
      </w:r>
    </w:p>
    <w:p w14:paraId="274C7FDF" w14:textId="77777777" w:rsidR="00BE2459" w:rsidRPr="009A175C" w:rsidRDefault="00BE2459" w:rsidP="00444A45">
      <w:pPr>
        <w:pStyle w:val="Tekstpodstawowy2"/>
        <w:spacing w:line="240" w:lineRule="auto"/>
        <w:rPr>
          <w:color w:val="EE0000"/>
          <w:lang w:val="pl-PL"/>
        </w:rPr>
      </w:pPr>
    </w:p>
    <w:p w14:paraId="7D308164" w14:textId="67A5F024" w:rsidR="00F55599" w:rsidRPr="009A175C" w:rsidRDefault="00F3409C" w:rsidP="008B0A32">
      <w:pPr>
        <w:pStyle w:val="Nagwek1"/>
        <w:spacing w:before="60" w:after="60" w:line="240" w:lineRule="auto"/>
        <w:ind w:left="737" w:hanging="567"/>
        <w:rPr>
          <w:rFonts w:ascii="Roboto Condensed" w:hAnsi="Roboto Condensed"/>
          <w:bCs/>
          <w:color w:val="EE0000"/>
          <w:sz w:val="22"/>
          <w:szCs w:val="22"/>
          <w:lang w:val="pl-PL"/>
        </w:rPr>
      </w:pPr>
      <w:bookmarkStart w:id="101" w:name="_Toc193697394"/>
      <w:bookmarkStart w:id="102" w:name="_Toc206769047"/>
      <w:r w:rsidRPr="00476149">
        <w:rPr>
          <w:rFonts w:ascii="Roboto Condensed" w:hAnsi="Roboto Condensed"/>
          <w:bCs/>
          <w:sz w:val="22"/>
          <w:szCs w:val="22"/>
          <w:lang w:val="pl-PL"/>
        </w:rPr>
        <w:t>2.24. O</w:t>
      </w:r>
      <w:r w:rsidR="00F55599" w:rsidRPr="00476149">
        <w:rPr>
          <w:rFonts w:ascii="Roboto Condensed" w:hAnsi="Roboto Condensed"/>
          <w:bCs/>
          <w:sz w:val="22"/>
          <w:szCs w:val="22"/>
          <w:lang w:val="pl-PL"/>
        </w:rPr>
        <w:t xml:space="preserve">pracowanie </w:t>
      </w:r>
      <w:proofErr w:type="spellStart"/>
      <w:r w:rsidR="00F55599" w:rsidRPr="00476149">
        <w:rPr>
          <w:rFonts w:ascii="Roboto Condensed" w:hAnsi="Roboto Condensed"/>
          <w:bCs/>
          <w:sz w:val="22"/>
          <w:szCs w:val="22"/>
          <w:lang w:val="pl-PL"/>
        </w:rPr>
        <w:t>ekofizjograficzne</w:t>
      </w:r>
      <w:proofErr w:type="spellEnd"/>
      <w:r w:rsidR="00F55599" w:rsidRPr="00476149">
        <w:rPr>
          <w:rFonts w:ascii="Roboto Condensed" w:hAnsi="Roboto Condensed"/>
          <w:bCs/>
          <w:sz w:val="22"/>
          <w:szCs w:val="22"/>
          <w:lang w:val="pl-PL"/>
        </w:rPr>
        <w:t xml:space="preserve"> w zakresie wymagań, o których mowa w art. 72 ust. 1–3 ustawy z dnia 27 kwietnia</w:t>
      </w:r>
      <w:r w:rsidR="0092187E" w:rsidRPr="00476149">
        <w:rPr>
          <w:rFonts w:ascii="Roboto Condensed" w:hAnsi="Roboto Condensed"/>
          <w:bCs/>
          <w:sz w:val="22"/>
          <w:szCs w:val="22"/>
          <w:lang w:val="pl-PL"/>
        </w:rPr>
        <w:t xml:space="preserve"> </w:t>
      </w:r>
      <w:r w:rsidR="00F55599" w:rsidRPr="00476149">
        <w:rPr>
          <w:rFonts w:ascii="Roboto Condensed" w:hAnsi="Roboto Condensed"/>
          <w:bCs/>
          <w:sz w:val="22"/>
          <w:szCs w:val="22"/>
          <w:lang w:val="pl-PL"/>
        </w:rPr>
        <w:t>2001 r. – Prawo ochrony środowiska</w:t>
      </w:r>
      <w:bookmarkEnd w:id="101"/>
      <w:bookmarkEnd w:id="102"/>
    </w:p>
    <w:p w14:paraId="034013EF" w14:textId="10CC9742" w:rsidR="00D4707B" w:rsidRPr="009A175C" w:rsidRDefault="00D4707B" w:rsidP="00D4707B">
      <w:pPr>
        <w:pStyle w:val="Tekstpodstawowy2"/>
        <w:spacing w:before="120" w:after="120" w:line="240" w:lineRule="auto"/>
        <w:ind w:left="170"/>
        <w:rPr>
          <w:rFonts w:ascii="Roboto Condensed" w:hAnsi="Roboto Condensed"/>
          <w:color w:val="EE0000"/>
          <w:sz w:val="20"/>
          <w:lang w:val="pl-PL"/>
        </w:rPr>
      </w:pPr>
      <w:r w:rsidRPr="00476149">
        <w:rPr>
          <w:rFonts w:ascii="Roboto Condensed" w:hAnsi="Roboto Condensed"/>
          <w:sz w:val="20"/>
          <w:lang w:val="pl-PL"/>
        </w:rPr>
        <w:t xml:space="preserve">Na potrzeby niniejszego planu ogólnego Gminy </w:t>
      </w:r>
      <w:r w:rsidR="00476149" w:rsidRPr="00476149">
        <w:rPr>
          <w:rFonts w:ascii="Roboto Condensed" w:hAnsi="Roboto Condensed"/>
          <w:sz w:val="20"/>
          <w:lang w:val="pl-PL"/>
        </w:rPr>
        <w:t>Radomsko</w:t>
      </w:r>
      <w:r w:rsidRPr="00476149">
        <w:rPr>
          <w:rFonts w:ascii="Roboto Condensed" w:hAnsi="Roboto Condensed"/>
          <w:sz w:val="20"/>
          <w:lang w:val="pl-PL"/>
        </w:rPr>
        <w:t xml:space="preserve"> w 202</w:t>
      </w:r>
      <w:r w:rsidR="00476149" w:rsidRPr="00476149">
        <w:rPr>
          <w:rFonts w:ascii="Roboto Condensed" w:hAnsi="Roboto Condensed"/>
          <w:sz w:val="20"/>
          <w:lang w:val="pl-PL"/>
        </w:rPr>
        <w:t>5</w:t>
      </w:r>
      <w:r w:rsidRPr="00476149">
        <w:rPr>
          <w:rFonts w:ascii="Roboto Condensed" w:hAnsi="Roboto Condensed"/>
          <w:sz w:val="20"/>
          <w:lang w:val="pl-PL"/>
        </w:rPr>
        <w:t xml:space="preserve"> roku wykonane zostało opracowanie </w:t>
      </w:r>
      <w:proofErr w:type="spellStart"/>
      <w:r w:rsidRPr="00476149">
        <w:rPr>
          <w:rFonts w:ascii="Roboto Condensed" w:hAnsi="Roboto Condensed"/>
          <w:sz w:val="20"/>
          <w:lang w:val="pl-PL"/>
        </w:rPr>
        <w:t>ekofizjograficzne</w:t>
      </w:r>
      <w:proofErr w:type="spellEnd"/>
      <w:r w:rsidRPr="00476149">
        <w:rPr>
          <w:rFonts w:ascii="Roboto Condensed" w:hAnsi="Roboto Condensed"/>
          <w:sz w:val="20"/>
          <w:lang w:val="pl-PL"/>
        </w:rPr>
        <w:t xml:space="preserve">. Przedmiotem opracowania jest dokumentacja przyrodnicza, waloryzująca i oceniającą elementy środowiska na potrzeby planu ogólnego i miejscowych planów zagospodarowania przestrzennego gminy. Opracowanie </w:t>
      </w:r>
      <w:proofErr w:type="spellStart"/>
      <w:r w:rsidRPr="00476149">
        <w:rPr>
          <w:rFonts w:ascii="Roboto Condensed" w:hAnsi="Roboto Condensed"/>
          <w:sz w:val="20"/>
          <w:lang w:val="pl-PL"/>
        </w:rPr>
        <w:t>ekofizjograficzne</w:t>
      </w:r>
      <w:proofErr w:type="spellEnd"/>
      <w:r w:rsidRPr="00476149">
        <w:rPr>
          <w:rFonts w:ascii="Roboto Condensed" w:hAnsi="Roboto Condensed"/>
          <w:sz w:val="20"/>
          <w:lang w:val="pl-PL"/>
        </w:rPr>
        <w:t xml:space="preserve"> charakteryzuje poszczególne elementy przyrodnicze środowiska na obszarze opracowania i ich wzajemne powiązania oraz stanowi podstawę do zapewnienia realizacji zasady zrównoważonego rozwoju w formułowaniu ustaleń dokumentów planistycznych. Podstawą prawną sporządzenia opracowania </w:t>
      </w:r>
      <w:proofErr w:type="spellStart"/>
      <w:r w:rsidRPr="00476149">
        <w:rPr>
          <w:rFonts w:ascii="Roboto Condensed" w:hAnsi="Roboto Condensed"/>
          <w:sz w:val="20"/>
          <w:lang w:val="pl-PL"/>
        </w:rPr>
        <w:t>ekofizjograficznego</w:t>
      </w:r>
      <w:proofErr w:type="spellEnd"/>
      <w:r w:rsidRPr="00476149">
        <w:rPr>
          <w:rFonts w:ascii="Roboto Condensed" w:hAnsi="Roboto Condensed"/>
          <w:sz w:val="20"/>
          <w:lang w:val="pl-PL"/>
        </w:rPr>
        <w:t xml:space="preserve"> jest ustawa z dnia 27 kwietnia 2001 r. Prawo ochrony środowiska. Według art. 72 ust. 5 „Przez opracowanie </w:t>
      </w:r>
      <w:proofErr w:type="spellStart"/>
      <w:r w:rsidRPr="00476149">
        <w:rPr>
          <w:rFonts w:ascii="Roboto Condensed" w:hAnsi="Roboto Condensed"/>
          <w:sz w:val="20"/>
          <w:lang w:val="pl-PL"/>
        </w:rPr>
        <w:t>ekofizjograficzne</w:t>
      </w:r>
      <w:proofErr w:type="spellEnd"/>
      <w:r w:rsidRPr="00476149">
        <w:rPr>
          <w:rFonts w:ascii="Roboto Condensed" w:hAnsi="Roboto Condensed"/>
          <w:sz w:val="20"/>
          <w:lang w:val="pl-PL"/>
        </w:rPr>
        <w:t xml:space="preserve"> rozumie się dokumentację sporządzaną na potrzeby planu ogólnego, miejscowego planu zagospodarowania przestrzennego oraz planu zagospodarowania przestrzennego województwa, charakteryzującą poszczególne elementy przyrodnicze na obszarze objętym planem i ich wzajemne powiązania.” Aktem wykonawczym jest Rozporządzenie Ministra Środowiska w sprawie opracowań </w:t>
      </w:r>
      <w:proofErr w:type="spellStart"/>
      <w:r w:rsidRPr="00476149">
        <w:rPr>
          <w:rFonts w:ascii="Roboto Condensed" w:hAnsi="Roboto Condensed"/>
          <w:sz w:val="20"/>
          <w:lang w:val="pl-PL"/>
        </w:rPr>
        <w:t>ekofizjograficznych</w:t>
      </w:r>
      <w:proofErr w:type="spellEnd"/>
      <w:r w:rsidRPr="00476149">
        <w:rPr>
          <w:rFonts w:ascii="Roboto Condensed" w:hAnsi="Roboto Condensed"/>
          <w:sz w:val="20"/>
          <w:lang w:val="pl-PL"/>
        </w:rPr>
        <w:t xml:space="preserve"> z dnia 9 września 2002 r.</w:t>
      </w:r>
    </w:p>
    <w:p w14:paraId="05BF361F" w14:textId="7326C88D" w:rsidR="00D4707B" w:rsidRPr="009A175C" w:rsidRDefault="00E252C7" w:rsidP="00E252C7">
      <w:pPr>
        <w:pStyle w:val="Tekstpodstawowy2"/>
        <w:spacing w:before="120" w:line="240" w:lineRule="auto"/>
        <w:ind w:left="170"/>
        <w:rPr>
          <w:rFonts w:ascii="Roboto Condensed" w:hAnsi="Roboto Condensed"/>
          <w:color w:val="EE0000"/>
          <w:sz w:val="20"/>
          <w:lang w:val="pl-PL"/>
        </w:rPr>
      </w:pPr>
      <w:r w:rsidRPr="00476149">
        <w:rPr>
          <w:rFonts w:ascii="Roboto Condensed" w:hAnsi="Roboto Condensed"/>
          <w:sz w:val="20"/>
          <w:lang w:val="pl-PL"/>
        </w:rPr>
        <w:t xml:space="preserve">Jak wskazano w opracowaniu </w:t>
      </w:r>
      <w:proofErr w:type="spellStart"/>
      <w:r w:rsidR="00D4707B" w:rsidRPr="00476149">
        <w:rPr>
          <w:rFonts w:ascii="Roboto Condensed" w:hAnsi="Roboto Condensed"/>
          <w:sz w:val="20"/>
          <w:lang w:val="pl-PL"/>
        </w:rPr>
        <w:t>ekofizjografi</w:t>
      </w:r>
      <w:r w:rsidRPr="00476149">
        <w:rPr>
          <w:rFonts w:ascii="Roboto Condensed" w:hAnsi="Roboto Condensed"/>
          <w:sz w:val="20"/>
          <w:lang w:val="pl-PL"/>
        </w:rPr>
        <w:t>cznym</w:t>
      </w:r>
      <w:proofErr w:type="spellEnd"/>
      <w:r w:rsidR="00D4707B" w:rsidRPr="00476149">
        <w:rPr>
          <w:rFonts w:ascii="Roboto Condensed" w:hAnsi="Roboto Condensed"/>
          <w:sz w:val="20"/>
          <w:lang w:val="pl-PL"/>
        </w:rPr>
        <w:t>, o któr</w:t>
      </w:r>
      <w:r w:rsidRPr="00476149">
        <w:rPr>
          <w:rFonts w:ascii="Roboto Condensed" w:hAnsi="Roboto Condensed"/>
          <w:sz w:val="20"/>
          <w:lang w:val="pl-PL"/>
        </w:rPr>
        <w:t>ym</w:t>
      </w:r>
      <w:r w:rsidR="00D4707B" w:rsidRPr="00476149">
        <w:rPr>
          <w:rFonts w:ascii="Roboto Condensed" w:hAnsi="Roboto Condensed"/>
          <w:sz w:val="20"/>
          <w:lang w:val="pl-PL"/>
        </w:rPr>
        <w:t xml:space="preserve"> mowa wyżej, </w:t>
      </w:r>
      <w:r w:rsidRPr="00476149">
        <w:rPr>
          <w:rFonts w:ascii="Roboto Condensed" w:hAnsi="Roboto Condensed"/>
          <w:sz w:val="20"/>
          <w:lang w:val="pl-PL"/>
        </w:rPr>
        <w:t xml:space="preserve">wnioski </w:t>
      </w:r>
      <w:r w:rsidR="00D4707B" w:rsidRPr="00476149">
        <w:rPr>
          <w:rFonts w:ascii="Roboto Condensed" w:hAnsi="Roboto Condensed"/>
          <w:sz w:val="20"/>
          <w:lang w:val="pl-PL"/>
        </w:rPr>
        <w:t>formułowane m</w:t>
      </w:r>
      <w:r w:rsidRPr="00476149">
        <w:rPr>
          <w:rFonts w:ascii="Roboto Condensed" w:hAnsi="Roboto Condensed"/>
          <w:sz w:val="20"/>
          <w:lang w:val="pl-PL"/>
        </w:rPr>
        <w:t>.</w:t>
      </w:r>
      <w:r w:rsidR="00D4707B" w:rsidRPr="00476149">
        <w:rPr>
          <w:rFonts w:ascii="Roboto Condensed" w:hAnsi="Roboto Condensed"/>
          <w:sz w:val="20"/>
          <w:lang w:val="pl-PL"/>
        </w:rPr>
        <w:t>in. dla potrzeb planu ogólnego uwzględniają:</w:t>
      </w:r>
    </w:p>
    <w:p w14:paraId="138BFC6F" w14:textId="0F5854DF" w:rsidR="00D4707B" w:rsidRPr="00476149" w:rsidRDefault="00D4707B" w:rsidP="008636AA">
      <w:pPr>
        <w:pStyle w:val="Tekstpodstawowy"/>
        <w:numPr>
          <w:ilvl w:val="0"/>
          <w:numId w:val="2"/>
        </w:numPr>
        <w:jc w:val="both"/>
        <w:rPr>
          <w:rFonts w:ascii="Roboto Condensed" w:hAnsi="Roboto Condensed"/>
          <w:sz w:val="20"/>
          <w:szCs w:val="16"/>
          <w:lang w:val="pl-PL"/>
        </w:rPr>
      </w:pPr>
      <w:r w:rsidRPr="00476149">
        <w:rPr>
          <w:rFonts w:ascii="Roboto Condensed" w:hAnsi="Roboto Condensed"/>
          <w:sz w:val="20"/>
          <w:szCs w:val="16"/>
          <w:lang w:val="pl-PL"/>
        </w:rPr>
        <w:t>określenie przydatności poszczególnych terenów dla rozwoju różnych funkcji użytkowych (mieszkaniowej, przemysłowej, wypoczynkowo-rekreacyjnej, rolniczej, leśnej itp.);</w:t>
      </w:r>
    </w:p>
    <w:p w14:paraId="7C5FF880" w14:textId="4ABC9E24" w:rsidR="00D4707B" w:rsidRPr="00476149" w:rsidRDefault="00D4707B" w:rsidP="008636AA">
      <w:pPr>
        <w:pStyle w:val="Tekstpodstawowy"/>
        <w:numPr>
          <w:ilvl w:val="0"/>
          <w:numId w:val="2"/>
        </w:numPr>
        <w:jc w:val="both"/>
        <w:rPr>
          <w:rFonts w:ascii="Roboto Condensed" w:hAnsi="Roboto Condensed"/>
          <w:sz w:val="20"/>
          <w:szCs w:val="16"/>
          <w:lang w:val="pl-PL"/>
        </w:rPr>
      </w:pPr>
      <w:r w:rsidRPr="00476149">
        <w:rPr>
          <w:rFonts w:ascii="Roboto Condensed" w:hAnsi="Roboto Condensed"/>
          <w:sz w:val="20"/>
          <w:szCs w:val="16"/>
          <w:lang w:val="pl-PL"/>
        </w:rPr>
        <w:t>wskazanie terenów, których użytkowanie i zagospodarowanie, z uwagi na cechy zasobów środowiska i ich rolę w strukturze przyrodniczej obszaru, powinno być podporządkowane potrzebom zapewnienia prawidłowego funkcjonowania środowiska i zachowania różnorodności biologicznej;</w:t>
      </w:r>
    </w:p>
    <w:p w14:paraId="451B84C7" w14:textId="42334EC9" w:rsidR="00D4707B" w:rsidRPr="00476149" w:rsidRDefault="00D4707B" w:rsidP="008636AA">
      <w:pPr>
        <w:pStyle w:val="Tekstpodstawowy"/>
        <w:numPr>
          <w:ilvl w:val="0"/>
          <w:numId w:val="2"/>
        </w:numPr>
        <w:jc w:val="both"/>
        <w:rPr>
          <w:rFonts w:ascii="Roboto Condensed" w:hAnsi="Roboto Condensed"/>
          <w:sz w:val="20"/>
          <w:szCs w:val="16"/>
          <w:lang w:val="pl-PL"/>
        </w:rPr>
      </w:pPr>
      <w:r w:rsidRPr="00476149">
        <w:rPr>
          <w:rFonts w:ascii="Roboto Condensed" w:hAnsi="Roboto Condensed"/>
          <w:sz w:val="20"/>
          <w:szCs w:val="16"/>
          <w:lang w:val="pl-PL"/>
        </w:rPr>
        <w:t>określenie ograniczeń wynikających z konieczności ochrony zasobów środowiska lub występowania uciążliwości i zagrożeń środowiska oraz wskazanie obszarów, na których ograniczenia te występują.</w:t>
      </w:r>
    </w:p>
    <w:p w14:paraId="4BC199EA" w14:textId="1E0F54DC" w:rsidR="00D4707B" w:rsidRPr="00476149" w:rsidRDefault="00E252C7" w:rsidP="00E252C7">
      <w:pPr>
        <w:pStyle w:val="Tekstpodstawowy2"/>
        <w:spacing w:before="120" w:line="240" w:lineRule="auto"/>
        <w:ind w:left="170"/>
        <w:rPr>
          <w:rFonts w:ascii="Roboto Condensed" w:hAnsi="Roboto Condensed"/>
          <w:sz w:val="20"/>
          <w:szCs w:val="16"/>
          <w:lang w:val="pl-PL"/>
        </w:rPr>
      </w:pPr>
      <w:r w:rsidRPr="00476149">
        <w:rPr>
          <w:rFonts w:ascii="Roboto Condensed" w:hAnsi="Roboto Condensed"/>
          <w:sz w:val="20"/>
          <w:lang w:val="pl-PL"/>
        </w:rPr>
        <w:t xml:space="preserve">W opracowaniu </w:t>
      </w:r>
      <w:r w:rsidRPr="00476149">
        <w:rPr>
          <w:rFonts w:ascii="Roboto Condensed" w:hAnsi="Roboto Condensed"/>
          <w:sz w:val="20"/>
          <w:szCs w:val="16"/>
          <w:lang w:val="pl-PL"/>
        </w:rPr>
        <w:t xml:space="preserve">wskazano </w:t>
      </w:r>
      <w:r w:rsidR="00D4707B" w:rsidRPr="00476149">
        <w:rPr>
          <w:rFonts w:ascii="Roboto Condensed" w:hAnsi="Roboto Condensed"/>
          <w:sz w:val="20"/>
          <w:szCs w:val="16"/>
          <w:lang w:val="pl-PL"/>
        </w:rPr>
        <w:t>następując</w:t>
      </w:r>
      <w:r w:rsidRPr="00476149">
        <w:rPr>
          <w:rFonts w:ascii="Roboto Condensed" w:hAnsi="Roboto Condensed"/>
          <w:sz w:val="20"/>
          <w:szCs w:val="16"/>
          <w:lang w:val="pl-PL"/>
        </w:rPr>
        <w:t>e</w:t>
      </w:r>
      <w:r w:rsidR="00D4707B" w:rsidRPr="00476149">
        <w:rPr>
          <w:rFonts w:ascii="Roboto Condensed" w:hAnsi="Roboto Condensed"/>
          <w:sz w:val="20"/>
          <w:szCs w:val="16"/>
          <w:lang w:val="pl-PL"/>
        </w:rPr>
        <w:t xml:space="preserve"> wniosk</w:t>
      </w:r>
      <w:r w:rsidRPr="00476149">
        <w:rPr>
          <w:rFonts w:ascii="Roboto Condensed" w:hAnsi="Roboto Condensed"/>
          <w:sz w:val="20"/>
          <w:szCs w:val="16"/>
          <w:lang w:val="pl-PL"/>
        </w:rPr>
        <w:t>i wymagające uwzględnienia w planie ogólnym</w:t>
      </w:r>
      <w:r w:rsidR="00D4707B" w:rsidRPr="00476149">
        <w:rPr>
          <w:rFonts w:ascii="Roboto Condensed" w:hAnsi="Roboto Condensed"/>
          <w:sz w:val="20"/>
          <w:szCs w:val="16"/>
          <w:lang w:val="pl-PL"/>
        </w:rPr>
        <w:t>:</w:t>
      </w:r>
    </w:p>
    <w:p w14:paraId="5D3A74C2" w14:textId="3A92FD87" w:rsidR="00D4707B" w:rsidRPr="003D4D40" w:rsidRDefault="00D4707B" w:rsidP="008636AA">
      <w:pPr>
        <w:pStyle w:val="Tekstpodstawowy"/>
        <w:numPr>
          <w:ilvl w:val="0"/>
          <w:numId w:val="2"/>
        </w:numPr>
        <w:jc w:val="both"/>
        <w:rPr>
          <w:rFonts w:ascii="Roboto Condensed" w:hAnsi="Roboto Condensed"/>
          <w:sz w:val="20"/>
          <w:szCs w:val="16"/>
          <w:lang w:val="pl-PL"/>
        </w:rPr>
      </w:pPr>
      <w:r w:rsidRPr="003D4D40">
        <w:rPr>
          <w:rFonts w:ascii="Roboto Condensed" w:hAnsi="Roboto Condensed"/>
          <w:sz w:val="20"/>
          <w:szCs w:val="16"/>
          <w:lang w:val="pl-PL"/>
        </w:rPr>
        <w:t>Dalszy rozwój obszaru powinien odbywać się w oparciu o istniejącą strukturę funkcjonalno-przestrzenną Gminy:</w:t>
      </w:r>
    </w:p>
    <w:p w14:paraId="588E0430"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funkcja mieszkaniowa powinna być realizowana w obrębie obszarów dotychczas zainwestowanych i zabudowanych;</w:t>
      </w:r>
    </w:p>
    <w:p w14:paraId="5B438412"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 xml:space="preserve">konieczność zachowania zwartego charakteru zabudowy oraz miejscami uporządkowania istniejącej zabudowy, preferowany kierunek przekształceń – dogęszczenie istniejącej zabudowy, </w:t>
      </w:r>
    </w:p>
    <w:p w14:paraId="482E9030"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 xml:space="preserve">dopuszczenie modernizacji i uzupełniania istniejącej oraz wprowadzania nowej zabudowy wyłącznie w ciągu istniejących dróg, </w:t>
      </w:r>
    </w:p>
    <w:p w14:paraId="3D5E5F9F"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zachowanie strefowania funkcji tj. rozdzielenie funkcji produkcyjnych od mieszkaniowych, oddzielenie terenów o różnej funkcji strefami zieleni izolacyjnej.,</w:t>
      </w:r>
    </w:p>
    <w:p w14:paraId="68873CF6"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 xml:space="preserve">zachowanie terenów zieleni urządzonej (tj. zieleńców, placów zabaw dla dzieci, cmentarzy), </w:t>
      </w:r>
    </w:p>
    <w:p w14:paraId="43E7127A" w14:textId="273AA048" w:rsidR="00D4707B" w:rsidRPr="003D4D40" w:rsidRDefault="003D4D40" w:rsidP="008636AA">
      <w:pPr>
        <w:pStyle w:val="Tekstpodstawowy2"/>
        <w:numPr>
          <w:ilvl w:val="0"/>
          <w:numId w:val="5"/>
        </w:numPr>
        <w:spacing w:before="40" w:after="40" w:line="240" w:lineRule="auto"/>
        <w:ind w:left="907" w:hanging="227"/>
        <w:rPr>
          <w:rFonts w:ascii="Roboto Condensed" w:hAnsi="Roboto Condensed"/>
          <w:sz w:val="20"/>
          <w:szCs w:val="16"/>
          <w:lang w:val="pl-PL"/>
        </w:rPr>
      </w:pPr>
      <w:r w:rsidRPr="003D4D40">
        <w:rPr>
          <w:rFonts w:ascii="Roboto Condensed" w:hAnsi="Roboto Condensed"/>
          <w:sz w:val="20"/>
          <w:lang w:val="pl-PL"/>
        </w:rPr>
        <w:t xml:space="preserve">rozbudowa sieci kanalizacyjnej, celem eliminacji zagrożenia wód pitnych zanieczyszczeniami chemicznymi i bakteryjnymi, </w:t>
      </w:r>
    </w:p>
    <w:p w14:paraId="12BCBA19" w14:textId="27F7DBED" w:rsidR="00D4707B" w:rsidRPr="003D4D40" w:rsidRDefault="00D4707B" w:rsidP="008636AA">
      <w:pPr>
        <w:pStyle w:val="Tekstpodstawowy"/>
        <w:numPr>
          <w:ilvl w:val="0"/>
          <w:numId w:val="2"/>
        </w:numPr>
        <w:jc w:val="both"/>
        <w:rPr>
          <w:rFonts w:ascii="Roboto Condensed" w:hAnsi="Roboto Condensed"/>
          <w:sz w:val="20"/>
          <w:lang w:val="pl-PL"/>
        </w:rPr>
      </w:pPr>
      <w:r w:rsidRPr="003D4D40">
        <w:rPr>
          <w:rFonts w:ascii="Roboto Condensed" w:hAnsi="Roboto Condensed"/>
          <w:sz w:val="20"/>
          <w:szCs w:val="16"/>
          <w:lang w:val="pl-PL"/>
        </w:rPr>
        <w:t>Potrzebie zapewnienia prawidłowego funkcjonowania środowiska i zachowania różnorodności biologicznej powinny być podporządkowane:</w:t>
      </w:r>
    </w:p>
    <w:p w14:paraId="5F33348F"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tereny leśne, na których należy ograniczyć przejmowanie gruntów na inne cele niż związane z gospodarką leśną;</w:t>
      </w:r>
    </w:p>
    <w:p w14:paraId="4A744E1B"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powiększanie istniejących kompleksów leśnych w wylesionej, północnej części gminy,</w:t>
      </w:r>
    </w:p>
    <w:p w14:paraId="6AE53AD2"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 xml:space="preserve">ochrona </w:t>
      </w:r>
      <w:proofErr w:type="spellStart"/>
      <w:r w:rsidRPr="003D4D40">
        <w:rPr>
          <w:rFonts w:ascii="Roboto Condensed" w:hAnsi="Roboto Condensed"/>
          <w:sz w:val="20"/>
          <w:lang w:val="pl-PL"/>
        </w:rPr>
        <w:t>zadrzewień</w:t>
      </w:r>
      <w:proofErr w:type="spellEnd"/>
      <w:r w:rsidRPr="003D4D40">
        <w:rPr>
          <w:rFonts w:ascii="Roboto Condensed" w:hAnsi="Roboto Condensed"/>
          <w:sz w:val="20"/>
          <w:lang w:val="pl-PL"/>
        </w:rPr>
        <w:t xml:space="preserve"> towarzyszących drogom i ciekom</w:t>
      </w:r>
    </w:p>
    <w:p w14:paraId="770E8265"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 xml:space="preserve">zwrócenie szczególnej uwagi na zagospodarowanie doliny Warty w celu zachowania istniejących tu ekstensywnych użytków zielonych i </w:t>
      </w:r>
      <w:proofErr w:type="spellStart"/>
      <w:r w:rsidRPr="003D4D40">
        <w:rPr>
          <w:rFonts w:ascii="Roboto Condensed" w:hAnsi="Roboto Condensed"/>
          <w:sz w:val="20"/>
          <w:lang w:val="pl-PL"/>
        </w:rPr>
        <w:t>zadrzewień</w:t>
      </w:r>
      <w:proofErr w:type="spellEnd"/>
    </w:p>
    <w:p w14:paraId="02AD637E"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 xml:space="preserve">należy dążyć do uzyskania jak największej ciągłości przestrzennej korytarzy ekologicznych, przebiegających w granicach gminy </w:t>
      </w:r>
    </w:p>
    <w:p w14:paraId="50CE838F"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 xml:space="preserve">obowiązek kształtowania lokalnych powiązań przyrodniczych oraz ostoi dla drobnej zwierzyny, w postaci </w:t>
      </w:r>
      <w:proofErr w:type="spellStart"/>
      <w:r w:rsidRPr="003D4D40">
        <w:rPr>
          <w:rFonts w:ascii="Roboto Condensed" w:hAnsi="Roboto Condensed"/>
          <w:sz w:val="20"/>
          <w:lang w:val="pl-PL"/>
        </w:rPr>
        <w:t>zadrzewień</w:t>
      </w:r>
      <w:proofErr w:type="spellEnd"/>
      <w:r w:rsidRPr="003D4D40">
        <w:rPr>
          <w:rFonts w:ascii="Roboto Condensed" w:hAnsi="Roboto Condensed"/>
          <w:sz w:val="20"/>
          <w:lang w:val="pl-PL"/>
        </w:rPr>
        <w:t xml:space="preserve"> śródpolnych oraz </w:t>
      </w:r>
      <w:proofErr w:type="spellStart"/>
      <w:r w:rsidRPr="003D4D40">
        <w:rPr>
          <w:rFonts w:ascii="Roboto Condensed" w:hAnsi="Roboto Condensed"/>
          <w:sz w:val="20"/>
          <w:lang w:val="pl-PL"/>
        </w:rPr>
        <w:t>zadrzewień</w:t>
      </w:r>
      <w:proofErr w:type="spellEnd"/>
      <w:r w:rsidRPr="003D4D40">
        <w:rPr>
          <w:rFonts w:ascii="Roboto Condensed" w:hAnsi="Roboto Condensed"/>
          <w:sz w:val="20"/>
          <w:lang w:val="pl-PL"/>
        </w:rPr>
        <w:t xml:space="preserve"> przydrożnych,</w:t>
      </w:r>
    </w:p>
    <w:p w14:paraId="1D99D3EE"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zachowanie w dotychczasowym użytkowaniu terenów łąk w dolinach rzecznych oraz na terenach podmokłych,</w:t>
      </w:r>
    </w:p>
    <w:p w14:paraId="08C10D48" w14:textId="1321A906" w:rsidR="00D4707B" w:rsidRPr="003D4D40" w:rsidRDefault="003D4D40" w:rsidP="008636AA">
      <w:pPr>
        <w:pStyle w:val="Tekstpodstawowy2"/>
        <w:numPr>
          <w:ilvl w:val="0"/>
          <w:numId w:val="5"/>
        </w:numPr>
        <w:spacing w:before="40" w:after="40" w:line="240" w:lineRule="auto"/>
        <w:ind w:left="907" w:hanging="227"/>
        <w:rPr>
          <w:rFonts w:ascii="Roboto Condensed" w:hAnsi="Roboto Condensed"/>
          <w:sz w:val="20"/>
          <w:szCs w:val="16"/>
          <w:lang w:val="pl-PL"/>
        </w:rPr>
      </w:pPr>
      <w:r w:rsidRPr="003D4D40">
        <w:rPr>
          <w:rFonts w:ascii="Roboto Condensed" w:hAnsi="Roboto Condensed"/>
          <w:sz w:val="20"/>
          <w:lang w:val="pl-PL"/>
        </w:rPr>
        <w:t xml:space="preserve">zachowanie gruntów o najkorzystniejszych warunkach glebowych pod podstawowe użytkowanie rolnicze (ochrona gruntów rolnych III i IV klasy bonitacji ze szczególnym uwzględnieniem zwartych kompleksów), </w:t>
      </w:r>
    </w:p>
    <w:p w14:paraId="71272AB7" w14:textId="10C21CB4" w:rsidR="00D4707B" w:rsidRPr="003D4D40" w:rsidRDefault="00D4707B" w:rsidP="008636AA">
      <w:pPr>
        <w:pStyle w:val="Tekstpodstawowy"/>
        <w:numPr>
          <w:ilvl w:val="0"/>
          <w:numId w:val="2"/>
        </w:numPr>
        <w:jc w:val="both"/>
        <w:rPr>
          <w:rFonts w:ascii="Roboto Condensed" w:hAnsi="Roboto Condensed"/>
          <w:sz w:val="20"/>
          <w:lang w:val="pl-PL"/>
        </w:rPr>
      </w:pPr>
      <w:r w:rsidRPr="003D4D40">
        <w:rPr>
          <w:rFonts w:ascii="Roboto Condensed" w:hAnsi="Roboto Condensed"/>
          <w:sz w:val="20"/>
          <w:szCs w:val="16"/>
          <w:lang w:val="pl-PL"/>
        </w:rPr>
        <w:t>Ograniczenia wynikające z konieczności ochrony zasobów środowiska lub występowania uciążliwości i zagrożeń środowiska:</w:t>
      </w:r>
    </w:p>
    <w:p w14:paraId="03BD0241"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w planie ogólnym jak również w planach zagospodarowania przestrzennego należy uwzględnić zgodnie z Prawem geologicznym i górniczym udokumentowane złoża surowców ujęte w bilansie krajowym.</w:t>
      </w:r>
    </w:p>
    <w:p w14:paraId="050C17C3"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w celu ochrony powietrza należy na całym obszarze gminy wprowadzić zasadę stosowania systemów grzewczych opartych o:</w:t>
      </w:r>
    </w:p>
    <w:p w14:paraId="3BF84465"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indywidualne systemy grzewcze wykorzystujące źródła energii takie jak: gaz, energia elektryczna, paliwo olejowe,</w:t>
      </w:r>
    </w:p>
    <w:p w14:paraId="3E64A524"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lastRenderedPageBreak/>
        <w:t>systemy wykorzystujące odnawialne źródła energii;</w:t>
      </w:r>
    </w:p>
    <w:p w14:paraId="362036BD"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 xml:space="preserve">ograniczyć ze względów zdrowotnych lokalizację zabudowy mieszkaniowej w niekorzystnych warunkach </w:t>
      </w:r>
      <w:proofErr w:type="spellStart"/>
      <w:r w:rsidRPr="003D4D40">
        <w:rPr>
          <w:rFonts w:ascii="Roboto Condensed" w:hAnsi="Roboto Condensed"/>
          <w:sz w:val="20"/>
          <w:lang w:val="pl-PL"/>
        </w:rPr>
        <w:t>topoklimatycznych</w:t>
      </w:r>
      <w:proofErr w:type="spellEnd"/>
      <w:r w:rsidRPr="003D4D40">
        <w:rPr>
          <w:rFonts w:ascii="Roboto Condensed" w:hAnsi="Roboto Condensed"/>
          <w:sz w:val="20"/>
          <w:lang w:val="pl-PL"/>
        </w:rPr>
        <w:t xml:space="preserve"> (dna dolin, tereny wilgotne)</w:t>
      </w:r>
    </w:p>
    <w:p w14:paraId="0CE0B047"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 xml:space="preserve">dla ochrony wód powierzchniowych - wprowadzić zakaz zrzucania nieoczyszczonych ścieków bezpośrednio do wód powierzchniowych; </w:t>
      </w:r>
    </w:p>
    <w:p w14:paraId="22D74F70"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 xml:space="preserve">dla ochrony wód gruntowych – wyeliminować źródła ich zagrożeń (nieszczelne zbiorniki bezodpływowe) oraz rozwój sieci kanalizacji sanitarnej, </w:t>
      </w:r>
    </w:p>
    <w:p w14:paraId="390F45A4"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ochrona wód powierzchniowych przed zanieczyszczeniami obszarowymi - ograniczenie stosowania wysokotoksycznych środków nawożenia oraz ochrony roślin w strefach brzegowych cieków wodnych, ograniczenie infiltracji i spływów powierzchniowych zanieczyszczonych wód opadowych - właściwe składowanie odpadów stałych, przechowywanie nawozów sztucznych i środków ochrony roślin oraz obornika i gnojowicy;</w:t>
      </w:r>
    </w:p>
    <w:p w14:paraId="19EF8922"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 xml:space="preserve">ograniczyć meliorowanie terenów podmokłych w obrębie gruntów ornych, łąk i powierzchni leśnych </w:t>
      </w:r>
    </w:p>
    <w:p w14:paraId="156CAE0D"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zadania melioracyjne poprzedzić ekspertyzami ekologicznymi wskazującymi optymalne rozwiązania zabezpieczające ekosystemy leśne, torfowiskowe, miejsca lęgowe;</w:t>
      </w:r>
    </w:p>
    <w:p w14:paraId="055DF441"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 xml:space="preserve">położenie Gminy Radomsko w obszarze zbiornika wód podziemnych GZWP nr 408 powoduje konieczność uwzględnienia możliwości wprowadzenia szeregu ograniczeń dla ochrony tych wód; </w:t>
      </w:r>
    </w:p>
    <w:p w14:paraId="007018B1"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 xml:space="preserve">ochrona ujęć wód podziemnych na cele publiczne – ustanowienie stref ochronnych i przestrzeganie przepisów dotyczących zasad zagospodarowania w strefach, w tym likwidację istniejących źródeł zanieczyszczeń i niedopuszczenie do powstawania nowych, </w:t>
      </w:r>
    </w:p>
    <w:p w14:paraId="676FDED1"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optymalizacja zużycia wody do celów różnych dziedzin gospodarki - zbilansowanie zapotrzebowania wody i racjonalnego jej używania,</w:t>
      </w:r>
    </w:p>
    <w:p w14:paraId="49C3F1AF"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obowiązek przechowywania nawozów sztucznych i obornika na nieprzepuszczalnych płytach ze ścianami bocznymi oraz gnojowicy w szczelnych zbiornikach, celem zabezpieczenia przed wyciekami agresywnych zanieczyszczeń do gruntu i przedostawania się ich do wód podziemnych,</w:t>
      </w:r>
    </w:p>
    <w:p w14:paraId="7D1BB23E"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zmniejszenie ładunku zanieczyszczeń odprowadzanych do wód oraz poprawa stanu sanitarnego i cieków wodnych do zakładanych klas czystości – porządkowanie gospodarki wodno-ściekowej na terenach zabudowanych (budowa lokalnych systemów kanalizacji i oczyszczalni ścieków, w tym oczyszczalni przydomowych i zagrodowych);</w:t>
      </w:r>
    </w:p>
    <w:p w14:paraId="2A91F567"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 xml:space="preserve">ograniczyć wprowadzanie zabudowy na terenach, gdzie poziom wód gruntowych zalega płycej niż 1 m (obszary ograniczone hydroizobatą 1 m); </w:t>
      </w:r>
    </w:p>
    <w:p w14:paraId="3C803414"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ograniczyć przejmowanie położonych w dolinach rzecznych powierzchni gleb pochodzenia organicznego (gleby torfowe i mułowo-torfowe) na cele inne niż rolnicze; objęte ochroną prawną,</w:t>
      </w:r>
    </w:p>
    <w:p w14:paraId="1D5ABDEE" w14:textId="77777777" w:rsidR="003D4D40"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 xml:space="preserve">wprowadzić zakaz osuszania (meliorowania) gleb pochodzenia organicznego </w:t>
      </w:r>
    </w:p>
    <w:p w14:paraId="36E5A350" w14:textId="3D35250F" w:rsidR="00D4707B" w:rsidRPr="003D4D40" w:rsidRDefault="003D4D40" w:rsidP="008636AA">
      <w:pPr>
        <w:pStyle w:val="Tekstpodstawowy2"/>
        <w:numPr>
          <w:ilvl w:val="0"/>
          <w:numId w:val="5"/>
        </w:numPr>
        <w:spacing w:before="40" w:after="40" w:line="240" w:lineRule="auto"/>
        <w:ind w:left="907" w:hanging="227"/>
        <w:rPr>
          <w:rFonts w:ascii="Roboto Condensed" w:hAnsi="Roboto Condensed"/>
          <w:sz w:val="20"/>
          <w:lang w:val="pl-PL"/>
        </w:rPr>
      </w:pPr>
      <w:r w:rsidRPr="003D4D40">
        <w:rPr>
          <w:rFonts w:ascii="Roboto Condensed" w:hAnsi="Roboto Condensed"/>
          <w:sz w:val="20"/>
          <w:lang w:val="pl-PL"/>
        </w:rPr>
        <w:t xml:space="preserve">ograniczyć przejmowanie powierzchni gleb klas III, </w:t>
      </w:r>
      <w:proofErr w:type="spellStart"/>
      <w:r w:rsidRPr="003D4D40">
        <w:rPr>
          <w:rFonts w:ascii="Roboto Condensed" w:hAnsi="Roboto Condensed"/>
          <w:sz w:val="20"/>
          <w:lang w:val="pl-PL"/>
        </w:rPr>
        <w:t>IIIa</w:t>
      </w:r>
      <w:proofErr w:type="spellEnd"/>
      <w:r w:rsidRPr="003D4D40">
        <w:rPr>
          <w:rFonts w:ascii="Roboto Condensed" w:hAnsi="Roboto Condensed"/>
          <w:sz w:val="20"/>
          <w:lang w:val="pl-PL"/>
        </w:rPr>
        <w:t xml:space="preserve">, </w:t>
      </w:r>
      <w:proofErr w:type="spellStart"/>
      <w:r w:rsidRPr="003D4D40">
        <w:rPr>
          <w:rFonts w:ascii="Roboto Condensed" w:hAnsi="Roboto Condensed"/>
          <w:sz w:val="20"/>
          <w:lang w:val="pl-PL"/>
        </w:rPr>
        <w:t>IIIb</w:t>
      </w:r>
      <w:proofErr w:type="spellEnd"/>
      <w:r w:rsidRPr="003D4D40">
        <w:rPr>
          <w:rFonts w:ascii="Roboto Condensed" w:hAnsi="Roboto Condensed"/>
          <w:sz w:val="20"/>
          <w:lang w:val="pl-PL"/>
        </w:rPr>
        <w:t xml:space="preserve">, IV, </w:t>
      </w:r>
      <w:proofErr w:type="spellStart"/>
      <w:r w:rsidRPr="003D4D40">
        <w:rPr>
          <w:rFonts w:ascii="Roboto Condensed" w:hAnsi="Roboto Condensed"/>
          <w:sz w:val="20"/>
          <w:lang w:val="pl-PL"/>
        </w:rPr>
        <w:t>IVa</w:t>
      </w:r>
      <w:proofErr w:type="spellEnd"/>
      <w:r w:rsidRPr="003D4D40">
        <w:rPr>
          <w:rFonts w:ascii="Roboto Condensed" w:hAnsi="Roboto Condensed"/>
          <w:sz w:val="20"/>
          <w:lang w:val="pl-PL"/>
        </w:rPr>
        <w:t xml:space="preserve"> i </w:t>
      </w:r>
      <w:proofErr w:type="spellStart"/>
      <w:r w:rsidRPr="003D4D40">
        <w:rPr>
          <w:rFonts w:ascii="Roboto Condensed" w:hAnsi="Roboto Condensed"/>
          <w:sz w:val="20"/>
          <w:lang w:val="pl-PL"/>
        </w:rPr>
        <w:t>IVb</w:t>
      </w:r>
      <w:proofErr w:type="spellEnd"/>
      <w:r w:rsidRPr="003D4D40">
        <w:rPr>
          <w:rFonts w:ascii="Roboto Condensed" w:hAnsi="Roboto Condensed"/>
          <w:sz w:val="20"/>
          <w:lang w:val="pl-PL"/>
        </w:rPr>
        <w:t xml:space="preserve"> na cele inne niż rolnicze.</w:t>
      </w:r>
    </w:p>
    <w:p w14:paraId="6260F6D0" w14:textId="7CCBF622" w:rsidR="00D4707B" w:rsidRPr="009A175C" w:rsidRDefault="00E252C7" w:rsidP="007B6A80">
      <w:pPr>
        <w:pStyle w:val="Tekstpodstawowy2"/>
        <w:spacing w:before="120" w:after="120" w:line="240" w:lineRule="auto"/>
        <w:ind w:left="170"/>
        <w:rPr>
          <w:rFonts w:ascii="Roboto Condensed" w:hAnsi="Roboto Condensed"/>
          <w:color w:val="EE0000"/>
          <w:sz w:val="20"/>
          <w:lang w:val="pl-PL"/>
        </w:rPr>
      </w:pPr>
      <w:r w:rsidRPr="00476149">
        <w:rPr>
          <w:rFonts w:ascii="Roboto Condensed" w:hAnsi="Roboto Condensed"/>
          <w:sz w:val="20"/>
          <w:lang w:val="pl-PL"/>
        </w:rPr>
        <w:t xml:space="preserve">Projekt planu </w:t>
      </w:r>
      <w:r w:rsidR="008B0D99" w:rsidRPr="00476149">
        <w:rPr>
          <w:rFonts w:ascii="Roboto Condensed" w:hAnsi="Roboto Condensed"/>
          <w:sz w:val="20"/>
          <w:lang w:val="pl-PL"/>
        </w:rPr>
        <w:t xml:space="preserve">ogólnego uwzględnia w </w:t>
      </w:r>
      <w:r w:rsidR="00D20A90">
        <w:rPr>
          <w:rFonts w:ascii="Roboto Condensed" w:hAnsi="Roboto Condensed"/>
          <w:sz w:val="20"/>
          <w:lang w:val="pl-PL"/>
        </w:rPr>
        <w:t>znakomitej</w:t>
      </w:r>
      <w:r w:rsidR="00D20A90" w:rsidRPr="00D20A90">
        <w:rPr>
          <w:rFonts w:ascii="Roboto Condensed" w:hAnsi="Roboto Condensed"/>
          <w:sz w:val="20"/>
          <w:lang w:val="pl-PL"/>
        </w:rPr>
        <w:t xml:space="preserve"> części</w:t>
      </w:r>
      <w:r w:rsidR="00D20A90">
        <w:rPr>
          <w:rFonts w:ascii="Roboto Condensed" w:hAnsi="Roboto Condensed"/>
          <w:sz w:val="20"/>
          <w:lang w:val="pl-PL"/>
        </w:rPr>
        <w:t xml:space="preserve"> </w:t>
      </w:r>
      <w:r w:rsidR="008B0D99" w:rsidRPr="00476149">
        <w:rPr>
          <w:rFonts w:ascii="Roboto Condensed" w:hAnsi="Roboto Condensed"/>
          <w:sz w:val="20"/>
          <w:lang w:val="pl-PL"/>
        </w:rPr>
        <w:t xml:space="preserve">wnioski wynikające z opracowania </w:t>
      </w:r>
      <w:proofErr w:type="spellStart"/>
      <w:r w:rsidR="008B0D99" w:rsidRPr="00476149">
        <w:rPr>
          <w:rFonts w:ascii="Roboto Condensed" w:hAnsi="Roboto Condensed"/>
          <w:sz w:val="20"/>
          <w:lang w:val="pl-PL"/>
        </w:rPr>
        <w:t>ekofizjograficznego</w:t>
      </w:r>
      <w:proofErr w:type="spellEnd"/>
      <w:r w:rsidR="008B0D99" w:rsidRPr="00476149">
        <w:rPr>
          <w:rFonts w:ascii="Roboto Condensed" w:hAnsi="Roboto Condensed"/>
          <w:sz w:val="20"/>
          <w:lang w:val="pl-PL"/>
        </w:rPr>
        <w:t xml:space="preserve"> choć w celu równoważenia potrzeb środowiska przyrodniczego oraz potrzeb społecznych w pewnych aspektach wymaga to poszukiwania  konsensusu, stąd też sposób uwzględnienia wniosków zawsze jest wynikiem ważenia tych, w znacznej mierze sprzecznych, potrzeb i interesów. </w:t>
      </w:r>
    </w:p>
    <w:p w14:paraId="045B9B29" w14:textId="4CCE28FC" w:rsidR="0015042B" w:rsidRPr="009A175C" w:rsidRDefault="008961FD" w:rsidP="00691CD1">
      <w:pPr>
        <w:rPr>
          <w:color w:val="EE0000"/>
        </w:rPr>
      </w:pPr>
      <w:r w:rsidRPr="009A175C">
        <w:rPr>
          <w:color w:val="EE0000"/>
        </w:rPr>
        <w:br w:type="page"/>
      </w:r>
    </w:p>
    <w:p w14:paraId="48E0C4ED" w14:textId="31FF4188" w:rsidR="00F55599" w:rsidRPr="00AF6352" w:rsidRDefault="00F3409C" w:rsidP="008B0A32">
      <w:pPr>
        <w:pStyle w:val="Nagwek1"/>
        <w:spacing w:before="60" w:after="60" w:line="240" w:lineRule="auto"/>
        <w:ind w:left="737" w:hanging="567"/>
        <w:rPr>
          <w:rFonts w:ascii="Roboto Condensed" w:hAnsi="Roboto Condensed"/>
          <w:bCs/>
          <w:sz w:val="22"/>
          <w:szCs w:val="22"/>
          <w:lang w:val="pl-PL"/>
        </w:rPr>
      </w:pPr>
      <w:bookmarkStart w:id="103" w:name="_Toc193697395"/>
      <w:bookmarkStart w:id="104" w:name="_Toc206769048"/>
      <w:r w:rsidRPr="00AF6352">
        <w:rPr>
          <w:rFonts w:ascii="Roboto Condensed" w:hAnsi="Roboto Condensed"/>
          <w:bCs/>
          <w:sz w:val="22"/>
          <w:szCs w:val="22"/>
          <w:lang w:val="pl-PL"/>
        </w:rPr>
        <w:lastRenderedPageBreak/>
        <w:t>2.25. Z</w:t>
      </w:r>
      <w:r w:rsidR="00F55599" w:rsidRPr="00AF6352">
        <w:rPr>
          <w:rFonts w:ascii="Roboto Condensed" w:hAnsi="Roboto Condensed"/>
          <w:bCs/>
          <w:sz w:val="22"/>
          <w:szCs w:val="22"/>
          <w:lang w:val="pl-PL"/>
        </w:rPr>
        <w:t>apotrzebowanie na nową zabudowę mieszkaniową w gminie</w:t>
      </w:r>
      <w:bookmarkEnd w:id="103"/>
      <w:bookmarkEnd w:id="104"/>
    </w:p>
    <w:p w14:paraId="5A22EAC1" w14:textId="13A70530" w:rsidR="00AF6352" w:rsidRPr="00310BBF" w:rsidRDefault="00AF6352" w:rsidP="00C44FD2">
      <w:pPr>
        <w:ind w:left="142"/>
        <w:jc w:val="both"/>
        <w:rPr>
          <w:rFonts w:ascii="Roboto Condensed" w:hAnsi="Roboto Condensed"/>
          <w:sz w:val="20"/>
          <w:szCs w:val="20"/>
        </w:rPr>
      </w:pPr>
      <w:r w:rsidRPr="00310BBF">
        <w:rPr>
          <w:rFonts w:ascii="Roboto Condensed" w:hAnsi="Roboto Condensed"/>
          <w:sz w:val="20"/>
          <w:szCs w:val="20"/>
        </w:rPr>
        <w:t>Obliczenie zapotrzebowania na nową zabudowę zostało przeprowadzone zgodnie z wymogami rozporządzenia Ministra</w:t>
      </w:r>
      <w:r>
        <w:rPr>
          <w:rFonts w:ascii="Roboto Condensed" w:hAnsi="Roboto Condensed"/>
          <w:sz w:val="20"/>
          <w:szCs w:val="20"/>
        </w:rPr>
        <w:t xml:space="preserve"> </w:t>
      </w:r>
      <w:r w:rsidRPr="00310BBF">
        <w:rPr>
          <w:rFonts w:ascii="Roboto Condensed" w:hAnsi="Roboto Condensed"/>
          <w:sz w:val="20"/>
          <w:szCs w:val="20"/>
        </w:rPr>
        <w:t>Rozwoju i Technologii z dnia 8 grudnia 2023 r. w sprawie projektu planu ogólnego gminy, dokumentowania prac planistycznych w zakresie tego planu oraz wydawania z niego wypisów i wyrysów (Dz.U. z 2023 r. poz. 2758), zmienionym rozporządzeniem Ministra Rozwoju i Technologii z dnia 22 listopada 2024 r. zmieniającym rozporządzenie w sprawie projektu planu ogólnego gminy, dokumentowania prac planistycznych w zakresie tego planu oraz wydawania z niego wypisów i wyrysów (Dz.U. z 2024 r. poz. 1775).</w:t>
      </w:r>
    </w:p>
    <w:p w14:paraId="0894C7F5" w14:textId="77777777" w:rsidR="00AF6352" w:rsidRPr="00310BBF" w:rsidRDefault="00AF6352" w:rsidP="00AF6352">
      <w:pPr>
        <w:ind w:left="142"/>
        <w:rPr>
          <w:rFonts w:ascii="Roboto Condensed" w:hAnsi="Roboto Condensed"/>
          <w:sz w:val="20"/>
          <w:szCs w:val="20"/>
        </w:rPr>
      </w:pPr>
    </w:p>
    <w:p w14:paraId="4EC7AD50" w14:textId="77777777" w:rsidR="00AF6352" w:rsidRPr="00310BBF" w:rsidRDefault="00AF6352" w:rsidP="00AF6352">
      <w:pPr>
        <w:ind w:left="142"/>
        <w:rPr>
          <w:rFonts w:ascii="Roboto Condensed" w:hAnsi="Roboto Condensed"/>
          <w:sz w:val="20"/>
          <w:szCs w:val="20"/>
        </w:rPr>
      </w:pPr>
      <w:r w:rsidRPr="00310BBF">
        <w:rPr>
          <w:rFonts w:ascii="Roboto Condensed" w:hAnsi="Roboto Condensed"/>
          <w:sz w:val="20"/>
          <w:szCs w:val="20"/>
        </w:rPr>
        <w:t>Stosownie do § 3 ust. 2 rozporządzenia zapotrzebowanie na nową zabudowę mieszkaniową (ZAP) oblicza się na podstawie wzoru:</w:t>
      </w:r>
    </w:p>
    <w:p w14:paraId="5D50AF73" w14:textId="77777777" w:rsidR="00AF6352" w:rsidRPr="00310BBF" w:rsidRDefault="00AF6352" w:rsidP="00AF6352">
      <w:pPr>
        <w:spacing w:before="200" w:after="240" w:line="216" w:lineRule="auto"/>
        <w:ind w:left="360"/>
      </w:pPr>
      <m:oMathPara>
        <m:oMathParaPr>
          <m:jc m:val="centerGroup"/>
        </m:oMathParaPr>
        <m:oMath>
          <m:r>
            <w:rPr>
              <w:rFonts w:ascii="Cambria Math" w:eastAsia="Calibri" w:hAnsi="Cambria Math" w:cs="Arial"/>
              <w:kern w:val="2"/>
            </w:rPr>
            <m:t>ZAP=</m:t>
          </m:r>
          <m:sSub>
            <m:sSubPr>
              <m:ctrlPr>
                <w:rPr>
                  <w:rFonts w:ascii="Cambria Math" w:eastAsia="Calibri" w:hAnsi="Cambria Math" w:cs="Arial"/>
                  <w:i/>
                  <w:iCs/>
                  <w:kern w:val="2"/>
                </w:rPr>
              </m:ctrlPr>
            </m:sSubPr>
            <m:e>
              <m:r>
                <w:rPr>
                  <w:rFonts w:ascii="Cambria Math" w:eastAsia="Calibri" w:hAnsi="Cambria Math" w:cs="Arial"/>
                  <w:kern w:val="2"/>
                </w:rPr>
                <m:t>M</m:t>
              </m:r>
            </m:e>
            <m:sub>
              <m:r>
                <w:rPr>
                  <w:rFonts w:ascii="Cambria Math" w:eastAsia="Calibri" w:hAnsi="Cambria Math" w:cs="Arial"/>
                  <w:kern w:val="2"/>
                </w:rPr>
                <m:t>20 </m:t>
              </m:r>
            </m:sub>
          </m:sSub>
          <m:r>
            <w:rPr>
              <w:rFonts w:ascii="Cambria Math" w:eastAsia="Calibri" w:hAnsi="Cambria Math" w:cs="Arial"/>
              <w:kern w:val="2"/>
            </w:rPr>
            <m:t>- </m:t>
          </m:r>
          <m:f>
            <m:fPr>
              <m:ctrlPr>
                <w:rPr>
                  <w:rFonts w:ascii="Cambria Math" w:eastAsia="Calibri" w:hAnsi="Cambria Math" w:cs="Arial"/>
                  <w:i/>
                  <w:iCs/>
                  <w:kern w:val="2"/>
                </w:rPr>
              </m:ctrlPr>
            </m:fPr>
            <m:num>
              <m:sSub>
                <m:sSubPr>
                  <m:ctrlPr>
                    <w:rPr>
                      <w:rFonts w:ascii="Cambria Math" w:eastAsia="Calibri" w:hAnsi="Cambria Math" w:cs="Arial"/>
                      <w:i/>
                      <w:iCs/>
                      <w:kern w:val="2"/>
                    </w:rPr>
                  </m:ctrlPr>
                </m:sSubPr>
                <m:e>
                  <m:r>
                    <w:rPr>
                      <w:rFonts w:ascii="Cambria Math" w:eastAsia="Calibri" w:hAnsi="Cambria Math" w:cs="Arial"/>
                      <w:kern w:val="2"/>
                    </w:rPr>
                    <m:t>PUM</m:t>
                  </m:r>
                </m:e>
                <m:sub>
                  <m:r>
                    <w:rPr>
                      <w:rFonts w:ascii="Cambria Math" w:eastAsia="Calibri" w:hAnsi="Cambria Math" w:cs="Arial"/>
                      <w:kern w:val="2"/>
                    </w:rPr>
                    <m:t>0</m:t>
                  </m:r>
                </m:sub>
              </m:sSub>
            </m:num>
            <m:den>
              <m:sSub>
                <m:sSubPr>
                  <m:ctrlPr>
                    <w:rPr>
                      <w:rFonts w:ascii="Cambria Math" w:eastAsia="Calibri" w:hAnsi="Cambria Math" w:cs="Arial"/>
                      <w:i/>
                      <w:iCs/>
                      <w:kern w:val="2"/>
                    </w:rPr>
                  </m:ctrlPr>
                </m:sSubPr>
                <m:e>
                  <m:r>
                    <w:rPr>
                      <w:rFonts w:ascii="Cambria Math" w:eastAsia="Calibri" w:hAnsi="Cambria Math" w:cs="Arial"/>
                      <w:kern w:val="2"/>
                    </w:rPr>
                    <m:t>P</m:t>
                  </m:r>
                </m:e>
                <m:sub>
                  <m:r>
                    <w:rPr>
                      <w:rFonts w:ascii="Cambria Math" w:eastAsia="Calibri" w:hAnsi="Cambria Math" w:cs="Arial"/>
                      <w:kern w:val="2"/>
                    </w:rPr>
                    <m:t>20</m:t>
                  </m:r>
                </m:sub>
              </m:sSub>
            </m:den>
          </m:f>
        </m:oMath>
      </m:oMathPara>
    </w:p>
    <w:p w14:paraId="7B67C35D" w14:textId="77777777" w:rsidR="00AF6352" w:rsidRPr="00310BBF" w:rsidRDefault="00AF6352" w:rsidP="00AF6352">
      <w:pPr>
        <w:spacing w:before="200" w:line="216" w:lineRule="auto"/>
        <w:ind w:left="360"/>
        <w:rPr>
          <w:rFonts w:ascii="Roboto Condensed" w:hAnsi="Roboto Condensed"/>
          <w:sz w:val="20"/>
          <w:szCs w:val="20"/>
        </w:rPr>
      </w:pPr>
      <w:r w:rsidRPr="00310BBF">
        <w:rPr>
          <w:rFonts w:ascii="Roboto Condensed" w:hAnsi="Roboto Condensed"/>
          <w:sz w:val="20"/>
          <w:szCs w:val="20"/>
        </w:rPr>
        <w:t>gdzie:</w:t>
      </w:r>
    </w:p>
    <w:p w14:paraId="56BEB8E6" w14:textId="77777777" w:rsidR="00AF6352" w:rsidRPr="00310BBF" w:rsidRDefault="00AF6352" w:rsidP="00AF6352">
      <w:pPr>
        <w:spacing w:line="216" w:lineRule="auto"/>
        <w:ind w:left="709"/>
        <w:rPr>
          <w:rFonts w:ascii="Roboto Condensed" w:hAnsi="Roboto Condensed"/>
          <w:sz w:val="20"/>
          <w:szCs w:val="20"/>
        </w:rPr>
      </w:pPr>
      <m:oMath>
        <m:r>
          <w:rPr>
            <w:rFonts w:ascii="Cambria Math" w:eastAsia="Calibri" w:hAnsi="Cambria Math" w:cs="Arial"/>
            <w:kern w:val="2"/>
            <w:sz w:val="20"/>
            <w:szCs w:val="20"/>
          </w:rPr>
          <m:t>ZAP</m:t>
        </m:r>
      </m:oMath>
      <w:r w:rsidRPr="00310BBF">
        <w:rPr>
          <w:rFonts w:ascii="Roboto Condensed" w:hAnsi="Roboto Condensed"/>
          <w:sz w:val="20"/>
          <w:szCs w:val="20"/>
        </w:rPr>
        <w:t xml:space="preserve">  - oznacza zapotrzebowanie na nową zabudowę mieszkaniową,</w:t>
      </w:r>
    </w:p>
    <w:p w14:paraId="6DC841F8" w14:textId="77777777" w:rsidR="00AF6352" w:rsidRPr="00310BBF" w:rsidRDefault="00342D17" w:rsidP="00AF6352">
      <w:pPr>
        <w:tabs>
          <w:tab w:val="left" w:pos="1440"/>
        </w:tabs>
        <w:spacing w:before="100" w:line="216" w:lineRule="auto"/>
        <w:ind w:left="720"/>
        <w:rPr>
          <w:rFonts w:ascii="Roboto Condensed" w:hAnsi="Roboto Condensed"/>
          <w:sz w:val="20"/>
          <w:szCs w:val="20"/>
        </w:rPr>
      </w:pPr>
      <m:oMath>
        <m:sSub>
          <m:sSubPr>
            <m:ctrlPr>
              <w:rPr>
                <w:rFonts w:ascii="Cambria Math" w:eastAsia="Calibri" w:hAnsi="Cambria Math" w:cs="Arial"/>
                <w:i/>
                <w:iCs/>
                <w:kern w:val="2"/>
              </w:rPr>
            </m:ctrlPr>
          </m:sSubPr>
          <m:e>
            <m:r>
              <w:rPr>
                <w:rFonts w:ascii="Cambria Math" w:eastAsia="Calibri" w:hAnsi="Cambria Math" w:cs="Arial"/>
                <w:kern w:val="2"/>
                <w:sz w:val="20"/>
                <w:szCs w:val="20"/>
              </w:rPr>
              <m:t>M</m:t>
            </m:r>
          </m:e>
          <m:sub>
            <m:r>
              <w:rPr>
                <w:rFonts w:ascii="Cambria Math" w:eastAsia="Calibri" w:hAnsi="Cambria Math" w:cs="Arial"/>
                <w:kern w:val="2"/>
                <w:sz w:val="20"/>
                <w:szCs w:val="20"/>
              </w:rPr>
              <m:t>20 </m:t>
            </m:r>
          </m:sub>
        </m:sSub>
      </m:oMath>
      <w:r w:rsidR="00AF6352" w:rsidRPr="00310BBF">
        <w:rPr>
          <w:sz w:val="22"/>
          <w:szCs w:val="22"/>
        </w:rPr>
        <w:t xml:space="preserve"> - </w:t>
      </w:r>
      <w:r w:rsidR="00AF6352" w:rsidRPr="00310BBF">
        <w:rPr>
          <w:rFonts w:ascii="Roboto Condensed" w:hAnsi="Roboto Condensed"/>
          <w:sz w:val="20"/>
          <w:szCs w:val="20"/>
        </w:rPr>
        <w:t>oznacza prognozowaną liczbę mieszkańców gminy w oparciu o dane udostępniane przez</w:t>
      </w:r>
    </w:p>
    <w:p w14:paraId="3697AEF2" w14:textId="77777777" w:rsidR="00AF6352" w:rsidRPr="00310BBF" w:rsidRDefault="00AF6352" w:rsidP="00AF6352">
      <w:pPr>
        <w:tabs>
          <w:tab w:val="left" w:pos="1440"/>
        </w:tabs>
        <w:spacing w:before="100" w:line="216" w:lineRule="auto"/>
        <w:ind w:left="720"/>
      </w:pPr>
      <w:r w:rsidRPr="00310BBF">
        <w:rPr>
          <w:rFonts w:ascii="Roboto Condensed" w:hAnsi="Roboto Condensed"/>
          <w:sz w:val="20"/>
          <w:szCs w:val="20"/>
        </w:rPr>
        <w:t>statystykę publiczną, powiększoną o 5%,</w:t>
      </w:r>
    </w:p>
    <w:p w14:paraId="741F4A76" w14:textId="77777777" w:rsidR="00AF6352" w:rsidRPr="00310BBF" w:rsidRDefault="00342D17" w:rsidP="00AF6352">
      <w:pPr>
        <w:tabs>
          <w:tab w:val="left" w:pos="1440"/>
        </w:tabs>
        <w:spacing w:before="100" w:line="216" w:lineRule="auto"/>
        <w:ind w:left="720"/>
      </w:pPr>
      <m:oMath>
        <m:sSub>
          <m:sSubPr>
            <m:ctrlPr>
              <w:rPr>
                <w:rFonts w:ascii="Cambria Math" w:eastAsia="Calibri" w:hAnsi="Cambria Math" w:cs="Arial"/>
                <w:i/>
                <w:iCs/>
                <w:kern w:val="2"/>
              </w:rPr>
            </m:ctrlPr>
          </m:sSubPr>
          <m:e>
            <m:r>
              <w:rPr>
                <w:rFonts w:ascii="Cambria Math" w:eastAsia="Calibri" w:hAnsi="Cambria Math" w:cs="Arial"/>
                <w:kern w:val="2"/>
                <w:sz w:val="20"/>
                <w:szCs w:val="20"/>
              </w:rPr>
              <m:t>PUM</m:t>
            </m:r>
          </m:e>
          <m:sub>
            <m:r>
              <w:rPr>
                <w:rFonts w:ascii="Cambria Math" w:eastAsia="Calibri" w:hAnsi="Cambria Math" w:cs="Arial"/>
                <w:kern w:val="2"/>
                <w:sz w:val="20"/>
                <w:szCs w:val="20"/>
              </w:rPr>
              <m:t>0</m:t>
            </m:r>
          </m:sub>
        </m:sSub>
      </m:oMath>
      <w:r w:rsidR="00AF6352" w:rsidRPr="00310BBF">
        <w:rPr>
          <w:kern w:val="2"/>
          <w:sz w:val="20"/>
          <w:szCs w:val="20"/>
        </w:rPr>
        <w:t xml:space="preserve"> - </w:t>
      </w:r>
      <w:r w:rsidR="00AF6352" w:rsidRPr="00310BBF">
        <w:rPr>
          <w:rFonts w:ascii="Roboto Condensed" w:hAnsi="Roboto Condensed"/>
          <w:sz w:val="20"/>
          <w:szCs w:val="20"/>
        </w:rPr>
        <w:t>oznacza łączną powierzchnię użytkową mieszkań w gminie zgodną z najnowszymi danymi,</w:t>
      </w:r>
    </w:p>
    <w:p w14:paraId="6F7874D2" w14:textId="77777777" w:rsidR="00AF6352" w:rsidRPr="00310BBF" w:rsidRDefault="00342D17" w:rsidP="00AF6352">
      <w:pPr>
        <w:tabs>
          <w:tab w:val="left" w:pos="1440"/>
        </w:tabs>
        <w:spacing w:before="100" w:line="216" w:lineRule="auto"/>
        <w:ind w:left="720"/>
        <w:rPr>
          <w:rFonts w:ascii="Roboto Condensed" w:hAnsi="Roboto Condensed"/>
          <w:sz w:val="20"/>
          <w:szCs w:val="20"/>
        </w:rPr>
      </w:pPr>
      <m:oMath>
        <m:sSub>
          <m:sSubPr>
            <m:ctrlPr>
              <w:rPr>
                <w:rFonts w:ascii="Cambria Math" w:eastAsia="Calibri" w:hAnsi="Cambria Math" w:cs="Arial"/>
                <w:i/>
                <w:iCs/>
                <w:kern w:val="2"/>
              </w:rPr>
            </m:ctrlPr>
          </m:sSubPr>
          <m:e>
            <m:r>
              <w:rPr>
                <w:rFonts w:ascii="Cambria Math" w:eastAsia="Calibri" w:hAnsi="Cambria Math" w:cs="Arial"/>
                <w:kern w:val="2"/>
                <w:sz w:val="20"/>
                <w:szCs w:val="20"/>
              </w:rPr>
              <m:t>P</m:t>
            </m:r>
          </m:e>
          <m:sub>
            <m:r>
              <w:rPr>
                <w:rFonts w:ascii="Cambria Math" w:eastAsia="Calibri" w:hAnsi="Cambria Math" w:cs="Arial"/>
                <w:kern w:val="2"/>
                <w:sz w:val="20"/>
                <w:szCs w:val="20"/>
              </w:rPr>
              <m:t>20</m:t>
            </m:r>
          </m:sub>
        </m:sSub>
      </m:oMath>
      <w:r w:rsidR="00AF6352" w:rsidRPr="00310BBF">
        <w:rPr>
          <w:sz w:val="22"/>
          <w:szCs w:val="22"/>
        </w:rPr>
        <w:t xml:space="preserve"> - </w:t>
      </w:r>
      <w:r w:rsidR="00AF6352" w:rsidRPr="00310BBF">
        <w:rPr>
          <w:rFonts w:ascii="Roboto Condensed" w:hAnsi="Roboto Condensed"/>
          <w:sz w:val="20"/>
          <w:szCs w:val="20"/>
        </w:rPr>
        <w:t>oznacza prognozowaną powierzchnię użytkową mieszkań w gminie na jednego mieszkańca,</w:t>
      </w:r>
    </w:p>
    <w:p w14:paraId="7B26821D" w14:textId="77777777" w:rsidR="00AF6352" w:rsidRPr="00310BBF" w:rsidRDefault="00AF6352" w:rsidP="00AF6352">
      <w:pPr>
        <w:tabs>
          <w:tab w:val="left" w:pos="1440"/>
        </w:tabs>
        <w:spacing w:before="100" w:line="216" w:lineRule="auto"/>
        <w:ind w:left="720"/>
        <w:rPr>
          <w:rFonts w:ascii="Roboto Condensed" w:hAnsi="Roboto Condensed"/>
          <w:sz w:val="20"/>
          <w:szCs w:val="20"/>
        </w:rPr>
      </w:pPr>
      <w:r w:rsidRPr="00310BBF">
        <w:rPr>
          <w:rFonts w:ascii="Roboto Condensed" w:hAnsi="Roboto Condensed"/>
          <w:sz w:val="20"/>
          <w:szCs w:val="20"/>
        </w:rPr>
        <w:t>obliczoną zgodnie z jednym wzorów:</w:t>
      </w:r>
    </w:p>
    <w:p w14:paraId="1FE1B83D" w14:textId="005BC408" w:rsidR="00AF6352" w:rsidRPr="00C44FD2" w:rsidRDefault="00342D17" w:rsidP="00C44FD2">
      <w:pPr>
        <w:tabs>
          <w:tab w:val="left" w:pos="1440"/>
        </w:tabs>
        <w:spacing w:before="100" w:after="240" w:line="216" w:lineRule="auto"/>
        <w:ind w:left="720"/>
        <w:jc w:val="center"/>
      </w:pPr>
      <m:oMathPara>
        <m:oMath>
          <m:sSub>
            <m:sSubPr>
              <m:ctrlPr>
                <w:rPr>
                  <w:rFonts w:ascii="Cambria Math" w:hAnsi="Cambria Math"/>
                  <w:i/>
                </w:rPr>
              </m:ctrlPr>
            </m:sSubPr>
            <m:e>
              <m:r>
                <w:rPr>
                  <w:rFonts w:ascii="Cambria Math" w:hAnsi="Cambria Math"/>
                </w:rPr>
                <m:t>P</m:t>
              </m:r>
            </m:e>
            <m:sub>
              <m:r>
                <w:rPr>
                  <w:rFonts w:ascii="Cambria Math" w:hAnsi="Cambria Math"/>
                </w:rPr>
                <m:t>20</m:t>
              </m:r>
            </m:sub>
          </m:sSub>
          <m:r>
            <w:rPr>
              <w:rFonts w:ascii="Cambria Math" w:hAnsi="Cambria Math"/>
            </w:rPr>
            <m:t>=3</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-2</m:t>
          </m:r>
          <m:sSub>
            <m:sSubPr>
              <m:ctrlPr>
                <w:rPr>
                  <w:rFonts w:ascii="Cambria Math" w:hAnsi="Cambria Math"/>
                  <w:i/>
                </w:rPr>
              </m:ctrlPr>
            </m:sSubPr>
            <m:e>
              <m:r>
                <w:rPr>
                  <w:rFonts w:ascii="Cambria Math" w:hAnsi="Cambria Math"/>
                </w:rPr>
                <m:t>P</m:t>
              </m:r>
            </m:e>
            <m:sub>
              <m:r>
                <w:rPr>
                  <w:rFonts w:ascii="Cambria Math" w:hAnsi="Cambria Math"/>
                </w:rPr>
                <m:t>-10</m:t>
              </m:r>
            </m:sub>
          </m:sSub>
          <m:r>
            <w:rPr>
              <w:rFonts w:ascii="Cambria Math" w:hAnsi="Cambria Math"/>
            </w:rPr>
            <m:t xml:space="preserve"> albo </m:t>
          </m:r>
          <m:sSub>
            <m:sSubPr>
              <m:ctrlPr>
                <w:rPr>
                  <w:rFonts w:ascii="Cambria Math" w:hAnsi="Cambria Math"/>
                  <w:i/>
                </w:rPr>
              </m:ctrlPr>
            </m:sSubPr>
            <m:e>
              <m:r>
                <w:rPr>
                  <w:rFonts w:ascii="Cambria Math" w:hAnsi="Cambria Math"/>
                </w:rPr>
                <m:t>P</m:t>
              </m:r>
            </m:e>
            <m:sub>
              <m:r>
                <w:rPr>
                  <w:rFonts w:ascii="Cambria Math" w:hAnsi="Cambria Math"/>
                </w:rPr>
                <m:t>20</m:t>
              </m:r>
            </m:sub>
          </m:sSub>
          <m:r>
            <w:rPr>
              <w:rFonts w:ascii="Cambria Math" w:hAnsi="Cambria Math"/>
            </w:rPr>
            <m:t>=2</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-20</m:t>
              </m:r>
            </m:sub>
          </m:sSub>
        </m:oMath>
      </m:oMathPara>
    </w:p>
    <w:p w14:paraId="3165BC73" w14:textId="77777777" w:rsidR="00AF6352" w:rsidRPr="00310BBF" w:rsidRDefault="00AF6352" w:rsidP="00AF6352">
      <w:pPr>
        <w:ind w:left="426"/>
        <w:rPr>
          <w:rFonts w:ascii="Roboto Condensed" w:hAnsi="Roboto Condensed"/>
          <w:sz w:val="20"/>
          <w:szCs w:val="20"/>
        </w:rPr>
      </w:pPr>
      <w:r w:rsidRPr="00310BBF">
        <w:rPr>
          <w:rFonts w:ascii="Roboto Condensed" w:hAnsi="Roboto Condensed"/>
          <w:sz w:val="20"/>
          <w:szCs w:val="20"/>
        </w:rPr>
        <w:t>gdzie:</w:t>
      </w:r>
    </w:p>
    <w:p w14:paraId="26FB5BC6" w14:textId="77777777" w:rsidR="00AF6352" w:rsidRPr="00310BBF" w:rsidRDefault="00342D17" w:rsidP="00AF6352">
      <w:pPr>
        <w:ind w:left="709"/>
        <w:rPr>
          <w:rFonts w:ascii="Roboto Condensed" w:hAnsi="Roboto Condensed"/>
          <w:sz w:val="20"/>
          <w:szCs w:val="20"/>
        </w:rPr>
      </w:pPr>
      <m:oMath>
        <m:sSub>
          <m:sSubPr>
            <m:ctrlPr>
              <w:rPr>
                <w:rFonts w:ascii="Cambria Math" w:eastAsia="Calibri" w:hAnsi="Cambria Math" w:cs="Arial"/>
                <w:i/>
                <w:iCs/>
                <w:kern w:val="2"/>
              </w:rPr>
            </m:ctrlPr>
          </m:sSubPr>
          <m:e>
            <m:r>
              <w:rPr>
                <w:rFonts w:ascii="Cambria Math" w:eastAsia="Calibri" w:hAnsi="Cambria Math" w:cs="Arial"/>
                <w:kern w:val="2"/>
                <w:sz w:val="20"/>
                <w:szCs w:val="20"/>
              </w:rPr>
              <m:t>P</m:t>
            </m:r>
          </m:e>
          <m:sub>
            <m:r>
              <w:rPr>
                <w:rFonts w:ascii="Cambria Math" w:eastAsia="Calibri" w:hAnsi="Cambria Math" w:cs="Arial"/>
                <w:kern w:val="2"/>
                <w:sz w:val="20"/>
                <w:szCs w:val="20"/>
              </w:rPr>
              <m:t>0</m:t>
            </m:r>
          </m:sub>
        </m:sSub>
      </m:oMath>
      <w:r w:rsidR="00AF6352" w:rsidRPr="00310BBF">
        <w:rPr>
          <w:rFonts w:ascii="Roboto Condensed" w:hAnsi="Roboto Condensed"/>
          <w:iCs/>
          <w:kern w:val="2"/>
        </w:rPr>
        <w:t xml:space="preserve"> - </w:t>
      </w:r>
      <w:r w:rsidR="00AF6352" w:rsidRPr="00310BBF">
        <w:rPr>
          <w:rFonts w:ascii="Roboto Condensed" w:hAnsi="Roboto Condensed"/>
          <w:sz w:val="20"/>
          <w:szCs w:val="20"/>
        </w:rPr>
        <w:t>oznacza powierzchnię użytkową mieszkań w gminie na jednego mieszkańca zgodną z najnowszymi danymi,</w:t>
      </w:r>
    </w:p>
    <w:p w14:paraId="13FC8629" w14:textId="77777777" w:rsidR="00AF6352" w:rsidRPr="00310BBF" w:rsidRDefault="00342D17" w:rsidP="00AF6352">
      <w:pPr>
        <w:ind w:left="709"/>
        <w:rPr>
          <w:rFonts w:ascii="Roboto Condensed" w:hAnsi="Roboto Condensed"/>
          <w:sz w:val="20"/>
          <w:szCs w:val="20"/>
        </w:rPr>
      </w:pPr>
      <m:oMath>
        <m:sSub>
          <m:sSubPr>
            <m:ctrlPr>
              <w:rPr>
                <w:rFonts w:ascii="Cambria Math" w:eastAsia="Calibri" w:hAnsi="Cambria Math" w:cs="Arial"/>
                <w:i/>
                <w:iCs/>
                <w:kern w:val="2"/>
              </w:rPr>
            </m:ctrlPr>
          </m:sSubPr>
          <m:e>
            <m:r>
              <w:rPr>
                <w:rFonts w:ascii="Cambria Math" w:eastAsia="Calibri" w:hAnsi="Cambria Math" w:cs="Arial"/>
                <w:kern w:val="2"/>
                <w:sz w:val="20"/>
                <w:szCs w:val="20"/>
              </w:rPr>
              <m:t>P</m:t>
            </m:r>
          </m:e>
          <m:sub>
            <m:r>
              <w:rPr>
                <w:rFonts w:ascii="Cambria Math" w:eastAsia="Calibri" w:hAnsi="Cambria Math" w:cs="Arial"/>
                <w:kern w:val="2"/>
                <w:sz w:val="20"/>
                <w:szCs w:val="20"/>
              </w:rPr>
              <m:t>-10</m:t>
            </m:r>
          </m:sub>
        </m:sSub>
      </m:oMath>
      <w:r w:rsidR="00AF6352" w:rsidRPr="00310BBF">
        <w:rPr>
          <w:rFonts w:ascii="Roboto Condensed" w:hAnsi="Roboto Condensed"/>
          <w:iCs/>
          <w:kern w:val="2"/>
        </w:rPr>
        <w:t xml:space="preserve"> - </w:t>
      </w:r>
      <w:r w:rsidR="00AF6352" w:rsidRPr="00310BBF">
        <w:rPr>
          <w:rFonts w:ascii="Roboto Condensed" w:hAnsi="Roboto Condensed"/>
          <w:sz w:val="20"/>
          <w:szCs w:val="20"/>
        </w:rPr>
        <w:t>oznacza powierzchnię użytkową mieszkań w gminie na jednego mieszkańca zgodną z danymi udostępnianymi przez statystykę publiczną, według stanu na 10 lat przed rokiem, z którego pochodzą najnowsze dane,</w:t>
      </w:r>
    </w:p>
    <w:p w14:paraId="59B39475" w14:textId="77777777" w:rsidR="00AF6352" w:rsidRPr="00310BBF" w:rsidRDefault="00342D17" w:rsidP="00AF6352">
      <w:pPr>
        <w:ind w:left="709"/>
        <w:rPr>
          <w:rFonts w:ascii="Roboto Condensed" w:hAnsi="Roboto Condensed"/>
          <w:sz w:val="20"/>
          <w:szCs w:val="20"/>
        </w:rPr>
      </w:pPr>
      <m:oMath>
        <m:sSub>
          <m:sSubPr>
            <m:ctrlPr>
              <w:rPr>
                <w:rFonts w:ascii="Cambria Math" w:eastAsia="Calibri" w:hAnsi="Cambria Math" w:cs="Arial"/>
                <w:i/>
                <w:iCs/>
                <w:kern w:val="2"/>
              </w:rPr>
            </m:ctrlPr>
          </m:sSubPr>
          <m:e>
            <m:r>
              <w:rPr>
                <w:rFonts w:ascii="Cambria Math" w:eastAsia="Calibri" w:hAnsi="Cambria Math" w:cs="Arial"/>
                <w:kern w:val="2"/>
                <w:sz w:val="20"/>
                <w:szCs w:val="20"/>
              </w:rPr>
              <m:t>P</m:t>
            </m:r>
          </m:e>
          <m:sub>
            <m:r>
              <w:rPr>
                <w:rFonts w:ascii="Cambria Math" w:eastAsia="Calibri" w:hAnsi="Cambria Math" w:cs="Arial"/>
                <w:kern w:val="2"/>
                <w:sz w:val="20"/>
                <w:szCs w:val="20"/>
              </w:rPr>
              <m:t>-20</m:t>
            </m:r>
          </m:sub>
        </m:sSub>
      </m:oMath>
      <w:r w:rsidR="00AF6352" w:rsidRPr="00310BBF">
        <w:rPr>
          <w:rFonts w:ascii="Roboto Condensed" w:hAnsi="Roboto Condensed"/>
          <w:iCs/>
          <w:kern w:val="2"/>
        </w:rPr>
        <w:t xml:space="preserve"> - </w:t>
      </w:r>
      <w:r w:rsidR="00AF6352" w:rsidRPr="00310BBF">
        <w:rPr>
          <w:rFonts w:ascii="Roboto Condensed" w:hAnsi="Roboto Condensed"/>
          <w:sz w:val="20"/>
          <w:szCs w:val="20"/>
        </w:rPr>
        <w:t>oznacza powierzchnię użytkową mieszkań w gminie na jednego mieszkańca zgodną z danymi</w:t>
      </w:r>
    </w:p>
    <w:p w14:paraId="595323DE" w14:textId="77777777" w:rsidR="00AF6352" w:rsidRPr="00310BBF" w:rsidRDefault="00AF6352" w:rsidP="00AF6352">
      <w:pPr>
        <w:ind w:left="709"/>
        <w:rPr>
          <w:rFonts w:ascii="Roboto Condensed" w:hAnsi="Roboto Condensed"/>
          <w:sz w:val="20"/>
          <w:szCs w:val="20"/>
        </w:rPr>
      </w:pPr>
      <w:r w:rsidRPr="00310BBF">
        <w:rPr>
          <w:rFonts w:ascii="Roboto Condensed" w:hAnsi="Roboto Condensed"/>
          <w:sz w:val="20"/>
          <w:szCs w:val="20"/>
        </w:rPr>
        <w:t>udostępnianymi przez statystykę publiczną, według stanu na 20 lat przed rokiem, z którego pochodzą</w:t>
      </w:r>
    </w:p>
    <w:p w14:paraId="6593F3E8" w14:textId="77777777" w:rsidR="00AF6352" w:rsidRPr="00310BBF" w:rsidRDefault="00AF6352" w:rsidP="00AF6352">
      <w:pPr>
        <w:ind w:left="709"/>
        <w:rPr>
          <w:rFonts w:ascii="Roboto Condensed" w:hAnsi="Roboto Condensed"/>
          <w:sz w:val="20"/>
          <w:szCs w:val="20"/>
        </w:rPr>
      </w:pPr>
      <w:r w:rsidRPr="00310BBF">
        <w:rPr>
          <w:rFonts w:ascii="Roboto Condensed" w:hAnsi="Roboto Condensed"/>
          <w:sz w:val="20"/>
          <w:szCs w:val="20"/>
        </w:rPr>
        <w:t>najnowsze dane.</w:t>
      </w:r>
    </w:p>
    <w:p w14:paraId="7800F993" w14:textId="77777777" w:rsidR="00AF6352" w:rsidRPr="00310BBF" w:rsidRDefault="00AF6352" w:rsidP="00AF6352">
      <w:pPr>
        <w:ind w:left="426"/>
        <w:rPr>
          <w:rFonts w:ascii="Roboto Condensed" w:hAnsi="Roboto Condensed"/>
          <w:sz w:val="20"/>
          <w:szCs w:val="20"/>
        </w:rPr>
      </w:pPr>
    </w:p>
    <w:p w14:paraId="5DE84170" w14:textId="4D743427" w:rsidR="00AF6352" w:rsidRPr="00310BBF" w:rsidRDefault="00AF6352" w:rsidP="00C44FD2">
      <w:pPr>
        <w:ind w:left="142"/>
        <w:rPr>
          <w:rFonts w:ascii="Roboto Condensed" w:hAnsi="Roboto Condensed"/>
          <w:sz w:val="20"/>
          <w:szCs w:val="20"/>
        </w:rPr>
      </w:pPr>
      <w:r w:rsidRPr="00310BBF">
        <w:rPr>
          <w:rFonts w:ascii="Roboto Condensed" w:hAnsi="Roboto Condensed"/>
          <w:sz w:val="20"/>
          <w:szCs w:val="20"/>
        </w:rPr>
        <w:t>Do powyższych obliczeń posłużono się danymi GUS z Banku Danych Lokalnych (</w:t>
      </w:r>
      <w:hyperlink r:id="rId41" w:history="1">
        <w:r w:rsidRPr="00310BBF">
          <w:rPr>
            <w:rStyle w:val="Hipercze"/>
            <w:rFonts w:ascii="Roboto Condensed" w:hAnsi="Roboto Condensed"/>
            <w:color w:val="auto"/>
            <w:sz w:val="20"/>
            <w:szCs w:val="20"/>
          </w:rPr>
          <w:t>https://bdl.stat.gov.pl/bdl/start</w:t>
        </w:r>
      </w:hyperlink>
      <w:r w:rsidRPr="00310BBF">
        <w:rPr>
          <w:rFonts w:ascii="Roboto Condensed" w:hAnsi="Roboto Condensed"/>
          <w:sz w:val="20"/>
          <w:szCs w:val="20"/>
        </w:rPr>
        <w:t xml:space="preserve">, data dostępu: </w:t>
      </w:r>
      <w:r w:rsidR="00053A1E">
        <w:rPr>
          <w:rFonts w:ascii="Roboto Condensed" w:hAnsi="Roboto Condensed"/>
          <w:sz w:val="20"/>
          <w:szCs w:val="20"/>
        </w:rPr>
        <w:t>15</w:t>
      </w:r>
      <w:r w:rsidRPr="00310BBF">
        <w:rPr>
          <w:rFonts w:ascii="Roboto Condensed" w:hAnsi="Roboto Condensed"/>
          <w:sz w:val="20"/>
          <w:szCs w:val="20"/>
        </w:rPr>
        <w:t>.</w:t>
      </w:r>
      <w:r w:rsidR="00053A1E">
        <w:rPr>
          <w:rFonts w:ascii="Roboto Condensed" w:hAnsi="Roboto Condensed"/>
          <w:sz w:val="20"/>
          <w:szCs w:val="20"/>
        </w:rPr>
        <w:t>12</w:t>
      </w:r>
      <w:r w:rsidRPr="00310BBF">
        <w:rPr>
          <w:rFonts w:ascii="Roboto Condensed" w:hAnsi="Roboto Condensed"/>
          <w:sz w:val="20"/>
          <w:szCs w:val="20"/>
        </w:rPr>
        <w:t>.2025r.) oraz z opracowania GUS "Prognoza ludności na lata 2023-2060" z 202</w:t>
      </w:r>
      <w:r w:rsidR="00063591">
        <w:rPr>
          <w:rFonts w:ascii="Roboto Condensed" w:hAnsi="Roboto Condensed"/>
          <w:sz w:val="20"/>
          <w:szCs w:val="20"/>
        </w:rPr>
        <w:t>3</w:t>
      </w:r>
      <w:r w:rsidRPr="00310BBF">
        <w:rPr>
          <w:rFonts w:ascii="Roboto Condensed" w:hAnsi="Roboto Condensed"/>
          <w:sz w:val="20"/>
          <w:szCs w:val="20"/>
        </w:rPr>
        <w:t xml:space="preserve"> roku wraz z Aktualizacją 23.11.2023 oraz Aktualizacja 18.07.2024 (e-ISBN 978-83-67087-79-7) (</w:t>
      </w:r>
      <w:hyperlink r:id="rId42" w:history="1">
        <w:r w:rsidRPr="00310BBF">
          <w:rPr>
            <w:rStyle w:val="Hipercze"/>
            <w:rFonts w:ascii="Roboto Condensed" w:hAnsi="Roboto Condensed"/>
            <w:color w:val="auto"/>
            <w:sz w:val="20"/>
            <w:szCs w:val="20"/>
          </w:rPr>
          <w:t>https://stat.gov.pl/obszary-tematyczne/ludnosc/prognoza-ludnosci/prognoza-ludnosci-na-lata-2023-2060,11,1.html</w:t>
        </w:r>
      </w:hyperlink>
      <w:r w:rsidRPr="00310BBF">
        <w:rPr>
          <w:rFonts w:ascii="Roboto Condensed" w:hAnsi="Roboto Condensed"/>
          <w:sz w:val="20"/>
          <w:szCs w:val="20"/>
        </w:rPr>
        <w:t xml:space="preserve">, data dostępu: </w:t>
      </w:r>
      <w:r w:rsidR="00053A1E">
        <w:rPr>
          <w:rFonts w:ascii="Roboto Condensed" w:hAnsi="Roboto Condensed"/>
          <w:sz w:val="20"/>
          <w:szCs w:val="20"/>
        </w:rPr>
        <w:t>15</w:t>
      </w:r>
      <w:r w:rsidRPr="00310BBF">
        <w:rPr>
          <w:rFonts w:ascii="Roboto Condensed" w:hAnsi="Roboto Condensed"/>
          <w:sz w:val="20"/>
          <w:szCs w:val="20"/>
        </w:rPr>
        <w:t>.1</w:t>
      </w:r>
      <w:r w:rsidR="00053A1E">
        <w:rPr>
          <w:rFonts w:ascii="Roboto Condensed" w:hAnsi="Roboto Condensed"/>
          <w:sz w:val="20"/>
          <w:szCs w:val="20"/>
        </w:rPr>
        <w:t>2</w:t>
      </w:r>
      <w:r w:rsidRPr="00310BBF">
        <w:rPr>
          <w:rFonts w:ascii="Roboto Condensed" w:hAnsi="Roboto Condensed"/>
          <w:sz w:val="20"/>
          <w:szCs w:val="20"/>
        </w:rPr>
        <w:t>.2025r.)</w:t>
      </w:r>
    </w:p>
    <w:p w14:paraId="106AEBA3" w14:textId="5CE3C547" w:rsidR="00AF6352" w:rsidRPr="00310BBF" w:rsidRDefault="00AF6352" w:rsidP="00C44FD2">
      <w:pPr>
        <w:spacing w:before="120"/>
        <w:ind w:left="142"/>
        <w:rPr>
          <w:rFonts w:ascii="Roboto Condensed" w:hAnsi="Roboto Condensed"/>
          <w:sz w:val="20"/>
          <w:szCs w:val="20"/>
        </w:rPr>
      </w:pPr>
      <w:r w:rsidRPr="00310BBF">
        <w:rPr>
          <w:rFonts w:ascii="Roboto Condensed" w:hAnsi="Roboto Condensed"/>
          <w:sz w:val="20"/>
          <w:szCs w:val="20"/>
        </w:rPr>
        <w:t xml:space="preserve">Na dzień </w:t>
      </w:r>
      <w:r w:rsidR="00053A1E">
        <w:rPr>
          <w:rFonts w:ascii="Roboto Condensed" w:hAnsi="Roboto Condensed"/>
          <w:sz w:val="20"/>
          <w:szCs w:val="20"/>
        </w:rPr>
        <w:t xml:space="preserve">przekazywania projektu planu ogólnego do opiniowania i uzgodnień </w:t>
      </w:r>
      <w:r w:rsidRPr="00310BBF">
        <w:rPr>
          <w:rFonts w:ascii="Roboto Condensed" w:hAnsi="Roboto Condensed"/>
          <w:sz w:val="20"/>
          <w:szCs w:val="20"/>
        </w:rPr>
        <w:t>najnowsze dostępne dane udostępnione przez statystykę publiczną pochodziły z 202</w:t>
      </w:r>
      <w:r w:rsidR="00A1175F">
        <w:rPr>
          <w:rFonts w:ascii="Roboto Condensed" w:hAnsi="Roboto Condensed"/>
          <w:sz w:val="20"/>
          <w:szCs w:val="20"/>
        </w:rPr>
        <w:t>4</w:t>
      </w:r>
      <w:r w:rsidRPr="00310BBF">
        <w:rPr>
          <w:rFonts w:ascii="Roboto Condensed" w:hAnsi="Roboto Condensed"/>
          <w:sz w:val="20"/>
          <w:szCs w:val="20"/>
        </w:rPr>
        <w:t xml:space="preserve"> r.</w:t>
      </w:r>
    </w:p>
    <w:p w14:paraId="22EF59D0" w14:textId="3327ACAA" w:rsidR="00AF6352" w:rsidRDefault="00AF6352" w:rsidP="00C44FD2">
      <w:pPr>
        <w:spacing w:before="120"/>
        <w:ind w:left="142"/>
        <w:rPr>
          <w:rFonts w:ascii="Roboto Condensed" w:hAnsi="Roboto Condensed"/>
          <w:sz w:val="20"/>
          <w:szCs w:val="20"/>
        </w:rPr>
      </w:pPr>
      <w:r w:rsidRPr="00310BBF">
        <w:rPr>
          <w:rFonts w:ascii="Roboto Condensed" w:hAnsi="Roboto Condensed"/>
          <w:sz w:val="20"/>
          <w:szCs w:val="20"/>
        </w:rPr>
        <w:t>Obliczenia:</w:t>
      </w:r>
    </w:p>
    <w:p w14:paraId="68E6B1A0" w14:textId="77777777" w:rsidR="001A448F" w:rsidRPr="00310BBF" w:rsidRDefault="001A448F" w:rsidP="001A448F">
      <w:pPr>
        <w:spacing w:before="120"/>
        <w:ind w:left="142"/>
        <w:rPr>
          <w:rFonts w:ascii="Roboto Condensed" w:hAnsi="Roboto Condensed"/>
          <w:i/>
          <w:iCs/>
          <w:sz w:val="20"/>
          <w:szCs w:val="20"/>
        </w:rPr>
      </w:pPr>
      <w:r w:rsidRPr="00310BBF">
        <w:rPr>
          <w:rFonts w:ascii="Roboto Condensed" w:hAnsi="Roboto Condensed"/>
          <w:i/>
          <w:iCs/>
          <w:sz w:val="20"/>
        </w:rPr>
        <w:t xml:space="preserve">Tab. </w:t>
      </w:r>
      <w:r>
        <w:rPr>
          <w:rFonts w:ascii="Roboto Condensed" w:hAnsi="Roboto Condensed"/>
          <w:i/>
          <w:iCs/>
          <w:sz w:val="20"/>
        </w:rPr>
        <w:t>6</w:t>
      </w:r>
      <w:r w:rsidRPr="00310BBF">
        <w:rPr>
          <w:rFonts w:ascii="Roboto Condensed" w:hAnsi="Roboto Condensed"/>
          <w:i/>
          <w:iCs/>
          <w:sz w:val="20"/>
        </w:rPr>
        <w:t>. Dane do obliczenia zapotrzebowania na nową zabudowę mieszkaniową w gminie</w:t>
      </w:r>
      <w:r>
        <w:rPr>
          <w:rFonts w:ascii="Roboto Condensed" w:hAnsi="Roboto Condensed"/>
          <w:i/>
          <w:iCs/>
          <w:sz w:val="20"/>
        </w:rPr>
        <w:t>.</w:t>
      </w:r>
    </w:p>
    <w:tbl>
      <w:tblPr>
        <w:tblStyle w:val="Tabela-Siatka"/>
        <w:tblW w:w="0" w:type="auto"/>
        <w:tblInd w:w="137" w:type="dxa"/>
        <w:tblLayout w:type="fixed"/>
        <w:tblLook w:val="04A0" w:firstRow="1" w:lastRow="0" w:firstColumn="1" w:lastColumn="0" w:noHBand="0" w:noVBand="1"/>
      </w:tblPr>
      <w:tblGrid>
        <w:gridCol w:w="567"/>
        <w:gridCol w:w="851"/>
        <w:gridCol w:w="5670"/>
        <w:gridCol w:w="1842"/>
        <w:gridCol w:w="716"/>
      </w:tblGrid>
      <w:tr w:rsidR="007C127F" w:rsidRPr="00310BBF" w14:paraId="434FC07A" w14:textId="77777777">
        <w:trPr>
          <w:trHeight w:val="300"/>
        </w:trPr>
        <w:tc>
          <w:tcPr>
            <w:tcW w:w="567" w:type="dxa"/>
            <w:shd w:val="clear" w:color="auto" w:fill="808080" w:themeFill="background1" w:themeFillShade="80"/>
          </w:tcPr>
          <w:p w14:paraId="060BCA9C" w14:textId="77777777" w:rsidR="007C127F" w:rsidRPr="00C44FD2" w:rsidRDefault="007C127F">
            <w:pPr>
              <w:jc w:val="center"/>
              <w:rPr>
                <w:rFonts w:ascii="Roboto Condensed" w:hAnsi="Roboto Condensed"/>
                <w:b/>
                <w:bCs/>
                <w:sz w:val="20"/>
                <w:szCs w:val="20"/>
              </w:rPr>
            </w:pPr>
            <w:r w:rsidRPr="00C44FD2">
              <w:rPr>
                <w:rFonts w:ascii="Roboto Condensed" w:hAnsi="Roboto Condensed"/>
                <w:b/>
                <w:bCs/>
                <w:sz w:val="20"/>
                <w:szCs w:val="20"/>
              </w:rPr>
              <w:t>rok</w:t>
            </w:r>
          </w:p>
        </w:tc>
        <w:tc>
          <w:tcPr>
            <w:tcW w:w="851" w:type="dxa"/>
            <w:shd w:val="clear" w:color="auto" w:fill="808080" w:themeFill="background1" w:themeFillShade="80"/>
            <w:noWrap/>
            <w:hideMark/>
          </w:tcPr>
          <w:p w14:paraId="0D686E35" w14:textId="77777777" w:rsidR="007C127F" w:rsidRPr="00C44FD2" w:rsidRDefault="007C127F">
            <w:pPr>
              <w:ind w:left="-57" w:right="-57"/>
              <w:rPr>
                <w:rFonts w:ascii="Roboto Condensed" w:hAnsi="Roboto Condensed"/>
                <w:b/>
                <w:bCs/>
                <w:sz w:val="20"/>
                <w:szCs w:val="20"/>
              </w:rPr>
            </w:pPr>
            <w:r w:rsidRPr="00C44FD2">
              <w:rPr>
                <w:rFonts w:ascii="Roboto Condensed" w:hAnsi="Roboto Condensed"/>
                <w:b/>
                <w:bCs/>
                <w:sz w:val="20"/>
                <w:szCs w:val="20"/>
              </w:rPr>
              <w:t>zmienna</w:t>
            </w:r>
          </w:p>
        </w:tc>
        <w:tc>
          <w:tcPr>
            <w:tcW w:w="5670" w:type="dxa"/>
            <w:shd w:val="clear" w:color="auto" w:fill="808080" w:themeFill="background1" w:themeFillShade="80"/>
            <w:noWrap/>
            <w:hideMark/>
          </w:tcPr>
          <w:p w14:paraId="7A58AF2F" w14:textId="77777777" w:rsidR="007C127F" w:rsidRPr="00C44FD2" w:rsidRDefault="007C127F">
            <w:pPr>
              <w:rPr>
                <w:rFonts w:ascii="Roboto Condensed" w:hAnsi="Roboto Condensed"/>
                <w:b/>
                <w:bCs/>
                <w:sz w:val="20"/>
                <w:szCs w:val="20"/>
              </w:rPr>
            </w:pPr>
            <w:r w:rsidRPr="00C44FD2">
              <w:rPr>
                <w:rFonts w:ascii="Roboto Condensed" w:hAnsi="Roboto Condensed"/>
                <w:b/>
                <w:bCs/>
                <w:sz w:val="20"/>
                <w:szCs w:val="20"/>
              </w:rPr>
              <w:t>opis</w:t>
            </w:r>
          </w:p>
        </w:tc>
        <w:tc>
          <w:tcPr>
            <w:tcW w:w="1842" w:type="dxa"/>
            <w:shd w:val="clear" w:color="auto" w:fill="808080" w:themeFill="background1" w:themeFillShade="80"/>
            <w:noWrap/>
            <w:hideMark/>
          </w:tcPr>
          <w:p w14:paraId="3745864D" w14:textId="77777777" w:rsidR="007C127F" w:rsidRPr="00C44FD2" w:rsidRDefault="007C127F">
            <w:pPr>
              <w:jc w:val="center"/>
              <w:rPr>
                <w:rFonts w:ascii="Roboto Condensed" w:hAnsi="Roboto Condensed"/>
                <w:b/>
                <w:bCs/>
                <w:sz w:val="20"/>
                <w:szCs w:val="20"/>
              </w:rPr>
            </w:pPr>
            <w:r w:rsidRPr="00C44FD2">
              <w:rPr>
                <w:rFonts w:ascii="Roboto Condensed" w:hAnsi="Roboto Condensed"/>
                <w:b/>
                <w:bCs/>
                <w:sz w:val="20"/>
                <w:szCs w:val="20"/>
              </w:rPr>
              <w:t>wynik</w:t>
            </w:r>
          </w:p>
        </w:tc>
        <w:tc>
          <w:tcPr>
            <w:tcW w:w="716" w:type="dxa"/>
            <w:shd w:val="clear" w:color="auto" w:fill="808080" w:themeFill="background1" w:themeFillShade="80"/>
            <w:noWrap/>
            <w:hideMark/>
          </w:tcPr>
          <w:p w14:paraId="013E04EE" w14:textId="77777777" w:rsidR="007C127F" w:rsidRPr="00C44FD2" w:rsidRDefault="007C127F">
            <w:pPr>
              <w:ind w:left="-57" w:right="-57"/>
              <w:jc w:val="center"/>
              <w:rPr>
                <w:rFonts w:ascii="Roboto Condensed" w:hAnsi="Roboto Condensed"/>
                <w:b/>
                <w:bCs/>
                <w:sz w:val="20"/>
                <w:szCs w:val="20"/>
              </w:rPr>
            </w:pPr>
            <w:proofErr w:type="spellStart"/>
            <w:r w:rsidRPr="00C44FD2">
              <w:rPr>
                <w:rFonts w:ascii="Roboto Condensed" w:hAnsi="Roboto Condensed"/>
                <w:b/>
                <w:bCs/>
                <w:sz w:val="20"/>
                <w:szCs w:val="20"/>
              </w:rPr>
              <w:t>j.m</w:t>
            </w:r>
            <w:proofErr w:type="spellEnd"/>
          </w:p>
        </w:tc>
      </w:tr>
      <w:tr w:rsidR="007C127F" w:rsidRPr="00310BBF" w14:paraId="5B1F5C26" w14:textId="77777777">
        <w:trPr>
          <w:trHeight w:val="184"/>
        </w:trPr>
        <w:tc>
          <w:tcPr>
            <w:tcW w:w="567" w:type="dxa"/>
          </w:tcPr>
          <w:p w14:paraId="6597F3FE" w14:textId="52B2E52A" w:rsidR="007C127F" w:rsidRPr="00310BBF" w:rsidRDefault="007C127F">
            <w:pPr>
              <w:ind w:left="-57" w:right="-57"/>
              <w:jc w:val="center"/>
              <w:rPr>
                <w:rFonts w:ascii="Roboto Condensed" w:hAnsi="Roboto Condensed"/>
                <w:b/>
                <w:bCs/>
                <w:sz w:val="20"/>
                <w:szCs w:val="20"/>
              </w:rPr>
            </w:pPr>
            <w:r w:rsidRPr="00310BBF">
              <w:rPr>
                <w:rFonts w:ascii="Roboto Condensed" w:hAnsi="Roboto Condensed"/>
                <w:b/>
                <w:bCs/>
                <w:sz w:val="20"/>
                <w:szCs w:val="20"/>
              </w:rPr>
              <w:t>202</w:t>
            </w:r>
            <w:r w:rsidR="00850499">
              <w:rPr>
                <w:rFonts w:ascii="Roboto Condensed" w:hAnsi="Roboto Condensed"/>
                <w:b/>
                <w:bCs/>
                <w:sz w:val="20"/>
                <w:szCs w:val="20"/>
              </w:rPr>
              <w:t>4</w:t>
            </w:r>
          </w:p>
        </w:tc>
        <w:tc>
          <w:tcPr>
            <w:tcW w:w="851" w:type="dxa"/>
            <w:noWrap/>
            <w:hideMark/>
          </w:tcPr>
          <w:p w14:paraId="11783D41" w14:textId="77777777" w:rsidR="007C127F" w:rsidRPr="00310BBF" w:rsidRDefault="007C127F">
            <w:pPr>
              <w:ind w:left="-57" w:right="-57"/>
              <w:rPr>
                <w:rFonts w:ascii="Roboto Condensed" w:hAnsi="Roboto Condensed"/>
                <w:b/>
                <w:bCs/>
                <w:sz w:val="20"/>
                <w:szCs w:val="20"/>
              </w:rPr>
            </w:pPr>
            <w:r w:rsidRPr="00310BBF">
              <w:rPr>
                <w:rFonts w:ascii="Roboto Condensed" w:hAnsi="Roboto Condensed"/>
                <w:b/>
                <w:bCs/>
                <w:sz w:val="20"/>
                <w:szCs w:val="20"/>
              </w:rPr>
              <w:t> </w:t>
            </w:r>
          </w:p>
        </w:tc>
        <w:tc>
          <w:tcPr>
            <w:tcW w:w="5670" w:type="dxa"/>
            <w:hideMark/>
          </w:tcPr>
          <w:p w14:paraId="4CD2A241" w14:textId="77777777" w:rsidR="007C127F" w:rsidRPr="00310BBF" w:rsidRDefault="007C127F">
            <w:pPr>
              <w:ind w:left="-89"/>
              <w:rPr>
                <w:rFonts w:ascii="Roboto Condensed" w:hAnsi="Roboto Condensed"/>
                <w:sz w:val="20"/>
                <w:szCs w:val="20"/>
              </w:rPr>
            </w:pPr>
            <w:r w:rsidRPr="00310BBF">
              <w:rPr>
                <w:rFonts w:ascii="Roboto Condensed" w:hAnsi="Roboto Condensed"/>
                <w:sz w:val="20"/>
                <w:szCs w:val="20"/>
              </w:rPr>
              <w:t xml:space="preserve">Liczba mieszkańców </w:t>
            </w:r>
          </w:p>
        </w:tc>
        <w:tc>
          <w:tcPr>
            <w:tcW w:w="1842" w:type="dxa"/>
            <w:noWrap/>
            <w:hideMark/>
          </w:tcPr>
          <w:p w14:paraId="47A787EE" w14:textId="77777777" w:rsidR="007C127F" w:rsidRPr="00310BBF" w:rsidRDefault="007C127F">
            <w:pPr>
              <w:ind w:left="-57" w:right="-57"/>
              <w:rPr>
                <w:rFonts w:ascii="Roboto Condensed" w:hAnsi="Roboto Condensed"/>
                <w:sz w:val="20"/>
                <w:szCs w:val="20"/>
              </w:rPr>
            </w:pPr>
            <w:r w:rsidRPr="00310BBF">
              <w:rPr>
                <w:rFonts w:ascii="Roboto Condensed" w:hAnsi="Roboto Condensed"/>
                <w:sz w:val="20"/>
                <w:szCs w:val="20"/>
              </w:rPr>
              <w:t>5 419</w:t>
            </w:r>
          </w:p>
        </w:tc>
        <w:tc>
          <w:tcPr>
            <w:tcW w:w="716" w:type="dxa"/>
            <w:noWrap/>
            <w:hideMark/>
          </w:tcPr>
          <w:p w14:paraId="01169A05" w14:textId="77777777" w:rsidR="007C127F" w:rsidRPr="00310BBF" w:rsidRDefault="007C127F">
            <w:pPr>
              <w:ind w:left="-57" w:right="-57"/>
              <w:jc w:val="center"/>
              <w:rPr>
                <w:rFonts w:ascii="Roboto Condensed" w:hAnsi="Roboto Condensed"/>
                <w:sz w:val="20"/>
                <w:szCs w:val="20"/>
              </w:rPr>
            </w:pPr>
            <w:r w:rsidRPr="00310BBF">
              <w:rPr>
                <w:rFonts w:ascii="Roboto Condensed" w:hAnsi="Roboto Condensed"/>
                <w:sz w:val="20"/>
                <w:szCs w:val="20"/>
              </w:rPr>
              <w:t>osoby</w:t>
            </w:r>
          </w:p>
        </w:tc>
      </w:tr>
      <w:tr w:rsidR="007C127F" w:rsidRPr="00310BBF" w14:paraId="4665012F" w14:textId="77777777">
        <w:trPr>
          <w:trHeight w:val="75"/>
        </w:trPr>
        <w:tc>
          <w:tcPr>
            <w:tcW w:w="567" w:type="dxa"/>
          </w:tcPr>
          <w:p w14:paraId="5D1F0FB2" w14:textId="262C21B2" w:rsidR="007C127F" w:rsidRPr="00310BBF" w:rsidRDefault="007C127F">
            <w:pPr>
              <w:ind w:left="-57" w:right="-57"/>
              <w:jc w:val="center"/>
              <w:rPr>
                <w:rFonts w:ascii="Roboto Condensed" w:hAnsi="Roboto Condensed"/>
                <w:b/>
                <w:bCs/>
                <w:sz w:val="20"/>
                <w:szCs w:val="20"/>
              </w:rPr>
            </w:pPr>
            <w:r w:rsidRPr="00310BBF">
              <w:rPr>
                <w:rFonts w:ascii="Roboto Condensed" w:hAnsi="Roboto Condensed"/>
                <w:b/>
                <w:bCs/>
                <w:sz w:val="20"/>
                <w:szCs w:val="20"/>
              </w:rPr>
              <w:t>204</w:t>
            </w:r>
            <w:r w:rsidR="00850499">
              <w:rPr>
                <w:rFonts w:ascii="Roboto Condensed" w:hAnsi="Roboto Condensed"/>
                <w:b/>
                <w:bCs/>
                <w:sz w:val="20"/>
                <w:szCs w:val="20"/>
              </w:rPr>
              <w:t>4</w:t>
            </w:r>
          </w:p>
        </w:tc>
        <w:tc>
          <w:tcPr>
            <w:tcW w:w="851" w:type="dxa"/>
            <w:noWrap/>
            <w:hideMark/>
          </w:tcPr>
          <w:p w14:paraId="0BAA0891" w14:textId="77777777" w:rsidR="007C127F" w:rsidRPr="00310BBF" w:rsidRDefault="007C127F">
            <w:pPr>
              <w:ind w:left="-57" w:right="-57"/>
              <w:rPr>
                <w:rFonts w:ascii="Roboto Condensed" w:hAnsi="Roboto Condensed"/>
                <w:b/>
                <w:bCs/>
                <w:sz w:val="20"/>
                <w:szCs w:val="20"/>
              </w:rPr>
            </w:pPr>
            <w:r w:rsidRPr="00310BBF">
              <w:rPr>
                <w:rFonts w:ascii="Roboto Condensed" w:hAnsi="Roboto Condensed"/>
                <w:b/>
                <w:bCs/>
                <w:sz w:val="20"/>
                <w:szCs w:val="20"/>
              </w:rPr>
              <w:t> </w:t>
            </w:r>
          </w:p>
        </w:tc>
        <w:tc>
          <w:tcPr>
            <w:tcW w:w="5670" w:type="dxa"/>
            <w:hideMark/>
          </w:tcPr>
          <w:p w14:paraId="1517618B" w14:textId="77777777" w:rsidR="007C127F" w:rsidRPr="00310BBF" w:rsidRDefault="007C127F">
            <w:pPr>
              <w:ind w:left="-89"/>
              <w:rPr>
                <w:rFonts w:ascii="Roboto Condensed" w:hAnsi="Roboto Condensed"/>
                <w:sz w:val="20"/>
                <w:szCs w:val="20"/>
              </w:rPr>
            </w:pPr>
            <w:r w:rsidRPr="00310BBF">
              <w:rPr>
                <w:rFonts w:ascii="Roboto Condensed" w:hAnsi="Roboto Condensed"/>
                <w:sz w:val="20"/>
                <w:szCs w:val="20"/>
              </w:rPr>
              <w:t xml:space="preserve">Prognozowana liczba mieszkańców </w:t>
            </w:r>
          </w:p>
        </w:tc>
        <w:tc>
          <w:tcPr>
            <w:tcW w:w="1842" w:type="dxa"/>
            <w:noWrap/>
            <w:hideMark/>
          </w:tcPr>
          <w:p w14:paraId="3D05D42F" w14:textId="360EAD83" w:rsidR="007C127F" w:rsidRPr="00310BBF" w:rsidRDefault="007C127F">
            <w:pPr>
              <w:ind w:left="-57" w:right="-57"/>
              <w:rPr>
                <w:rFonts w:ascii="Roboto Condensed" w:hAnsi="Roboto Condensed"/>
                <w:sz w:val="20"/>
                <w:szCs w:val="20"/>
              </w:rPr>
            </w:pPr>
            <w:r w:rsidRPr="00310BBF">
              <w:rPr>
                <w:rFonts w:ascii="Roboto Condensed" w:hAnsi="Roboto Condensed"/>
                <w:sz w:val="20"/>
                <w:szCs w:val="20"/>
              </w:rPr>
              <w:t>5 0</w:t>
            </w:r>
            <w:r w:rsidR="00844C16">
              <w:rPr>
                <w:rFonts w:ascii="Roboto Condensed" w:hAnsi="Roboto Condensed"/>
                <w:sz w:val="20"/>
                <w:szCs w:val="20"/>
              </w:rPr>
              <w:t>64</w:t>
            </w:r>
          </w:p>
        </w:tc>
        <w:tc>
          <w:tcPr>
            <w:tcW w:w="716" w:type="dxa"/>
            <w:noWrap/>
            <w:hideMark/>
          </w:tcPr>
          <w:p w14:paraId="23A9DBE1" w14:textId="77777777" w:rsidR="007C127F" w:rsidRPr="00310BBF" w:rsidRDefault="007C127F">
            <w:pPr>
              <w:ind w:left="-57" w:right="-57"/>
              <w:jc w:val="center"/>
              <w:rPr>
                <w:rFonts w:ascii="Roboto Condensed" w:hAnsi="Roboto Condensed"/>
                <w:sz w:val="20"/>
                <w:szCs w:val="20"/>
              </w:rPr>
            </w:pPr>
            <w:r w:rsidRPr="00310BBF">
              <w:rPr>
                <w:rFonts w:ascii="Roboto Condensed" w:hAnsi="Roboto Condensed"/>
                <w:sz w:val="20"/>
                <w:szCs w:val="20"/>
              </w:rPr>
              <w:t>osoby</w:t>
            </w:r>
          </w:p>
        </w:tc>
      </w:tr>
      <w:tr w:rsidR="007C127F" w:rsidRPr="00310BBF" w14:paraId="0E5F5FE0" w14:textId="77777777">
        <w:trPr>
          <w:trHeight w:val="390"/>
        </w:trPr>
        <w:tc>
          <w:tcPr>
            <w:tcW w:w="567" w:type="dxa"/>
          </w:tcPr>
          <w:p w14:paraId="2BEB35A0" w14:textId="7D6F1690" w:rsidR="007C127F" w:rsidRPr="00310BBF" w:rsidRDefault="007C127F">
            <w:pPr>
              <w:ind w:left="-57" w:right="-57"/>
              <w:jc w:val="center"/>
              <w:rPr>
                <w:rFonts w:ascii="Roboto Condensed" w:hAnsi="Roboto Condensed"/>
                <w:b/>
                <w:bCs/>
                <w:sz w:val="20"/>
                <w:szCs w:val="20"/>
              </w:rPr>
            </w:pPr>
            <w:r w:rsidRPr="00310BBF">
              <w:rPr>
                <w:rFonts w:ascii="Roboto Condensed" w:hAnsi="Roboto Condensed"/>
                <w:b/>
                <w:bCs/>
                <w:sz w:val="20"/>
                <w:szCs w:val="20"/>
              </w:rPr>
              <w:t>204</w:t>
            </w:r>
            <w:r w:rsidR="00850499">
              <w:rPr>
                <w:rFonts w:ascii="Roboto Condensed" w:hAnsi="Roboto Condensed"/>
                <w:b/>
                <w:bCs/>
                <w:sz w:val="20"/>
                <w:szCs w:val="20"/>
              </w:rPr>
              <w:t>4</w:t>
            </w:r>
          </w:p>
        </w:tc>
        <w:tc>
          <w:tcPr>
            <w:tcW w:w="851" w:type="dxa"/>
            <w:noWrap/>
            <w:hideMark/>
          </w:tcPr>
          <w:p w14:paraId="797514E3" w14:textId="77777777" w:rsidR="007C127F" w:rsidRPr="00310BBF" w:rsidRDefault="007C127F">
            <w:pPr>
              <w:ind w:left="-57" w:right="-57"/>
              <w:rPr>
                <w:rFonts w:ascii="Roboto Condensed" w:hAnsi="Roboto Condensed"/>
                <w:b/>
                <w:bCs/>
                <w:sz w:val="20"/>
                <w:szCs w:val="20"/>
              </w:rPr>
            </w:pPr>
            <w:r w:rsidRPr="00310BBF">
              <w:rPr>
                <w:rFonts w:ascii="Roboto Condensed" w:hAnsi="Roboto Condensed"/>
                <w:b/>
                <w:bCs/>
                <w:sz w:val="20"/>
                <w:szCs w:val="20"/>
              </w:rPr>
              <w:t>M</w:t>
            </w:r>
            <w:r w:rsidRPr="00310BBF">
              <w:rPr>
                <w:rFonts w:ascii="Roboto Condensed" w:hAnsi="Roboto Condensed"/>
                <w:b/>
                <w:bCs/>
                <w:sz w:val="20"/>
                <w:szCs w:val="20"/>
                <w:vertAlign w:val="subscript"/>
              </w:rPr>
              <w:t>20</w:t>
            </w:r>
          </w:p>
        </w:tc>
        <w:tc>
          <w:tcPr>
            <w:tcW w:w="5670" w:type="dxa"/>
            <w:hideMark/>
          </w:tcPr>
          <w:p w14:paraId="1BAF3989" w14:textId="1EAC3137" w:rsidR="007C127F" w:rsidRPr="00310BBF" w:rsidRDefault="007C127F">
            <w:pPr>
              <w:ind w:left="-89"/>
              <w:rPr>
                <w:rFonts w:ascii="Roboto Condensed" w:hAnsi="Roboto Condensed"/>
                <w:sz w:val="20"/>
                <w:szCs w:val="20"/>
              </w:rPr>
            </w:pPr>
            <w:r w:rsidRPr="00310BBF">
              <w:rPr>
                <w:rFonts w:ascii="Roboto Condensed" w:hAnsi="Roboto Condensed"/>
                <w:sz w:val="20"/>
                <w:szCs w:val="20"/>
              </w:rPr>
              <w:t>Prognozowana liczba mieszkańców gminy w oparciu o dane udostępniane przez statystykę publiczną, powiększone o 5%</w:t>
            </w:r>
          </w:p>
        </w:tc>
        <w:tc>
          <w:tcPr>
            <w:tcW w:w="1842" w:type="dxa"/>
            <w:noWrap/>
            <w:hideMark/>
          </w:tcPr>
          <w:p w14:paraId="2C3EF3FE" w14:textId="124FC551" w:rsidR="007C127F" w:rsidRPr="00310BBF" w:rsidRDefault="007C127F">
            <w:pPr>
              <w:ind w:left="-57" w:right="-57"/>
              <w:rPr>
                <w:rFonts w:ascii="Roboto Condensed" w:hAnsi="Roboto Condensed"/>
                <w:b/>
                <w:bCs/>
                <w:sz w:val="20"/>
                <w:szCs w:val="20"/>
              </w:rPr>
            </w:pPr>
            <w:r w:rsidRPr="00310BBF">
              <w:rPr>
                <w:rFonts w:ascii="Roboto Condensed" w:hAnsi="Roboto Condensed"/>
                <w:sz w:val="20"/>
                <w:szCs w:val="20"/>
              </w:rPr>
              <w:t>5 0</w:t>
            </w:r>
            <w:r w:rsidR="00D04689">
              <w:rPr>
                <w:rFonts w:ascii="Roboto Condensed" w:hAnsi="Roboto Condensed"/>
                <w:sz w:val="20"/>
                <w:szCs w:val="20"/>
              </w:rPr>
              <w:t>64</w:t>
            </w:r>
            <w:r w:rsidRPr="00310BBF">
              <w:rPr>
                <w:rFonts w:ascii="Roboto Condensed" w:hAnsi="Roboto Condensed"/>
                <w:sz w:val="20"/>
                <w:szCs w:val="20"/>
              </w:rPr>
              <w:t>*1,05 =</w:t>
            </w:r>
            <w:r>
              <w:rPr>
                <w:rFonts w:ascii="Roboto Condensed" w:hAnsi="Roboto Condensed"/>
                <w:b/>
                <w:bCs/>
                <w:sz w:val="20"/>
                <w:szCs w:val="20"/>
              </w:rPr>
              <w:t xml:space="preserve"> </w:t>
            </w:r>
            <w:r w:rsidR="00E65954">
              <w:rPr>
                <w:rFonts w:ascii="Roboto Condensed" w:hAnsi="Roboto Condensed"/>
                <w:b/>
                <w:bCs/>
                <w:sz w:val="20"/>
                <w:szCs w:val="20"/>
              </w:rPr>
              <w:t>5</w:t>
            </w:r>
            <w:r w:rsidR="007C20EF">
              <w:rPr>
                <w:rFonts w:ascii="Roboto Condensed" w:hAnsi="Roboto Condensed"/>
                <w:b/>
                <w:bCs/>
                <w:sz w:val="20"/>
                <w:szCs w:val="20"/>
              </w:rPr>
              <w:t xml:space="preserve"> 317</w:t>
            </w:r>
          </w:p>
        </w:tc>
        <w:tc>
          <w:tcPr>
            <w:tcW w:w="716" w:type="dxa"/>
            <w:noWrap/>
            <w:hideMark/>
          </w:tcPr>
          <w:p w14:paraId="06232C19" w14:textId="77777777" w:rsidR="007C127F" w:rsidRPr="00310BBF" w:rsidRDefault="007C127F">
            <w:pPr>
              <w:ind w:left="-57" w:right="-57"/>
              <w:jc w:val="center"/>
              <w:rPr>
                <w:rFonts w:ascii="Roboto Condensed" w:hAnsi="Roboto Condensed"/>
                <w:sz w:val="20"/>
                <w:szCs w:val="20"/>
              </w:rPr>
            </w:pPr>
            <w:r w:rsidRPr="00310BBF">
              <w:rPr>
                <w:rFonts w:ascii="Roboto Condensed" w:hAnsi="Roboto Condensed"/>
                <w:sz w:val="20"/>
                <w:szCs w:val="20"/>
              </w:rPr>
              <w:t>osoby</w:t>
            </w:r>
          </w:p>
        </w:tc>
      </w:tr>
      <w:tr w:rsidR="007C127F" w:rsidRPr="00310BBF" w14:paraId="29958CAC" w14:textId="77777777">
        <w:trPr>
          <w:trHeight w:val="128"/>
        </w:trPr>
        <w:tc>
          <w:tcPr>
            <w:tcW w:w="567" w:type="dxa"/>
          </w:tcPr>
          <w:p w14:paraId="7BEDCEF7" w14:textId="04326BB4" w:rsidR="007C127F" w:rsidRPr="00310BBF" w:rsidRDefault="007C127F">
            <w:pPr>
              <w:ind w:left="-57" w:right="-57"/>
              <w:jc w:val="center"/>
              <w:rPr>
                <w:rFonts w:ascii="Roboto Condensed" w:hAnsi="Roboto Condensed"/>
                <w:b/>
                <w:bCs/>
                <w:sz w:val="20"/>
                <w:szCs w:val="20"/>
              </w:rPr>
            </w:pPr>
            <w:r w:rsidRPr="00310BBF">
              <w:rPr>
                <w:rFonts w:ascii="Roboto Condensed" w:hAnsi="Roboto Condensed"/>
                <w:b/>
                <w:bCs/>
                <w:sz w:val="20"/>
                <w:szCs w:val="20"/>
              </w:rPr>
              <w:t>202</w:t>
            </w:r>
            <w:r w:rsidR="00850499">
              <w:rPr>
                <w:rFonts w:ascii="Roboto Condensed" w:hAnsi="Roboto Condensed"/>
                <w:b/>
                <w:bCs/>
                <w:sz w:val="20"/>
                <w:szCs w:val="20"/>
              </w:rPr>
              <w:t>4</w:t>
            </w:r>
          </w:p>
        </w:tc>
        <w:tc>
          <w:tcPr>
            <w:tcW w:w="851" w:type="dxa"/>
            <w:noWrap/>
            <w:hideMark/>
          </w:tcPr>
          <w:p w14:paraId="6D29DB94" w14:textId="77777777" w:rsidR="007C127F" w:rsidRPr="00310BBF" w:rsidRDefault="007C127F">
            <w:pPr>
              <w:ind w:left="-57" w:right="-57"/>
              <w:rPr>
                <w:rFonts w:ascii="Roboto Condensed" w:hAnsi="Roboto Condensed"/>
                <w:b/>
                <w:bCs/>
                <w:sz w:val="20"/>
                <w:szCs w:val="20"/>
              </w:rPr>
            </w:pPr>
            <w:r w:rsidRPr="00310BBF">
              <w:rPr>
                <w:rFonts w:ascii="Roboto Condensed" w:hAnsi="Roboto Condensed"/>
                <w:b/>
                <w:bCs/>
                <w:sz w:val="20"/>
                <w:szCs w:val="20"/>
              </w:rPr>
              <w:t>PUM</w:t>
            </w:r>
            <w:r w:rsidRPr="00310BBF">
              <w:rPr>
                <w:rFonts w:ascii="Roboto Condensed" w:hAnsi="Roboto Condensed"/>
                <w:b/>
                <w:bCs/>
                <w:sz w:val="20"/>
                <w:szCs w:val="20"/>
                <w:vertAlign w:val="subscript"/>
              </w:rPr>
              <w:t>0</w:t>
            </w:r>
          </w:p>
        </w:tc>
        <w:tc>
          <w:tcPr>
            <w:tcW w:w="5670" w:type="dxa"/>
            <w:hideMark/>
          </w:tcPr>
          <w:p w14:paraId="79D9B4B9" w14:textId="77777777" w:rsidR="007C127F" w:rsidRPr="00310BBF" w:rsidRDefault="007C127F">
            <w:pPr>
              <w:ind w:left="-89"/>
              <w:rPr>
                <w:rFonts w:ascii="Roboto Condensed" w:hAnsi="Roboto Condensed"/>
                <w:sz w:val="20"/>
                <w:szCs w:val="20"/>
              </w:rPr>
            </w:pPr>
            <w:r w:rsidRPr="00310BBF">
              <w:rPr>
                <w:rFonts w:ascii="Roboto Condensed" w:hAnsi="Roboto Condensed"/>
                <w:sz w:val="20"/>
                <w:szCs w:val="20"/>
              </w:rPr>
              <w:t>Powierzchnia użytkowa wszystkich mieszkań w gminie</w:t>
            </w:r>
          </w:p>
        </w:tc>
        <w:tc>
          <w:tcPr>
            <w:tcW w:w="1842" w:type="dxa"/>
            <w:noWrap/>
            <w:hideMark/>
          </w:tcPr>
          <w:p w14:paraId="35166391" w14:textId="554E2E20" w:rsidR="007C127F" w:rsidRPr="00310BBF" w:rsidRDefault="0047786E" w:rsidP="008D74E2">
            <w:pPr>
              <w:ind w:left="-57" w:right="-57"/>
              <w:rPr>
                <w:rFonts w:ascii="Roboto Condensed" w:hAnsi="Roboto Condensed"/>
                <w:sz w:val="20"/>
                <w:szCs w:val="20"/>
              </w:rPr>
            </w:pPr>
            <w:r>
              <w:rPr>
                <w:rFonts w:ascii="Roboto Condensed" w:hAnsi="Roboto Condensed"/>
                <w:sz w:val="20"/>
                <w:szCs w:val="20"/>
              </w:rPr>
              <w:t>184 076</w:t>
            </w:r>
          </w:p>
        </w:tc>
        <w:tc>
          <w:tcPr>
            <w:tcW w:w="716" w:type="dxa"/>
            <w:noWrap/>
            <w:hideMark/>
          </w:tcPr>
          <w:p w14:paraId="36F67FE7" w14:textId="77777777" w:rsidR="007C127F" w:rsidRPr="00310BBF" w:rsidRDefault="007C127F">
            <w:pPr>
              <w:ind w:left="-57" w:right="-57"/>
              <w:jc w:val="center"/>
              <w:rPr>
                <w:rFonts w:ascii="Roboto Condensed" w:hAnsi="Roboto Condensed"/>
                <w:sz w:val="20"/>
                <w:szCs w:val="20"/>
              </w:rPr>
            </w:pPr>
            <w:r w:rsidRPr="00310BBF">
              <w:rPr>
                <w:rFonts w:ascii="Roboto Condensed" w:hAnsi="Roboto Condensed"/>
                <w:sz w:val="20"/>
                <w:szCs w:val="20"/>
              </w:rPr>
              <w:t>m2</w:t>
            </w:r>
          </w:p>
        </w:tc>
      </w:tr>
      <w:tr w:rsidR="007C127F" w:rsidRPr="00310BBF" w14:paraId="64B9A827" w14:textId="77777777">
        <w:trPr>
          <w:trHeight w:val="50"/>
        </w:trPr>
        <w:tc>
          <w:tcPr>
            <w:tcW w:w="567" w:type="dxa"/>
          </w:tcPr>
          <w:p w14:paraId="69426E76" w14:textId="365E2DB1" w:rsidR="007C127F" w:rsidRPr="00310BBF" w:rsidRDefault="007C127F">
            <w:pPr>
              <w:ind w:left="-57" w:right="-57"/>
              <w:jc w:val="center"/>
              <w:rPr>
                <w:rFonts w:ascii="Roboto Condensed" w:hAnsi="Roboto Condensed"/>
                <w:b/>
                <w:bCs/>
                <w:sz w:val="20"/>
                <w:szCs w:val="20"/>
              </w:rPr>
            </w:pPr>
            <w:r w:rsidRPr="00310BBF">
              <w:rPr>
                <w:rFonts w:ascii="Roboto Condensed" w:hAnsi="Roboto Condensed"/>
                <w:b/>
                <w:bCs/>
                <w:sz w:val="20"/>
                <w:szCs w:val="20"/>
              </w:rPr>
              <w:t>202</w:t>
            </w:r>
            <w:r w:rsidR="00850499">
              <w:rPr>
                <w:rFonts w:ascii="Roboto Condensed" w:hAnsi="Roboto Condensed"/>
                <w:b/>
                <w:bCs/>
                <w:sz w:val="20"/>
                <w:szCs w:val="20"/>
              </w:rPr>
              <w:t>4</w:t>
            </w:r>
          </w:p>
        </w:tc>
        <w:tc>
          <w:tcPr>
            <w:tcW w:w="851" w:type="dxa"/>
            <w:noWrap/>
            <w:hideMark/>
          </w:tcPr>
          <w:p w14:paraId="349485C0" w14:textId="77777777" w:rsidR="007C127F" w:rsidRPr="00310BBF" w:rsidRDefault="007C127F">
            <w:pPr>
              <w:ind w:left="-57" w:right="-57"/>
              <w:rPr>
                <w:rFonts w:ascii="Roboto Condensed" w:hAnsi="Roboto Condensed"/>
                <w:b/>
                <w:bCs/>
                <w:sz w:val="20"/>
                <w:szCs w:val="20"/>
              </w:rPr>
            </w:pPr>
            <w:r w:rsidRPr="00310BBF">
              <w:rPr>
                <w:rFonts w:ascii="Roboto Condensed" w:hAnsi="Roboto Condensed"/>
                <w:b/>
                <w:bCs/>
                <w:sz w:val="20"/>
                <w:szCs w:val="20"/>
              </w:rPr>
              <w:t>P</w:t>
            </w:r>
            <w:r w:rsidRPr="00310BBF">
              <w:rPr>
                <w:rFonts w:ascii="Roboto Condensed" w:hAnsi="Roboto Condensed"/>
                <w:b/>
                <w:bCs/>
                <w:sz w:val="20"/>
                <w:szCs w:val="20"/>
                <w:vertAlign w:val="subscript"/>
              </w:rPr>
              <w:t>0</w:t>
            </w:r>
          </w:p>
        </w:tc>
        <w:tc>
          <w:tcPr>
            <w:tcW w:w="5670" w:type="dxa"/>
            <w:hideMark/>
          </w:tcPr>
          <w:p w14:paraId="40DBEB45" w14:textId="77777777" w:rsidR="007C127F" w:rsidRPr="00310BBF" w:rsidRDefault="007C127F">
            <w:pPr>
              <w:ind w:left="-89"/>
              <w:rPr>
                <w:rFonts w:ascii="Roboto Condensed" w:hAnsi="Roboto Condensed"/>
                <w:sz w:val="20"/>
                <w:szCs w:val="20"/>
              </w:rPr>
            </w:pPr>
            <w:r w:rsidRPr="00310BBF">
              <w:rPr>
                <w:rFonts w:ascii="Roboto Condensed" w:hAnsi="Roboto Condensed"/>
                <w:sz w:val="20"/>
                <w:szCs w:val="20"/>
              </w:rPr>
              <w:t xml:space="preserve">Powierzchnia użytkowa mieszkań na 1 mieszkańca </w:t>
            </w:r>
          </w:p>
        </w:tc>
        <w:tc>
          <w:tcPr>
            <w:tcW w:w="1842" w:type="dxa"/>
            <w:noWrap/>
            <w:hideMark/>
          </w:tcPr>
          <w:p w14:paraId="4FDD8BB5" w14:textId="1E9158F9" w:rsidR="007C127F" w:rsidRPr="00310BBF" w:rsidRDefault="007C127F">
            <w:pPr>
              <w:ind w:left="-57" w:right="-57"/>
              <w:rPr>
                <w:rFonts w:ascii="Roboto Condensed" w:hAnsi="Roboto Condensed"/>
                <w:sz w:val="20"/>
                <w:szCs w:val="20"/>
              </w:rPr>
            </w:pPr>
            <w:r>
              <w:rPr>
                <w:rFonts w:ascii="Roboto Condensed" w:hAnsi="Roboto Condensed"/>
                <w:sz w:val="20"/>
                <w:szCs w:val="20"/>
              </w:rPr>
              <w:t>3</w:t>
            </w:r>
            <w:r w:rsidR="003E12A0">
              <w:rPr>
                <w:rFonts w:ascii="Roboto Condensed" w:hAnsi="Roboto Condensed"/>
                <w:sz w:val="20"/>
                <w:szCs w:val="20"/>
              </w:rPr>
              <w:t>4,0</w:t>
            </w:r>
          </w:p>
        </w:tc>
        <w:tc>
          <w:tcPr>
            <w:tcW w:w="716" w:type="dxa"/>
            <w:noWrap/>
            <w:hideMark/>
          </w:tcPr>
          <w:p w14:paraId="01459033" w14:textId="77777777" w:rsidR="007C127F" w:rsidRPr="00310BBF" w:rsidRDefault="007C127F">
            <w:pPr>
              <w:ind w:left="-57" w:right="-57"/>
              <w:jc w:val="center"/>
              <w:rPr>
                <w:rFonts w:ascii="Roboto Condensed" w:hAnsi="Roboto Condensed"/>
                <w:sz w:val="20"/>
                <w:szCs w:val="20"/>
              </w:rPr>
            </w:pPr>
            <w:r w:rsidRPr="00310BBF">
              <w:rPr>
                <w:rFonts w:ascii="Roboto Condensed" w:hAnsi="Roboto Condensed"/>
                <w:sz w:val="20"/>
                <w:szCs w:val="20"/>
              </w:rPr>
              <w:t>m2</w:t>
            </w:r>
          </w:p>
        </w:tc>
      </w:tr>
      <w:tr w:rsidR="007C127F" w:rsidRPr="00310BBF" w14:paraId="5B44781B" w14:textId="77777777">
        <w:trPr>
          <w:trHeight w:val="632"/>
        </w:trPr>
        <w:tc>
          <w:tcPr>
            <w:tcW w:w="567" w:type="dxa"/>
          </w:tcPr>
          <w:p w14:paraId="4174BFC7" w14:textId="18C7E2E7" w:rsidR="007C127F" w:rsidRPr="00310BBF" w:rsidRDefault="007C127F">
            <w:pPr>
              <w:ind w:left="-57" w:right="-57"/>
              <w:jc w:val="center"/>
              <w:rPr>
                <w:rFonts w:ascii="Roboto Condensed" w:hAnsi="Roboto Condensed"/>
                <w:b/>
                <w:bCs/>
                <w:sz w:val="20"/>
                <w:szCs w:val="20"/>
              </w:rPr>
            </w:pPr>
            <w:r w:rsidRPr="00310BBF">
              <w:rPr>
                <w:rFonts w:ascii="Roboto Condensed" w:hAnsi="Roboto Condensed"/>
                <w:b/>
                <w:bCs/>
                <w:sz w:val="20"/>
                <w:szCs w:val="20"/>
              </w:rPr>
              <w:t>201</w:t>
            </w:r>
            <w:r w:rsidR="00850499">
              <w:rPr>
                <w:rFonts w:ascii="Roboto Condensed" w:hAnsi="Roboto Condensed"/>
                <w:b/>
                <w:bCs/>
                <w:sz w:val="20"/>
                <w:szCs w:val="20"/>
              </w:rPr>
              <w:t>4</w:t>
            </w:r>
          </w:p>
        </w:tc>
        <w:tc>
          <w:tcPr>
            <w:tcW w:w="851" w:type="dxa"/>
            <w:noWrap/>
            <w:hideMark/>
          </w:tcPr>
          <w:p w14:paraId="36EE11E8" w14:textId="77777777" w:rsidR="007C127F" w:rsidRPr="00310BBF" w:rsidRDefault="007C127F">
            <w:pPr>
              <w:ind w:left="-57" w:right="-57"/>
              <w:rPr>
                <w:rFonts w:ascii="Roboto Condensed" w:hAnsi="Roboto Condensed"/>
                <w:b/>
                <w:bCs/>
                <w:sz w:val="20"/>
                <w:szCs w:val="20"/>
              </w:rPr>
            </w:pPr>
            <w:r w:rsidRPr="00310BBF">
              <w:rPr>
                <w:rFonts w:ascii="Roboto Condensed" w:hAnsi="Roboto Condensed"/>
                <w:b/>
                <w:bCs/>
                <w:sz w:val="20"/>
                <w:szCs w:val="20"/>
              </w:rPr>
              <w:t>P</w:t>
            </w:r>
            <w:r w:rsidRPr="00310BBF">
              <w:rPr>
                <w:rFonts w:ascii="Roboto Condensed" w:hAnsi="Roboto Condensed"/>
                <w:b/>
                <w:bCs/>
                <w:sz w:val="20"/>
                <w:szCs w:val="20"/>
                <w:vertAlign w:val="subscript"/>
              </w:rPr>
              <w:t>-10</w:t>
            </w:r>
          </w:p>
        </w:tc>
        <w:tc>
          <w:tcPr>
            <w:tcW w:w="5670" w:type="dxa"/>
            <w:hideMark/>
          </w:tcPr>
          <w:p w14:paraId="6631B83D" w14:textId="77777777" w:rsidR="007C127F" w:rsidRPr="00310BBF" w:rsidRDefault="007C127F">
            <w:pPr>
              <w:ind w:left="-89"/>
              <w:rPr>
                <w:rFonts w:ascii="Roboto Condensed" w:hAnsi="Roboto Condensed"/>
                <w:sz w:val="20"/>
                <w:szCs w:val="20"/>
              </w:rPr>
            </w:pPr>
            <w:r w:rsidRPr="00310BBF">
              <w:rPr>
                <w:rFonts w:ascii="Roboto Condensed" w:hAnsi="Roboto Condensed"/>
                <w:sz w:val="20"/>
                <w:szCs w:val="20"/>
              </w:rPr>
              <w:t>Powierzchnia użytkowa mieszkań w gminie na jednego mieszkańca zgodną z danymi udostępnianymi przez statystykę publiczną, według stanu na 10 lat przed rokiem, z którego pochodzą najnowsze dane</w:t>
            </w:r>
          </w:p>
        </w:tc>
        <w:tc>
          <w:tcPr>
            <w:tcW w:w="1842" w:type="dxa"/>
            <w:noWrap/>
            <w:hideMark/>
          </w:tcPr>
          <w:p w14:paraId="1C75D687" w14:textId="0E8A1B6F" w:rsidR="007C127F" w:rsidRPr="00310BBF" w:rsidRDefault="007C127F">
            <w:pPr>
              <w:ind w:left="-57" w:right="-57"/>
              <w:rPr>
                <w:rFonts w:ascii="Roboto Condensed" w:hAnsi="Roboto Condensed"/>
                <w:sz w:val="20"/>
                <w:szCs w:val="20"/>
              </w:rPr>
            </w:pPr>
            <w:r>
              <w:rPr>
                <w:rFonts w:ascii="Roboto Condensed" w:hAnsi="Roboto Condensed"/>
                <w:sz w:val="20"/>
                <w:szCs w:val="20"/>
              </w:rPr>
              <w:t>29,</w:t>
            </w:r>
            <w:r w:rsidR="003979FA">
              <w:rPr>
                <w:rFonts w:ascii="Roboto Condensed" w:hAnsi="Roboto Condensed"/>
                <w:sz w:val="20"/>
                <w:szCs w:val="20"/>
              </w:rPr>
              <w:t>3</w:t>
            </w:r>
          </w:p>
        </w:tc>
        <w:tc>
          <w:tcPr>
            <w:tcW w:w="716" w:type="dxa"/>
            <w:noWrap/>
            <w:hideMark/>
          </w:tcPr>
          <w:p w14:paraId="6FB3AEC4" w14:textId="77777777" w:rsidR="007C127F" w:rsidRPr="00310BBF" w:rsidRDefault="007C127F">
            <w:pPr>
              <w:ind w:left="-57" w:right="-57"/>
              <w:jc w:val="center"/>
              <w:rPr>
                <w:rFonts w:ascii="Roboto Condensed" w:hAnsi="Roboto Condensed"/>
                <w:sz w:val="20"/>
                <w:szCs w:val="20"/>
              </w:rPr>
            </w:pPr>
            <w:r w:rsidRPr="00310BBF">
              <w:rPr>
                <w:rFonts w:ascii="Roboto Condensed" w:hAnsi="Roboto Condensed"/>
                <w:sz w:val="20"/>
                <w:szCs w:val="20"/>
              </w:rPr>
              <w:t>m2</w:t>
            </w:r>
          </w:p>
        </w:tc>
      </w:tr>
      <w:tr w:rsidR="007C127F" w:rsidRPr="00310BBF" w14:paraId="57D9436A" w14:textId="77777777">
        <w:trPr>
          <w:trHeight w:val="453"/>
        </w:trPr>
        <w:tc>
          <w:tcPr>
            <w:tcW w:w="567" w:type="dxa"/>
          </w:tcPr>
          <w:p w14:paraId="6CC09B04" w14:textId="275BE503" w:rsidR="007C127F" w:rsidRPr="00310BBF" w:rsidRDefault="007C127F">
            <w:pPr>
              <w:ind w:left="-57" w:right="-57"/>
              <w:jc w:val="center"/>
              <w:rPr>
                <w:rFonts w:ascii="Roboto Condensed" w:hAnsi="Roboto Condensed"/>
                <w:b/>
                <w:bCs/>
                <w:sz w:val="20"/>
                <w:szCs w:val="20"/>
              </w:rPr>
            </w:pPr>
            <w:r w:rsidRPr="00310BBF">
              <w:rPr>
                <w:rFonts w:ascii="Roboto Condensed" w:hAnsi="Roboto Condensed"/>
                <w:b/>
                <w:bCs/>
                <w:sz w:val="20"/>
                <w:szCs w:val="20"/>
              </w:rPr>
              <w:t>200</w:t>
            </w:r>
            <w:r w:rsidR="00850499">
              <w:rPr>
                <w:rFonts w:ascii="Roboto Condensed" w:hAnsi="Roboto Condensed"/>
                <w:b/>
                <w:bCs/>
                <w:sz w:val="20"/>
                <w:szCs w:val="20"/>
              </w:rPr>
              <w:t>4</w:t>
            </w:r>
          </w:p>
        </w:tc>
        <w:tc>
          <w:tcPr>
            <w:tcW w:w="851" w:type="dxa"/>
            <w:noWrap/>
            <w:hideMark/>
          </w:tcPr>
          <w:p w14:paraId="3407E848" w14:textId="77777777" w:rsidR="007C127F" w:rsidRPr="00310BBF" w:rsidRDefault="007C127F">
            <w:pPr>
              <w:ind w:left="-57" w:right="-57"/>
              <w:rPr>
                <w:rFonts w:ascii="Roboto Condensed" w:hAnsi="Roboto Condensed"/>
                <w:b/>
                <w:bCs/>
                <w:sz w:val="20"/>
                <w:szCs w:val="20"/>
              </w:rPr>
            </w:pPr>
            <w:r w:rsidRPr="00310BBF">
              <w:rPr>
                <w:rFonts w:ascii="Roboto Condensed" w:hAnsi="Roboto Condensed"/>
                <w:b/>
                <w:bCs/>
                <w:sz w:val="20"/>
                <w:szCs w:val="20"/>
              </w:rPr>
              <w:t>P</w:t>
            </w:r>
            <w:r w:rsidRPr="00310BBF">
              <w:rPr>
                <w:rFonts w:ascii="Roboto Condensed" w:hAnsi="Roboto Condensed"/>
                <w:b/>
                <w:bCs/>
                <w:sz w:val="20"/>
                <w:szCs w:val="20"/>
                <w:vertAlign w:val="subscript"/>
              </w:rPr>
              <w:t>-20</w:t>
            </w:r>
          </w:p>
        </w:tc>
        <w:tc>
          <w:tcPr>
            <w:tcW w:w="5670" w:type="dxa"/>
            <w:hideMark/>
          </w:tcPr>
          <w:p w14:paraId="2E66E780" w14:textId="77777777" w:rsidR="007C127F" w:rsidRPr="00310BBF" w:rsidRDefault="007C127F">
            <w:pPr>
              <w:ind w:left="-89"/>
              <w:rPr>
                <w:rFonts w:ascii="Roboto Condensed" w:hAnsi="Roboto Condensed"/>
                <w:sz w:val="20"/>
                <w:szCs w:val="20"/>
              </w:rPr>
            </w:pPr>
            <w:r w:rsidRPr="00310BBF">
              <w:rPr>
                <w:rFonts w:ascii="Roboto Condensed" w:hAnsi="Roboto Condensed"/>
                <w:sz w:val="20"/>
                <w:szCs w:val="20"/>
              </w:rPr>
              <w:t xml:space="preserve">Powierzchnia użytkowa mieszkań w gminie na jednego mieszkańca zgodną z danymi udostępnianymi przez statystykę publiczną, według stanu na 20 lat przed rokiem, z którego pochodzą najnowsze dane </w:t>
            </w:r>
          </w:p>
        </w:tc>
        <w:tc>
          <w:tcPr>
            <w:tcW w:w="1842" w:type="dxa"/>
            <w:noWrap/>
            <w:hideMark/>
          </w:tcPr>
          <w:p w14:paraId="3CCBEF12" w14:textId="0EC37DF1" w:rsidR="007C127F" w:rsidRPr="00310BBF" w:rsidRDefault="003E12A0">
            <w:pPr>
              <w:ind w:left="-57" w:right="-57"/>
              <w:rPr>
                <w:rFonts w:ascii="Roboto Condensed" w:hAnsi="Roboto Condensed"/>
                <w:sz w:val="20"/>
                <w:szCs w:val="20"/>
              </w:rPr>
            </w:pPr>
            <w:r>
              <w:rPr>
                <w:rFonts w:ascii="Roboto Condensed" w:hAnsi="Roboto Condensed"/>
                <w:sz w:val="20"/>
                <w:szCs w:val="20"/>
              </w:rPr>
              <w:t>24,2</w:t>
            </w:r>
          </w:p>
        </w:tc>
        <w:tc>
          <w:tcPr>
            <w:tcW w:w="716" w:type="dxa"/>
            <w:noWrap/>
            <w:hideMark/>
          </w:tcPr>
          <w:p w14:paraId="769F49A5" w14:textId="77777777" w:rsidR="007C127F" w:rsidRPr="00310BBF" w:rsidRDefault="007C127F">
            <w:pPr>
              <w:ind w:left="-57" w:right="-57"/>
              <w:jc w:val="center"/>
              <w:rPr>
                <w:rFonts w:ascii="Roboto Condensed" w:hAnsi="Roboto Condensed"/>
                <w:sz w:val="20"/>
                <w:szCs w:val="20"/>
              </w:rPr>
            </w:pPr>
            <w:r w:rsidRPr="00310BBF">
              <w:rPr>
                <w:rFonts w:ascii="Roboto Condensed" w:hAnsi="Roboto Condensed"/>
                <w:sz w:val="20"/>
                <w:szCs w:val="20"/>
              </w:rPr>
              <w:t>m2</w:t>
            </w:r>
          </w:p>
        </w:tc>
      </w:tr>
    </w:tbl>
    <w:p w14:paraId="27D4799D" w14:textId="77777777" w:rsidR="007F3A2A" w:rsidRDefault="007F3A2A" w:rsidP="00C44FD2">
      <w:pPr>
        <w:spacing w:before="120"/>
        <w:ind w:left="142"/>
        <w:rPr>
          <w:rFonts w:ascii="Roboto Condensed" w:hAnsi="Roboto Condensed"/>
          <w:sz w:val="20"/>
          <w:szCs w:val="20"/>
        </w:rPr>
      </w:pPr>
    </w:p>
    <w:p w14:paraId="19BF4523" w14:textId="77777777" w:rsidR="00840DB4" w:rsidRDefault="00840DB4" w:rsidP="00C44FD2">
      <w:pPr>
        <w:spacing w:before="120"/>
        <w:ind w:left="142"/>
        <w:rPr>
          <w:rFonts w:ascii="Roboto Condensed" w:hAnsi="Roboto Condensed"/>
          <w:sz w:val="20"/>
          <w:szCs w:val="20"/>
        </w:rPr>
      </w:pPr>
    </w:p>
    <w:p w14:paraId="02FC5C78" w14:textId="77777777" w:rsidR="00840DB4" w:rsidRDefault="00840DB4" w:rsidP="00C44FD2">
      <w:pPr>
        <w:spacing w:before="120"/>
        <w:ind w:left="142"/>
        <w:rPr>
          <w:rFonts w:ascii="Roboto Condensed" w:hAnsi="Roboto Condensed"/>
          <w:sz w:val="20"/>
          <w:szCs w:val="20"/>
        </w:rPr>
      </w:pPr>
    </w:p>
    <w:p w14:paraId="4D4849D8" w14:textId="77777777" w:rsidR="00840DB4" w:rsidRDefault="00840DB4" w:rsidP="00C44FD2">
      <w:pPr>
        <w:spacing w:before="120"/>
        <w:ind w:left="142"/>
        <w:rPr>
          <w:rFonts w:ascii="Roboto Condensed" w:hAnsi="Roboto Condensed"/>
          <w:sz w:val="20"/>
          <w:szCs w:val="20"/>
        </w:rPr>
      </w:pPr>
    </w:p>
    <w:p w14:paraId="12B157A5" w14:textId="77777777" w:rsidR="007C127F" w:rsidRPr="00310BBF" w:rsidRDefault="007C127F" w:rsidP="007C127F">
      <w:pPr>
        <w:ind w:left="142"/>
        <w:rPr>
          <w:rFonts w:ascii="Roboto Condensed" w:hAnsi="Roboto Condensed"/>
          <w:sz w:val="20"/>
          <w:szCs w:val="20"/>
        </w:rPr>
      </w:pPr>
      <w:r w:rsidRPr="00310BBF">
        <w:rPr>
          <w:rFonts w:ascii="Roboto Condensed" w:hAnsi="Roboto Condensed"/>
          <w:i/>
          <w:iCs/>
          <w:sz w:val="20"/>
        </w:rPr>
        <w:t xml:space="preserve">Tab. </w:t>
      </w:r>
      <w:r>
        <w:rPr>
          <w:rFonts w:ascii="Roboto Condensed" w:hAnsi="Roboto Condensed"/>
          <w:i/>
          <w:iCs/>
          <w:sz w:val="20"/>
        </w:rPr>
        <w:t>7</w:t>
      </w:r>
      <w:r w:rsidRPr="00310BBF">
        <w:rPr>
          <w:rFonts w:ascii="Roboto Condensed" w:hAnsi="Roboto Condensed"/>
          <w:i/>
          <w:iCs/>
          <w:sz w:val="20"/>
        </w:rPr>
        <w:t>. Obliczenia zapotrzebowania na nową zabudowę mieszkaniową w gminie</w:t>
      </w:r>
      <w:r>
        <w:rPr>
          <w:rFonts w:ascii="Roboto Condensed" w:hAnsi="Roboto Condensed"/>
          <w:i/>
          <w:iCs/>
          <w:sz w:val="20"/>
        </w:rPr>
        <w:t>.</w:t>
      </w:r>
    </w:p>
    <w:tbl>
      <w:tblPr>
        <w:tblStyle w:val="Tabela-Siatka"/>
        <w:tblW w:w="0" w:type="auto"/>
        <w:tblInd w:w="137" w:type="dxa"/>
        <w:tblLook w:val="04A0" w:firstRow="1" w:lastRow="0" w:firstColumn="1" w:lastColumn="0" w:noHBand="0" w:noVBand="1"/>
      </w:tblPr>
      <w:tblGrid>
        <w:gridCol w:w="2977"/>
        <w:gridCol w:w="3260"/>
        <w:gridCol w:w="2268"/>
        <w:gridCol w:w="992"/>
      </w:tblGrid>
      <w:tr w:rsidR="007C127F" w:rsidRPr="00310BBF" w14:paraId="6CE8A042" w14:textId="77777777">
        <w:trPr>
          <w:trHeight w:val="300"/>
        </w:trPr>
        <w:tc>
          <w:tcPr>
            <w:tcW w:w="2977" w:type="dxa"/>
            <w:shd w:val="clear" w:color="auto" w:fill="808080" w:themeFill="background1" w:themeFillShade="80"/>
            <w:noWrap/>
            <w:hideMark/>
          </w:tcPr>
          <w:p w14:paraId="387C0126" w14:textId="77777777" w:rsidR="007C127F" w:rsidRPr="00C44FD2" w:rsidRDefault="007C127F">
            <w:pPr>
              <w:ind w:left="142"/>
              <w:jc w:val="center"/>
              <w:rPr>
                <w:rFonts w:ascii="Roboto Condensed" w:hAnsi="Roboto Condensed"/>
                <w:b/>
                <w:bCs/>
                <w:sz w:val="20"/>
                <w:szCs w:val="20"/>
              </w:rPr>
            </w:pPr>
            <w:r w:rsidRPr="00C44FD2">
              <w:rPr>
                <w:rFonts w:ascii="Roboto Condensed" w:hAnsi="Roboto Condensed"/>
                <w:b/>
                <w:bCs/>
                <w:sz w:val="20"/>
                <w:szCs w:val="20"/>
              </w:rPr>
              <w:t>Formuła matematyczna</w:t>
            </w:r>
          </w:p>
        </w:tc>
        <w:tc>
          <w:tcPr>
            <w:tcW w:w="3260" w:type="dxa"/>
            <w:shd w:val="clear" w:color="auto" w:fill="808080" w:themeFill="background1" w:themeFillShade="80"/>
            <w:noWrap/>
            <w:hideMark/>
          </w:tcPr>
          <w:p w14:paraId="0844EF17" w14:textId="77777777" w:rsidR="007C127F" w:rsidRPr="00C44FD2" w:rsidRDefault="007C127F">
            <w:pPr>
              <w:ind w:left="142"/>
              <w:jc w:val="center"/>
              <w:rPr>
                <w:rFonts w:ascii="Roboto Condensed" w:hAnsi="Roboto Condensed"/>
                <w:b/>
                <w:bCs/>
                <w:sz w:val="20"/>
                <w:szCs w:val="20"/>
              </w:rPr>
            </w:pPr>
            <w:r w:rsidRPr="00C44FD2">
              <w:rPr>
                <w:rFonts w:ascii="Roboto Condensed" w:hAnsi="Roboto Condensed"/>
                <w:b/>
                <w:bCs/>
                <w:sz w:val="20"/>
                <w:szCs w:val="20"/>
              </w:rPr>
              <w:t>opis</w:t>
            </w:r>
          </w:p>
        </w:tc>
        <w:tc>
          <w:tcPr>
            <w:tcW w:w="2268" w:type="dxa"/>
            <w:shd w:val="clear" w:color="auto" w:fill="808080" w:themeFill="background1" w:themeFillShade="80"/>
            <w:noWrap/>
            <w:hideMark/>
          </w:tcPr>
          <w:p w14:paraId="5795087D" w14:textId="77777777" w:rsidR="007C127F" w:rsidRPr="00C44FD2" w:rsidRDefault="007C127F">
            <w:pPr>
              <w:ind w:left="142"/>
              <w:jc w:val="center"/>
              <w:rPr>
                <w:rFonts w:ascii="Roboto Condensed" w:hAnsi="Roboto Condensed"/>
                <w:b/>
                <w:bCs/>
                <w:sz w:val="20"/>
                <w:szCs w:val="20"/>
              </w:rPr>
            </w:pPr>
            <w:r w:rsidRPr="00C44FD2">
              <w:rPr>
                <w:rFonts w:ascii="Roboto Condensed" w:hAnsi="Roboto Condensed"/>
                <w:b/>
                <w:bCs/>
                <w:sz w:val="20"/>
                <w:szCs w:val="20"/>
              </w:rPr>
              <w:t>wynik</w:t>
            </w:r>
          </w:p>
        </w:tc>
        <w:tc>
          <w:tcPr>
            <w:tcW w:w="992" w:type="dxa"/>
            <w:shd w:val="clear" w:color="auto" w:fill="808080" w:themeFill="background1" w:themeFillShade="80"/>
            <w:noWrap/>
            <w:hideMark/>
          </w:tcPr>
          <w:p w14:paraId="0B739A06" w14:textId="77777777" w:rsidR="007C127F" w:rsidRPr="00C44FD2" w:rsidRDefault="007C127F">
            <w:pPr>
              <w:jc w:val="center"/>
              <w:rPr>
                <w:rFonts w:ascii="Roboto Condensed" w:hAnsi="Roboto Condensed"/>
                <w:b/>
                <w:bCs/>
                <w:sz w:val="20"/>
                <w:szCs w:val="20"/>
              </w:rPr>
            </w:pPr>
            <w:r w:rsidRPr="00C44FD2">
              <w:rPr>
                <w:rFonts w:ascii="Roboto Condensed" w:hAnsi="Roboto Condensed"/>
                <w:b/>
                <w:bCs/>
                <w:sz w:val="20"/>
                <w:szCs w:val="20"/>
              </w:rPr>
              <w:t>j.m.</w:t>
            </w:r>
          </w:p>
        </w:tc>
      </w:tr>
      <w:tr w:rsidR="007C127F" w:rsidRPr="00310BBF" w14:paraId="548ACF02" w14:textId="77777777">
        <w:trPr>
          <w:trHeight w:val="744"/>
        </w:trPr>
        <w:tc>
          <w:tcPr>
            <w:tcW w:w="2977" w:type="dxa"/>
            <w:noWrap/>
            <w:hideMark/>
          </w:tcPr>
          <w:p w14:paraId="3358FA24" w14:textId="77777777" w:rsidR="007C127F" w:rsidRPr="00310BBF" w:rsidRDefault="007C127F">
            <w:pPr>
              <w:ind w:left="-57" w:right="-57"/>
              <w:rPr>
                <w:rFonts w:ascii="Roboto Condensed" w:hAnsi="Roboto Condensed"/>
                <w:b/>
                <w:bCs/>
                <w:sz w:val="20"/>
                <w:szCs w:val="20"/>
              </w:rPr>
            </w:pPr>
            <w:r w:rsidRPr="00310BBF">
              <w:rPr>
                <w:rFonts w:ascii="Roboto Condensed" w:hAnsi="Roboto Condensed"/>
                <w:b/>
                <w:bCs/>
                <w:sz w:val="20"/>
                <w:szCs w:val="20"/>
              </w:rPr>
              <w:t>P</w:t>
            </w:r>
            <w:r w:rsidRPr="00310BBF">
              <w:rPr>
                <w:rFonts w:ascii="Roboto Condensed" w:hAnsi="Roboto Condensed"/>
                <w:b/>
                <w:bCs/>
                <w:sz w:val="20"/>
                <w:szCs w:val="20"/>
                <w:vertAlign w:val="subscript"/>
              </w:rPr>
              <w:t>20</w:t>
            </w:r>
            <w:r w:rsidRPr="00310BBF">
              <w:rPr>
                <w:rFonts w:ascii="Roboto Condensed" w:hAnsi="Roboto Condensed"/>
                <w:b/>
                <w:bCs/>
                <w:sz w:val="20"/>
                <w:szCs w:val="20"/>
              </w:rPr>
              <w:t>=3P</w:t>
            </w:r>
            <w:r w:rsidRPr="00310BBF">
              <w:rPr>
                <w:rFonts w:ascii="Roboto Condensed" w:hAnsi="Roboto Condensed"/>
                <w:b/>
                <w:bCs/>
                <w:sz w:val="20"/>
                <w:szCs w:val="20"/>
                <w:vertAlign w:val="subscript"/>
              </w:rPr>
              <w:t>0</w:t>
            </w:r>
            <w:r w:rsidRPr="00310BBF">
              <w:rPr>
                <w:rFonts w:ascii="Roboto Condensed" w:hAnsi="Roboto Condensed"/>
                <w:b/>
                <w:bCs/>
                <w:sz w:val="20"/>
                <w:szCs w:val="20"/>
              </w:rPr>
              <w:t>-2P</w:t>
            </w:r>
            <w:r w:rsidRPr="00310BBF">
              <w:rPr>
                <w:rFonts w:ascii="Roboto Condensed" w:hAnsi="Roboto Condensed"/>
                <w:b/>
                <w:bCs/>
                <w:sz w:val="20"/>
                <w:szCs w:val="20"/>
                <w:vertAlign w:val="subscript"/>
              </w:rPr>
              <w:t>-10</w:t>
            </w:r>
          </w:p>
        </w:tc>
        <w:tc>
          <w:tcPr>
            <w:tcW w:w="3260" w:type="dxa"/>
            <w:hideMark/>
          </w:tcPr>
          <w:p w14:paraId="7780FBC9" w14:textId="77777777" w:rsidR="007C127F" w:rsidRPr="00310BBF" w:rsidRDefault="007C127F">
            <w:pPr>
              <w:ind w:left="-57" w:right="-57"/>
              <w:rPr>
                <w:rFonts w:ascii="Roboto Condensed" w:hAnsi="Roboto Condensed"/>
                <w:sz w:val="20"/>
                <w:szCs w:val="20"/>
              </w:rPr>
            </w:pPr>
            <w:r w:rsidRPr="00310BBF">
              <w:rPr>
                <w:rFonts w:ascii="Roboto Condensed" w:hAnsi="Roboto Condensed"/>
                <w:sz w:val="20"/>
                <w:szCs w:val="20"/>
              </w:rPr>
              <w:t xml:space="preserve">Prognozowana powierzchnia użytkowa mieszkań w gminie na jednego mieszkańca z użyciem P-10  </w:t>
            </w:r>
          </w:p>
        </w:tc>
        <w:tc>
          <w:tcPr>
            <w:tcW w:w="2268" w:type="dxa"/>
            <w:noWrap/>
            <w:hideMark/>
          </w:tcPr>
          <w:p w14:paraId="2A483D84" w14:textId="08D897A0" w:rsidR="007C127F" w:rsidRPr="00310BBF" w:rsidRDefault="007C127F">
            <w:pPr>
              <w:ind w:left="-57" w:right="-57"/>
              <w:rPr>
                <w:rFonts w:ascii="Roboto Condensed" w:hAnsi="Roboto Condensed"/>
                <w:sz w:val="20"/>
                <w:szCs w:val="20"/>
              </w:rPr>
            </w:pPr>
            <w:r w:rsidRPr="00310BBF">
              <w:rPr>
                <w:rFonts w:ascii="Roboto Condensed" w:hAnsi="Roboto Condensed"/>
                <w:sz w:val="20"/>
                <w:szCs w:val="20"/>
              </w:rPr>
              <w:t>3*</w:t>
            </w:r>
            <w:r>
              <w:rPr>
                <w:rFonts w:ascii="Roboto Condensed" w:hAnsi="Roboto Condensed"/>
                <w:sz w:val="20"/>
                <w:szCs w:val="20"/>
              </w:rPr>
              <w:t>3</w:t>
            </w:r>
            <w:r w:rsidR="00A344FF">
              <w:rPr>
                <w:rFonts w:ascii="Roboto Condensed" w:hAnsi="Roboto Condensed"/>
                <w:sz w:val="20"/>
                <w:szCs w:val="20"/>
              </w:rPr>
              <w:t>4,0</w:t>
            </w:r>
            <w:r w:rsidRPr="00310BBF">
              <w:rPr>
                <w:rFonts w:ascii="Roboto Condensed" w:hAnsi="Roboto Condensed"/>
                <w:sz w:val="20"/>
                <w:szCs w:val="20"/>
              </w:rPr>
              <w:t xml:space="preserve"> - 2*</w:t>
            </w:r>
            <w:r>
              <w:rPr>
                <w:rFonts w:ascii="Roboto Condensed" w:hAnsi="Roboto Condensed"/>
                <w:sz w:val="20"/>
                <w:szCs w:val="20"/>
              </w:rPr>
              <w:t>29,</w:t>
            </w:r>
            <w:r w:rsidR="00A93CA8">
              <w:rPr>
                <w:rFonts w:ascii="Roboto Condensed" w:hAnsi="Roboto Condensed"/>
                <w:sz w:val="20"/>
                <w:szCs w:val="20"/>
              </w:rPr>
              <w:t>3</w:t>
            </w:r>
            <w:r w:rsidRPr="00310BBF">
              <w:rPr>
                <w:rFonts w:ascii="Roboto Condensed" w:hAnsi="Roboto Condensed"/>
                <w:sz w:val="20"/>
                <w:szCs w:val="20"/>
              </w:rPr>
              <w:t xml:space="preserve"> = </w:t>
            </w:r>
            <w:r>
              <w:rPr>
                <w:rFonts w:ascii="Roboto Condensed" w:hAnsi="Roboto Condensed"/>
                <w:b/>
                <w:bCs/>
                <w:sz w:val="20"/>
                <w:szCs w:val="20"/>
              </w:rPr>
              <w:t>4</w:t>
            </w:r>
            <w:r w:rsidR="0093784A">
              <w:rPr>
                <w:rFonts w:ascii="Roboto Condensed" w:hAnsi="Roboto Condensed"/>
                <w:b/>
                <w:bCs/>
                <w:sz w:val="20"/>
                <w:szCs w:val="20"/>
              </w:rPr>
              <w:t>3</w:t>
            </w:r>
            <w:r>
              <w:rPr>
                <w:rFonts w:ascii="Roboto Condensed" w:hAnsi="Roboto Condensed"/>
                <w:b/>
                <w:bCs/>
                <w:sz w:val="20"/>
                <w:szCs w:val="20"/>
              </w:rPr>
              <w:t>,</w:t>
            </w:r>
            <w:r w:rsidR="00711BF2">
              <w:rPr>
                <w:rFonts w:ascii="Roboto Condensed" w:hAnsi="Roboto Condensed"/>
                <w:b/>
                <w:bCs/>
                <w:sz w:val="20"/>
                <w:szCs w:val="20"/>
              </w:rPr>
              <w:t>4</w:t>
            </w:r>
          </w:p>
        </w:tc>
        <w:tc>
          <w:tcPr>
            <w:tcW w:w="992" w:type="dxa"/>
            <w:noWrap/>
            <w:hideMark/>
          </w:tcPr>
          <w:p w14:paraId="306CAF38" w14:textId="77777777" w:rsidR="007C127F" w:rsidRPr="00310BBF" w:rsidRDefault="007C127F">
            <w:pPr>
              <w:ind w:left="-57" w:right="-57"/>
              <w:jc w:val="center"/>
              <w:rPr>
                <w:rFonts w:ascii="Roboto Condensed" w:hAnsi="Roboto Condensed"/>
                <w:sz w:val="20"/>
                <w:szCs w:val="20"/>
              </w:rPr>
            </w:pPr>
            <w:r w:rsidRPr="00310BBF">
              <w:rPr>
                <w:rFonts w:ascii="Roboto Condensed" w:hAnsi="Roboto Condensed"/>
                <w:sz w:val="20"/>
                <w:szCs w:val="20"/>
              </w:rPr>
              <w:t>m2</w:t>
            </w:r>
          </w:p>
        </w:tc>
      </w:tr>
      <w:tr w:rsidR="007C127F" w:rsidRPr="00310BBF" w14:paraId="7CDA8D3A" w14:textId="77777777">
        <w:trPr>
          <w:trHeight w:val="556"/>
        </w:trPr>
        <w:tc>
          <w:tcPr>
            <w:tcW w:w="2977" w:type="dxa"/>
            <w:noWrap/>
            <w:hideMark/>
          </w:tcPr>
          <w:p w14:paraId="6C346D7E" w14:textId="77777777" w:rsidR="007C127F" w:rsidRPr="00310BBF" w:rsidRDefault="007C127F">
            <w:pPr>
              <w:ind w:left="-57" w:right="-57"/>
              <w:rPr>
                <w:rFonts w:ascii="Roboto Condensed" w:hAnsi="Roboto Condensed"/>
                <w:b/>
                <w:bCs/>
                <w:sz w:val="20"/>
                <w:szCs w:val="20"/>
              </w:rPr>
            </w:pPr>
            <w:r w:rsidRPr="00310BBF">
              <w:rPr>
                <w:rFonts w:ascii="Roboto Condensed" w:hAnsi="Roboto Condensed"/>
                <w:b/>
                <w:bCs/>
                <w:sz w:val="20"/>
                <w:szCs w:val="20"/>
              </w:rPr>
              <w:t>P</w:t>
            </w:r>
            <w:r w:rsidRPr="00310BBF">
              <w:rPr>
                <w:rFonts w:ascii="Roboto Condensed" w:hAnsi="Roboto Condensed"/>
                <w:b/>
                <w:bCs/>
                <w:sz w:val="20"/>
                <w:szCs w:val="20"/>
                <w:vertAlign w:val="subscript"/>
              </w:rPr>
              <w:t>20</w:t>
            </w:r>
            <w:r w:rsidRPr="00310BBF">
              <w:rPr>
                <w:rFonts w:ascii="Roboto Condensed" w:hAnsi="Roboto Condensed"/>
                <w:b/>
                <w:bCs/>
                <w:sz w:val="20"/>
                <w:szCs w:val="20"/>
              </w:rPr>
              <w:t>=2P</w:t>
            </w:r>
            <w:r w:rsidRPr="00310BBF">
              <w:rPr>
                <w:rFonts w:ascii="Roboto Condensed" w:hAnsi="Roboto Condensed"/>
                <w:b/>
                <w:bCs/>
                <w:sz w:val="20"/>
                <w:szCs w:val="20"/>
                <w:vertAlign w:val="subscript"/>
              </w:rPr>
              <w:t>0</w:t>
            </w:r>
            <w:r w:rsidRPr="00310BBF">
              <w:rPr>
                <w:rFonts w:ascii="Roboto Condensed" w:hAnsi="Roboto Condensed"/>
                <w:b/>
                <w:bCs/>
                <w:sz w:val="20"/>
                <w:szCs w:val="20"/>
              </w:rPr>
              <w:t>-P</w:t>
            </w:r>
            <w:r w:rsidRPr="00310BBF">
              <w:rPr>
                <w:rFonts w:ascii="Roboto Condensed" w:hAnsi="Roboto Condensed"/>
                <w:b/>
                <w:bCs/>
                <w:sz w:val="20"/>
                <w:szCs w:val="20"/>
                <w:vertAlign w:val="subscript"/>
              </w:rPr>
              <w:t>-20</w:t>
            </w:r>
          </w:p>
        </w:tc>
        <w:tc>
          <w:tcPr>
            <w:tcW w:w="3260" w:type="dxa"/>
            <w:hideMark/>
          </w:tcPr>
          <w:p w14:paraId="32597EF3" w14:textId="77777777" w:rsidR="007C127F" w:rsidRPr="00310BBF" w:rsidRDefault="007C127F">
            <w:pPr>
              <w:ind w:left="-57" w:right="-57"/>
              <w:rPr>
                <w:rFonts w:ascii="Roboto Condensed" w:hAnsi="Roboto Condensed"/>
                <w:sz w:val="20"/>
                <w:szCs w:val="20"/>
              </w:rPr>
            </w:pPr>
            <w:r w:rsidRPr="00310BBF">
              <w:rPr>
                <w:rFonts w:ascii="Roboto Condensed" w:hAnsi="Roboto Condensed"/>
                <w:sz w:val="20"/>
                <w:szCs w:val="20"/>
              </w:rPr>
              <w:t xml:space="preserve">Prognozowana powierzchnia użytkowa mieszkań w gminie na jednego mieszkańca z użyciem P-20  </w:t>
            </w:r>
          </w:p>
        </w:tc>
        <w:tc>
          <w:tcPr>
            <w:tcW w:w="2268" w:type="dxa"/>
            <w:noWrap/>
            <w:hideMark/>
          </w:tcPr>
          <w:p w14:paraId="2E67F3A4" w14:textId="4BB4FC0F" w:rsidR="007C127F" w:rsidRPr="00310BBF" w:rsidRDefault="007C127F">
            <w:pPr>
              <w:ind w:left="-57" w:right="-57"/>
              <w:rPr>
                <w:rFonts w:ascii="Roboto Condensed" w:hAnsi="Roboto Condensed"/>
                <w:sz w:val="20"/>
                <w:szCs w:val="20"/>
              </w:rPr>
            </w:pPr>
            <w:r w:rsidRPr="00310BBF">
              <w:rPr>
                <w:rFonts w:ascii="Roboto Condensed" w:hAnsi="Roboto Condensed"/>
                <w:sz w:val="20"/>
                <w:szCs w:val="20"/>
              </w:rPr>
              <w:t>2*</w:t>
            </w:r>
            <w:r w:rsidR="00846874">
              <w:rPr>
                <w:rFonts w:ascii="Roboto Condensed" w:hAnsi="Roboto Condensed"/>
                <w:sz w:val="20"/>
                <w:szCs w:val="20"/>
              </w:rPr>
              <w:t>34,0</w:t>
            </w:r>
            <w:r w:rsidRPr="00310BBF">
              <w:rPr>
                <w:rFonts w:ascii="Roboto Condensed" w:hAnsi="Roboto Condensed"/>
                <w:sz w:val="20"/>
                <w:szCs w:val="20"/>
              </w:rPr>
              <w:t xml:space="preserve"> – </w:t>
            </w:r>
            <w:r w:rsidR="005C3A7B">
              <w:rPr>
                <w:rFonts w:ascii="Roboto Condensed" w:hAnsi="Roboto Condensed"/>
                <w:sz w:val="20"/>
                <w:szCs w:val="20"/>
              </w:rPr>
              <w:t>24,2</w:t>
            </w:r>
            <w:r w:rsidRPr="00310BBF">
              <w:rPr>
                <w:rFonts w:ascii="Roboto Condensed" w:hAnsi="Roboto Condensed"/>
                <w:sz w:val="20"/>
                <w:szCs w:val="20"/>
              </w:rPr>
              <w:t xml:space="preserve"> = </w:t>
            </w:r>
            <w:r>
              <w:rPr>
                <w:rFonts w:ascii="Roboto Condensed" w:hAnsi="Roboto Condensed"/>
                <w:b/>
                <w:bCs/>
                <w:sz w:val="20"/>
                <w:szCs w:val="20"/>
              </w:rPr>
              <w:t>43,</w:t>
            </w:r>
            <w:r w:rsidR="00596CA0">
              <w:rPr>
                <w:rFonts w:ascii="Roboto Condensed" w:hAnsi="Roboto Condensed"/>
                <w:b/>
                <w:bCs/>
                <w:sz w:val="20"/>
                <w:szCs w:val="20"/>
              </w:rPr>
              <w:t>8</w:t>
            </w:r>
          </w:p>
        </w:tc>
        <w:tc>
          <w:tcPr>
            <w:tcW w:w="992" w:type="dxa"/>
            <w:noWrap/>
            <w:hideMark/>
          </w:tcPr>
          <w:p w14:paraId="64FA995E" w14:textId="77777777" w:rsidR="007C127F" w:rsidRPr="00310BBF" w:rsidRDefault="007C127F">
            <w:pPr>
              <w:ind w:left="-57" w:right="-57"/>
              <w:jc w:val="center"/>
              <w:rPr>
                <w:rFonts w:ascii="Roboto Condensed" w:hAnsi="Roboto Condensed"/>
                <w:sz w:val="20"/>
                <w:szCs w:val="20"/>
              </w:rPr>
            </w:pPr>
            <w:r w:rsidRPr="00310BBF">
              <w:rPr>
                <w:rFonts w:ascii="Roboto Condensed" w:hAnsi="Roboto Condensed"/>
                <w:sz w:val="20"/>
                <w:szCs w:val="20"/>
              </w:rPr>
              <w:t>m2</w:t>
            </w:r>
          </w:p>
        </w:tc>
      </w:tr>
      <w:tr w:rsidR="007C127F" w:rsidRPr="00310BBF" w14:paraId="2A399EF0" w14:textId="77777777">
        <w:trPr>
          <w:trHeight w:val="396"/>
        </w:trPr>
        <w:tc>
          <w:tcPr>
            <w:tcW w:w="2977" w:type="dxa"/>
            <w:noWrap/>
            <w:hideMark/>
          </w:tcPr>
          <w:p w14:paraId="6768E15B" w14:textId="77777777" w:rsidR="007C127F" w:rsidRPr="00310BBF" w:rsidRDefault="007C127F">
            <w:pPr>
              <w:ind w:left="-57" w:right="-57"/>
              <w:rPr>
                <w:rFonts w:ascii="Roboto Condensed" w:hAnsi="Roboto Condensed"/>
                <w:b/>
                <w:bCs/>
                <w:sz w:val="20"/>
                <w:szCs w:val="20"/>
                <w:lang w:val="en-GB"/>
              </w:rPr>
            </w:pPr>
            <w:r w:rsidRPr="00310BBF">
              <w:rPr>
                <w:rFonts w:ascii="Roboto Condensed" w:hAnsi="Roboto Condensed"/>
                <w:b/>
                <w:bCs/>
                <w:sz w:val="20"/>
                <w:szCs w:val="20"/>
                <w:lang w:val="en-GB"/>
              </w:rPr>
              <w:t>ZAP=M</w:t>
            </w:r>
            <w:r w:rsidRPr="00310BBF">
              <w:rPr>
                <w:rFonts w:ascii="Roboto Condensed" w:hAnsi="Roboto Condensed"/>
                <w:b/>
                <w:bCs/>
                <w:sz w:val="20"/>
                <w:szCs w:val="20"/>
                <w:vertAlign w:val="subscript"/>
                <w:lang w:val="en-GB"/>
              </w:rPr>
              <w:t>20</w:t>
            </w:r>
            <w:r w:rsidRPr="00310BBF">
              <w:rPr>
                <w:rFonts w:ascii="Roboto Condensed" w:hAnsi="Roboto Condensed"/>
                <w:b/>
                <w:bCs/>
                <w:sz w:val="20"/>
                <w:szCs w:val="20"/>
                <w:lang w:val="en-GB"/>
              </w:rPr>
              <w:t>-(PUM</w:t>
            </w:r>
            <w:r w:rsidRPr="00310BBF">
              <w:rPr>
                <w:rFonts w:ascii="Roboto Condensed" w:hAnsi="Roboto Condensed"/>
                <w:b/>
                <w:bCs/>
                <w:sz w:val="20"/>
                <w:szCs w:val="20"/>
                <w:vertAlign w:val="subscript"/>
                <w:lang w:val="en-GB"/>
              </w:rPr>
              <w:t>0</w:t>
            </w:r>
            <w:r w:rsidRPr="00310BBF">
              <w:rPr>
                <w:rFonts w:ascii="Roboto Condensed" w:hAnsi="Roboto Condensed"/>
                <w:b/>
                <w:bCs/>
                <w:sz w:val="20"/>
                <w:szCs w:val="20"/>
                <w:lang w:val="en-GB"/>
              </w:rPr>
              <w:t>/(IF(P</w:t>
            </w:r>
            <w:r w:rsidRPr="00310BBF">
              <w:rPr>
                <w:rFonts w:ascii="Roboto Condensed" w:hAnsi="Roboto Condensed"/>
                <w:b/>
                <w:bCs/>
                <w:sz w:val="20"/>
                <w:szCs w:val="20"/>
                <w:vertAlign w:val="subscript"/>
                <w:lang w:val="en-GB"/>
              </w:rPr>
              <w:t>20</w:t>
            </w:r>
            <w:r w:rsidRPr="00310BBF">
              <w:rPr>
                <w:rFonts w:ascii="Roboto Condensed" w:hAnsi="Roboto Condensed"/>
                <w:b/>
                <w:bCs/>
                <w:sz w:val="20"/>
                <w:szCs w:val="20"/>
                <w:lang w:val="en-GB"/>
              </w:rPr>
              <w:t>&lt;40,40,P</w:t>
            </w:r>
            <w:r w:rsidRPr="00310BBF">
              <w:rPr>
                <w:rFonts w:ascii="Roboto Condensed" w:hAnsi="Roboto Condensed"/>
                <w:b/>
                <w:bCs/>
                <w:sz w:val="20"/>
                <w:szCs w:val="20"/>
                <w:vertAlign w:val="subscript"/>
                <w:lang w:val="en-GB"/>
              </w:rPr>
              <w:t>20</w:t>
            </w:r>
            <w:r w:rsidRPr="00310BBF">
              <w:rPr>
                <w:rFonts w:ascii="Roboto Condensed" w:hAnsi="Roboto Condensed"/>
                <w:b/>
                <w:bCs/>
                <w:sz w:val="20"/>
                <w:szCs w:val="20"/>
                <w:lang w:val="en-GB"/>
              </w:rPr>
              <w:t>))</w:t>
            </w:r>
          </w:p>
        </w:tc>
        <w:tc>
          <w:tcPr>
            <w:tcW w:w="3260" w:type="dxa"/>
            <w:hideMark/>
          </w:tcPr>
          <w:p w14:paraId="3D9A407E" w14:textId="77777777" w:rsidR="007C127F" w:rsidRPr="00310BBF" w:rsidRDefault="007C127F">
            <w:pPr>
              <w:ind w:left="-57" w:right="-57"/>
              <w:rPr>
                <w:rFonts w:ascii="Roboto Condensed" w:hAnsi="Roboto Condensed"/>
                <w:sz w:val="20"/>
                <w:szCs w:val="20"/>
              </w:rPr>
            </w:pPr>
            <w:r w:rsidRPr="00310BBF">
              <w:rPr>
                <w:rFonts w:ascii="Roboto Condensed" w:hAnsi="Roboto Condensed"/>
                <w:sz w:val="20"/>
                <w:szCs w:val="20"/>
              </w:rPr>
              <w:t xml:space="preserve">Zapotrzebowanie na nową zabudowę mieszkaniową </w:t>
            </w:r>
          </w:p>
        </w:tc>
        <w:tc>
          <w:tcPr>
            <w:tcW w:w="2268" w:type="dxa"/>
            <w:noWrap/>
            <w:hideMark/>
          </w:tcPr>
          <w:p w14:paraId="61A8F2D8" w14:textId="11E33A43" w:rsidR="007C127F" w:rsidRPr="00310BBF" w:rsidRDefault="007C127F">
            <w:pPr>
              <w:ind w:left="-57" w:right="-57"/>
              <w:rPr>
                <w:rFonts w:ascii="Roboto Condensed" w:hAnsi="Roboto Condensed"/>
                <w:sz w:val="20"/>
                <w:szCs w:val="20"/>
              </w:rPr>
            </w:pPr>
            <w:r>
              <w:rPr>
                <w:rFonts w:ascii="Roboto Condensed" w:hAnsi="Roboto Condensed"/>
                <w:sz w:val="20"/>
                <w:szCs w:val="20"/>
              </w:rPr>
              <w:t>5 3</w:t>
            </w:r>
            <w:r w:rsidR="00D6665D">
              <w:rPr>
                <w:rFonts w:ascii="Roboto Condensed" w:hAnsi="Roboto Condensed"/>
                <w:sz w:val="20"/>
                <w:szCs w:val="20"/>
              </w:rPr>
              <w:t>17</w:t>
            </w:r>
            <w:r w:rsidRPr="00310BBF">
              <w:rPr>
                <w:rFonts w:ascii="Roboto Condensed" w:hAnsi="Roboto Condensed"/>
                <w:sz w:val="20"/>
                <w:szCs w:val="20"/>
              </w:rPr>
              <w:t xml:space="preserve"> – (</w:t>
            </w:r>
            <w:r>
              <w:rPr>
                <w:rFonts w:ascii="Roboto Condensed" w:hAnsi="Roboto Condensed"/>
                <w:sz w:val="20"/>
                <w:szCs w:val="20"/>
              </w:rPr>
              <w:t>18</w:t>
            </w:r>
            <w:r w:rsidR="005B4454">
              <w:rPr>
                <w:rFonts w:ascii="Roboto Condensed" w:hAnsi="Roboto Condensed"/>
                <w:sz w:val="20"/>
                <w:szCs w:val="20"/>
              </w:rPr>
              <w:t>4</w:t>
            </w:r>
            <w:r>
              <w:rPr>
                <w:rFonts w:ascii="Roboto Condensed" w:hAnsi="Roboto Condensed"/>
                <w:sz w:val="20"/>
                <w:szCs w:val="20"/>
              </w:rPr>
              <w:t xml:space="preserve"> 0</w:t>
            </w:r>
            <w:r w:rsidR="005B4454">
              <w:rPr>
                <w:rFonts w:ascii="Roboto Condensed" w:hAnsi="Roboto Condensed"/>
                <w:sz w:val="20"/>
                <w:szCs w:val="20"/>
              </w:rPr>
              <w:t>76</w:t>
            </w:r>
            <w:r w:rsidRPr="00310BBF">
              <w:rPr>
                <w:rFonts w:ascii="Roboto Condensed" w:hAnsi="Roboto Condensed"/>
                <w:sz w:val="20"/>
                <w:szCs w:val="20"/>
              </w:rPr>
              <w:t xml:space="preserve"> / </w:t>
            </w:r>
            <w:r>
              <w:rPr>
                <w:rFonts w:ascii="Roboto Condensed" w:hAnsi="Roboto Condensed"/>
                <w:sz w:val="20"/>
                <w:szCs w:val="20"/>
              </w:rPr>
              <w:t>4</w:t>
            </w:r>
            <w:r w:rsidR="004E1EF6">
              <w:rPr>
                <w:rFonts w:ascii="Roboto Condensed" w:hAnsi="Roboto Condensed"/>
                <w:sz w:val="20"/>
                <w:szCs w:val="20"/>
              </w:rPr>
              <w:t>3</w:t>
            </w:r>
            <w:r>
              <w:rPr>
                <w:rFonts w:ascii="Roboto Condensed" w:hAnsi="Roboto Condensed"/>
                <w:sz w:val="20"/>
                <w:szCs w:val="20"/>
              </w:rPr>
              <w:t>,</w:t>
            </w:r>
            <w:r w:rsidR="001D3B5D">
              <w:rPr>
                <w:rFonts w:ascii="Roboto Condensed" w:hAnsi="Roboto Condensed"/>
                <w:sz w:val="20"/>
                <w:szCs w:val="20"/>
              </w:rPr>
              <w:t>8</w:t>
            </w:r>
            <w:r w:rsidRPr="00310BBF">
              <w:rPr>
                <w:rFonts w:ascii="Roboto Condensed" w:hAnsi="Roboto Condensed"/>
                <w:sz w:val="20"/>
                <w:szCs w:val="20"/>
              </w:rPr>
              <w:t xml:space="preserve">) = </w:t>
            </w:r>
            <w:r w:rsidR="00563CD1">
              <w:rPr>
                <w:rFonts w:ascii="Roboto Condensed" w:hAnsi="Roboto Condensed"/>
                <w:b/>
                <w:bCs/>
                <w:sz w:val="20"/>
                <w:szCs w:val="20"/>
              </w:rPr>
              <w:t>11</w:t>
            </w:r>
            <w:r w:rsidR="00163E1C">
              <w:rPr>
                <w:rFonts w:ascii="Roboto Condensed" w:hAnsi="Roboto Condensed"/>
                <w:b/>
                <w:bCs/>
                <w:sz w:val="20"/>
                <w:szCs w:val="20"/>
              </w:rPr>
              <w:t>14</w:t>
            </w:r>
          </w:p>
        </w:tc>
        <w:tc>
          <w:tcPr>
            <w:tcW w:w="992" w:type="dxa"/>
            <w:noWrap/>
            <w:hideMark/>
          </w:tcPr>
          <w:p w14:paraId="297936D7" w14:textId="77777777" w:rsidR="007C127F" w:rsidRPr="00310BBF" w:rsidRDefault="007C127F">
            <w:pPr>
              <w:ind w:left="-57" w:right="-57"/>
              <w:jc w:val="center"/>
              <w:rPr>
                <w:rFonts w:ascii="Roboto Condensed" w:hAnsi="Roboto Condensed"/>
                <w:sz w:val="20"/>
                <w:szCs w:val="20"/>
              </w:rPr>
            </w:pPr>
            <w:r w:rsidRPr="00310BBF">
              <w:rPr>
                <w:rFonts w:ascii="Roboto Condensed" w:hAnsi="Roboto Condensed"/>
                <w:sz w:val="20"/>
                <w:szCs w:val="20"/>
              </w:rPr>
              <w:t>osoby</w:t>
            </w:r>
          </w:p>
        </w:tc>
      </w:tr>
      <w:tr w:rsidR="007C127F" w:rsidRPr="00310BBF" w14:paraId="04551011" w14:textId="77777777">
        <w:trPr>
          <w:trHeight w:val="190"/>
        </w:trPr>
        <w:tc>
          <w:tcPr>
            <w:tcW w:w="2977" w:type="dxa"/>
            <w:noWrap/>
            <w:hideMark/>
          </w:tcPr>
          <w:p w14:paraId="7F9325F0" w14:textId="77777777" w:rsidR="007C127F" w:rsidRPr="00310BBF" w:rsidRDefault="007C127F">
            <w:pPr>
              <w:ind w:left="-57" w:right="-57"/>
              <w:rPr>
                <w:rFonts w:ascii="Roboto Condensed" w:hAnsi="Roboto Condensed"/>
                <w:b/>
                <w:bCs/>
                <w:sz w:val="20"/>
                <w:szCs w:val="20"/>
              </w:rPr>
            </w:pPr>
            <w:r w:rsidRPr="00310BBF">
              <w:rPr>
                <w:rFonts w:ascii="Roboto Condensed" w:hAnsi="Roboto Condensed"/>
                <w:b/>
                <w:bCs/>
                <w:sz w:val="20"/>
                <w:szCs w:val="20"/>
              </w:rPr>
              <w:t>130 ZAP</w:t>
            </w:r>
          </w:p>
        </w:tc>
        <w:tc>
          <w:tcPr>
            <w:tcW w:w="3260" w:type="dxa"/>
            <w:hideMark/>
          </w:tcPr>
          <w:p w14:paraId="4B2376B3" w14:textId="77777777" w:rsidR="007C127F" w:rsidRPr="00310BBF" w:rsidRDefault="007C127F">
            <w:pPr>
              <w:ind w:left="-57" w:right="-57"/>
              <w:rPr>
                <w:rFonts w:ascii="Roboto Condensed" w:hAnsi="Roboto Condensed"/>
                <w:sz w:val="20"/>
                <w:szCs w:val="20"/>
              </w:rPr>
            </w:pPr>
            <w:r w:rsidRPr="00310BBF">
              <w:rPr>
                <w:rFonts w:ascii="Roboto Condensed" w:hAnsi="Roboto Condensed"/>
                <w:sz w:val="20"/>
                <w:szCs w:val="20"/>
              </w:rPr>
              <w:t xml:space="preserve">130% zapotrzebowania na nową zabudowę mieszkaniową  </w:t>
            </w:r>
          </w:p>
        </w:tc>
        <w:tc>
          <w:tcPr>
            <w:tcW w:w="2268" w:type="dxa"/>
            <w:noWrap/>
            <w:hideMark/>
          </w:tcPr>
          <w:p w14:paraId="2A8D9D73" w14:textId="4505908B" w:rsidR="007C127F" w:rsidRPr="00310BBF" w:rsidRDefault="007C127F">
            <w:pPr>
              <w:ind w:left="-57" w:right="-57"/>
              <w:rPr>
                <w:rFonts w:ascii="Roboto Condensed" w:hAnsi="Roboto Condensed"/>
                <w:b/>
                <w:bCs/>
                <w:sz w:val="20"/>
                <w:szCs w:val="20"/>
              </w:rPr>
            </w:pPr>
            <w:r>
              <w:rPr>
                <w:rFonts w:ascii="Roboto Condensed" w:hAnsi="Roboto Condensed"/>
                <w:b/>
                <w:bCs/>
                <w:sz w:val="20"/>
                <w:szCs w:val="20"/>
              </w:rPr>
              <w:t>14</w:t>
            </w:r>
            <w:r w:rsidR="00163E1C">
              <w:rPr>
                <w:rFonts w:ascii="Roboto Condensed" w:hAnsi="Roboto Condensed"/>
                <w:b/>
                <w:bCs/>
                <w:sz w:val="20"/>
                <w:szCs w:val="20"/>
              </w:rPr>
              <w:t>48</w:t>
            </w:r>
          </w:p>
        </w:tc>
        <w:tc>
          <w:tcPr>
            <w:tcW w:w="992" w:type="dxa"/>
            <w:noWrap/>
            <w:hideMark/>
          </w:tcPr>
          <w:p w14:paraId="15DE1840" w14:textId="77777777" w:rsidR="007C127F" w:rsidRPr="00310BBF" w:rsidRDefault="007C127F">
            <w:pPr>
              <w:ind w:left="-57" w:right="-57"/>
              <w:jc w:val="center"/>
              <w:rPr>
                <w:rFonts w:ascii="Roboto Condensed" w:hAnsi="Roboto Condensed"/>
                <w:sz w:val="20"/>
                <w:szCs w:val="20"/>
              </w:rPr>
            </w:pPr>
            <w:r w:rsidRPr="00310BBF">
              <w:rPr>
                <w:rFonts w:ascii="Roboto Condensed" w:hAnsi="Roboto Condensed"/>
                <w:sz w:val="20"/>
                <w:szCs w:val="20"/>
              </w:rPr>
              <w:t>osoby</w:t>
            </w:r>
          </w:p>
        </w:tc>
      </w:tr>
    </w:tbl>
    <w:p w14:paraId="4E561439" w14:textId="77777777" w:rsidR="007C127F" w:rsidRPr="00310BBF" w:rsidRDefault="007C127F" w:rsidP="007C127F">
      <w:pPr>
        <w:ind w:left="142"/>
        <w:rPr>
          <w:rFonts w:ascii="Roboto Condensed" w:hAnsi="Roboto Condensed"/>
          <w:sz w:val="20"/>
          <w:szCs w:val="20"/>
        </w:rPr>
      </w:pPr>
    </w:p>
    <w:p w14:paraId="7EB4551A" w14:textId="541860ED" w:rsidR="00AF6352" w:rsidRPr="00310BBF" w:rsidRDefault="00AF6352" w:rsidP="00AF6352">
      <w:pPr>
        <w:ind w:left="142"/>
        <w:jc w:val="both"/>
        <w:rPr>
          <w:rFonts w:ascii="Roboto Condensed" w:hAnsi="Roboto Condensed"/>
          <w:sz w:val="20"/>
          <w:szCs w:val="20"/>
        </w:rPr>
      </w:pPr>
      <w:r w:rsidRPr="00310BBF">
        <w:rPr>
          <w:rFonts w:ascii="Roboto Condensed" w:hAnsi="Roboto Condensed"/>
          <w:sz w:val="20"/>
          <w:szCs w:val="20"/>
        </w:rPr>
        <w:t xml:space="preserve">Z uwagi na przekroczenie przez zmienną </w:t>
      </w:r>
      <w:bookmarkStart w:id="105" w:name="_Hlk199504021"/>
      <w:r w:rsidRPr="00310BBF">
        <w:rPr>
          <w:rFonts w:ascii="Roboto Condensed" w:hAnsi="Roboto Condensed"/>
          <w:b/>
          <w:bCs/>
          <w:sz w:val="20"/>
          <w:szCs w:val="20"/>
        </w:rPr>
        <w:t>P</w:t>
      </w:r>
      <w:r w:rsidRPr="00310BBF">
        <w:rPr>
          <w:rFonts w:ascii="Roboto Condensed" w:hAnsi="Roboto Condensed"/>
          <w:b/>
          <w:bCs/>
          <w:sz w:val="20"/>
          <w:szCs w:val="20"/>
          <w:vertAlign w:val="subscript"/>
        </w:rPr>
        <w:t>20</w:t>
      </w:r>
      <w:bookmarkEnd w:id="105"/>
      <w:r w:rsidRPr="00310BBF">
        <w:rPr>
          <w:rFonts w:ascii="Roboto Condensed" w:hAnsi="Roboto Condensed"/>
          <w:b/>
          <w:bCs/>
          <w:sz w:val="20"/>
          <w:szCs w:val="20"/>
          <w:vertAlign w:val="subscript"/>
        </w:rPr>
        <w:t xml:space="preserve"> </w:t>
      </w:r>
      <w:r w:rsidRPr="00310BBF">
        <w:rPr>
          <w:rFonts w:ascii="Roboto Condensed" w:hAnsi="Roboto Condensed"/>
          <w:sz w:val="20"/>
          <w:szCs w:val="20"/>
        </w:rPr>
        <w:t xml:space="preserve">czyli prognozowaną powierzchnię użytkową mieszkań w gminie na jednego mieszkańca wartości 40 m2, przyjęto zgodnie z §3 ust. </w:t>
      </w:r>
      <w:r>
        <w:rPr>
          <w:rFonts w:ascii="Roboto Condensed" w:hAnsi="Roboto Condensed"/>
          <w:sz w:val="20"/>
          <w:szCs w:val="20"/>
        </w:rPr>
        <w:t>3</w:t>
      </w:r>
      <w:r w:rsidRPr="00310BBF">
        <w:rPr>
          <w:rFonts w:ascii="Roboto Condensed" w:hAnsi="Roboto Condensed"/>
          <w:sz w:val="20"/>
          <w:szCs w:val="20"/>
        </w:rPr>
        <w:t xml:space="preserve"> do obliczenia zapotrzebowani</w:t>
      </w:r>
      <w:r>
        <w:rPr>
          <w:rFonts w:ascii="Roboto Condensed" w:hAnsi="Roboto Condensed"/>
          <w:sz w:val="20"/>
          <w:szCs w:val="20"/>
        </w:rPr>
        <w:t>a</w:t>
      </w:r>
      <w:r w:rsidRPr="00310BBF">
        <w:rPr>
          <w:rFonts w:ascii="Roboto Condensed" w:hAnsi="Roboto Condensed"/>
          <w:sz w:val="20"/>
          <w:szCs w:val="20"/>
        </w:rPr>
        <w:t xml:space="preserve"> na nową zabudowę mieszkaniową </w:t>
      </w:r>
      <w:r>
        <w:rPr>
          <w:rFonts w:ascii="Roboto Condensed" w:hAnsi="Roboto Condensed"/>
          <w:sz w:val="20"/>
          <w:szCs w:val="20"/>
        </w:rPr>
        <w:t xml:space="preserve">zastosowano </w:t>
      </w:r>
      <w:r w:rsidRPr="00310BBF">
        <w:rPr>
          <w:rFonts w:ascii="Roboto Condensed" w:hAnsi="Roboto Condensed"/>
          <w:sz w:val="20"/>
          <w:szCs w:val="20"/>
        </w:rPr>
        <w:t xml:space="preserve">dla zmiennej </w:t>
      </w:r>
      <w:r w:rsidRPr="00310BBF">
        <w:rPr>
          <w:rFonts w:ascii="Roboto Condensed" w:hAnsi="Roboto Condensed"/>
          <w:b/>
          <w:bCs/>
          <w:sz w:val="20"/>
          <w:szCs w:val="20"/>
        </w:rPr>
        <w:t>P</w:t>
      </w:r>
      <w:r w:rsidRPr="00310BBF">
        <w:rPr>
          <w:rFonts w:ascii="Roboto Condensed" w:hAnsi="Roboto Condensed"/>
          <w:b/>
          <w:bCs/>
          <w:sz w:val="20"/>
          <w:szCs w:val="20"/>
          <w:vertAlign w:val="subscript"/>
        </w:rPr>
        <w:t>20</w:t>
      </w:r>
      <w:r w:rsidRPr="00886D0D">
        <w:rPr>
          <w:rFonts w:ascii="Roboto Condensed" w:hAnsi="Roboto Condensed"/>
          <w:sz w:val="20"/>
          <w:szCs w:val="20"/>
        </w:rPr>
        <w:t xml:space="preserve"> powierzchnię użytkową mieszkań w  gminie na jednego mieszkańca zgodną z danymi udostępnianymi</w:t>
      </w:r>
      <w:r>
        <w:rPr>
          <w:rFonts w:ascii="Roboto Condensed" w:hAnsi="Roboto Condensed"/>
          <w:sz w:val="20"/>
          <w:szCs w:val="20"/>
        </w:rPr>
        <w:t xml:space="preserve"> </w:t>
      </w:r>
      <w:r w:rsidRPr="00886D0D">
        <w:rPr>
          <w:rFonts w:ascii="Roboto Condensed" w:hAnsi="Roboto Condensed"/>
          <w:sz w:val="20"/>
          <w:szCs w:val="20"/>
        </w:rPr>
        <w:t xml:space="preserve">przez statystykę publiczną, według stanu na </w:t>
      </w:r>
      <w:r w:rsidR="006A0800">
        <w:rPr>
          <w:rFonts w:ascii="Roboto Condensed" w:hAnsi="Roboto Condensed"/>
          <w:sz w:val="20"/>
          <w:szCs w:val="20"/>
        </w:rPr>
        <w:t>2</w:t>
      </w:r>
      <w:r w:rsidRPr="00886D0D">
        <w:rPr>
          <w:rFonts w:ascii="Roboto Condensed" w:hAnsi="Roboto Condensed"/>
          <w:sz w:val="20"/>
          <w:szCs w:val="20"/>
        </w:rPr>
        <w:t>0 lat przed rokiem, z którego pochodzą najnowsze dane</w:t>
      </w:r>
      <w:r w:rsidRPr="00310BBF">
        <w:rPr>
          <w:rFonts w:ascii="Roboto Condensed" w:hAnsi="Roboto Condensed"/>
          <w:sz w:val="20"/>
          <w:szCs w:val="20"/>
        </w:rPr>
        <w:t>.</w:t>
      </w:r>
    </w:p>
    <w:p w14:paraId="6731BAE2" w14:textId="77777777" w:rsidR="00AF6352" w:rsidRPr="00310BBF" w:rsidRDefault="00AF6352" w:rsidP="00AF6352">
      <w:pPr>
        <w:ind w:left="142"/>
        <w:rPr>
          <w:rFonts w:ascii="Roboto Condensed" w:hAnsi="Roboto Condensed"/>
          <w:sz w:val="20"/>
          <w:szCs w:val="20"/>
        </w:rPr>
      </w:pPr>
    </w:p>
    <w:p w14:paraId="79DB546D" w14:textId="65596C77" w:rsidR="00AF6352" w:rsidRPr="00310BBF" w:rsidRDefault="00AF6352" w:rsidP="00AF6352">
      <w:pPr>
        <w:ind w:left="142"/>
        <w:rPr>
          <w:rFonts w:ascii="Roboto Condensed" w:hAnsi="Roboto Condensed"/>
          <w:b/>
          <w:bCs/>
          <w:sz w:val="20"/>
          <w:szCs w:val="20"/>
        </w:rPr>
      </w:pPr>
      <w:r w:rsidRPr="00310BBF">
        <w:rPr>
          <w:rFonts w:ascii="Roboto Condensed" w:hAnsi="Roboto Condensed"/>
          <w:b/>
          <w:bCs/>
          <w:sz w:val="20"/>
          <w:szCs w:val="20"/>
        </w:rPr>
        <w:t>Zapotrzebowanie na nową zabudowę mieszkaniową (ZAP) w perspektywie roku 204</w:t>
      </w:r>
      <w:r w:rsidR="006A0800">
        <w:rPr>
          <w:rFonts w:ascii="Roboto Condensed" w:hAnsi="Roboto Condensed"/>
          <w:b/>
          <w:bCs/>
          <w:sz w:val="20"/>
          <w:szCs w:val="20"/>
        </w:rPr>
        <w:t>4</w:t>
      </w:r>
      <w:r w:rsidRPr="00310BBF">
        <w:rPr>
          <w:rFonts w:ascii="Roboto Condensed" w:hAnsi="Roboto Condensed"/>
          <w:b/>
          <w:bCs/>
          <w:sz w:val="20"/>
          <w:szCs w:val="20"/>
        </w:rPr>
        <w:t xml:space="preserve"> wyniesie </w:t>
      </w:r>
      <w:r w:rsidR="006A0800">
        <w:rPr>
          <w:rFonts w:ascii="Roboto Condensed" w:hAnsi="Roboto Condensed"/>
          <w:b/>
          <w:bCs/>
          <w:sz w:val="20"/>
          <w:szCs w:val="20"/>
        </w:rPr>
        <w:t>1114</w:t>
      </w:r>
      <w:r w:rsidRPr="00310BBF">
        <w:rPr>
          <w:rFonts w:ascii="Roboto Condensed" w:hAnsi="Roboto Condensed"/>
          <w:b/>
          <w:bCs/>
          <w:sz w:val="20"/>
          <w:szCs w:val="20"/>
        </w:rPr>
        <w:t xml:space="preserve"> osoby. </w:t>
      </w:r>
    </w:p>
    <w:p w14:paraId="52D4BAA0" w14:textId="77777777" w:rsidR="00AF2BFA" w:rsidRPr="009A175C" w:rsidRDefault="00AF2BFA" w:rsidP="00691CD1">
      <w:pPr>
        <w:rPr>
          <w:b/>
          <w:bCs/>
          <w:color w:val="EE0000"/>
          <w:highlight w:val="yellow"/>
        </w:rPr>
      </w:pPr>
    </w:p>
    <w:p w14:paraId="5261A46A" w14:textId="068A0CFE" w:rsidR="00525C77" w:rsidRPr="00C44FD2" w:rsidRDefault="00DB70F7" w:rsidP="00C44FD2">
      <w:pPr>
        <w:rPr>
          <w:rFonts w:ascii="Roboto Condensed" w:hAnsi="Roboto Condensed"/>
          <w:i/>
          <w:iCs/>
          <w:color w:val="EE0000"/>
          <w:sz w:val="20"/>
        </w:rPr>
      </w:pPr>
      <w:r w:rsidRPr="009A175C">
        <w:rPr>
          <w:rFonts w:ascii="Roboto Condensed" w:hAnsi="Roboto Condensed"/>
          <w:i/>
          <w:iCs/>
          <w:color w:val="EE0000"/>
          <w:sz w:val="20"/>
        </w:rPr>
        <w:br w:type="page"/>
      </w:r>
      <w:bookmarkStart w:id="106" w:name="_Toc193697396"/>
    </w:p>
    <w:p w14:paraId="0DBEA8BA" w14:textId="5148012B" w:rsidR="00F55599" w:rsidRPr="00722B09" w:rsidRDefault="001B328E" w:rsidP="00B04B14">
      <w:pPr>
        <w:pStyle w:val="Nagwek1"/>
        <w:spacing w:before="60" w:after="60" w:line="240" w:lineRule="auto"/>
        <w:ind w:left="737" w:hanging="567"/>
        <w:rPr>
          <w:lang w:val="pl-PL"/>
        </w:rPr>
      </w:pPr>
      <w:bookmarkStart w:id="107" w:name="_Toc206769049"/>
      <w:r w:rsidRPr="00722B09">
        <w:rPr>
          <w:rFonts w:ascii="Roboto Condensed" w:hAnsi="Roboto Condensed"/>
          <w:bCs/>
          <w:sz w:val="22"/>
          <w:szCs w:val="22"/>
          <w:lang w:val="pl-PL"/>
        </w:rPr>
        <w:lastRenderedPageBreak/>
        <w:t>2.26. Wnioski do planu ogólnego</w:t>
      </w:r>
      <w:bookmarkEnd w:id="106"/>
      <w:bookmarkEnd w:id="107"/>
    </w:p>
    <w:p w14:paraId="5BDCA6E1" w14:textId="0E835311" w:rsidR="00784B94" w:rsidRDefault="00784B94" w:rsidP="00784B94">
      <w:pPr>
        <w:pStyle w:val="Nagwek1"/>
        <w:spacing w:after="60" w:line="240" w:lineRule="auto"/>
        <w:ind w:firstLine="170"/>
        <w:rPr>
          <w:rFonts w:ascii="Roboto Condensed" w:hAnsi="Roboto Condensed"/>
          <w:sz w:val="20"/>
          <w:lang w:val="pl-PL"/>
        </w:rPr>
      </w:pPr>
      <w:bookmarkStart w:id="108" w:name="_Toc206769050"/>
      <w:r w:rsidRPr="00784B94">
        <w:rPr>
          <w:rFonts w:ascii="Roboto Condensed" w:hAnsi="Roboto Condensed"/>
          <w:bCs/>
          <w:i/>
          <w:iCs/>
          <w:sz w:val="22"/>
          <w:szCs w:val="22"/>
          <w:u w:val="single"/>
          <w:lang w:val="pl-PL"/>
        </w:rPr>
        <w:t>Wnioski organów</w:t>
      </w:r>
      <w:bookmarkEnd w:id="108"/>
    </w:p>
    <w:p w14:paraId="75685CC2" w14:textId="39EC856E" w:rsidR="00784B94" w:rsidRDefault="00784B94" w:rsidP="00784B94">
      <w:pPr>
        <w:pStyle w:val="Tekstpodstawowy2"/>
        <w:spacing w:before="120" w:after="120" w:line="240" w:lineRule="auto"/>
        <w:ind w:left="170"/>
        <w:rPr>
          <w:rFonts w:ascii="Roboto Condensed" w:hAnsi="Roboto Condensed"/>
          <w:sz w:val="20"/>
          <w:lang w:val="pl-PL"/>
        </w:rPr>
      </w:pPr>
      <w:r w:rsidRPr="003512CD">
        <w:rPr>
          <w:rFonts w:ascii="Roboto Condensed" w:hAnsi="Roboto Condensed"/>
          <w:sz w:val="20"/>
          <w:lang w:val="pl-PL"/>
        </w:rPr>
        <w:t xml:space="preserve">Spośród </w:t>
      </w:r>
      <w:r w:rsidR="003C3AE2" w:rsidRPr="003C3AE2">
        <w:rPr>
          <w:rFonts w:ascii="Roboto Condensed" w:hAnsi="Roboto Condensed"/>
          <w:sz w:val="20"/>
          <w:lang w:val="pl-PL"/>
        </w:rPr>
        <w:t xml:space="preserve">50 </w:t>
      </w:r>
      <w:r w:rsidRPr="003512CD">
        <w:rPr>
          <w:rFonts w:ascii="Roboto Condensed" w:hAnsi="Roboto Condensed"/>
          <w:sz w:val="20"/>
          <w:lang w:val="pl-PL"/>
        </w:rPr>
        <w:t xml:space="preserve">organów zawiadomionych o przystąpieniu do procedury sporządzania planu ogólnego gminy Radomsko, wnioski do planu złożyło 19 organów. Wnioski te w dużej mierze stanowią podstawy przyjętych rozwiązań, jednakże wnioskowane treści większości wniosków znacząco wykraczały poza dopuszczone prawem ramy ustaleń planu ogólnego, określając wymagania niemożliwe do uwzględnienia w planie ogólnym w kontekście przepisów upoważniających, co w dużej mierze wskazuje na brak zrozumienia wśród organów założeń, charakteru i wymagań formalnych tego dokumentu. Niemniej wnioski, których ujęcie w planie ogólnym nie jest możliwe w formie ustaleń dokumentu ze względów proceduralnych i technicznych, </w:t>
      </w:r>
      <w:r w:rsidRPr="00440ECB">
        <w:rPr>
          <w:rFonts w:ascii="Roboto Condensed" w:hAnsi="Roboto Condensed"/>
          <w:sz w:val="20"/>
          <w:lang w:val="pl-PL"/>
        </w:rPr>
        <w:t>zostały uwzględnione w znacznym stopniu pośrednio, poprzez wskazanie uwarunkowań w uzasadnieniu do planu ogólnego.</w:t>
      </w:r>
    </w:p>
    <w:p w14:paraId="7844C502" w14:textId="6CA163A3" w:rsidR="00784B94" w:rsidRDefault="00784B94" w:rsidP="00784B94">
      <w:pPr>
        <w:pStyle w:val="Tekstpodstawowy2"/>
        <w:spacing w:before="120" w:after="120" w:line="240" w:lineRule="auto"/>
        <w:ind w:left="170"/>
        <w:rPr>
          <w:rFonts w:ascii="Roboto Condensed" w:hAnsi="Roboto Condensed"/>
          <w:bCs/>
          <w:i/>
          <w:iCs/>
          <w:sz w:val="22"/>
          <w:szCs w:val="22"/>
          <w:u w:val="single"/>
          <w:lang w:val="pl-PL"/>
        </w:rPr>
      </w:pPr>
      <w:r w:rsidRPr="00784B94">
        <w:rPr>
          <w:rFonts w:ascii="Roboto Condensed" w:hAnsi="Roboto Condensed"/>
          <w:sz w:val="20"/>
          <w:lang w:val="pl-PL"/>
        </w:rPr>
        <w:t xml:space="preserve">Organy opiniujące i uzgadniające wniosły szereg propozycji ustaleń dotyczących szczegółowych rozwiązań, których adresatem nie może być jednak POG, który w swoim zakresie rzeczowym nie posiada możliwości formułowania ustaleń w odniesieniu do wnioskowanych elementów, które de facto nie są jego przedmiotem, a stanowią wyłącznie obligatoryjne uwarunkowanie, którego znajomość jest niezbędna przy formułowaniu ustaleń POG w zakresie: stref planistycznych i ich granic, dodatkowego profilu funkcjonalnego stref planistycznych, parametrów zabudowy i zagospodarowania terenu oraz ewentualnie granic obszaru uzupełnienia zabudowy. Właściwym adresatem grupy wniosków zawartych w odpowiedzi na zawiadomienie, formułujących propozycje działań czy rozwiązań szczegółowych, będą plany miejscowe sporządzane w oparciu o POG, w których wnioskowana materia może stanowić ich ustalenie. </w:t>
      </w:r>
    </w:p>
    <w:p w14:paraId="47A4A850" w14:textId="4F22773A" w:rsidR="00784B94" w:rsidRDefault="00784B94" w:rsidP="00784B94">
      <w:pPr>
        <w:pStyle w:val="Nagwek1"/>
        <w:spacing w:before="240" w:after="60" w:line="240" w:lineRule="auto"/>
        <w:ind w:firstLine="170"/>
        <w:rPr>
          <w:rFonts w:ascii="Roboto Condensed" w:hAnsi="Roboto Condensed"/>
          <w:sz w:val="20"/>
          <w:lang w:val="pl-PL"/>
        </w:rPr>
      </w:pPr>
      <w:bookmarkStart w:id="109" w:name="_Toc206769051"/>
      <w:r w:rsidRPr="00784B94">
        <w:rPr>
          <w:rFonts w:ascii="Roboto Condensed" w:hAnsi="Roboto Condensed"/>
          <w:bCs/>
          <w:i/>
          <w:iCs/>
          <w:sz w:val="22"/>
          <w:szCs w:val="22"/>
          <w:u w:val="single"/>
          <w:lang w:val="pl-PL"/>
        </w:rPr>
        <w:t>Wnioski indywidualne</w:t>
      </w:r>
      <w:bookmarkEnd w:id="109"/>
    </w:p>
    <w:p w14:paraId="5910996D" w14:textId="25DDC67F" w:rsidR="00525C77" w:rsidRPr="00C44FD2" w:rsidRDefault="00444D25" w:rsidP="00C44FD2">
      <w:pPr>
        <w:pStyle w:val="Tekstpodstawowy2"/>
        <w:spacing w:before="120" w:after="120" w:line="240" w:lineRule="auto"/>
        <w:ind w:left="170"/>
        <w:rPr>
          <w:rFonts w:ascii="Roboto Condensed" w:hAnsi="Roboto Condensed"/>
          <w:sz w:val="20"/>
          <w:lang w:val="pl-PL"/>
        </w:rPr>
      </w:pPr>
      <w:r w:rsidRPr="002753A6">
        <w:rPr>
          <w:rFonts w:ascii="Roboto Condensed" w:hAnsi="Roboto Condensed"/>
          <w:sz w:val="20"/>
          <w:lang w:val="pl-PL"/>
        </w:rPr>
        <w:t xml:space="preserve">Do projektu planu ogólnego </w:t>
      </w:r>
      <w:r w:rsidR="00DC4B2D" w:rsidRPr="002753A6">
        <w:rPr>
          <w:rFonts w:ascii="Roboto Condensed" w:hAnsi="Roboto Condensed"/>
          <w:sz w:val="20"/>
          <w:lang w:val="pl-PL"/>
        </w:rPr>
        <w:t xml:space="preserve">osoby fizyczne </w:t>
      </w:r>
      <w:r w:rsidRPr="002753A6">
        <w:rPr>
          <w:rFonts w:ascii="Roboto Condensed" w:hAnsi="Roboto Condensed"/>
          <w:sz w:val="20"/>
          <w:lang w:val="pl-PL"/>
        </w:rPr>
        <w:t>złoż</w:t>
      </w:r>
      <w:r w:rsidR="00DC4B2D" w:rsidRPr="002753A6">
        <w:rPr>
          <w:rFonts w:ascii="Roboto Condensed" w:hAnsi="Roboto Condensed"/>
          <w:sz w:val="20"/>
          <w:lang w:val="pl-PL"/>
        </w:rPr>
        <w:t>yły</w:t>
      </w:r>
      <w:r w:rsidRPr="002753A6">
        <w:rPr>
          <w:rFonts w:ascii="Roboto Condensed" w:hAnsi="Roboto Condensed"/>
          <w:sz w:val="20"/>
          <w:lang w:val="pl-PL"/>
        </w:rPr>
        <w:t xml:space="preserve"> </w:t>
      </w:r>
      <w:r w:rsidR="00F817AB" w:rsidRPr="002753A6">
        <w:rPr>
          <w:rFonts w:ascii="Roboto Condensed" w:hAnsi="Roboto Condensed"/>
          <w:sz w:val="20"/>
          <w:lang w:val="pl-PL"/>
        </w:rPr>
        <w:t>78</w:t>
      </w:r>
      <w:r w:rsidR="00692D52" w:rsidRPr="002753A6">
        <w:rPr>
          <w:rFonts w:ascii="Roboto Condensed" w:hAnsi="Roboto Condensed"/>
          <w:sz w:val="20"/>
          <w:lang w:val="pl-PL"/>
        </w:rPr>
        <w:t xml:space="preserve"> </w:t>
      </w:r>
      <w:r w:rsidRPr="002753A6">
        <w:rPr>
          <w:rFonts w:ascii="Roboto Condensed" w:hAnsi="Roboto Condensed"/>
          <w:sz w:val="20"/>
          <w:lang w:val="pl-PL"/>
        </w:rPr>
        <w:t>pism</w:t>
      </w:r>
      <w:r w:rsidR="00F72AA4" w:rsidRPr="002753A6">
        <w:rPr>
          <w:rFonts w:ascii="Roboto Condensed" w:hAnsi="Roboto Condensed"/>
          <w:sz w:val="20"/>
          <w:lang w:val="pl-PL"/>
        </w:rPr>
        <w:t>,</w:t>
      </w:r>
      <w:r w:rsidR="00F817AB" w:rsidRPr="002753A6">
        <w:rPr>
          <w:rFonts w:ascii="Roboto Condensed" w:hAnsi="Roboto Condensed"/>
          <w:sz w:val="20"/>
          <w:lang w:val="pl-PL"/>
        </w:rPr>
        <w:t xml:space="preserve"> przy czym</w:t>
      </w:r>
      <w:r w:rsidR="00692D52" w:rsidRPr="002753A6">
        <w:rPr>
          <w:rFonts w:ascii="Roboto Condensed" w:hAnsi="Roboto Condensed"/>
          <w:sz w:val="20"/>
          <w:lang w:val="pl-PL"/>
        </w:rPr>
        <w:t xml:space="preserve"> w terminie składania wniosków </w:t>
      </w:r>
      <w:r w:rsidR="00F817AB" w:rsidRPr="002753A6">
        <w:rPr>
          <w:rFonts w:ascii="Roboto Condensed" w:hAnsi="Roboto Condensed"/>
          <w:sz w:val="20"/>
          <w:lang w:val="pl-PL"/>
        </w:rPr>
        <w:t xml:space="preserve">złożono jedynie </w:t>
      </w:r>
      <w:r w:rsidR="00F72AA4" w:rsidRPr="002753A6">
        <w:rPr>
          <w:rFonts w:ascii="Roboto Condensed" w:hAnsi="Roboto Condensed"/>
          <w:sz w:val="20"/>
          <w:lang w:val="pl-PL"/>
        </w:rPr>
        <w:t xml:space="preserve">44 pisma, pozostałe 34 zostały złożone po terminie. W ramach pism wyodrębniono </w:t>
      </w:r>
      <w:r w:rsidR="00DC4B2D" w:rsidRPr="002753A6">
        <w:rPr>
          <w:rFonts w:ascii="Roboto Condensed" w:hAnsi="Roboto Condensed"/>
          <w:sz w:val="20"/>
          <w:lang w:val="pl-PL"/>
        </w:rPr>
        <w:t>pod względem merytorycznym</w:t>
      </w:r>
      <w:r w:rsidRPr="002753A6">
        <w:rPr>
          <w:rFonts w:ascii="Roboto Condensed" w:hAnsi="Roboto Condensed"/>
          <w:sz w:val="20"/>
          <w:lang w:val="pl-PL"/>
        </w:rPr>
        <w:t xml:space="preserve"> </w:t>
      </w:r>
      <w:r w:rsidR="00F72AA4" w:rsidRPr="002753A6">
        <w:rPr>
          <w:rFonts w:ascii="Roboto Condensed" w:hAnsi="Roboto Condensed"/>
          <w:sz w:val="20"/>
          <w:lang w:val="pl-PL"/>
        </w:rPr>
        <w:t>86</w:t>
      </w:r>
      <w:r w:rsidRPr="002753A6">
        <w:rPr>
          <w:rFonts w:ascii="Roboto Condensed" w:hAnsi="Roboto Condensed"/>
          <w:sz w:val="20"/>
          <w:lang w:val="pl-PL"/>
        </w:rPr>
        <w:t xml:space="preserve"> wniosków</w:t>
      </w:r>
      <w:r w:rsidR="00692D52" w:rsidRPr="002753A6">
        <w:rPr>
          <w:rFonts w:ascii="Roboto Condensed" w:hAnsi="Roboto Condensed"/>
          <w:sz w:val="20"/>
          <w:lang w:val="pl-PL"/>
        </w:rPr>
        <w:t>,</w:t>
      </w:r>
      <w:r w:rsidRPr="002753A6">
        <w:rPr>
          <w:rFonts w:ascii="Roboto Condensed" w:hAnsi="Roboto Condensed"/>
          <w:sz w:val="20"/>
          <w:lang w:val="pl-PL"/>
        </w:rPr>
        <w:t xml:space="preserve"> wśród których </w:t>
      </w:r>
      <w:r w:rsidR="00692D52" w:rsidRPr="002753A6">
        <w:rPr>
          <w:rFonts w:ascii="Roboto Condensed" w:hAnsi="Roboto Condensed"/>
          <w:sz w:val="20"/>
          <w:lang w:val="pl-PL"/>
        </w:rPr>
        <w:t xml:space="preserve">zdecydowanie </w:t>
      </w:r>
      <w:r w:rsidRPr="002753A6">
        <w:rPr>
          <w:rFonts w:ascii="Roboto Condensed" w:hAnsi="Roboto Condensed"/>
          <w:sz w:val="20"/>
          <w:lang w:val="pl-PL"/>
        </w:rPr>
        <w:t>dominują wnioski o wyznaczenie strefy wielofunkcyjnej z zabudową mieszkaniową jednorodzinną</w:t>
      </w:r>
      <w:r w:rsidR="002753A6" w:rsidRPr="002753A6">
        <w:rPr>
          <w:rFonts w:ascii="Roboto Condensed" w:hAnsi="Roboto Condensed"/>
          <w:sz w:val="20"/>
          <w:lang w:val="pl-PL"/>
        </w:rPr>
        <w:t xml:space="preserve"> </w:t>
      </w:r>
      <w:r w:rsidR="003877DC">
        <w:rPr>
          <w:rFonts w:ascii="Roboto Condensed" w:hAnsi="Roboto Condensed"/>
          <w:sz w:val="20"/>
          <w:lang w:val="pl-PL"/>
        </w:rPr>
        <w:t xml:space="preserve">– symbol </w:t>
      </w:r>
      <w:r w:rsidR="002753A6" w:rsidRPr="002753A6">
        <w:rPr>
          <w:rFonts w:ascii="Roboto Condensed" w:hAnsi="Roboto Condensed"/>
          <w:b/>
          <w:bCs/>
          <w:sz w:val="20"/>
          <w:lang w:val="pl-PL"/>
        </w:rPr>
        <w:t>SJ</w:t>
      </w:r>
      <w:r w:rsidRPr="002753A6">
        <w:rPr>
          <w:rFonts w:ascii="Roboto Condensed" w:hAnsi="Roboto Condensed"/>
          <w:sz w:val="20"/>
          <w:lang w:val="pl-PL"/>
        </w:rPr>
        <w:t xml:space="preserve"> (</w:t>
      </w:r>
      <w:r w:rsidR="002753A6" w:rsidRPr="002753A6">
        <w:rPr>
          <w:rFonts w:ascii="Roboto Condensed" w:hAnsi="Roboto Condensed"/>
          <w:sz w:val="20"/>
          <w:lang w:val="pl-PL"/>
        </w:rPr>
        <w:t>47</w:t>
      </w:r>
      <w:r w:rsidR="00692D52" w:rsidRPr="002753A6">
        <w:rPr>
          <w:rFonts w:ascii="Roboto Condensed" w:hAnsi="Roboto Condensed"/>
          <w:sz w:val="20"/>
          <w:lang w:val="pl-PL"/>
        </w:rPr>
        <w:t xml:space="preserve"> szt.</w:t>
      </w:r>
      <w:r w:rsidRPr="002753A6">
        <w:rPr>
          <w:rFonts w:ascii="Roboto Condensed" w:hAnsi="Roboto Condensed"/>
          <w:sz w:val="20"/>
          <w:lang w:val="pl-PL"/>
        </w:rPr>
        <w:t>)</w:t>
      </w:r>
      <w:r w:rsidR="002753A6" w:rsidRPr="002753A6">
        <w:rPr>
          <w:rFonts w:ascii="Roboto Condensed" w:hAnsi="Roboto Condensed"/>
          <w:sz w:val="20"/>
          <w:lang w:val="pl-PL"/>
        </w:rPr>
        <w:t xml:space="preserve"> oraz o wyznaczenie strefy wielof</w:t>
      </w:r>
      <w:r w:rsidR="002753A6" w:rsidRPr="00C44FD2">
        <w:rPr>
          <w:rFonts w:ascii="Roboto Condensed" w:hAnsi="Roboto Condensed"/>
          <w:sz w:val="20"/>
          <w:lang w:val="pl-PL"/>
        </w:rPr>
        <w:t xml:space="preserve">unkcyjnej z zabudową mieszkaniową </w:t>
      </w:r>
      <w:r w:rsidR="003877DC">
        <w:rPr>
          <w:rFonts w:ascii="Roboto Condensed" w:hAnsi="Roboto Condensed"/>
          <w:sz w:val="20"/>
          <w:lang w:val="pl-PL"/>
        </w:rPr>
        <w:t>wielorodzinną</w:t>
      </w:r>
      <w:r w:rsidR="00B90A68">
        <w:rPr>
          <w:rFonts w:ascii="Roboto Condensed" w:hAnsi="Roboto Condensed"/>
          <w:sz w:val="20"/>
          <w:lang w:val="pl-PL"/>
        </w:rPr>
        <w:t xml:space="preserve"> – symbol</w:t>
      </w:r>
      <w:r w:rsidR="002753A6" w:rsidRPr="00C44FD2">
        <w:rPr>
          <w:rFonts w:ascii="Roboto Condensed" w:hAnsi="Roboto Condensed"/>
          <w:sz w:val="20"/>
          <w:lang w:val="pl-PL"/>
        </w:rPr>
        <w:t xml:space="preserve"> </w:t>
      </w:r>
      <w:r w:rsidR="002753A6" w:rsidRPr="00C44FD2">
        <w:rPr>
          <w:rFonts w:ascii="Roboto Condensed" w:hAnsi="Roboto Condensed"/>
          <w:b/>
          <w:bCs/>
          <w:sz w:val="20"/>
          <w:lang w:val="pl-PL"/>
        </w:rPr>
        <w:t>SW</w:t>
      </w:r>
      <w:r w:rsidR="002753A6" w:rsidRPr="00C44FD2">
        <w:rPr>
          <w:rFonts w:ascii="Roboto Condensed" w:hAnsi="Roboto Condensed"/>
          <w:sz w:val="20"/>
          <w:lang w:val="pl-PL"/>
        </w:rPr>
        <w:t xml:space="preserve"> (19 szt.). Ogólnie spośród 86 wyodrębnionych wniosków 69, czyli ponad 80%, dotyczyło wprowadzenia stref wielofunkcyjnych,  ponadto aż 9 wniosków, czyli ponad 10%, dotyczyło umożliwienia realizacji elektrowni słonecznych na terenach zieleni lub terenach rolnych.</w:t>
      </w:r>
      <w:bookmarkStart w:id="110" w:name="_Hlk198650158"/>
    </w:p>
    <w:p w14:paraId="360EF950" w14:textId="7D17C19F" w:rsidR="00F55599" w:rsidRPr="00C44FD2" w:rsidRDefault="00C44FD2" w:rsidP="00E95404">
      <w:pPr>
        <w:pStyle w:val="Tekstpodstawowy2"/>
        <w:spacing w:line="240" w:lineRule="auto"/>
        <w:ind w:left="170"/>
        <w:rPr>
          <w:lang w:val="pl-PL"/>
        </w:rPr>
      </w:pPr>
      <w:r w:rsidRPr="00C44FD2">
        <w:rPr>
          <w:noProof/>
        </w:rPr>
        <w:drawing>
          <wp:anchor distT="0" distB="0" distL="114300" distR="114300" simplePos="0" relativeHeight="251658249" behindDoc="1" locked="0" layoutInCell="1" allowOverlap="1" wp14:anchorId="3F5F2270" wp14:editId="57E6D609">
            <wp:simplePos x="0" y="0"/>
            <wp:positionH relativeFrom="margin">
              <wp:posOffset>435610</wp:posOffset>
            </wp:positionH>
            <wp:positionV relativeFrom="paragraph">
              <wp:posOffset>7620</wp:posOffset>
            </wp:positionV>
            <wp:extent cx="5791200" cy="5364844"/>
            <wp:effectExtent l="0" t="0" r="0" b="7620"/>
            <wp:wrapNone/>
            <wp:docPr id="52698847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01549" cy="53744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4673" w:rsidRPr="00C44FD2">
        <w:rPr>
          <w:rFonts w:ascii="Roboto Condensed" w:hAnsi="Roboto Condensed"/>
          <w:i/>
          <w:iCs/>
          <w:sz w:val="20"/>
          <w:lang w:val="pl-PL"/>
        </w:rPr>
        <w:t>Rys.</w:t>
      </w:r>
      <w:r w:rsidR="00DB70F7" w:rsidRPr="00C44FD2">
        <w:rPr>
          <w:rFonts w:ascii="Roboto Condensed" w:hAnsi="Roboto Condensed"/>
          <w:i/>
          <w:iCs/>
          <w:sz w:val="20"/>
          <w:lang w:val="pl-PL"/>
        </w:rPr>
        <w:t>2</w:t>
      </w:r>
      <w:r w:rsidR="00D653D8" w:rsidRPr="00C44FD2">
        <w:rPr>
          <w:rFonts w:ascii="Roboto Condensed" w:hAnsi="Roboto Condensed"/>
          <w:i/>
          <w:iCs/>
          <w:sz w:val="20"/>
          <w:lang w:val="pl-PL"/>
        </w:rPr>
        <w:t>6</w:t>
      </w:r>
      <w:r w:rsidR="00AE4673" w:rsidRPr="00C44FD2">
        <w:rPr>
          <w:rFonts w:ascii="Roboto Condensed" w:hAnsi="Roboto Condensed"/>
          <w:i/>
          <w:iCs/>
          <w:sz w:val="20"/>
          <w:lang w:val="pl-PL"/>
        </w:rPr>
        <w:t xml:space="preserve">. </w:t>
      </w:r>
      <w:r w:rsidR="00400453" w:rsidRPr="00C44FD2">
        <w:rPr>
          <w:rFonts w:ascii="Roboto Condensed" w:hAnsi="Roboto Condensed"/>
          <w:i/>
          <w:iCs/>
          <w:sz w:val="20"/>
          <w:lang w:val="pl-PL"/>
        </w:rPr>
        <w:t>Rozmieszczenie</w:t>
      </w:r>
      <w:r w:rsidR="00AE4673" w:rsidRPr="00C44FD2">
        <w:rPr>
          <w:rFonts w:ascii="Roboto Condensed" w:hAnsi="Roboto Condensed"/>
          <w:i/>
          <w:iCs/>
          <w:sz w:val="20"/>
          <w:lang w:val="pl-PL"/>
        </w:rPr>
        <w:t xml:space="preserve"> wniosków indywidualnych na terenie gminy.</w:t>
      </w:r>
      <w:bookmarkEnd w:id="110"/>
    </w:p>
    <w:p w14:paraId="352798BC" w14:textId="07CA75D9" w:rsidR="009769A5" w:rsidRPr="00C44FD2" w:rsidRDefault="009769A5" w:rsidP="006E5D33">
      <w:pPr>
        <w:jc w:val="center"/>
      </w:pPr>
    </w:p>
    <w:p w14:paraId="26BC6FA7" w14:textId="77777777" w:rsidR="00E95404" w:rsidRPr="00C44FD2" w:rsidRDefault="00E95404" w:rsidP="006E5D33">
      <w:pPr>
        <w:jc w:val="center"/>
      </w:pPr>
    </w:p>
    <w:p w14:paraId="6725FDEF" w14:textId="77777777" w:rsidR="00E95404" w:rsidRPr="00C44FD2" w:rsidRDefault="00E95404" w:rsidP="006E5D33">
      <w:pPr>
        <w:jc w:val="center"/>
      </w:pPr>
    </w:p>
    <w:p w14:paraId="2EA03886" w14:textId="77777777" w:rsidR="00C44FD2" w:rsidRPr="00C44FD2" w:rsidRDefault="00C44FD2">
      <w:pPr>
        <w:rPr>
          <w:rFonts w:ascii="Roboto Condensed" w:hAnsi="Roboto Condensed"/>
          <w:sz w:val="20"/>
          <w:szCs w:val="20"/>
        </w:rPr>
      </w:pPr>
      <w:r w:rsidRPr="00C44FD2">
        <w:rPr>
          <w:rFonts w:ascii="Roboto Condensed" w:hAnsi="Roboto Condensed"/>
          <w:sz w:val="20"/>
        </w:rPr>
        <w:br w:type="page"/>
      </w:r>
    </w:p>
    <w:p w14:paraId="4439701A" w14:textId="2EBD48D7" w:rsidR="00E95404" w:rsidRPr="00E95404" w:rsidRDefault="00E95404" w:rsidP="00E95404">
      <w:pPr>
        <w:pStyle w:val="Tekstpodstawowy2"/>
        <w:spacing w:before="120" w:after="120" w:line="240" w:lineRule="auto"/>
        <w:ind w:left="170"/>
        <w:rPr>
          <w:rFonts w:ascii="Roboto Condensed" w:hAnsi="Roboto Condensed"/>
          <w:sz w:val="20"/>
          <w:lang w:val="pl-PL"/>
        </w:rPr>
      </w:pPr>
      <w:r w:rsidRPr="00440ECB">
        <w:rPr>
          <w:rFonts w:ascii="Roboto Condensed" w:hAnsi="Roboto Condensed"/>
          <w:sz w:val="20"/>
          <w:lang w:val="pl-PL"/>
        </w:rPr>
        <w:lastRenderedPageBreak/>
        <w:t>Znacznie ograniczona podaż powierzchni terenów możliwych do przeznaczenia na cele zabudowy w związku z niskim zapotrzebowaniem gminy na nową zabudowę mieszkaniową, powoduje że t</w:t>
      </w:r>
      <w:r w:rsidRPr="00C85067">
        <w:rPr>
          <w:rFonts w:ascii="Roboto Condensed" w:hAnsi="Roboto Condensed"/>
          <w:sz w:val="20"/>
          <w:lang w:val="pl-PL"/>
        </w:rPr>
        <w:t>ylko niewielki procent wnioskowanych po</w:t>
      </w:r>
      <w:r w:rsidRPr="00440ECB">
        <w:rPr>
          <w:rFonts w:ascii="Roboto Condensed" w:hAnsi="Roboto Condensed"/>
          <w:sz w:val="20"/>
          <w:lang w:val="pl-PL"/>
        </w:rPr>
        <w:t>d zabudowę mieszkaniową terenów</w:t>
      </w:r>
      <w:r>
        <w:rPr>
          <w:rFonts w:ascii="Roboto Condensed" w:hAnsi="Roboto Condensed"/>
          <w:sz w:val="20"/>
          <w:lang w:val="pl-PL"/>
        </w:rPr>
        <w:t xml:space="preserve"> (około 27 ha z 200 ha czyli 13,5%)</w:t>
      </w:r>
      <w:r w:rsidRPr="00440ECB">
        <w:rPr>
          <w:rFonts w:ascii="Roboto Condensed" w:hAnsi="Roboto Condensed"/>
          <w:sz w:val="20"/>
          <w:lang w:val="pl-PL"/>
        </w:rPr>
        <w:t>, może zostać ujęty w planie ogólnym na cele określone we wniosku</w:t>
      </w:r>
      <w:r>
        <w:rPr>
          <w:rFonts w:ascii="Roboto Condensed" w:hAnsi="Roboto Condensed"/>
          <w:sz w:val="20"/>
          <w:lang w:val="pl-PL"/>
        </w:rPr>
        <w:t>, ale już udział wniosków uwzględnionych w części należy uznać za znaczący</w:t>
      </w:r>
      <w:r w:rsidRPr="00440ECB">
        <w:rPr>
          <w:rFonts w:ascii="Roboto Condensed" w:hAnsi="Roboto Condensed"/>
          <w:sz w:val="20"/>
          <w:lang w:val="pl-PL"/>
        </w:rPr>
        <w:t xml:space="preserve">. </w:t>
      </w:r>
    </w:p>
    <w:p w14:paraId="71877EE3" w14:textId="7D8735DE" w:rsidR="00DA5A49" w:rsidRPr="00C44FD2" w:rsidRDefault="00E95404" w:rsidP="00C44FD2">
      <w:pPr>
        <w:pStyle w:val="Tekstpodstawowy2"/>
        <w:spacing w:before="120" w:after="120" w:line="240" w:lineRule="auto"/>
        <w:ind w:left="170"/>
        <w:rPr>
          <w:color w:val="EE0000"/>
          <w:lang w:val="pl-PL"/>
        </w:rPr>
      </w:pPr>
      <w:r w:rsidRPr="00440ECB">
        <w:rPr>
          <w:rFonts w:ascii="Roboto Condensed" w:hAnsi="Roboto Condensed"/>
          <w:sz w:val="20"/>
          <w:lang w:val="pl-PL"/>
        </w:rPr>
        <w:t>Głównymi aspektami branymi pod uwagę przy rozpatrzeniu wniosków były aspekty merytoryczne takie jak ład przestrzenny, walory krajobrazowe i środowiskowe, wymagania ochrony zdrowia oraz bezpieczeństwa ludzi i mienia, walory ekonomiczne przestrzeni czy potrzeby związane z prawidłowym kształtowaniem rolniczej przestrzeni produkcyjnej.</w:t>
      </w:r>
    </w:p>
    <w:p w14:paraId="459A4EC4" w14:textId="245BDAA5" w:rsidR="001542F9" w:rsidRPr="00982EC8" w:rsidRDefault="001542F9" w:rsidP="00E95404">
      <w:pPr>
        <w:pStyle w:val="Tekstpodstawowy2"/>
        <w:spacing w:line="240" w:lineRule="auto"/>
        <w:ind w:left="170"/>
        <w:rPr>
          <w:color w:val="EE0000"/>
          <w:lang w:val="pl-PL"/>
        </w:rPr>
      </w:pPr>
      <w:r w:rsidRPr="00982EC8">
        <w:rPr>
          <w:rFonts w:ascii="Roboto Condensed" w:hAnsi="Roboto Condensed"/>
          <w:i/>
          <w:iCs/>
          <w:sz w:val="20"/>
          <w:lang w:val="pl-PL"/>
        </w:rPr>
        <w:t>Rys.2</w:t>
      </w:r>
      <w:r w:rsidR="00D653D8">
        <w:rPr>
          <w:rFonts w:ascii="Roboto Condensed" w:hAnsi="Roboto Condensed"/>
          <w:i/>
          <w:iCs/>
          <w:sz w:val="20"/>
          <w:lang w:val="pl-PL"/>
        </w:rPr>
        <w:t>7</w:t>
      </w:r>
      <w:r w:rsidRPr="00982EC8">
        <w:rPr>
          <w:rFonts w:ascii="Roboto Condensed" w:hAnsi="Roboto Condensed"/>
          <w:i/>
          <w:iCs/>
          <w:sz w:val="20"/>
          <w:lang w:val="pl-PL"/>
        </w:rPr>
        <w:t xml:space="preserve">. </w:t>
      </w:r>
      <w:r w:rsidR="005E29B7" w:rsidRPr="00E95404">
        <w:rPr>
          <w:rFonts w:ascii="Roboto Condensed" w:hAnsi="Roboto Condensed"/>
          <w:i/>
          <w:iCs/>
          <w:sz w:val="20"/>
          <w:lang w:val="pl-PL"/>
        </w:rPr>
        <w:t>Rozmieszczenie</w:t>
      </w:r>
      <w:r w:rsidR="005E29B7" w:rsidRPr="00982EC8">
        <w:rPr>
          <w:rFonts w:ascii="Roboto Condensed" w:hAnsi="Roboto Condensed"/>
          <w:i/>
          <w:iCs/>
          <w:sz w:val="20"/>
          <w:lang w:val="pl-PL"/>
        </w:rPr>
        <w:t xml:space="preserve"> i p</w:t>
      </w:r>
      <w:r w:rsidR="00CC7FC5" w:rsidRPr="00982EC8">
        <w:rPr>
          <w:rFonts w:ascii="Roboto Condensed" w:hAnsi="Roboto Condensed"/>
          <w:i/>
          <w:iCs/>
          <w:sz w:val="20"/>
          <w:lang w:val="pl-PL"/>
        </w:rPr>
        <w:t>orównanie proporcji uwzględnienia i nieuwzględnienia</w:t>
      </w:r>
      <w:r w:rsidRPr="00982EC8">
        <w:rPr>
          <w:rFonts w:ascii="Roboto Condensed" w:hAnsi="Roboto Condensed"/>
          <w:i/>
          <w:iCs/>
          <w:sz w:val="20"/>
          <w:lang w:val="pl-PL"/>
        </w:rPr>
        <w:t xml:space="preserve"> wniosków</w:t>
      </w:r>
      <w:r w:rsidR="005E29B7" w:rsidRPr="00982EC8">
        <w:rPr>
          <w:rFonts w:ascii="Roboto Condensed" w:hAnsi="Roboto Condensed"/>
          <w:i/>
          <w:iCs/>
          <w:sz w:val="20"/>
          <w:lang w:val="pl-PL"/>
        </w:rPr>
        <w:t xml:space="preserve"> </w:t>
      </w:r>
      <w:r w:rsidRPr="00982EC8">
        <w:rPr>
          <w:rFonts w:ascii="Roboto Condensed" w:hAnsi="Roboto Condensed"/>
          <w:i/>
          <w:iCs/>
          <w:sz w:val="20"/>
          <w:lang w:val="pl-PL"/>
        </w:rPr>
        <w:t xml:space="preserve">w zakresie zabudowy mieszkaniowej </w:t>
      </w:r>
    </w:p>
    <w:p w14:paraId="01C0A8DD" w14:textId="3199E160" w:rsidR="001542F9" w:rsidRDefault="00E95404" w:rsidP="006E5D33">
      <w:pPr>
        <w:jc w:val="center"/>
        <w:rPr>
          <w:color w:val="EE0000"/>
        </w:rPr>
      </w:pPr>
      <w:r>
        <w:rPr>
          <w:noProof/>
          <w:color w:val="EE0000"/>
        </w:rPr>
        <w:drawing>
          <wp:inline distT="0" distB="0" distL="0" distR="0" wp14:anchorId="2CF20CF2" wp14:editId="4DC23AB0">
            <wp:extent cx="6287770" cy="5824855"/>
            <wp:effectExtent l="0" t="0" r="0" b="4445"/>
            <wp:docPr id="150457646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87770" cy="5824855"/>
                    </a:xfrm>
                    <a:prstGeom prst="rect">
                      <a:avLst/>
                    </a:prstGeom>
                    <a:noFill/>
                    <a:ln>
                      <a:noFill/>
                    </a:ln>
                  </pic:spPr>
                </pic:pic>
              </a:graphicData>
            </a:graphic>
          </wp:inline>
        </w:drawing>
      </w:r>
    </w:p>
    <w:p w14:paraId="392A01A8" w14:textId="77777777" w:rsidR="001542F9" w:rsidRDefault="001542F9" w:rsidP="006E5D33">
      <w:pPr>
        <w:jc w:val="center"/>
        <w:rPr>
          <w:color w:val="EE0000"/>
        </w:rPr>
      </w:pPr>
    </w:p>
    <w:p w14:paraId="404C972D" w14:textId="77777777" w:rsidR="001542F9" w:rsidRPr="009A175C" w:rsidRDefault="001542F9" w:rsidP="006E5D33">
      <w:pPr>
        <w:jc w:val="center"/>
        <w:rPr>
          <w:color w:val="EE0000"/>
        </w:rPr>
      </w:pPr>
    </w:p>
    <w:p w14:paraId="473DC136" w14:textId="77777777" w:rsidR="007B6A80" w:rsidRPr="009A175C" w:rsidRDefault="007B6A80" w:rsidP="006E5D33">
      <w:pPr>
        <w:jc w:val="center"/>
        <w:rPr>
          <w:color w:val="EE0000"/>
        </w:rPr>
      </w:pPr>
    </w:p>
    <w:p w14:paraId="5E54B5E8" w14:textId="77777777" w:rsidR="00C44FD2" w:rsidRDefault="00C44FD2">
      <w:pPr>
        <w:rPr>
          <w:rFonts w:ascii="Roboto Condensed" w:hAnsi="Roboto Condensed"/>
          <w:b/>
          <w:bCs/>
          <w:sz w:val="20"/>
          <w:szCs w:val="20"/>
        </w:rPr>
      </w:pPr>
      <w:bookmarkStart w:id="111" w:name="_Toc193697397"/>
      <w:bookmarkStart w:id="112" w:name="_Toc206769052"/>
      <w:r>
        <w:rPr>
          <w:rFonts w:ascii="Roboto Condensed" w:hAnsi="Roboto Condensed"/>
          <w:bCs/>
          <w:sz w:val="20"/>
        </w:rPr>
        <w:br w:type="page"/>
      </w:r>
    </w:p>
    <w:p w14:paraId="378D8A68" w14:textId="6301FD06" w:rsidR="00F55599" w:rsidRPr="003D4D40" w:rsidRDefault="00F55599" w:rsidP="00F55599">
      <w:pPr>
        <w:pStyle w:val="Nagwek1"/>
        <w:spacing w:line="240" w:lineRule="auto"/>
        <w:rPr>
          <w:lang w:val="pl-PL"/>
        </w:rPr>
      </w:pPr>
      <w:r w:rsidRPr="003D4D40">
        <w:rPr>
          <w:rFonts w:ascii="Roboto Condensed" w:hAnsi="Roboto Condensed"/>
          <w:bCs/>
          <w:sz w:val="20"/>
          <w:lang w:val="pl-PL"/>
        </w:rPr>
        <w:lastRenderedPageBreak/>
        <w:t>3. USTALENIA PLANU OGÓLNEGO</w:t>
      </w:r>
      <w:bookmarkEnd w:id="111"/>
      <w:bookmarkEnd w:id="112"/>
    </w:p>
    <w:p w14:paraId="29B7ECF3" w14:textId="4199E980" w:rsidR="00657137" w:rsidRPr="003D4D40" w:rsidRDefault="00031ADE" w:rsidP="005344BB">
      <w:pPr>
        <w:pStyle w:val="Nagwek1"/>
        <w:spacing w:before="60" w:after="60" w:line="240" w:lineRule="auto"/>
        <w:ind w:left="737" w:hanging="567"/>
        <w:rPr>
          <w:rFonts w:ascii="Roboto Condensed" w:hAnsi="Roboto Condensed"/>
          <w:bCs/>
          <w:sz w:val="20"/>
          <w:lang w:val="pl-PL"/>
        </w:rPr>
      </w:pPr>
      <w:bookmarkStart w:id="113" w:name="_Toc193697398"/>
      <w:bookmarkStart w:id="114" w:name="_Toc206769053"/>
      <w:r w:rsidRPr="003D4D40">
        <w:rPr>
          <w:rFonts w:ascii="Roboto Condensed" w:hAnsi="Roboto Condensed"/>
          <w:bCs/>
          <w:sz w:val="20"/>
          <w:lang w:val="pl-PL"/>
        </w:rPr>
        <w:t>3.1. Przyczyny wyznaczenia stref planistycznych</w:t>
      </w:r>
      <w:bookmarkStart w:id="115" w:name="_Toc193697399"/>
      <w:bookmarkEnd w:id="113"/>
      <w:bookmarkEnd w:id="114"/>
    </w:p>
    <w:p w14:paraId="68764068" w14:textId="2C720D82" w:rsidR="0002335B" w:rsidRPr="003D4D40" w:rsidRDefault="00294869" w:rsidP="0002335B">
      <w:pPr>
        <w:pStyle w:val="Tekstpodstawowy2"/>
        <w:spacing w:before="120" w:after="120" w:line="240" w:lineRule="auto"/>
        <w:ind w:left="170"/>
        <w:rPr>
          <w:rFonts w:ascii="Roboto Condensed" w:hAnsi="Roboto Condensed"/>
          <w:sz w:val="20"/>
          <w:lang w:val="pl-PL"/>
        </w:rPr>
      </w:pPr>
      <w:r w:rsidRPr="003D4D40">
        <w:rPr>
          <w:rFonts w:ascii="Roboto Condensed" w:hAnsi="Roboto Condensed"/>
          <w:sz w:val="20"/>
          <w:lang w:val="pl-PL"/>
        </w:rPr>
        <w:t>W ramach planu ogólnego wprowadza się</w:t>
      </w:r>
      <w:r w:rsidRPr="003D4D40">
        <w:rPr>
          <w:rFonts w:ascii="Roboto Condensed" w:hAnsi="Roboto Condensed"/>
          <w:b/>
          <w:bCs/>
          <w:sz w:val="20"/>
          <w:u w:val="single"/>
          <w:lang w:val="pl-PL"/>
        </w:rPr>
        <w:t xml:space="preserve"> gminny katalog stref planistycznych</w:t>
      </w:r>
      <w:r w:rsidRPr="003D4D40">
        <w:rPr>
          <w:rFonts w:ascii="Roboto Condensed" w:hAnsi="Roboto Condensed"/>
          <w:sz w:val="20"/>
          <w:lang w:val="pl-PL"/>
        </w:rPr>
        <w:t>, w oparciu o sparametryzowane kategorie stref planistycznych dopuszczonych do stosowania zgodnie z rozporządzeniem Ministra Rozwoju i Technologii z dnia 8 grudnia 2023 r. w sprawie projektu planu ogólnego gminy, dokumentowania prac planistycznych w zakresie tego planu oraz wydawania z niego wypisów i wyrysów (Dz.U. z 2023 r. poz. 2758), zmienionym rozporządzeniem Ministra Rozwoju i Technologii z dnia 22 listopada 2024 r. zmieniającym rozporządzenie w sprawie projektu planu ogólnego gminy, dokumentowania prac planistycznych w zakresie tego planu oraz wydawania z niego wypisów i wyrysów (Dz.U. z 2024 r. poz. 1775). Spośród 13 rodzajów dopuszczonych do stosowania stref planistycznych</w:t>
      </w:r>
      <w:r w:rsidR="0002335B" w:rsidRPr="003D4D40">
        <w:rPr>
          <w:rFonts w:ascii="Roboto Condensed" w:hAnsi="Roboto Condensed"/>
          <w:sz w:val="20"/>
          <w:lang w:val="pl-PL"/>
        </w:rPr>
        <w:t>,</w:t>
      </w:r>
      <w:r w:rsidRPr="003D4D40">
        <w:rPr>
          <w:rFonts w:ascii="Roboto Condensed" w:hAnsi="Roboto Condensed"/>
          <w:sz w:val="20"/>
          <w:lang w:val="pl-PL"/>
        </w:rPr>
        <w:t xml:space="preserve"> w planie ogólnym gminy </w:t>
      </w:r>
      <w:r w:rsidR="003D4D40" w:rsidRPr="003D4D40">
        <w:rPr>
          <w:rFonts w:ascii="Roboto Condensed" w:hAnsi="Roboto Condensed"/>
          <w:sz w:val="20"/>
          <w:lang w:val="pl-PL"/>
        </w:rPr>
        <w:t>Radomsko</w:t>
      </w:r>
      <w:r w:rsidRPr="003D4D40">
        <w:rPr>
          <w:rFonts w:ascii="Roboto Condensed" w:hAnsi="Roboto Condensed"/>
          <w:sz w:val="20"/>
          <w:lang w:val="pl-PL"/>
        </w:rPr>
        <w:t xml:space="preserve"> zastosowano 1</w:t>
      </w:r>
      <w:r w:rsidR="003D4D40" w:rsidRPr="003D4D40">
        <w:rPr>
          <w:rFonts w:ascii="Roboto Condensed" w:hAnsi="Roboto Condensed"/>
          <w:sz w:val="20"/>
          <w:lang w:val="pl-PL"/>
        </w:rPr>
        <w:t>0</w:t>
      </w:r>
      <w:r w:rsidRPr="003D4D40">
        <w:rPr>
          <w:rFonts w:ascii="Roboto Condensed" w:hAnsi="Roboto Condensed"/>
          <w:sz w:val="20"/>
          <w:lang w:val="pl-PL"/>
        </w:rPr>
        <w:t>:</w:t>
      </w:r>
    </w:p>
    <w:p w14:paraId="1B91B804" w14:textId="661E6044" w:rsidR="0002335B" w:rsidRPr="003D4D40" w:rsidRDefault="0002335B" w:rsidP="008636AA">
      <w:pPr>
        <w:pStyle w:val="Tekstpodstawowy2"/>
        <w:numPr>
          <w:ilvl w:val="0"/>
          <w:numId w:val="3"/>
        </w:numPr>
        <w:spacing w:line="240" w:lineRule="auto"/>
        <w:ind w:left="567" w:hanging="227"/>
        <w:rPr>
          <w:rFonts w:ascii="Roboto Condensed" w:hAnsi="Roboto Condensed"/>
          <w:sz w:val="20"/>
          <w:lang w:val="pl-PL"/>
        </w:rPr>
      </w:pPr>
      <w:r w:rsidRPr="003D4D40">
        <w:rPr>
          <w:rFonts w:ascii="Roboto Condensed" w:hAnsi="Roboto Condensed"/>
          <w:b/>
          <w:bCs/>
          <w:sz w:val="20"/>
          <w:lang w:val="pl-PL"/>
        </w:rPr>
        <w:t xml:space="preserve">SJ </w:t>
      </w:r>
      <w:r w:rsidRPr="003D4D40">
        <w:rPr>
          <w:rFonts w:ascii="Roboto Condensed" w:hAnsi="Roboto Condensed"/>
          <w:sz w:val="20"/>
          <w:lang w:val="pl-PL"/>
        </w:rPr>
        <w:t>– STREFA WIELOFUNKCYJNA Z ZABUDOWĄ MIESZKANIOWĄ JEDNORODZINNĄ</w:t>
      </w:r>
    </w:p>
    <w:p w14:paraId="404D29F3" w14:textId="3660066B" w:rsidR="0002335B" w:rsidRPr="003D4D40" w:rsidRDefault="0002335B" w:rsidP="008636AA">
      <w:pPr>
        <w:pStyle w:val="Tekstpodstawowy2"/>
        <w:numPr>
          <w:ilvl w:val="0"/>
          <w:numId w:val="3"/>
        </w:numPr>
        <w:spacing w:line="240" w:lineRule="auto"/>
        <w:ind w:left="567" w:hanging="227"/>
        <w:rPr>
          <w:rFonts w:ascii="Roboto Condensed" w:hAnsi="Roboto Condensed"/>
          <w:sz w:val="20"/>
          <w:lang w:val="pl-PL"/>
        </w:rPr>
      </w:pPr>
      <w:r w:rsidRPr="003D4D40">
        <w:rPr>
          <w:rFonts w:ascii="Roboto Condensed" w:hAnsi="Roboto Condensed"/>
          <w:b/>
          <w:bCs/>
          <w:sz w:val="20"/>
          <w:lang w:val="pl-PL"/>
        </w:rPr>
        <w:t>SZ</w:t>
      </w:r>
      <w:r w:rsidRPr="003D4D40">
        <w:rPr>
          <w:rFonts w:ascii="Roboto Condensed" w:hAnsi="Roboto Condensed"/>
          <w:sz w:val="20"/>
          <w:lang w:val="pl-PL"/>
        </w:rPr>
        <w:t xml:space="preserve"> – STREFA WIELOFUNKCYJNA Z ZABUDOWĄ ZAGRODOWĄ</w:t>
      </w:r>
    </w:p>
    <w:p w14:paraId="6B4F2777" w14:textId="1CE2F810" w:rsidR="0002335B" w:rsidRPr="003D4D40" w:rsidRDefault="0002335B" w:rsidP="008636AA">
      <w:pPr>
        <w:pStyle w:val="Tekstpodstawowy2"/>
        <w:numPr>
          <w:ilvl w:val="0"/>
          <w:numId w:val="3"/>
        </w:numPr>
        <w:spacing w:line="240" w:lineRule="auto"/>
        <w:ind w:left="567" w:hanging="227"/>
        <w:rPr>
          <w:rFonts w:ascii="Roboto Condensed" w:hAnsi="Roboto Condensed"/>
          <w:sz w:val="20"/>
          <w:lang w:val="pl-PL"/>
        </w:rPr>
      </w:pPr>
      <w:r w:rsidRPr="003D4D40">
        <w:rPr>
          <w:rFonts w:ascii="Roboto Condensed" w:hAnsi="Roboto Condensed"/>
          <w:b/>
          <w:bCs/>
          <w:sz w:val="20"/>
          <w:lang w:val="pl-PL"/>
        </w:rPr>
        <w:t>SU</w:t>
      </w:r>
      <w:r w:rsidRPr="003D4D40">
        <w:rPr>
          <w:rFonts w:ascii="Roboto Condensed" w:hAnsi="Roboto Condensed"/>
          <w:sz w:val="20"/>
          <w:lang w:val="pl-PL"/>
        </w:rPr>
        <w:t xml:space="preserve"> – STREFA USŁUGOWA</w:t>
      </w:r>
    </w:p>
    <w:p w14:paraId="56A9F86A" w14:textId="4A533256" w:rsidR="0002335B" w:rsidRPr="003D4D40" w:rsidRDefault="0002335B" w:rsidP="008636AA">
      <w:pPr>
        <w:pStyle w:val="Tekstpodstawowy2"/>
        <w:numPr>
          <w:ilvl w:val="0"/>
          <w:numId w:val="3"/>
        </w:numPr>
        <w:spacing w:line="240" w:lineRule="auto"/>
        <w:ind w:left="567" w:hanging="227"/>
        <w:rPr>
          <w:rFonts w:ascii="Roboto Condensed" w:hAnsi="Roboto Condensed"/>
          <w:sz w:val="20"/>
          <w:lang w:val="pl-PL"/>
        </w:rPr>
      </w:pPr>
      <w:r w:rsidRPr="003D4D40">
        <w:rPr>
          <w:rFonts w:ascii="Roboto Condensed" w:hAnsi="Roboto Condensed"/>
          <w:b/>
          <w:bCs/>
          <w:sz w:val="20"/>
          <w:lang w:val="pl-PL"/>
        </w:rPr>
        <w:t>SP</w:t>
      </w:r>
      <w:r w:rsidRPr="003D4D40">
        <w:rPr>
          <w:rFonts w:ascii="Roboto Condensed" w:hAnsi="Roboto Condensed"/>
          <w:sz w:val="20"/>
          <w:lang w:val="pl-PL"/>
        </w:rPr>
        <w:t xml:space="preserve"> – STREFA GOSPODARCZA</w:t>
      </w:r>
    </w:p>
    <w:p w14:paraId="51ABE1D5" w14:textId="74BEF3BE" w:rsidR="0002335B" w:rsidRPr="003D4D40" w:rsidRDefault="0002335B" w:rsidP="008636AA">
      <w:pPr>
        <w:pStyle w:val="Tekstpodstawowy2"/>
        <w:numPr>
          <w:ilvl w:val="0"/>
          <w:numId w:val="3"/>
        </w:numPr>
        <w:spacing w:line="240" w:lineRule="auto"/>
        <w:ind w:left="567" w:hanging="227"/>
        <w:rPr>
          <w:rFonts w:ascii="Roboto Condensed" w:hAnsi="Roboto Condensed"/>
          <w:sz w:val="20"/>
          <w:lang w:val="pl-PL"/>
        </w:rPr>
      </w:pPr>
      <w:r w:rsidRPr="003D4D40">
        <w:rPr>
          <w:rFonts w:ascii="Roboto Condensed" w:hAnsi="Roboto Condensed"/>
          <w:b/>
          <w:bCs/>
          <w:sz w:val="20"/>
          <w:lang w:val="pl-PL"/>
        </w:rPr>
        <w:t>SR</w:t>
      </w:r>
      <w:r w:rsidRPr="003D4D40">
        <w:rPr>
          <w:rFonts w:ascii="Roboto Condensed" w:hAnsi="Roboto Condensed"/>
          <w:sz w:val="20"/>
          <w:lang w:val="pl-PL"/>
        </w:rPr>
        <w:t xml:space="preserve"> – STREFA PRODUKCJI ROLNICZEJ</w:t>
      </w:r>
    </w:p>
    <w:p w14:paraId="4A0394BA" w14:textId="5C99AC71" w:rsidR="0002335B" w:rsidRPr="003D4D40" w:rsidRDefault="0002335B" w:rsidP="008636AA">
      <w:pPr>
        <w:pStyle w:val="Tekstpodstawowy2"/>
        <w:numPr>
          <w:ilvl w:val="0"/>
          <w:numId w:val="3"/>
        </w:numPr>
        <w:spacing w:line="240" w:lineRule="auto"/>
        <w:ind w:left="567" w:hanging="227"/>
        <w:rPr>
          <w:rFonts w:ascii="Roboto Condensed" w:hAnsi="Roboto Condensed"/>
          <w:sz w:val="20"/>
          <w:lang w:val="pl-PL"/>
        </w:rPr>
      </w:pPr>
      <w:r w:rsidRPr="003D4D40">
        <w:rPr>
          <w:rFonts w:ascii="Roboto Condensed" w:hAnsi="Roboto Condensed"/>
          <w:b/>
          <w:bCs/>
          <w:sz w:val="20"/>
          <w:lang w:val="pl-PL"/>
        </w:rPr>
        <w:t xml:space="preserve">SI </w:t>
      </w:r>
      <w:r w:rsidRPr="003D4D40">
        <w:rPr>
          <w:rFonts w:ascii="Roboto Condensed" w:hAnsi="Roboto Condensed"/>
          <w:sz w:val="20"/>
          <w:lang w:val="pl-PL"/>
        </w:rPr>
        <w:t>– STREFA INFRASTRUKTURALNA</w:t>
      </w:r>
    </w:p>
    <w:p w14:paraId="066D7013" w14:textId="0E7964F6" w:rsidR="0002335B" w:rsidRPr="003D4D40" w:rsidRDefault="0002335B" w:rsidP="008636AA">
      <w:pPr>
        <w:pStyle w:val="Tekstpodstawowy2"/>
        <w:numPr>
          <w:ilvl w:val="0"/>
          <w:numId w:val="3"/>
        </w:numPr>
        <w:spacing w:line="240" w:lineRule="auto"/>
        <w:ind w:left="567" w:hanging="227"/>
        <w:rPr>
          <w:rFonts w:ascii="Roboto Condensed" w:hAnsi="Roboto Condensed"/>
          <w:sz w:val="20"/>
          <w:lang w:val="pl-PL"/>
        </w:rPr>
      </w:pPr>
      <w:r w:rsidRPr="003D4D40">
        <w:rPr>
          <w:rFonts w:ascii="Roboto Condensed" w:hAnsi="Roboto Condensed"/>
          <w:b/>
          <w:bCs/>
          <w:sz w:val="20"/>
          <w:lang w:val="pl-PL"/>
        </w:rPr>
        <w:t>SN</w:t>
      </w:r>
      <w:r w:rsidRPr="003D4D40">
        <w:rPr>
          <w:rFonts w:ascii="Roboto Condensed" w:hAnsi="Roboto Condensed"/>
          <w:sz w:val="20"/>
          <w:lang w:val="pl-PL"/>
        </w:rPr>
        <w:t xml:space="preserve"> – STREFA ZIELENI I REKREACJI</w:t>
      </w:r>
    </w:p>
    <w:p w14:paraId="28C3E8C7" w14:textId="13333E7A" w:rsidR="0002335B" w:rsidRPr="00C44FD2" w:rsidRDefault="0002335B" w:rsidP="008636AA">
      <w:pPr>
        <w:pStyle w:val="Tekstpodstawowy2"/>
        <w:numPr>
          <w:ilvl w:val="0"/>
          <w:numId w:val="3"/>
        </w:numPr>
        <w:spacing w:line="240" w:lineRule="auto"/>
        <w:ind w:left="567" w:hanging="227"/>
        <w:rPr>
          <w:rFonts w:ascii="Roboto Condensed" w:hAnsi="Roboto Condensed"/>
          <w:sz w:val="20"/>
          <w:lang w:val="pl-PL"/>
        </w:rPr>
      </w:pPr>
      <w:r w:rsidRPr="003D4D40">
        <w:rPr>
          <w:rFonts w:ascii="Roboto Condensed" w:hAnsi="Roboto Condensed"/>
          <w:b/>
          <w:bCs/>
          <w:sz w:val="20"/>
          <w:lang w:val="pl-PL"/>
        </w:rPr>
        <w:t>SC</w:t>
      </w:r>
      <w:r w:rsidRPr="003D4D40">
        <w:rPr>
          <w:rFonts w:ascii="Roboto Condensed" w:hAnsi="Roboto Condensed"/>
          <w:sz w:val="20"/>
          <w:lang w:val="pl-PL"/>
        </w:rPr>
        <w:t xml:space="preserve"> – STREFA CMENTAR</w:t>
      </w:r>
      <w:r w:rsidRPr="00C44FD2">
        <w:rPr>
          <w:rFonts w:ascii="Roboto Condensed" w:hAnsi="Roboto Condensed"/>
          <w:sz w:val="20"/>
          <w:lang w:val="pl-PL"/>
        </w:rPr>
        <w:t>ZY</w:t>
      </w:r>
    </w:p>
    <w:p w14:paraId="7EC5F28E" w14:textId="57DFCAD6" w:rsidR="0002335B" w:rsidRPr="00C44FD2" w:rsidRDefault="0002335B" w:rsidP="008636AA">
      <w:pPr>
        <w:pStyle w:val="Tekstpodstawowy2"/>
        <w:numPr>
          <w:ilvl w:val="0"/>
          <w:numId w:val="3"/>
        </w:numPr>
        <w:spacing w:line="240" w:lineRule="auto"/>
        <w:ind w:left="567" w:hanging="227"/>
        <w:rPr>
          <w:rFonts w:ascii="Roboto Condensed" w:hAnsi="Roboto Condensed"/>
          <w:sz w:val="20"/>
          <w:lang w:val="pl-PL"/>
        </w:rPr>
      </w:pPr>
      <w:r w:rsidRPr="00C44FD2">
        <w:rPr>
          <w:rFonts w:ascii="Roboto Condensed" w:hAnsi="Roboto Condensed"/>
          <w:b/>
          <w:bCs/>
          <w:sz w:val="20"/>
          <w:lang w:val="pl-PL"/>
        </w:rPr>
        <w:t>SO</w:t>
      </w:r>
      <w:r w:rsidRPr="00C44FD2">
        <w:rPr>
          <w:rFonts w:ascii="Roboto Condensed" w:hAnsi="Roboto Condensed"/>
          <w:sz w:val="20"/>
          <w:lang w:val="pl-PL"/>
        </w:rPr>
        <w:t xml:space="preserve"> – STREFA OTWARTA</w:t>
      </w:r>
    </w:p>
    <w:p w14:paraId="60751FBE" w14:textId="3F755AC5" w:rsidR="00294869" w:rsidRPr="00C44FD2" w:rsidRDefault="0002335B" w:rsidP="008636AA">
      <w:pPr>
        <w:pStyle w:val="Tekstpodstawowy2"/>
        <w:numPr>
          <w:ilvl w:val="0"/>
          <w:numId w:val="3"/>
        </w:numPr>
        <w:spacing w:line="240" w:lineRule="auto"/>
        <w:ind w:left="567" w:hanging="227"/>
        <w:rPr>
          <w:rFonts w:ascii="Roboto Condensed" w:hAnsi="Roboto Condensed"/>
          <w:sz w:val="20"/>
          <w:lang w:val="pl-PL"/>
        </w:rPr>
      </w:pPr>
      <w:r w:rsidRPr="00C44FD2">
        <w:rPr>
          <w:rFonts w:ascii="Roboto Condensed" w:hAnsi="Roboto Condensed"/>
          <w:b/>
          <w:bCs/>
          <w:sz w:val="20"/>
          <w:lang w:val="pl-PL"/>
        </w:rPr>
        <w:t>SK</w:t>
      </w:r>
      <w:r w:rsidRPr="00C44FD2">
        <w:rPr>
          <w:rFonts w:ascii="Roboto Condensed" w:hAnsi="Roboto Condensed"/>
          <w:sz w:val="20"/>
          <w:lang w:val="pl-PL"/>
        </w:rPr>
        <w:t xml:space="preserve"> – STREFA KOMUNIKACYJNA</w:t>
      </w:r>
    </w:p>
    <w:p w14:paraId="6F08C880" w14:textId="77777777" w:rsidR="000539F2" w:rsidRPr="00C44FD2" w:rsidRDefault="0002335B" w:rsidP="000539F2">
      <w:pPr>
        <w:pStyle w:val="Tekstpodstawowy2"/>
        <w:spacing w:before="120" w:after="120" w:line="240" w:lineRule="auto"/>
        <w:ind w:left="170"/>
        <w:rPr>
          <w:rFonts w:ascii="Roboto Condensed" w:hAnsi="Roboto Condensed"/>
          <w:sz w:val="20"/>
          <w:lang w:val="pl-PL"/>
        </w:rPr>
      </w:pPr>
      <w:r w:rsidRPr="00C44FD2">
        <w:rPr>
          <w:rFonts w:ascii="Roboto Condensed" w:hAnsi="Roboto Condensed"/>
          <w:sz w:val="20"/>
          <w:lang w:val="pl-PL"/>
        </w:rPr>
        <w:t xml:space="preserve">W części graficznej planu ogólnego wyodrębniono strefy nadając im numery porządkowe oraz ustalając dla każdej z nich profil funkcjonalny strefy planistycznej oraz wskaźniki zagospodarowania, terenu jeśli tego wymagają przepisy lub potrzeby planu. </w:t>
      </w:r>
    </w:p>
    <w:p w14:paraId="7F1A4075" w14:textId="36339EF9" w:rsidR="0002335B" w:rsidRDefault="00DB70F7" w:rsidP="004208ED">
      <w:pPr>
        <w:pStyle w:val="Tekstpodstawowy2"/>
        <w:spacing w:before="120" w:line="240" w:lineRule="auto"/>
        <w:ind w:left="170"/>
        <w:jc w:val="left"/>
        <w:rPr>
          <w:rFonts w:ascii="Roboto Condensed" w:hAnsi="Roboto Condensed"/>
          <w:i/>
          <w:iCs/>
          <w:sz w:val="20"/>
          <w:szCs w:val="24"/>
          <w:lang w:val="pl-PL"/>
        </w:rPr>
      </w:pPr>
      <w:bookmarkStart w:id="116" w:name="_Hlk198650306"/>
      <w:r w:rsidRPr="00C44FD2">
        <w:rPr>
          <w:rFonts w:ascii="Roboto Condensed" w:hAnsi="Roboto Condensed"/>
          <w:i/>
          <w:iCs/>
          <w:sz w:val="20"/>
          <w:szCs w:val="24"/>
          <w:lang w:val="pl-PL"/>
        </w:rPr>
        <w:t xml:space="preserve">Tab. </w:t>
      </w:r>
      <w:r w:rsidR="00DF0B52">
        <w:rPr>
          <w:rFonts w:ascii="Roboto Condensed" w:hAnsi="Roboto Condensed"/>
          <w:i/>
          <w:iCs/>
          <w:sz w:val="20"/>
          <w:szCs w:val="24"/>
          <w:lang w:val="pl-PL"/>
        </w:rPr>
        <w:t>8</w:t>
      </w:r>
      <w:r w:rsidRPr="00C44FD2">
        <w:rPr>
          <w:rFonts w:ascii="Roboto Condensed" w:hAnsi="Roboto Condensed"/>
          <w:i/>
          <w:iCs/>
          <w:sz w:val="20"/>
          <w:szCs w:val="24"/>
          <w:lang w:val="pl-PL"/>
        </w:rPr>
        <w:t>. Gminny katalog stref planistycznych.</w:t>
      </w:r>
      <w:bookmarkEnd w:id="116"/>
    </w:p>
    <w:tbl>
      <w:tblPr>
        <w:tblStyle w:val="Tabela-Siatka"/>
        <w:tblW w:w="9514" w:type="dxa"/>
        <w:tblLayout w:type="fixed"/>
        <w:tblCellMar>
          <w:top w:w="57" w:type="dxa"/>
          <w:left w:w="57" w:type="dxa"/>
          <w:bottom w:w="57" w:type="dxa"/>
          <w:right w:w="57" w:type="dxa"/>
        </w:tblCellMar>
        <w:tblLook w:val="04A0" w:firstRow="1" w:lastRow="0" w:firstColumn="1" w:lastColumn="0" w:noHBand="0" w:noVBand="1"/>
      </w:tblPr>
      <w:tblGrid>
        <w:gridCol w:w="1134"/>
        <w:gridCol w:w="1900"/>
        <w:gridCol w:w="1418"/>
        <w:gridCol w:w="1359"/>
        <w:gridCol w:w="1171"/>
        <w:gridCol w:w="1265"/>
        <w:gridCol w:w="1267"/>
      </w:tblGrid>
      <w:tr w:rsidR="004674D5" w:rsidRPr="00363680" w14:paraId="62EC296E" w14:textId="77777777" w:rsidTr="004A7CD1">
        <w:tc>
          <w:tcPr>
            <w:tcW w:w="1134" w:type="dxa"/>
            <w:shd w:val="clear" w:color="auto" w:fill="808080"/>
            <w:vAlign w:val="center"/>
          </w:tcPr>
          <w:p w14:paraId="55C0A08F" w14:textId="44054D64" w:rsidR="004674D5" w:rsidRDefault="004674D5" w:rsidP="004A7CD1">
            <w:pPr>
              <w:jc w:val="center"/>
            </w:pPr>
            <w:r>
              <w:rPr>
                <w:rFonts w:ascii="Roboto Condensed" w:hAnsi="Roboto Condensed"/>
                <w:b/>
                <w:sz w:val="18"/>
              </w:rPr>
              <w:t>Oznaczenie Strefy</w:t>
            </w:r>
          </w:p>
        </w:tc>
        <w:tc>
          <w:tcPr>
            <w:tcW w:w="1900" w:type="dxa"/>
            <w:shd w:val="clear" w:color="auto" w:fill="808080"/>
            <w:vAlign w:val="center"/>
          </w:tcPr>
          <w:p w14:paraId="59DC7E1E" w14:textId="77777777" w:rsidR="004674D5" w:rsidRDefault="004674D5" w:rsidP="004A7CD1">
            <w:pPr>
              <w:jc w:val="center"/>
            </w:pPr>
            <w:r>
              <w:rPr>
                <w:rFonts w:ascii="Roboto Condensed" w:hAnsi="Roboto Condensed"/>
                <w:b/>
                <w:sz w:val="18"/>
              </w:rPr>
              <w:t>Profil podstawowy</w:t>
            </w:r>
          </w:p>
        </w:tc>
        <w:tc>
          <w:tcPr>
            <w:tcW w:w="1418" w:type="dxa"/>
            <w:shd w:val="clear" w:color="auto" w:fill="808080"/>
            <w:vAlign w:val="center"/>
          </w:tcPr>
          <w:p w14:paraId="7ADF1B83" w14:textId="77777777" w:rsidR="004674D5" w:rsidRDefault="004674D5" w:rsidP="004A7CD1">
            <w:pPr>
              <w:jc w:val="center"/>
            </w:pPr>
            <w:r>
              <w:rPr>
                <w:rFonts w:ascii="Roboto Condensed" w:hAnsi="Roboto Condensed"/>
                <w:b/>
                <w:sz w:val="18"/>
              </w:rPr>
              <w:t>Profil dodatkowy 1)</w:t>
            </w:r>
          </w:p>
          <w:p w14:paraId="5C2F6FE4" w14:textId="77777777" w:rsidR="004674D5" w:rsidRDefault="004674D5" w:rsidP="004A7CD1">
            <w:pPr>
              <w:jc w:val="center"/>
            </w:pPr>
          </w:p>
        </w:tc>
        <w:tc>
          <w:tcPr>
            <w:tcW w:w="1359" w:type="dxa"/>
            <w:shd w:val="clear" w:color="auto" w:fill="808080"/>
            <w:vAlign w:val="center"/>
          </w:tcPr>
          <w:p w14:paraId="22E46F0C" w14:textId="77777777" w:rsidR="004674D5" w:rsidRPr="00363680" w:rsidRDefault="004674D5" w:rsidP="004A7CD1">
            <w:pPr>
              <w:jc w:val="center"/>
            </w:pPr>
            <w:r w:rsidRPr="00363680">
              <w:rPr>
                <w:rFonts w:ascii="Roboto Condensed" w:hAnsi="Roboto Condensed"/>
                <w:b/>
                <w:sz w:val="18"/>
              </w:rPr>
              <w:t>Wartość maksymalnej nadziemnej intensywności zabudowy</w:t>
            </w:r>
          </w:p>
        </w:tc>
        <w:tc>
          <w:tcPr>
            <w:tcW w:w="1171" w:type="dxa"/>
            <w:shd w:val="clear" w:color="auto" w:fill="808080"/>
            <w:vAlign w:val="center"/>
          </w:tcPr>
          <w:p w14:paraId="3084E472" w14:textId="77777777" w:rsidR="004674D5" w:rsidRDefault="004674D5" w:rsidP="004A7CD1">
            <w:pPr>
              <w:jc w:val="center"/>
            </w:pPr>
            <w:r>
              <w:rPr>
                <w:rFonts w:ascii="Roboto Condensed" w:hAnsi="Roboto Condensed"/>
                <w:b/>
                <w:sz w:val="18"/>
              </w:rPr>
              <w:t>Wartość maksymalnej wysokości zabudowy</w:t>
            </w:r>
          </w:p>
        </w:tc>
        <w:tc>
          <w:tcPr>
            <w:tcW w:w="1265" w:type="dxa"/>
            <w:shd w:val="clear" w:color="auto" w:fill="808080"/>
            <w:vAlign w:val="center"/>
          </w:tcPr>
          <w:p w14:paraId="753CAF05" w14:textId="77777777" w:rsidR="004674D5" w:rsidRPr="00363680" w:rsidRDefault="004674D5" w:rsidP="004A7CD1">
            <w:pPr>
              <w:jc w:val="center"/>
            </w:pPr>
            <w:r w:rsidRPr="00363680">
              <w:rPr>
                <w:rFonts w:ascii="Roboto Condensed" w:hAnsi="Roboto Condensed"/>
                <w:b/>
                <w:sz w:val="18"/>
              </w:rPr>
              <w:t>Wartość maksymalnego udziału powierzchni zabudowy</w:t>
            </w:r>
          </w:p>
        </w:tc>
        <w:tc>
          <w:tcPr>
            <w:tcW w:w="1265" w:type="dxa"/>
            <w:shd w:val="clear" w:color="auto" w:fill="808080"/>
            <w:vAlign w:val="center"/>
          </w:tcPr>
          <w:p w14:paraId="34134934" w14:textId="77777777" w:rsidR="004674D5" w:rsidRPr="00363680" w:rsidRDefault="004674D5" w:rsidP="004A7CD1">
            <w:pPr>
              <w:jc w:val="center"/>
            </w:pPr>
            <w:r w:rsidRPr="00363680">
              <w:rPr>
                <w:rFonts w:ascii="Roboto Condensed" w:hAnsi="Roboto Condensed"/>
                <w:b/>
                <w:sz w:val="18"/>
              </w:rPr>
              <w:t>Wartość minimalnego udziału powierzchni biologicznie czynnej</w:t>
            </w:r>
          </w:p>
        </w:tc>
      </w:tr>
      <w:tr w:rsidR="004674D5" w14:paraId="2D5633D7" w14:textId="77777777" w:rsidTr="004A7CD1">
        <w:tc>
          <w:tcPr>
            <w:tcW w:w="1134" w:type="dxa"/>
          </w:tcPr>
          <w:p w14:paraId="18FE3D20" w14:textId="77777777" w:rsidR="004674D5" w:rsidRPr="00363680" w:rsidRDefault="004674D5" w:rsidP="004A7CD1"/>
        </w:tc>
        <w:tc>
          <w:tcPr>
            <w:tcW w:w="1900" w:type="dxa"/>
          </w:tcPr>
          <w:p w14:paraId="6C7BB822" w14:textId="77777777" w:rsidR="004674D5" w:rsidRPr="00363680" w:rsidRDefault="004674D5" w:rsidP="004A7CD1"/>
        </w:tc>
        <w:tc>
          <w:tcPr>
            <w:tcW w:w="1418" w:type="dxa"/>
          </w:tcPr>
          <w:p w14:paraId="6153E371" w14:textId="77777777" w:rsidR="004674D5" w:rsidRPr="00363680" w:rsidRDefault="004674D5" w:rsidP="004A7CD1"/>
        </w:tc>
        <w:tc>
          <w:tcPr>
            <w:tcW w:w="1359" w:type="dxa"/>
          </w:tcPr>
          <w:p w14:paraId="6A493FE3" w14:textId="77777777" w:rsidR="004674D5" w:rsidRPr="00363680" w:rsidRDefault="004674D5" w:rsidP="004A7CD1"/>
        </w:tc>
        <w:tc>
          <w:tcPr>
            <w:tcW w:w="1171" w:type="dxa"/>
          </w:tcPr>
          <w:p w14:paraId="1724DF81" w14:textId="77777777" w:rsidR="004674D5" w:rsidRDefault="004674D5" w:rsidP="004A7CD1">
            <w:r>
              <w:rPr>
                <w:rFonts w:ascii="Roboto Condensed" w:hAnsi="Roboto Condensed"/>
                <w:sz w:val="16"/>
              </w:rPr>
              <w:t>[m]</w:t>
            </w:r>
          </w:p>
        </w:tc>
        <w:tc>
          <w:tcPr>
            <w:tcW w:w="1265" w:type="dxa"/>
          </w:tcPr>
          <w:p w14:paraId="7C9F0AE3" w14:textId="77777777" w:rsidR="004674D5" w:rsidRDefault="004674D5" w:rsidP="004A7CD1">
            <w:r>
              <w:rPr>
                <w:rFonts w:ascii="Roboto Condensed" w:hAnsi="Roboto Condensed"/>
                <w:sz w:val="16"/>
              </w:rPr>
              <w:t>[%]</w:t>
            </w:r>
          </w:p>
        </w:tc>
        <w:tc>
          <w:tcPr>
            <w:tcW w:w="1265" w:type="dxa"/>
          </w:tcPr>
          <w:p w14:paraId="7C719B0D" w14:textId="77777777" w:rsidR="004674D5" w:rsidRDefault="004674D5" w:rsidP="004A7CD1">
            <w:r>
              <w:rPr>
                <w:rFonts w:ascii="Roboto Condensed" w:hAnsi="Roboto Condensed"/>
                <w:sz w:val="16"/>
              </w:rPr>
              <w:t>[%]</w:t>
            </w:r>
          </w:p>
        </w:tc>
      </w:tr>
      <w:tr w:rsidR="004674D5" w:rsidRPr="00363680" w14:paraId="725A6561" w14:textId="77777777" w:rsidTr="004A7CD1">
        <w:tc>
          <w:tcPr>
            <w:tcW w:w="9514" w:type="dxa"/>
            <w:gridSpan w:val="7"/>
            <w:shd w:val="clear" w:color="auto" w:fill="808080"/>
            <w:vAlign w:val="center"/>
          </w:tcPr>
          <w:p w14:paraId="5F0F8B28" w14:textId="77777777" w:rsidR="004674D5" w:rsidRPr="00363680" w:rsidRDefault="004674D5" w:rsidP="004A7CD1">
            <w:pPr>
              <w:jc w:val="center"/>
            </w:pPr>
            <w:r w:rsidRPr="00363680">
              <w:rPr>
                <w:rFonts w:ascii="Roboto Condensed" w:hAnsi="Roboto Condensed"/>
                <w:b/>
                <w:sz w:val="20"/>
              </w:rPr>
              <w:t>SJ – STREFA WIELOFUNKCYJNA Z ZABUDOWĄ MIESZKANIOWĄ JEDNORODZINNĄ</w:t>
            </w:r>
          </w:p>
        </w:tc>
      </w:tr>
      <w:tr w:rsidR="004674D5" w14:paraId="3A8E5B64" w14:textId="77777777" w:rsidTr="004A7CD1">
        <w:tc>
          <w:tcPr>
            <w:tcW w:w="1134" w:type="dxa"/>
          </w:tcPr>
          <w:p w14:paraId="10F03101" w14:textId="77777777" w:rsidR="004674D5" w:rsidRDefault="004674D5" w:rsidP="004A7CD1">
            <w:r>
              <w:rPr>
                <w:rFonts w:ascii="Roboto Condensed" w:hAnsi="Roboto Condensed"/>
                <w:sz w:val="16"/>
              </w:rPr>
              <w:t>1SJ</w:t>
            </w:r>
          </w:p>
        </w:tc>
        <w:tc>
          <w:tcPr>
            <w:tcW w:w="1900" w:type="dxa"/>
            <w:vMerge w:val="restart"/>
            <w:vAlign w:val="center"/>
          </w:tcPr>
          <w:p w14:paraId="6994A317" w14:textId="77777777" w:rsidR="004674D5" w:rsidRPr="00363680" w:rsidRDefault="004674D5" w:rsidP="004A7CD1">
            <w:pPr>
              <w:jc w:val="center"/>
            </w:pPr>
            <w:r w:rsidRPr="00363680">
              <w:rPr>
                <w:rFonts w:ascii="Roboto Condensed" w:hAnsi="Roboto Condensed"/>
                <w:sz w:val="16"/>
              </w:rPr>
              <w:t>teren zabudowy mieszkaniowej jednorodzinnej,</w:t>
            </w:r>
            <w:r w:rsidRPr="00363680">
              <w:rPr>
                <w:rFonts w:ascii="Roboto Condensed" w:hAnsi="Roboto Condensed"/>
                <w:sz w:val="16"/>
              </w:rPr>
              <w:br/>
              <w:t>teren usług,</w:t>
            </w:r>
            <w:r w:rsidRPr="00363680">
              <w:rPr>
                <w:rFonts w:ascii="Roboto Condensed" w:hAnsi="Roboto Condensed"/>
                <w:sz w:val="16"/>
              </w:rPr>
              <w:br/>
              <w:t>teren komunikacji,</w:t>
            </w:r>
            <w:r w:rsidRPr="00363680">
              <w:rPr>
                <w:rFonts w:ascii="Roboto Condensed" w:hAnsi="Roboto Condensed"/>
                <w:sz w:val="16"/>
              </w:rPr>
              <w:br/>
              <w:t>teren zieleni urządzonej,</w:t>
            </w:r>
            <w:r w:rsidRPr="00363680">
              <w:rPr>
                <w:rFonts w:ascii="Roboto Condensed" w:hAnsi="Roboto Condensed"/>
                <w:sz w:val="16"/>
              </w:rPr>
              <w:br/>
              <w:t>teren ogrodów działkowych,</w:t>
            </w:r>
            <w:r w:rsidRPr="00363680">
              <w:rPr>
                <w:rFonts w:ascii="Roboto Condensed" w:hAnsi="Roboto Condensed"/>
                <w:sz w:val="16"/>
              </w:rPr>
              <w:br/>
              <w:t>teren infrastruktury technicznej (2</w:t>
            </w:r>
          </w:p>
        </w:tc>
        <w:tc>
          <w:tcPr>
            <w:tcW w:w="1418" w:type="dxa"/>
          </w:tcPr>
          <w:p w14:paraId="06419E3F" w14:textId="77777777" w:rsidR="004674D5" w:rsidRDefault="004674D5" w:rsidP="004A7CD1">
            <w:r>
              <w:rPr>
                <w:rFonts w:ascii="Roboto Condensed" w:hAnsi="Roboto Condensed"/>
                <w:sz w:val="16"/>
              </w:rPr>
              <w:t>ZN, L, W</w:t>
            </w:r>
          </w:p>
        </w:tc>
        <w:tc>
          <w:tcPr>
            <w:tcW w:w="1359" w:type="dxa"/>
          </w:tcPr>
          <w:p w14:paraId="1E609827" w14:textId="77777777" w:rsidR="004674D5" w:rsidRDefault="004674D5" w:rsidP="004A7CD1">
            <w:r>
              <w:rPr>
                <w:rFonts w:ascii="Roboto Condensed" w:hAnsi="Roboto Condensed"/>
                <w:sz w:val="16"/>
              </w:rPr>
              <w:t>0.3</w:t>
            </w:r>
          </w:p>
        </w:tc>
        <w:tc>
          <w:tcPr>
            <w:tcW w:w="1171" w:type="dxa"/>
          </w:tcPr>
          <w:p w14:paraId="7AB9CBA8" w14:textId="77777777" w:rsidR="004674D5" w:rsidRDefault="004674D5" w:rsidP="004A7CD1">
            <w:r>
              <w:rPr>
                <w:rFonts w:ascii="Roboto Condensed" w:hAnsi="Roboto Condensed"/>
                <w:sz w:val="16"/>
              </w:rPr>
              <w:t>10.0</w:t>
            </w:r>
          </w:p>
        </w:tc>
        <w:tc>
          <w:tcPr>
            <w:tcW w:w="1265" w:type="dxa"/>
          </w:tcPr>
          <w:p w14:paraId="44C6F4C7" w14:textId="77777777" w:rsidR="004674D5" w:rsidRDefault="004674D5" w:rsidP="004A7CD1">
            <w:r>
              <w:rPr>
                <w:rFonts w:ascii="Roboto Condensed" w:hAnsi="Roboto Condensed"/>
                <w:sz w:val="16"/>
              </w:rPr>
              <w:t>20.0</w:t>
            </w:r>
          </w:p>
        </w:tc>
        <w:tc>
          <w:tcPr>
            <w:tcW w:w="1265" w:type="dxa"/>
          </w:tcPr>
          <w:p w14:paraId="1FA93CCE" w14:textId="77777777" w:rsidR="004674D5" w:rsidRDefault="004674D5" w:rsidP="004A7CD1">
            <w:r>
              <w:rPr>
                <w:rFonts w:ascii="Roboto Condensed" w:hAnsi="Roboto Condensed"/>
                <w:sz w:val="16"/>
              </w:rPr>
              <w:t>30</w:t>
            </w:r>
          </w:p>
        </w:tc>
      </w:tr>
      <w:tr w:rsidR="004674D5" w14:paraId="0748480C" w14:textId="77777777" w:rsidTr="004A7CD1">
        <w:tc>
          <w:tcPr>
            <w:tcW w:w="1134" w:type="dxa"/>
          </w:tcPr>
          <w:p w14:paraId="0254D9C8" w14:textId="77777777" w:rsidR="004674D5" w:rsidRDefault="004674D5" w:rsidP="004A7CD1">
            <w:r>
              <w:rPr>
                <w:rFonts w:ascii="Roboto Condensed" w:hAnsi="Roboto Condensed"/>
                <w:sz w:val="16"/>
              </w:rPr>
              <w:t>2SJ - 5SJ</w:t>
            </w:r>
          </w:p>
        </w:tc>
        <w:tc>
          <w:tcPr>
            <w:tcW w:w="1900" w:type="dxa"/>
            <w:vMerge/>
          </w:tcPr>
          <w:p w14:paraId="0C3387F4" w14:textId="77777777" w:rsidR="004674D5" w:rsidRDefault="004674D5" w:rsidP="004A7CD1"/>
        </w:tc>
        <w:tc>
          <w:tcPr>
            <w:tcW w:w="1418" w:type="dxa"/>
          </w:tcPr>
          <w:p w14:paraId="2FF35B42" w14:textId="77777777" w:rsidR="004674D5" w:rsidRDefault="004674D5" w:rsidP="004A7CD1">
            <w:r>
              <w:rPr>
                <w:rFonts w:ascii="Roboto Condensed" w:hAnsi="Roboto Condensed"/>
                <w:sz w:val="16"/>
              </w:rPr>
              <w:t>ZN, L, W</w:t>
            </w:r>
          </w:p>
        </w:tc>
        <w:tc>
          <w:tcPr>
            <w:tcW w:w="1359" w:type="dxa"/>
          </w:tcPr>
          <w:p w14:paraId="2600C59D" w14:textId="77777777" w:rsidR="004674D5" w:rsidRDefault="004674D5" w:rsidP="004A7CD1">
            <w:r>
              <w:rPr>
                <w:rFonts w:ascii="Roboto Condensed" w:hAnsi="Roboto Condensed"/>
                <w:sz w:val="16"/>
              </w:rPr>
              <w:t>0.5</w:t>
            </w:r>
          </w:p>
        </w:tc>
        <w:tc>
          <w:tcPr>
            <w:tcW w:w="1171" w:type="dxa"/>
          </w:tcPr>
          <w:p w14:paraId="06A9F00B" w14:textId="77777777" w:rsidR="004674D5" w:rsidRDefault="004674D5" w:rsidP="004A7CD1">
            <w:r>
              <w:rPr>
                <w:rFonts w:ascii="Roboto Condensed" w:hAnsi="Roboto Condensed"/>
                <w:sz w:val="16"/>
              </w:rPr>
              <w:t>10.0</w:t>
            </w:r>
          </w:p>
        </w:tc>
        <w:tc>
          <w:tcPr>
            <w:tcW w:w="1265" w:type="dxa"/>
          </w:tcPr>
          <w:p w14:paraId="406A8337" w14:textId="77777777" w:rsidR="004674D5" w:rsidRDefault="004674D5" w:rsidP="004A7CD1">
            <w:r>
              <w:rPr>
                <w:rFonts w:ascii="Roboto Condensed" w:hAnsi="Roboto Condensed"/>
                <w:sz w:val="16"/>
              </w:rPr>
              <w:t>30.0</w:t>
            </w:r>
          </w:p>
        </w:tc>
        <w:tc>
          <w:tcPr>
            <w:tcW w:w="1265" w:type="dxa"/>
          </w:tcPr>
          <w:p w14:paraId="5138B36D" w14:textId="77777777" w:rsidR="004674D5" w:rsidRDefault="004674D5" w:rsidP="004A7CD1">
            <w:r>
              <w:rPr>
                <w:rFonts w:ascii="Roboto Condensed" w:hAnsi="Roboto Condensed"/>
                <w:sz w:val="16"/>
              </w:rPr>
              <w:t>30</w:t>
            </w:r>
          </w:p>
        </w:tc>
      </w:tr>
      <w:tr w:rsidR="004674D5" w14:paraId="4A9A735A" w14:textId="77777777" w:rsidTr="004A7CD1">
        <w:tc>
          <w:tcPr>
            <w:tcW w:w="1134" w:type="dxa"/>
          </w:tcPr>
          <w:p w14:paraId="7B00B9F7" w14:textId="77777777" w:rsidR="004674D5" w:rsidRDefault="004674D5" w:rsidP="004A7CD1">
            <w:r>
              <w:rPr>
                <w:rFonts w:ascii="Roboto Condensed" w:hAnsi="Roboto Condensed"/>
                <w:sz w:val="16"/>
              </w:rPr>
              <w:t>7SJ - 20SJ</w:t>
            </w:r>
          </w:p>
        </w:tc>
        <w:tc>
          <w:tcPr>
            <w:tcW w:w="1900" w:type="dxa"/>
            <w:vMerge/>
          </w:tcPr>
          <w:p w14:paraId="65EB2F1D" w14:textId="77777777" w:rsidR="004674D5" w:rsidRDefault="004674D5" w:rsidP="004A7CD1"/>
        </w:tc>
        <w:tc>
          <w:tcPr>
            <w:tcW w:w="1418" w:type="dxa"/>
          </w:tcPr>
          <w:p w14:paraId="0A7B6B71" w14:textId="77777777" w:rsidR="004674D5" w:rsidRDefault="004674D5" w:rsidP="004A7CD1">
            <w:r>
              <w:rPr>
                <w:rFonts w:ascii="Roboto Condensed" w:hAnsi="Roboto Condensed"/>
                <w:sz w:val="16"/>
              </w:rPr>
              <w:t>ZN, L, W</w:t>
            </w:r>
          </w:p>
        </w:tc>
        <w:tc>
          <w:tcPr>
            <w:tcW w:w="1359" w:type="dxa"/>
          </w:tcPr>
          <w:p w14:paraId="3BD583DA" w14:textId="77777777" w:rsidR="004674D5" w:rsidRDefault="004674D5" w:rsidP="004A7CD1">
            <w:r>
              <w:rPr>
                <w:rFonts w:ascii="Roboto Condensed" w:hAnsi="Roboto Condensed"/>
                <w:sz w:val="16"/>
              </w:rPr>
              <w:t>0.5</w:t>
            </w:r>
          </w:p>
        </w:tc>
        <w:tc>
          <w:tcPr>
            <w:tcW w:w="1171" w:type="dxa"/>
          </w:tcPr>
          <w:p w14:paraId="093005B6" w14:textId="77777777" w:rsidR="004674D5" w:rsidRDefault="004674D5" w:rsidP="004A7CD1">
            <w:r>
              <w:rPr>
                <w:rFonts w:ascii="Roboto Condensed" w:hAnsi="Roboto Condensed"/>
                <w:sz w:val="16"/>
              </w:rPr>
              <w:t>10.0</w:t>
            </w:r>
          </w:p>
        </w:tc>
        <w:tc>
          <w:tcPr>
            <w:tcW w:w="1265" w:type="dxa"/>
          </w:tcPr>
          <w:p w14:paraId="1257BD7C" w14:textId="77777777" w:rsidR="004674D5" w:rsidRDefault="004674D5" w:rsidP="004A7CD1">
            <w:r>
              <w:rPr>
                <w:rFonts w:ascii="Roboto Condensed" w:hAnsi="Roboto Condensed"/>
                <w:sz w:val="16"/>
              </w:rPr>
              <w:t>30.0</w:t>
            </w:r>
          </w:p>
        </w:tc>
        <w:tc>
          <w:tcPr>
            <w:tcW w:w="1265" w:type="dxa"/>
          </w:tcPr>
          <w:p w14:paraId="4B0CF186" w14:textId="77777777" w:rsidR="004674D5" w:rsidRDefault="004674D5" w:rsidP="004A7CD1">
            <w:r>
              <w:rPr>
                <w:rFonts w:ascii="Roboto Condensed" w:hAnsi="Roboto Condensed"/>
                <w:sz w:val="16"/>
              </w:rPr>
              <w:t>30</w:t>
            </w:r>
          </w:p>
        </w:tc>
      </w:tr>
      <w:tr w:rsidR="004674D5" w14:paraId="5E19D31B" w14:textId="77777777" w:rsidTr="004A7CD1">
        <w:tc>
          <w:tcPr>
            <w:tcW w:w="1134" w:type="dxa"/>
          </w:tcPr>
          <w:p w14:paraId="22481D16" w14:textId="77777777" w:rsidR="004674D5" w:rsidRDefault="004674D5" w:rsidP="004A7CD1">
            <w:r>
              <w:rPr>
                <w:rFonts w:ascii="Roboto Condensed" w:hAnsi="Roboto Condensed"/>
                <w:sz w:val="16"/>
              </w:rPr>
              <w:t>21SJ</w:t>
            </w:r>
          </w:p>
        </w:tc>
        <w:tc>
          <w:tcPr>
            <w:tcW w:w="1900" w:type="dxa"/>
            <w:vMerge/>
          </w:tcPr>
          <w:p w14:paraId="4390A338" w14:textId="77777777" w:rsidR="004674D5" w:rsidRDefault="004674D5" w:rsidP="004A7CD1"/>
        </w:tc>
        <w:tc>
          <w:tcPr>
            <w:tcW w:w="1418" w:type="dxa"/>
          </w:tcPr>
          <w:p w14:paraId="1ED26719" w14:textId="77777777" w:rsidR="004674D5" w:rsidRDefault="004674D5" w:rsidP="004A7CD1">
            <w:r>
              <w:rPr>
                <w:rFonts w:ascii="Roboto Condensed" w:hAnsi="Roboto Condensed"/>
                <w:sz w:val="16"/>
              </w:rPr>
              <w:t>ZN, L, W</w:t>
            </w:r>
          </w:p>
        </w:tc>
        <w:tc>
          <w:tcPr>
            <w:tcW w:w="1359" w:type="dxa"/>
          </w:tcPr>
          <w:p w14:paraId="08C9F610" w14:textId="77777777" w:rsidR="004674D5" w:rsidRDefault="004674D5" w:rsidP="004A7CD1">
            <w:r>
              <w:rPr>
                <w:rFonts w:ascii="Roboto Condensed" w:hAnsi="Roboto Condensed"/>
                <w:sz w:val="16"/>
              </w:rPr>
              <w:t>0.3</w:t>
            </w:r>
          </w:p>
        </w:tc>
        <w:tc>
          <w:tcPr>
            <w:tcW w:w="1171" w:type="dxa"/>
          </w:tcPr>
          <w:p w14:paraId="46F17E55" w14:textId="77777777" w:rsidR="004674D5" w:rsidRDefault="004674D5" w:rsidP="004A7CD1">
            <w:r>
              <w:rPr>
                <w:rFonts w:ascii="Roboto Condensed" w:hAnsi="Roboto Condensed"/>
                <w:sz w:val="16"/>
              </w:rPr>
              <w:t>10.0</w:t>
            </w:r>
          </w:p>
        </w:tc>
        <w:tc>
          <w:tcPr>
            <w:tcW w:w="1265" w:type="dxa"/>
          </w:tcPr>
          <w:p w14:paraId="39885766" w14:textId="77777777" w:rsidR="004674D5" w:rsidRDefault="004674D5" w:rsidP="004A7CD1">
            <w:r>
              <w:rPr>
                <w:rFonts w:ascii="Roboto Condensed" w:hAnsi="Roboto Condensed"/>
                <w:sz w:val="16"/>
              </w:rPr>
              <w:t>20.0</w:t>
            </w:r>
          </w:p>
        </w:tc>
        <w:tc>
          <w:tcPr>
            <w:tcW w:w="1265" w:type="dxa"/>
          </w:tcPr>
          <w:p w14:paraId="3E8DB9B3" w14:textId="77777777" w:rsidR="004674D5" w:rsidRDefault="004674D5" w:rsidP="004A7CD1">
            <w:r>
              <w:rPr>
                <w:rFonts w:ascii="Roboto Condensed" w:hAnsi="Roboto Condensed"/>
                <w:sz w:val="16"/>
              </w:rPr>
              <w:t>30</w:t>
            </w:r>
          </w:p>
        </w:tc>
      </w:tr>
      <w:tr w:rsidR="004674D5" w14:paraId="222EEB5A" w14:textId="77777777" w:rsidTr="004A7CD1">
        <w:tc>
          <w:tcPr>
            <w:tcW w:w="1134" w:type="dxa"/>
          </w:tcPr>
          <w:p w14:paraId="1FC48CCD" w14:textId="77777777" w:rsidR="004674D5" w:rsidRDefault="004674D5" w:rsidP="004A7CD1">
            <w:r>
              <w:rPr>
                <w:rFonts w:ascii="Roboto Condensed" w:hAnsi="Roboto Condensed"/>
                <w:sz w:val="16"/>
              </w:rPr>
              <w:t>22SJ - 26SJ</w:t>
            </w:r>
          </w:p>
        </w:tc>
        <w:tc>
          <w:tcPr>
            <w:tcW w:w="1900" w:type="dxa"/>
            <w:vMerge/>
          </w:tcPr>
          <w:p w14:paraId="525A4DB8" w14:textId="77777777" w:rsidR="004674D5" w:rsidRDefault="004674D5" w:rsidP="004A7CD1"/>
        </w:tc>
        <w:tc>
          <w:tcPr>
            <w:tcW w:w="1418" w:type="dxa"/>
          </w:tcPr>
          <w:p w14:paraId="6D645CFD" w14:textId="77777777" w:rsidR="004674D5" w:rsidRDefault="004674D5" w:rsidP="004A7CD1">
            <w:r>
              <w:rPr>
                <w:rFonts w:ascii="Roboto Condensed" w:hAnsi="Roboto Condensed"/>
                <w:sz w:val="16"/>
              </w:rPr>
              <w:t>ZN, L, W</w:t>
            </w:r>
          </w:p>
        </w:tc>
        <w:tc>
          <w:tcPr>
            <w:tcW w:w="1359" w:type="dxa"/>
          </w:tcPr>
          <w:p w14:paraId="3E504B40" w14:textId="77777777" w:rsidR="004674D5" w:rsidRDefault="004674D5" w:rsidP="004A7CD1">
            <w:r>
              <w:rPr>
                <w:rFonts w:ascii="Roboto Condensed" w:hAnsi="Roboto Condensed"/>
                <w:sz w:val="16"/>
              </w:rPr>
              <w:t>0.5</w:t>
            </w:r>
          </w:p>
        </w:tc>
        <w:tc>
          <w:tcPr>
            <w:tcW w:w="1171" w:type="dxa"/>
          </w:tcPr>
          <w:p w14:paraId="29639B1C" w14:textId="77777777" w:rsidR="004674D5" w:rsidRDefault="004674D5" w:rsidP="004A7CD1">
            <w:r>
              <w:rPr>
                <w:rFonts w:ascii="Roboto Condensed" w:hAnsi="Roboto Condensed"/>
                <w:sz w:val="16"/>
              </w:rPr>
              <w:t>10.0</w:t>
            </w:r>
          </w:p>
        </w:tc>
        <w:tc>
          <w:tcPr>
            <w:tcW w:w="1265" w:type="dxa"/>
          </w:tcPr>
          <w:p w14:paraId="6D42583C" w14:textId="77777777" w:rsidR="004674D5" w:rsidRDefault="004674D5" w:rsidP="004A7CD1">
            <w:r>
              <w:rPr>
                <w:rFonts w:ascii="Roboto Condensed" w:hAnsi="Roboto Condensed"/>
                <w:sz w:val="16"/>
              </w:rPr>
              <w:t>30.0</w:t>
            </w:r>
          </w:p>
        </w:tc>
        <w:tc>
          <w:tcPr>
            <w:tcW w:w="1265" w:type="dxa"/>
          </w:tcPr>
          <w:p w14:paraId="253FF88C" w14:textId="77777777" w:rsidR="004674D5" w:rsidRDefault="004674D5" w:rsidP="004A7CD1">
            <w:r>
              <w:rPr>
                <w:rFonts w:ascii="Roboto Condensed" w:hAnsi="Roboto Condensed"/>
                <w:sz w:val="16"/>
              </w:rPr>
              <w:t>30</w:t>
            </w:r>
          </w:p>
        </w:tc>
      </w:tr>
      <w:tr w:rsidR="004674D5" w14:paraId="0E5DC38C" w14:textId="77777777" w:rsidTr="004A7CD1">
        <w:tc>
          <w:tcPr>
            <w:tcW w:w="1134" w:type="dxa"/>
          </w:tcPr>
          <w:p w14:paraId="7D07A306" w14:textId="77777777" w:rsidR="004674D5" w:rsidRDefault="004674D5" w:rsidP="004A7CD1">
            <w:r>
              <w:rPr>
                <w:rFonts w:ascii="Roboto Condensed" w:hAnsi="Roboto Condensed"/>
                <w:sz w:val="16"/>
              </w:rPr>
              <w:t>28SJ</w:t>
            </w:r>
          </w:p>
        </w:tc>
        <w:tc>
          <w:tcPr>
            <w:tcW w:w="1900" w:type="dxa"/>
            <w:vMerge/>
          </w:tcPr>
          <w:p w14:paraId="29061A63" w14:textId="77777777" w:rsidR="004674D5" w:rsidRDefault="004674D5" w:rsidP="004A7CD1"/>
        </w:tc>
        <w:tc>
          <w:tcPr>
            <w:tcW w:w="1418" w:type="dxa"/>
          </w:tcPr>
          <w:p w14:paraId="6A2F0F85" w14:textId="77777777" w:rsidR="004674D5" w:rsidRDefault="004674D5" w:rsidP="004A7CD1">
            <w:r>
              <w:rPr>
                <w:rFonts w:ascii="Roboto Condensed" w:hAnsi="Roboto Condensed"/>
                <w:sz w:val="16"/>
              </w:rPr>
              <w:t>ZN, L, W</w:t>
            </w:r>
          </w:p>
        </w:tc>
        <w:tc>
          <w:tcPr>
            <w:tcW w:w="1359" w:type="dxa"/>
          </w:tcPr>
          <w:p w14:paraId="2A734D11" w14:textId="77777777" w:rsidR="004674D5" w:rsidRDefault="004674D5" w:rsidP="004A7CD1">
            <w:r>
              <w:rPr>
                <w:rFonts w:ascii="Roboto Condensed" w:hAnsi="Roboto Condensed"/>
                <w:sz w:val="16"/>
              </w:rPr>
              <w:t>0.5</w:t>
            </w:r>
          </w:p>
        </w:tc>
        <w:tc>
          <w:tcPr>
            <w:tcW w:w="1171" w:type="dxa"/>
          </w:tcPr>
          <w:p w14:paraId="2460404C" w14:textId="77777777" w:rsidR="004674D5" w:rsidRDefault="004674D5" w:rsidP="004A7CD1">
            <w:r>
              <w:rPr>
                <w:rFonts w:ascii="Roboto Condensed" w:hAnsi="Roboto Condensed"/>
                <w:sz w:val="16"/>
              </w:rPr>
              <w:t>10.0</w:t>
            </w:r>
          </w:p>
        </w:tc>
        <w:tc>
          <w:tcPr>
            <w:tcW w:w="1265" w:type="dxa"/>
          </w:tcPr>
          <w:p w14:paraId="1B8F6327" w14:textId="77777777" w:rsidR="004674D5" w:rsidRDefault="004674D5" w:rsidP="004A7CD1">
            <w:r>
              <w:rPr>
                <w:rFonts w:ascii="Roboto Condensed" w:hAnsi="Roboto Condensed"/>
                <w:sz w:val="16"/>
              </w:rPr>
              <w:t>30.0</w:t>
            </w:r>
          </w:p>
        </w:tc>
        <w:tc>
          <w:tcPr>
            <w:tcW w:w="1265" w:type="dxa"/>
          </w:tcPr>
          <w:p w14:paraId="66DB83D7" w14:textId="77777777" w:rsidR="004674D5" w:rsidRDefault="004674D5" w:rsidP="004A7CD1">
            <w:r>
              <w:rPr>
                <w:rFonts w:ascii="Roboto Condensed" w:hAnsi="Roboto Condensed"/>
                <w:sz w:val="16"/>
              </w:rPr>
              <w:t>30</w:t>
            </w:r>
          </w:p>
        </w:tc>
      </w:tr>
      <w:tr w:rsidR="004674D5" w14:paraId="5DD27EB7" w14:textId="77777777" w:rsidTr="004A7CD1">
        <w:tc>
          <w:tcPr>
            <w:tcW w:w="1134" w:type="dxa"/>
          </w:tcPr>
          <w:p w14:paraId="3E238FAD" w14:textId="77777777" w:rsidR="004674D5" w:rsidRDefault="004674D5" w:rsidP="004A7CD1">
            <w:r>
              <w:rPr>
                <w:rFonts w:ascii="Roboto Condensed" w:hAnsi="Roboto Condensed"/>
                <w:sz w:val="16"/>
              </w:rPr>
              <w:t>29SJ</w:t>
            </w:r>
          </w:p>
        </w:tc>
        <w:tc>
          <w:tcPr>
            <w:tcW w:w="1900" w:type="dxa"/>
            <w:vMerge/>
          </w:tcPr>
          <w:p w14:paraId="754BB410" w14:textId="77777777" w:rsidR="004674D5" w:rsidRDefault="004674D5" w:rsidP="004A7CD1"/>
        </w:tc>
        <w:tc>
          <w:tcPr>
            <w:tcW w:w="1418" w:type="dxa"/>
          </w:tcPr>
          <w:p w14:paraId="7447D04E" w14:textId="77777777" w:rsidR="004674D5" w:rsidRDefault="004674D5" w:rsidP="004A7CD1">
            <w:r>
              <w:rPr>
                <w:rFonts w:ascii="Roboto Condensed" w:hAnsi="Roboto Condensed"/>
                <w:sz w:val="16"/>
              </w:rPr>
              <w:t>ZN, L, W</w:t>
            </w:r>
          </w:p>
        </w:tc>
        <w:tc>
          <w:tcPr>
            <w:tcW w:w="1359" w:type="dxa"/>
          </w:tcPr>
          <w:p w14:paraId="020F4257" w14:textId="77777777" w:rsidR="004674D5" w:rsidRDefault="004674D5" w:rsidP="004A7CD1">
            <w:r>
              <w:rPr>
                <w:rFonts w:ascii="Roboto Condensed" w:hAnsi="Roboto Condensed"/>
                <w:sz w:val="16"/>
              </w:rPr>
              <w:t>0.3</w:t>
            </w:r>
          </w:p>
        </w:tc>
        <w:tc>
          <w:tcPr>
            <w:tcW w:w="1171" w:type="dxa"/>
          </w:tcPr>
          <w:p w14:paraId="1E70BCC7" w14:textId="77777777" w:rsidR="004674D5" w:rsidRDefault="004674D5" w:rsidP="004A7CD1">
            <w:r>
              <w:rPr>
                <w:rFonts w:ascii="Roboto Condensed" w:hAnsi="Roboto Condensed"/>
                <w:sz w:val="16"/>
              </w:rPr>
              <w:t>10.0</w:t>
            </w:r>
          </w:p>
        </w:tc>
        <w:tc>
          <w:tcPr>
            <w:tcW w:w="1265" w:type="dxa"/>
          </w:tcPr>
          <w:p w14:paraId="6606E879" w14:textId="77777777" w:rsidR="004674D5" w:rsidRDefault="004674D5" w:rsidP="004A7CD1">
            <w:r>
              <w:rPr>
                <w:rFonts w:ascii="Roboto Condensed" w:hAnsi="Roboto Condensed"/>
                <w:sz w:val="16"/>
              </w:rPr>
              <w:t>20.0</w:t>
            </w:r>
          </w:p>
        </w:tc>
        <w:tc>
          <w:tcPr>
            <w:tcW w:w="1265" w:type="dxa"/>
          </w:tcPr>
          <w:p w14:paraId="3211540F" w14:textId="77777777" w:rsidR="004674D5" w:rsidRDefault="004674D5" w:rsidP="004A7CD1">
            <w:r>
              <w:rPr>
                <w:rFonts w:ascii="Roboto Condensed" w:hAnsi="Roboto Condensed"/>
                <w:sz w:val="16"/>
              </w:rPr>
              <w:t>30</w:t>
            </w:r>
          </w:p>
        </w:tc>
      </w:tr>
      <w:tr w:rsidR="004674D5" w14:paraId="3D48256E" w14:textId="77777777" w:rsidTr="004A7CD1">
        <w:tc>
          <w:tcPr>
            <w:tcW w:w="1134" w:type="dxa"/>
          </w:tcPr>
          <w:p w14:paraId="6F542651" w14:textId="77777777" w:rsidR="004674D5" w:rsidRDefault="004674D5" w:rsidP="004A7CD1">
            <w:r>
              <w:rPr>
                <w:rFonts w:ascii="Roboto Condensed" w:hAnsi="Roboto Condensed"/>
                <w:sz w:val="16"/>
              </w:rPr>
              <w:t>30SJ - 43SJ</w:t>
            </w:r>
          </w:p>
        </w:tc>
        <w:tc>
          <w:tcPr>
            <w:tcW w:w="1900" w:type="dxa"/>
            <w:vMerge/>
          </w:tcPr>
          <w:p w14:paraId="0A4EEA97" w14:textId="77777777" w:rsidR="004674D5" w:rsidRDefault="004674D5" w:rsidP="004A7CD1"/>
        </w:tc>
        <w:tc>
          <w:tcPr>
            <w:tcW w:w="1418" w:type="dxa"/>
          </w:tcPr>
          <w:p w14:paraId="108A4B65" w14:textId="77777777" w:rsidR="004674D5" w:rsidRDefault="004674D5" w:rsidP="004A7CD1">
            <w:r>
              <w:rPr>
                <w:rFonts w:ascii="Roboto Condensed" w:hAnsi="Roboto Condensed"/>
                <w:sz w:val="16"/>
              </w:rPr>
              <w:t>ZN, L, W</w:t>
            </w:r>
          </w:p>
        </w:tc>
        <w:tc>
          <w:tcPr>
            <w:tcW w:w="1359" w:type="dxa"/>
          </w:tcPr>
          <w:p w14:paraId="247B1F6F" w14:textId="77777777" w:rsidR="004674D5" w:rsidRDefault="004674D5" w:rsidP="004A7CD1">
            <w:r>
              <w:rPr>
                <w:rFonts w:ascii="Roboto Condensed" w:hAnsi="Roboto Condensed"/>
                <w:sz w:val="16"/>
              </w:rPr>
              <w:t>0.5</w:t>
            </w:r>
          </w:p>
        </w:tc>
        <w:tc>
          <w:tcPr>
            <w:tcW w:w="1171" w:type="dxa"/>
          </w:tcPr>
          <w:p w14:paraId="2271B294" w14:textId="77777777" w:rsidR="004674D5" w:rsidRDefault="004674D5" w:rsidP="004A7CD1">
            <w:r>
              <w:rPr>
                <w:rFonts w:ascii="Roboto Condensed" w:hAnsi="Roboto Condensed"/>
                <w:sz w:val="16"/>
              </w:rPr>
              <w:t>10.0</w:t>
            </w:r>
          </w:p>
        </w:tc>
        <w:tc>
          <w:tcPr>
            <w:tcW w:w="1265" w:type="dxa"/>
          </w:tcPr>
          <w:p w14:paraId="7EDC95A7" w14:textId="77777777" w:rsidR="004674D5" w:rsidRDefault="004674D5" w:rsidP="004A7CD1">
            <w:r>
              <w:rPr>
                <w:rFonts w:ascii="Roboto Condensed" w:hAnsi="Roboto Condensed"/>
                <w:sz w:val="16"/>
              </w:rPr>
              <w:t>30.0</w:t>
            </w:r>
          </w:p>
        </w:tc>
        <w:tc>
          <w:tcPr>
            <w:tcW w:w="1265" w:type="dxa"/>
          </w:tcPr>
          <w:p w14:paraId="6F662937" w14:textId="77777777" w:rsidR="004674D5" w:rsidRDefault="004674D5" w:rsidP="004A7CD1">
            <w:r>
              <w:rPr>
                <w:rFonts w:ascii="Roboto Condensed" w:hAnsi="Roboto Condensed"/>
                <w:sz w:val="16"/>
              </w:rPr>
              <w:t>30</w:t>
            </w:r>
          </w:p>
        </w:tc>
      </w:tr>
      <w:tr w:rsidR="004674D5" w14:paraId="686227D7" w14:textId="77777777" w:rsidTr="004A7CD1">
        <w:tc>
          <w:tcPr>
            <w:tcW w:w="1134" w:type="dxa"/>
          </w:tcPr>
          <w:p w14:paraId="13D0CFF2" w14:textId="77777777" w:rsidR="004674D5" w:rsidRDefault="004674D5" w:rsidP="004A7CD1">
            <w:r>
              <w:rPr>
                <w:rFonts w:ascii="Roboto Condensed" w:hAnsi="Roboto Condensed"/>
                <w:sz w:val="16"/>
              </w:rPr>
              <w:t>45SJ - 78SJ</w:t>
            </w:r>
          </w:p>
        </w:tc>
        <w:tc>
          <w:tcPr>
            <w:tcW w:w="1900" w:type="dxa"/>
            <w:vMerge/>
          </w:tcPr>
          <w:p w14:paraId="4CC6285E" w14:textId="77777777" w:rsidR="004674D5" w:rsidRDefault="004674D5" w:rsidP="004A7CD1"/>
        </w:tc>
        <w:tc>
          <w:tcPr>
            <w:tcW w:w="1418" w:type="dxa"/>
          </w:tcPr>
          <w:p w14:paraId="6907737D" w14:textId="77777777" w:rsidR="004674D5" w:rsidRDefault="004674D5" w:rsidP="004A7CD1">
            <w:r>
              <w:rPr>
                <w:rFonts w:ascii="Roboto Condensed" w:hAnsi="Roboto Condensed"/>
                <w:sz w:val="16"/>
              </w:rPr>
              <w:t>ZN, L, W</w:t>
            </w:r>
          </w:p>
        </w:tc>
        <w:tc>
          <w:tcPr>
            <w:tcW w:w="1359" w:type="dxa"/>
          </w:tcPr>
          <w:p w14:paraId="5DE67E57" w14:textId="77777777" w:rsidR="004674D5" w:rsidRDefault="004674D5" w:rsidP="004A7CD1">
            <w:r>
              <w:rPr>
                <w:rFonts w:ascii="Roboto Condensed" w:hAnsi="Roboto Condensed"/>
                <w:sz w:val="16"/>
              </w:rPr>
              <w:t>0.5</w:t>
            </w:r>
          </w:p>
        </w:tc>
        <w:tc>
          <w:tcPr>
            <w:tcW w:w="1171" w:type="dxa"/>
          </w:tcPr>
          <w:p w14:paraId="6E89BA13" w14:textId="77777777" w:rsidR="004674D5" w:rsidRDefault="004674D5" w:rsidP="004A7CD1">
            <w:r>
              <w:rPr>
                <w:rFonts w:ascii="Roboto Condensed" w:hAnsi="Roboto Condensed"/>
                <w:sz w:val="16"/>
              </w:rPr>
              <w:t>10.0</w:t>
            </w:r>
          </w:p>
        </w:tc>
        <w:tc>
          <w:tcPr>
            <w:tcW w:w="1265" w:type="dxa"/>
          </w:tcPr>
          <w:p w14:paraId="34B46F60" w14:textId="77777777" w:rsidR="004674D5" w:rsidRDefault="004674D5" w:rsidP="004A7CD1">
            <w:r>
              <w:rPr>
                <w:rFonts w:ascii="Roboto Condensed" w:hAnsi="Roboto Condensed"/>
                <w:sz w:val="16"/>
              </w:rPr>
              <w:t>30.0</w:t>
            </w:r>
          </w:p>
        </w:tc>
        <w:tc>
          <w:tcPr>
            <w:tcW w:w="1265" w:type="dxa"/>
          </w:tcPr>
          <w:p w14:paraId="0921951D" w14:textId="77777777" w:rsidR="004674D5" w:rsidRDefault="004674D5" w:rsidP="004A7CD1">
            <w:r>
              <w:rPr>
                <w:rFonts w:ascii="Roboto Condensed" w:hAnsi="Roboto Condensed"/>
                <w:sz w:val="16"/>
              </w:rPr>
              <w:t>30</w:t>
            </w:r>
          </w:p>
        </w:tc>
      </w:tr>
      <w:tr w:rsidR="004674D5" w14:paraId="50A6956D" w14:textId="77777777" w:rsidTr="004A7CD1">
        <w:tc>
          <w:tcPr>
            <w:tcW w:w="1134" w:type="dxa"/>
          </w:tcPr>
          <w:p w14:paraId="189F46B0" w14:textId="77777777" w:rsidR="004674D5" w:rsidRDefault="004674D5" w:rsidP="004A7CD1">
            <w:r>
              <w:rPr>
                <w:rFonts w:ascii="Roboto Condensed" w:hAnsi="Roboto Condensed"/>
                <w:sz w:val="16"/>
              </w:rPr>
              <w:t>79SJ - 82SJ</w:t>
            </w:r>
          </w:p>
        </w:tc>
        <w:tc>
          <w:tcPr>
            <w:tcW w:w="1900" w:type="dxa"/>
            <w:vMerge/>
          </w:tcPr>
          <w:p w14:paraId="316790C6" w14:textId="77777777" w:rsidR="004674D5" w:rsidRDefault="004674D5" w:rsidP="004A7CD1"/>
        </w:tc>
        <w:tc>
          <w:tcPr>
            <w:tcW w:w="1418" w:type="dxa"/>
          </w:tcPr>
          <w:p w14:paraId="6D29D6AA" w14:textId="77777777" w:rsidR="004674D5" w:rsidRDefault="004674D5" w:rsidP="004A7CD1">
            <w:r>
              <w:rPr>
                <w:rFonts w:ascii="Roboto Condensed" w:hAnsi="Roboto Condensed"/>
                <w:sz w:val="16"/>
              </w:rPr>
              <w:t>ZN, L, W</w:t>
            </w:r>
          </w:p>
        </w:tc>
        <w:tc>
          <w:tcPr>
            <w:tcW w:w="1359" w:type="dxa"/>
          </w:tcPr>
          <w:p w14:paraId="791D36AF" w14:textId="77777777" w:rsidR="004674D5" w:rsidRDefault="004674D5" w:rsidP="004A7CD1">
            <w:r>
              <w:rPr>
                <w:rFonts w:ascii="Roboto Condensed" w:hAnsi="Roboto Condensed"/>
                <w:sz w:val="16"/>
              </w:rPr>
              <w:t>1.0</w:t>
            </w:r>
          </w:p>
        </w:tc>
        <w:tc>
          <w:tcPr>
            <w:tcW w:w="1171" w:type="dxa"/>
          </w:tcPr>
          <w:p w14:paraId="70C7CC63" w14:textId="77777777" w:rsidR="004674D5" w:rsidRDefault="004674D5" w:rsidP="004A7CD1">
            <w:r>
              <w:rPr>
                <w:rFonts w:ascii="Roboto Condensed" w:hAnsi="Roboto Condensed"/>
                <w:sz w:val="16"/>
              </w:rPr>
              <w:t>9.0</w:t>
            </w:r>
          </w:p>
        </w:tc>
        <w:tc>
          <w:tcPr>
            <w:tcW w:w="1265" w:type="dxa"/>
          </w:tcPr>
          <w:p w14:paraId="3BF8D2B3" w14:textId="77777777" w:rsidR="004674D5" w:rsidRDefault="004674D5" w:rsidP="004A7CD1">
            <w:r>
              <w:rPr>
                <w:rFonts w:ascii="Roboto Condensed" w:hAnsi="Roboto Condensed"/>
                <w:sz w:val="16"/>
              </w:rPr>
              <w:t>60.0</w:t>
            </w:r>
          </w:p>
        </w:tc>
        <w:tc>
          <w:tcPr>
            <w:tcW w:w="1265" w:type="dxa"/>
          </w:tcPr>
          <w:p w14:paraId="53B7E3AF" w14:textId="77777777" w:rsidR="004674D5" w:rsidRDefault="004674D5" w:rsidP="004A7CD1">
            <w:r>
              <w:rPr>
                <w:rFonts w:ascii="Roboto Condensed" w:hAnsi="Roboto Condensed"/>
                <w:sz w:val="16"/>
              </w:rPr>
              <w:t>30</w:t>
            </w:r>
          </w:p>
        </w:tc>
      </w:tr>
      <w:tr w:rsidR="004674D5" w14:paraId="245BD5C7" w14:textId="77777777" w:rsidTr="004A7CD1">
        <w:tc>
          <w:tcPr>
            <w:tcW w:w="1134" w:type="dxa"/>
          </w:tcPr>
          <w:p w14:paraId="21BF632C" w14:textId="77777777" w:rsidR="004674D5" w:rsidRDefault="004674D5" w:rsidP="004A7CD1">
            <w:r>
              <w:rPr>
                <w:rFonts w:ascii="Roboto Condensed" w:hAnsi="Roboto Condensed"/>
                <w:sz w:val="16"/>
              </w:rPr>
              <w:t>83SJ - 84SJ</w:t>
            </w:r>
          </w:p>
        </w:tc>
        <w:tc>
          <w:tcPr>
            <w:tcW w:w="1900" w:type="dxa"/>
            <w:vMerge/>
          </w:tcPr>
          <w:p w14:paraId="464C4A07" w14:textId="77777777" w:rsidR="004674D5" w:rsidRDefault="004674D5" w:rsidP="004A7CD1"/>
        </w:tc>
        <w:tc>
          <w:tcPr>
            <w:tcW w:w="1418" w:type="dxa"/>
          </w:tcPr>
          <w:p w14:paraId="77C0CD79" w14:textId="77777777" w:rsidR="004674D5" w:rsidRDefault="004674D5" w:rsidP="004A7CD1">
            <w:r>
              <w:rPr>
                <w:rFonts w:ascii="Roboto Condensed" w:hAnsi="Roboto Condensed"/>
                <w:sz w:val="16"/>
              </w:rPr>
              <w:t>ZN, L, W</w:t>
            </w:r>
          </w:p>
        </w:tc>
        <w:tc>
          <w:tcPr>
            <w:tcW w:w="1359" w:type="dxa"/>
          </w:tcPr>
          <w:p w14:paraId="3A97A07B" w14:textId="77777777" w:rsidR="004674D5" w:rsidRDefault="004674D5" w:rsidP="004A7CD1">
            <w:r>
              <w:rPr>
                <w:rFonts w:ascii="Roboto Condensed" w:hAnsi="Roboto Condensed"/>
                <w:sz w:val="16"/>
              </w:rPr>
              <w:t>0.5</w:t>
            </w:r>
          </w:p>
        </w:tc>
        <w:tc>
          <w:tcPr>
            <w:tcW w:w="1171" w:type="dxa"/>
          </w:tcPr>
          <w:p w14:paraId="65F45C88" w14:textId="77777777" w:rsidR="004674D5" w:rsidRDefault="004674D5" w:rsidP="004A7CD1">
            <w:r>
              <w:rPr>
                <w:rFonts w:ascii="Roboto Condensed" w:hAnsi="Roboto Condensed"/>
                <w:sz w:val="16"/>
              </w:rPr>
              <w:t>9.0</w:t>
            </w:r>
          </w:p>
        </w:tc>
        <w:tc>
          <w:tcPr>
            <w:tcW w:w="1265" w:type="dxa"/>
          </w:tcPr>
          <w:p w14:paraId="6A8EC30B" w14:textId="77777777" w:rsidR="004674D5" w:rsidRDefault="004674D5" w:rsidP="004A7CD1">
            <w:r>
              <w:rPr>
                <w:rFonts w:ascii="Roboto Condensed" w:hAnsi="Roboto Condensed"/>
                <w:sz w:val="16"/>
              </w:rPr>
              <w:t>50.0</w:t>
            </w:r>
          </w:p>
        </w:tc>
        <w:tc>
          <w:tcPr>
            <w:tcW w:w="1265" w:type="dxa"/>
          </w:tcPr>
          <w:p w14:paraId="01DD5D95" w14:textId="77777777" w:rsidR="004674D5" w:rsidRDefault="004674D5" w:rsidP="004A7CD1">
            <w:r>
              <w:rPr>
                <w:rFonts w:ascii="Roboto Condensed" w:hAnsi="Roboto Condensed"/>
                <w:sz w:val="16"/>
              </w:rPr>
              <w:t>40</w:t>
            </w:r>
          </w:p>
        </w:tc>
      </w:tr>
      <w:tr w:rsidR="004674D5" w14:paraId="02072006" w14:textId="77777777" w:rsidTr="004A7CD1">
        <w:tc>
          <w:tcPr>
            <w:tcW w:w="1134" w:type="dxa"/>
          </w:tcPr>
          <w:p w14:paraId="7224F30E" w14:textId="77777777" w:rsidR="004674D5" w:rsidRDefault="004674D5" w:rsidP="004A7CD1">
            <w:r>
              <w:rPr>
                <w:rFonts w:ascii="Roboto Condensed" w:hAnsi="Roboto Condensed"/>
                <w:sz w:val="16"/>
              </w:rPr>
              <w:t>85SJ</w:t>
            </w:r>
          </w:p>
        </w:tc>
        <w:tc>
          <w:tcPr>
            <w:tcW w:w="1900" w:type="dxa"/>
            <w:vMerge/>
          </w:tcPr>
          <w:p w14:paraId="0E8D6709" w14:textId="77777777" w:rsidR="004674D5" w:rsidRDefault="004674D5" w:rsidP="004A7CD1"/>
        </w:tc>
        <w:tc>
          <w:tcPr>
            <w:tcW w:w="1418" w:type="dxa"/>
          </w:tcPr>
          <w:p w14:paraId="61B67CFD" w14:textId="77777777" w:rsidR="004674D5" w:rsidRDefault="004674D5" w:rsidP="004A7CD1">
            <w:r>
              <w:rPr>
                <w:rFonts w:ascii="Roboto Condensed" w:hAnsi="Roboto Condensed"/>
                <w:sz w:val="16"/>
              </w:rPr>
              <w:t>ZN, L, W</w:t>
            </w:r>
          </w:p>
        </w:tc>
        <w:tc>
          <w:tcPr>
            <w:tcW w:w="1359" w:type="dxa"/>
          </w:tcPr>
          <w:p w14:paraId="30E5E302" w14:textId="77777777" w:rsidR="004674D5" w:rsidRDefault="004674D5" w:rsidP="004A7CD1">
            <w:r>
              <w:rPr>
                <w:rFonts w:ascii="Roboto Condensed" w:hAnsi="Roboto Condensed"/>
                <w:sz w:val="16"/>
              </w:rPr>
              <w:t>1.0</w:t>
            </w:r>
          </w:p>
        </w:tc>
        <w:tc>
          <w:tcPr>
            <w:tcW w:w="1171" w:type="dxa"/>
          </w:tcPr>
          <w:p w14:paraId="7E42892E" w14:textId="77777777" w:rsidR="004674D5" w:rsidRDefault="004674D5" w:rsidP="004A7CD1">
            <w:r>
              <w:rPr>
                <w:rFonts w:ascii="Roboto Condensed" w:hAnsi="Roboto Condensed"/>
                <w:sz w:val="16"/>
              </w:rPr>
              <w:t>9.0</w:t>
            </w:r>
          </w:p>
        </w:tc>
        <w:tc>
          <w:tcPr>
            <w:tcW w:w="1265" w:type="dxa"/>
          </w:tcPr>
          <w:p w14:paraId="5995B886" w14:textId="77777777" w:rsidR="004674D5" w:rsidRDefault="004674D5" w:rsidP="004A7CD1">
            <w:r>
              <w:rPr>
                <w:rFonts w:ascii="Roboto Condensed" w:hAnsi="Roboto Condensed"/>
                <w:sz w:val="16"/>
              </w:rPr>
              <w:t>60.0</w:t>
            </w:r>
          </w:p>
        </w:tc>
        <w:tc>
          <w:tcPr>
            <w:tcW w:w="1265" w:type="dxa"/>
          </w:tcPr>
          <w:p w14:paraId="5FD4CE9C" w14:textId="77777777" w:rsidR="004674D5" w:rsidRDefault="004674D5" w:rsidP="004A7CD1">
            <w:r>
              <w:rPr>
                <w:rFonts w:ascii="Roboto Condensed" w:hAnsi="Roboto Condensed"/>
                <w:sz w:val="16"/>
              </w:rPr>
              <w:t>30</w:t>
            </w:r>
          </w:p>
        </w:tc>
      </w:tr>
      <w:tr w:rsidR="004674D5" w14:paraId="4AB5BB3D" w14:textId="77777777" w:rsidTr="004A7CD1">
        <w:tc>
          <w:tcPr>
            <w:tcW w:w="1134" w:type="dxa"/>
          </w:tcPr>
          <w:p w14:paraId="6664487D" w14:textId="77777777" w:rsidR="004674D5" w:rsidRDefault="004674D5" w:rsidP="004A7CD1">
            <w:r>
              <w:rPr>
                <w:rFonts w:ascii="Roboto Condensed" w:hAnsi="Roboto Condensed"/>
                <w:sz w:val="16"/>
              </w:rPr>
              <w:t>86SJ - 108SJ</w:t>
            </w:r>
          </w:p>
        </w:tc>
        <w:tc>
          <w:tcPr>
            <w:tcW w:w="1900" w:type="dxa"/>
            <w:vMerge/>
          </w:tcPr>
          <w:p w14:paraId="303DDA1A" w14:textId="77777777" w:rsidR="004674D5" w:rsidRDefault="004674D5" w:rsidP="004A7CD1"/>
        </w:tc>
        <w:tc>
          <w:tcPr>
            <w:tcW w:w="1418" w:type="dxa"/>
          </w:tcPr>
          <w:p w14:paraId="4FE4D722" w14:textId="77777777" w:rsidR="004674D5" w:rsidRDefault="004674D5" w:rsidP="004A7CD1">
            <w:r>
              <w:rPr>
                <w:rFonts w:ascii="Roboto Condensed" w:hAnsi="Roboto Condensed"/>
                <w:sz w:val="16"/>
              </w:rPr>
              <w:t>ZN, L, W</w:t>
            </w:r>
          </w:p>
        </w:tc>
        <w:tc>
          <w:tcPr>
            <w:tcW w:w="1359" w:type="dxa"/>
          </w:tcPr>
          <w:p w14:paraId="191E1C54" w14:textId="77777777" w:rsidR="004674D5" w:rsidRDefault="004674D5" w:rsidP="004A7CD1">
            <w:r>
              <w:rPr>
                <w:rFonts w:ascii="Roboto Condensed" w:hAnsi="Roboto Condensed"/>
                <w:sz w:val="16"/>
              </w:rPr>
              <w:t>0.5</w:t>
            </w:r>
          </w:p>
        </w:tc>
        <w:tc>
          <w:tcPr>
            <w:tcW w:w="1171" w:type="dxa"/>
          </w:tcPr>
          <w:p w14:paraId="3331885A" w14:textId="77777777" w:rsidR="004674D5" w:rsidRDefault="004674D5" w:rsidP="004A7CD1">
            <w:r>
              <w:rPr>
                <w:rFonts w:ascii="Roboto Condensed" w:hAnsi="Roboto Condensed"/>
                <w:sz w:val="16"/>
              </w:rPr>
              <w:t>10.0</w:t>
            </w:r>
          </w:p>
        </w:tc>
        <w:tc>
          <w:tcPr>
            <w:tcW w:w="1265" w:type="dxa"/>
          </w:tcPr>
          <w:p w14:paraId="0E48A344" w14:textId="77777777" w:rsidR="004674D5" w:rsidRDefault="004674D5" w:rsidP="004A7CD1">
            <w:r>
              <w:rPr>
                <w:rFonts w:ascii="Roboto Condensed" w:hAnsi="Roboto Condensed"/>
                <w:sz w:val="16"/>
              </w:rPr>
              <w:t>30.0</w:t>
            </w:r>
          </w:p>
        </w:tc>
        <w:tc>
          <w:tcPr>
            <w:tcW w:w="1265" w:type="dxa"/>
          </w:tcPr>
          <w:p w14:paraId="13AC0E85" w14:textId="77777777" w:rsidR="004674D5" w:rsidRDefault="004674D5" w:rsidP="004A7CD1">
            <w:r>
              <w:rPr>
                <w:rFonts w:ascii="Roboto Condensed" w:hAnsi="Roboto Condensed"/>
                <w:sz w:val="16"/>
              </w:rPr>
              <w:t>30</w:t>
            </w:r>
          </w:p>
        </w:tc>
      </w:tr>
      <w:tr w:rsidR="004674D5" w14:paraId="18ADCDBE" w14:textId="77777777" w:rsidTr="004A7CD1">
        <w:tc>
          <w:tcPr>
            <w:tcW w:w="1134" w:type="dxa"/>
          </w:tcPr>
          <w:p w14:paraId="38DCF278" w14:textId="77777777" w:rsidR="004674D5" w:rsidRDefault="004674D5" w:rsidP="004A7CD1">
            <w:r>
              <w:rPr>
                <w:rFonts w:ascii="Roboto Condensed" w:hAnsi="Roboto Condensed"/>
                <w:sz w:val="16"/>
              </w:rPr>
              <w:t>110SJ - 113SJ</w:t>
            </w:r>
          </w:p>
        </w:tc>
        <w:tc>
          <w:tcPr>
            <w:tcW w:w="1900" w:type="dxa"/>
            <w:vMerge/>
          </w:tcPr>
          <w:p w14:paraId="0F4EC13C" w14:textId="77777777" w:rsidR="004674D5" w:rsidRDefault="004674D5" w:rsidP="004A7CD1"/>
        </w:tc>
        <w:tc>
          <w:tcPr>
            <w:tcW w:w="1418" w:type="dxa"/>
          </w:tcPr>
          <w:p w14:paraId="5B57D3E4" w14:textId="77777777" w:rsidR="004674D5" w:rsidRDefault="004674D5" w:rsidP="004A7CD1">
            <w:r>
              <w:rPr>
                <w:rFonts w:ascii="Roboto Condensed" w:hAnsi="Roboto Condensed"/>
                <w:sz w:val="16"/>
              </w:rPr>
              <w:t>ZN, L, W</w:t>
            </w:r>
          </w:p>
        </w:tc>
        <w:tc>
          <w:tcPr>
            <w:tcW w:w="1359" w:type="dxa"/>
          </w:tcPr>
          <w:p w14:paraId="5368BB67" w14:textId="77777777" w:rsidR="004674D5" w:rsidRDefault="004674D5" w:rsidP="004A7CD1">
            <w:r>
              <w:rPr>
                <w:rFonts w:ascii="Roboto Condensed" w:hAnsi="Roboto Condensed"/>
                <w:sz w:val="16"/>
              </w:rPr>
              <w:t>0.3</w:t>
            </w:r>
          </w:p>
        </w:tc>
        <w:tc>
          <w:tcPr>
            <w:tcW w:w="1171" w:type="dxa"/>
          </w:tcPr>
          <w:p w14:paraId="73EA35A2" w14:textId="77777777" w:rsidR="004674D5" w:rsidRDefault="004674D5" w:rsidP="004A7CD1">
            <w:r>
              <w:rPr>
                <w:rFonts w:ascii="Roboto Condensed" w:hAnsi="Roboto Condensed"/>
                <w:sz w:val="16"/>
              </w:rPr>
              <w:t>10.0</w:t>
            </w:r>
          </w:p>
        </w:tc>
        <w:tc>
          <w:tcPr>
            <w:tcW w:w="1265" w:type="dxa"/>
          </w:tcPr>
          <w:p w14:paraId="7B18722C" w14:textId="77777777" w:rsidR="004674D5" w:rsidRDefault="004674D5" w:rsidP="004A7CD1">
            <w:r>
              <w:rPr>
                <w:rFonts w:ascii="Roboto Condensed" w:hAnsi="Roboto Condensed"/>
                <w:sz w:val="16"/>
              </w:rPr>
              <w:t>20.0</w:t>
            </w:r>
          </w:p>
        </w:tc>
        <w:tc>
          <w:tcPr>
            <w:tcW w:w="1265" w:type="dxa"/>
          </w:tcPr>
          <w:p w14:paraId="73E0F898" w14:textId="77777777" w:rsidR="004674D5" w:rsidRDefault="004674D5" w:rsidP="004A7CD1">
            <w:r>
              <w:rPr>
                <w:rFonts w:ascii="Roboto Condensed" w:hAnsi="Roboto Condensed"/>
                <w:sz w:val="16"/>
              </w:rPr>
              <w:t>30</w:t>
            </w:r>
          </w:p>
        </w:tc>
      </w:tr>
      <w:tr w:rsidR="004674D5" w14:paraId="3DE4FBB9" w14:textId="77777777" w:rsidTr="004A7CD1">
        <w:tc>
          <w:tcPr>
            <w:tcW w:w="1134" w:type="dxa"/>
          </w:tcPr>
          <w:p w14:paraId="5EBAA280" w14:textId="77777777" w:rsidR="004674D5" w:rsidRDefault="004674D5" w:rsidP="004A7CD1">
            <w:r>
              <w:rPr>
                <w:rFonts w:ascii="Roboto Condensed" w:hAnsi="Roboto Condensed"/>
                <w:sz w:val="16"/>
              </w:rPr>
              <w:t>114SJ - 119SJ</w:t>
            </w:r>
          </w:p>
        </w:tc>
        <w:tc>
          <w:tcPr>
            <w:tcW w:w="1900" w:type="dxa"/>
            <w:vMerge/>
          </w:tcPr>
          <w:p w14:paraId="38F8F658" w14:textId="77777777" w:rsidR="004674D5" w:rsidRDefault="004674D5" w:rsidP="004A7CD1"/>
        </w:tc>
        <w:tc>
          <w:tcPr>
            <w:tcW w:w="1418" w:type="dxa"/>
          </w:tcPr>
          <w:p w14:paraId="420F72BF" w14:textId="77777777" w:rsidR="004674D5" w:rsidRDefault="004674D5" w:rsidP="004A7CD1">
            <w:r>
              <w:rPr>
                <w:rFonts w:ascii="Roboto Condensed" w:hAnsi="Roboto Condensed"/>
                <w:sz w:val="16"/>
              </w:rPr>
              <w:t>ZN, L, W</w:t>
            </w:r>
          </w:p>
        </w:tc>
        <w:tc>
          <w:tcPr>
            <w:tcW w:w="1359" w:type="dxa"/>
          </w:tcPr>
          <w:p w14:paraId="65B1EEFD" w14:textId="77777777" w:rsidR="004674D5" w:rsidRDefault="004674D5" w:rsidP="004A7CD1">
            <w:r>
              <w:rPr>
                <w:rFonts w:ascii="Roboto Condensed" w:hAnsi="Roboto Condensed"/>
                <w:sz w:val="16"/>
              </w:rPr>
              <w:t>0.5</w:t>
            </w:r>
          </w:p>
        </w:tc>
        <w:tc>
          <w:tcPr>
            <w:tcW w:w="1171" w:type="dxa"/>
          </w:tcPr>
          <w:p w14:paraId="762A456F" w14:textId="77777777" w:rsidR="004674D5" w:rsidRDefault="004674D5" w:rsidP="004A7CD1">
            <w:r>
              <w:rPr>
                <w:rFonts w:ascii="Roboto Condensed" w:hAnsi="Roboto Condensed"/>
                <w:sz w:val="16"/>
              </w:rPr>
              <w:t>10.0</w:t>
            </w:r>
          </w:p>
        </w:tc>
        <w:tc>
          <w:tcPr>
            <w:tcW w:w="1265" w:type="dxa"/>
          </w:tcPr>
          <w:p w14:paraId="4EB6B83F" w14:textId="77777777" w:rsidR="004674D5" w:rsidRDefault="004674D5" w:rsidP="004A7CD1">
            <w:r>
              <w:rPr>
                <w:rFonts w:ascii="Roboto Condensed" w:hAnsi="Roboto Condensed"/>
                <w:sz w:val="16"/>
              </w:rPr>
              <w:t>30.0</w:t>
            </w:r>
          </w:p>
        </w:tc>
        <w:tc>
          <w:tcPr>
            <w:tcW w:w="1265" w:type="dxa"/>
          </w:tcPr>
          <w:p w14:paraId="52C72BB7" w14:textId="77777777" w:rsidR="004674D5" w:rsidRDefault="004674D5" w:rsidP="004A7CD1">
            <w:r>
              <w:rPr>
                <w:rFonts w:ascii="Roboto Condensed" w:hAnsi="Roboto Condensed"/>
                <w:sz w:val="16"/>
              </w:rPr>
              <w:t>30</w:t>
            </w:r>
          </w:p>
        </w:tc>
      </w:tr>
      <w:tr w:rsidR="004674D5" w14:paraId="1A37B7BB" w14:textId="77777777" w:rsidTr="004A7CD1">
        <w:tc>
          <w:tcPr>
            <w:tcW w:w="1134" w:type="dxa"/>
          </w:tcPr>
          <w:p w14:paraId="1499C5CC" w14:textId="77777777" w:rsidR="004674D5" w:rsidRDefault="004674D5" w:rsidP="004A7CD1">
            <w:r>
              <w:rPr>
                <w:rFonts w:ascii="Roboto Condensed" w:hAnsi="Roboto Condensed"/>
                <w:sz w:val="16"/>
              </w:rPr>
              <w:t>120SJ</w:t>
            </w:r>
          </w:p>
        </w:tc>
        <w:tc>
          <w:tcPr>
            <w:tcW w:w="1900" w:type="dxa"/>
            <w:vMerge/>
          </w:tcPr>
          <w:p w14:paraId="6A45D190" w14:textId="77777777" w:rsidR="004674D5" w:rsidRDefault="004674D5" w:rsidP="004A7CD1"/>
        </w:tc>
        <w:tc>
          <w:tcPr>
            <w:tcW w:w="1418" w:type="dxa"/>
          </w:tcPr>
          <w:p w14:paraId="138572D5" w14:textId="77777777" w:rsidR="004674D5" w:rsidRDefault="004674D5" w:rsidP="004A7CD1">
            <w:r>
              <w:rPr>
                <w:rFonts w:ascii="Roboto Condensed" w:hAnsi="Roboto Condensed"/>
                <w:sz w:val="16"/>
              </w:rPr>
              <w:t>ZN, L, W</w:t>
            </w:r>
          </w:p>
        </w:tc>
        <w:tc>
          <w:tcPr>
            <w:tcW w:w="1359" w:type="dxa"/>
          </w:tcPr>
          <w:p w14:paraId="01930FFA" w14:textId="77777777" w:rsidR="004674D5" w:rsidRDefault="004674D5" w:rsidP="004A7CD1">
            <w:r>
              <w:rPr>
                <w:rFonts w:ascii="Roboto Condensed" w:hAnsi="Roboto Condensed"/>
                <w:sz w:val="16"/>
              </w:rPr>
              <w:t>0.3</w:t>
            </w:r>
          </w:p>
        </w:tc>
        <w:tc>
          <w:tcPr>
            <w:tcW w:w="1171" w:type="dxa"/>
          </w:tcPr>
          <w:p w14:paraId="01D89EF3" w14:textId="77777777" w:rsidR="004674D5" w:rsidRDefault="004674D5" w:rsidP="004A7CD1">
            <w:r>
              <w:rPr>
                <w:rFonts w:ascii="Roboto Condensed" w:hAnsi="Roboto Condensed"/>
                <w:sz w:val="16"/>
              </w:rPr>
              <w:t>10.0</w:t>
            </w:r>
          </w:p>
        </w:tc>
        <w:tc>
          <w:tcPr>
            <w:tcW w:w="1265" w:type="dxa"/>
          </w:tcPr>
          <w:p w14:paraId="6E567B6F" w14:textId="77777777" w:rsidR="004674D5" w:rsidRDefault="004674D5" w:rsidP="004A7CD1">
            <w:r>
              <w:rPr>
                <w:rFonts w:ascii="Roboto Condensed" w:hAnsi="Roboto Condensed"/>
                <w:sz w:val="16"/>
              </w:rPr>
              <w:t>20.0</w:t>
            </w:r>
          </w:p>
        </w:tc>
        <w:tc>
          <w:tcPr>
            <w:tcW w:w="1265" w:type="dxa"/>
          </w:tcPr>
          <w:p w14:paraId="06CA4EA5" w14:textId="77777777" w:rsidR="004674D5" w:rsidRDefault="004674D5" w:rsidP="004A7CD1">
            <w:r>
              <w:rPr>
                <w:rFonts w:ascii="Roboto Condensed" w:hAnsi="Roboto Condensed"/>
                <w:sz w:val="16"/>
              </w:rPr>
              <w:t>30</w:t>
            </w:r>
          </w:p>
        </w:tc>
      </w:tr>
      <w:tr w:rsidR="004674D5" w14:paraId="07E7FA34" w14:textId="77777777" w:rsidTr="004A7CD1">
        <w:tc>
          <w:tcPr>
            <w:tcW w:w="1134" w:type="dxa"/>
          </w:tcPr>
          <w:p w14:paraId="669045B7" w14:textId="77777777" w:rsidR="004674D5" w:rsidRDefault="004674D5" w:rsidP="004A7CD1">
            <w:r>
              <w:rPr>
                <w:rFonts w:ascii="Roboto Condensed" w:hAnsi="Roboto Condensed"/>
                <w:sz w:val="16"/>
              </w:rPr>
              <w:t>121SJ - 122SJ</w:t>
            </w:r>
          </w:p>
        </w:tc>
        <w:tc>
          <w:tcPr>
            <w:tcW w:w="1900" w:type="dxa"/>
            <w:vMerge/>
          </w:tcPr>
          <w:p w14:paraId="47CF73F1" w14:textId="77777777" w:rsidR="004674D5" w:rsidRDefault="004674D5" w:rsidP="004A7CD1"/>
        </w:tc>
        <w:tc>
          <w:tcPr>
            <w:tcW w:w="1418" w:type="dxa"/>
          </w:tcPr>
          <w:p w14:paraId="7C9FC50E" w14:textId="77777777" w:rsidR="004674D5" w:rsidRDefault="004674D5" w:rsidP="004A7CD1">
            <w:r>
              <w:rPr>
                <w:rFonts w:ascii="Roboto Condensed" w:hAnsi="Roboto Condensed"/>
                <w:sz w:val="16"/>
              </w:rPr>
              <w:t>ZN, L, W</w:t>
            </w:r>
          </w:p>
        </w:tc>
        <w:tc>
          <w:tcPr>
            <w:tcW w:w="1359" w:type="dxa"/>
          </w:tcPr>
          <w:p w14:paraId="1857A87E" w14:textId="77777777" w:rsidR="004674D5" w:rsidRDefault="004674D5" w:rsidP="004A7CD1">
            <w:r>
              <w:rPr>
                <w:rFonts w:ascii="Roboto Condensed" w:hAnsi="Roboto Condensed"/>
                <w:sz w:val="16"/>
              </w:rPr>
              <w:t>0.5</w:t>
            </w:r>
          </w:p>
        </w:tc>
        <w:tc>
          <w:tcPr>
            <w:tcW w:w="1171" w:type="dxa"/>
          </w:tcPr>
          <w:p w14:paraId="75E7ADBB" w14:textId="77777777" w:rsidR="004674D5" w:rsidRDefault="004674D5" w:rsidP="004A7CD1">
            <w:r>
              <w:rPr>
                <w:rFonts w:ascii="Roboto Condensed" w:hAnsi="Roboto Condensed"/>
                <w:sz w:val="16"/>
              </w:rPr>
              <w:t>10.0</w:t>
            </w:r>
          </w:p>
        </w:tc>
        <w:tc>
          <w:tcPr>
            <w:tcW w:w="1265" w:type="dxa"/>
          </w:tcPr>
          <w:p w14:paraId="5400D578" w14:textId="77777777" w:rsidR="004674D5" w:rsidRDefault="004674D5" w:rsidP="004A7CD1">
            <w:r>
              <w:rPr>
                <w:rFonts w:ascii="Roboto Condensed" w:hAnsi="Roboto Condensed"/>
                <w:sz w:val="16"/>
              </w:rPr>
              <w:t>30.0</w:t>
            </w:r>
          </w:p>
        </w:tc>
        <w:tc>
          <w:tcPr>
            <w:tcW w:w="1265" w:type="dxa"/>
          </w:tcPr>
          <w:p w14:paraId="3F0A4438" w14:textId="77777777" w:rsidR="004674D5" w:rsidRDefault="004674D5" w:rsidP="004A7CD1">
            <w:r>
              <w:rPr>
                <w:rFonts w:ascii="Roboto Condensed" w:hAnsi="Roboto Condensed"/>
                <w:sz w:val="16"/>
              </w:rPr>
              <w:t>30</w:t>
            </w:r>
          </w:p>
        </w:tc>
      </w:tr>
      <w:tr w:rsidR="004674D5" w14:paraId="109A7381" w14:textId="77777777" w:rsidTr="004A7CD1">
        <w:tc>
          <w:tcPr>
            <w:tcW w:w="1134" w:type="dxa"/>
          </w:tcPr>
          <w:p w14:paraId="697658E8" w14:textId="77777777" w:rsidR="004674D5" w:rsidRDefault="004674D5" w:rsidP="004A7CD1">
            <w:r>
              <w:rPr>
                <w:rFonts w:ascii="Roboto Condensed" w:hAnsi="Roboto Condensed"/>
                <w:sz w:val="16"/>
              </w:rPr>
              <w:t>123SJ</w:t>
            </w:r>
          </w:p>
        </w:tc>
        <w:tc>
          <w:tcPr>
            <w:tcW w:w="1900" w:type="dxa"/>
            <w:vMerge/>
          </w:tcPr>
          <w:p w14:paraId="7C3DA913" w14:textId="77777777" w:rsidR="004674D5" w:rsidRDefault="004674D5" w:rsidP="004A7CD1"/>
        </w:tc>
        <w:tc>
          <w:tcPr>
            <w:tcW w:w="1418" w:type="dxa"/>
          </w:tcPr>
          <w:p w14:paraId="648C3436" w14:textId="77777777" w:rsidR="004674D5" w:rsidRDefault="004674D5" w:rsidP="004A7CD1">
            <w:r>
              <w:rPr>
                <w:rFonts w:ascii="Roboto Condensed" w:hAnsi="Roboto Condensed"/>
                <w:sz w:val="16"/>
              </w:rPr>
              <w:t>ZN, L, W</w:t>
            </w:r>
          </w:p>
        </w:tc>
        <w:tc>
          <w:tcPr>
            <w:tcW w:w="1359" w:type="dxa"/>
          </w:tcPr>
          <w:p w14:paraId="71BBF4A0" w14:textId="77777777" w:rsidR="004674D5" w:rsidRDefault="004674D5" w:rsidP="004A7CD1">
            <w:r>
              <w:rPr>
                <w:rFonts w:ascii="Roboto Condensed" w:hAnsi="Roboto Condensed"/>
                <w:sz w:val="16"/>
              </w:rPr>
              <w:t>0.7</w:t>
            </w:r>
          </w:p>
        </w:tc>
        <w:tc>
          <w:tcPr>
            <w:tcW w:w="1171" w:type="dxa"/>
          </w:tcPr>
          <w:p w14:paraId="52A48560" w14:textId="77777777" w:rsidR="004674D5" w:rsidRDefault="004674D5" w:rsidP="004A7CD1">
            <w:r>
              <w:rPr>
                <w:rFonts w:ascii="Roboto Condensed" w:hAnsi="Roboto Condensed"/>
                <w:sz w:val="16"/>
              </w:rPr>
              <w:t>10.0</w:t>
            </w:r>
          </w:p>
        </w:tc>
        <w:tc>
          <w:tcPr>
            <w:tcW w:w="1265" w:type="dxa"/>
          </w:tcPr>
          <w:p w14:paraId="0C9D9968" w14:textId="77777777" w:rsidR="004674D5" w:rsidRDefault="004674D5" w:rsidP="004A7CD1">
            <w:r>
              <w:rPr>
                <w:rFonts w:ascii="Roboto Condensed" w:hAnsi="Roboto Condensed"/>
                <w:sz w:val="16"/>
              </w:rPr>
              <w:t>35.0</w:t>
            </w:r>
          </w:p>
        </w:tc>
        <w:tc>
          <w:tcPr>
            <w:tcW w:w="1265" w:type="dxa"/>
          </w:tcPr>
          <w:p w14:paraId="1512E2FB" w14:textId="77777777" w:rsidR="004674D5" w:rsidRDefault="004674D5" w:rsidP="004A7CD1">
            <w:r>
              <w:rPr>
                <w:rFonts w:ascii="Roboto Condensed" w:hAnsi="Roboto Condensed"/>
                <w:sz w:val="16"/>
              </w:rPr>
              <w:t>30</w:t>
            </w:r>
          </w:p>
        </w:tc>
      </w:tr>
      <w:tr w:rsidR="004674D5" w14:paraId="6FB95CDA" w14:textId="77777777" w:rsidTr="004A7CD1">
        <w:tc>
          <w:tcPr>
            <w:tcW w:w="1134" w:type="dxa"/>
          </w:tcPr>
          <w:p w14:paraId="104DD7CF" w14:textId="77777777" w:rsidR="004674D5" w:rsidRDefault="004674D5" w:rsidP="004A7CD1">
            <w:r>
              <w:rPr>
                <w:rFonts w:ascii="Roboto Condensed" w:hAnsi="Roboto Condensed"/>
                <w:sz w:val="16"/>
              </w:rPr>
              <w:t>124SJ - 126SJ</w:t>
            </w:r>
          </w:p>
        </w:tc>
        <w:tc>
          <w:tcPr>
            <w:tcW w:w="1900" w:type="dxa"/>
            <w:vMerge/>
          </w:tcPr>
          <w:p w14:paraId="155CDFAB" w14:textId="77777777" w:rsidR="004674D5" w:rsidRDefault="004674D5" w:rsidP="004A7CD1"/>
        </w:tc>
        <w:tc>
          <w:tcPr>
            <w:tcW w:w="1418" w:type="dxa"/>
          </w:tcPr>
          <w:p w14:paraId="26FD50D4" w14:textId="77777777" w:rsidR="004674D5" w:rsidRDefault="004674D5" w:rsidP="004A7CD1">
            <w:r>
              <w:rPr>
                <w:rFonts w:ascii="Roboto Condensed" w:hAnsi="Roboto Condensed"/>
                <w:sz w:val="16"/>
              </w:rPr>
              <w:t>ZN, L, W</w:t>
            </w:r>
          </w:p>
        </w:tc>
        <w:tc>
          <w:tcPr>
            <w:tcW w:w="1359" w:type="dxa"/>
          </w:tcPr>
          <w:p w14:paraId="5F12A736" w14:textId="77777777" w:rsidR="004674D5" w:rsidRDefault="004674D5" w:rsidP="004A7CD1">
            <w:r>
              <w:rPr>
                <w:rFonts w:ascii="Roboto Condensed" w:hAnsi="Roboto Condensed"/>
                <w:sz w:val="16"/>
              </w:rPr>
              <w:t>0.5</w:t>
            </w:r>
          </w:p>
        </w:tc>
        <w:tc>
          <w:tcPr>
            <w:tcW w:w="1171" w:type="dxa"/>
          </w:tcPr>
          <w:p w14:paraId="69A5A66B" w14:textId="77777777" w:rsidR="004674D5" w:rsidRDefault="004674D5" w:rsidP="004A7CD1">
            <w:r>
              <w:rPr>
                <w:rFonts w:ascii="Roboto Condensed" w:hAnsi="Roboto Condensed"/>
                <w:sz w:val="16"/>
              </w:rPr>
              <w:t>10.0</w:t>
            </w:r>
          </w:p>
        </w:tc>
        <w:tc>
          <w:tcPr>
            <w:tcW w:w="1265" w:type="dxa"/>
          </w:tcPr>
          <w:p w14:paraId="12EE54FA" w14:textId="77777777" w:rsidR="004674D5" w:rsidRDefault="004674D5" w:rsidP="004A7CD1">
            <w:r>
              <w:rPr>
                <w:rFonts w:ascii="Roboto Condensed" w:hAnsi="Roboto Condensed"/>
                <w:sz w:val="16"/>
              </w:rPr>
              <w:t>30.0</w:t>
            </w:r>
          </w:p>
        </w:tc>
        <w:tc>
          <w:tcPr>
            <w:tcW w:w="1265" w:type="dxa"/>
          </w:tcPr>
          <w:p w14:paraId="5C3EC932" w14:textId="77777777" w:rsidR="004674D5" w:rsidRDefault="004674D5" w:rsidP="004A7CD1">
            <w:r>
              <w:rPr>
                <w:rFonts w:ascii="Roboto Condensed" w:hAnsi="Roboto Condensed"/>
                <w:sz w:val="16"/>
              </w:rPr>
              <w:t>30</w:t>
            </w:r>
          </w:p>
        </w:tc>
      </w:tr>
      <w:tr w:rsidR="004674D5" w14:paraId="2768F9A2" w14:textId="77777777" w:rsidTr="004A7CD1">
        <w:tc>
          <w:tcPr>
            <w:tcW w:w="1134" w:type="dxa"/>
          </w:tcPr>
          <w:p w14:paraId="352C014B" w14:textId="77777777" w:rsidR="004674D5" w:rsidRDefault="004674D5" w:rsidP="004A7CD1">
            <w:r>
              <w:rPr>
                <w:rFonts w:ascii="Roboto Condensed" w:hAnsi="Roboto Condensed"/>
                <w:sz w:val="16"/>
              </w:rPr>
              <w:t>127SJ</w:t>
            </w:r>
          </w:p>
        </w:tc>
        <w:tc>
          <w:tcPr>
            <w:tcW w:w="1900" w:type="dxa"/>
            <w:vMerge/>
          </w:tcPr>
          <w:p w14:paraId="743A7BE0" w14:textId="77777777" w:rsidR="004674D5" w:rsidRDefault="004674D5" w:rsidP="004A7CD1"/>
        </w:tc>
        <w:tc>
          <w:tcPr>
            <w:tcW w:w="1418" w:type="dxa"/>
          </w:tcPr>
          <w:p w14:paraId="02AF3438" w14:textId="77777777" w:rsidR="004674D5" w:rsidRDefault="004674D5" w:rsidP="004A7CD1">
            <w:r>
              <w:rPr>
                <w:rFonts w:ascii="Roboto Condensed" w:hAnsi="Roboto Condensed"/>
                <w:sz w:val="16"/>
              </w:rPr>
              <w:t>ZN, L, W</w:t>
            </w:r>
          </w:p>
        </w:tc>
        <w:tc>
          <w:tcPr>
            <w:tcW w:w="1359" w:type="dxa"/>
          </w:tcPr>
          <w:p w14:paraId="1672F4EE" w14:textId="77777777" w:rsidR="004674D5" w:rsidRDefault="004674D5" w:rsidP="004A7CD1">
            <w:r>
              <w:rPr>
                <w:rFonts w:ascii="Roboto Condensed" w:hAnsi="Roboto Condensed"/>
                <w:sz w:val="16"/>
              </w:rPr>
              <w:t>0.3</w:t>
            </w:r>
          </w:p>
        </w:tc>
        <w:tc>
          <w:tcPr>
            <w:tcW w:w="1171" w:type="dxa"/>
          </w:tcPr>
          <w:p w14:paraId="532B04DC" w14:textId="77777777" w:rsidR="004674D5" w:rsidRDefault="004674D5" w:rsidP="004A7CD1">
            <w:r>
              <w:rPr>
                <w:rFonts w:ascii="Roboto Condensed" w:hAnsi="Roboto Condensed"/>
                <w:sz w:val="16"/>
              </w:rPr>
              <w:t>10.0</w:t>
            </w:r>
          </w:p>
        </w:tc>
        <w:tc>
          <w:tcPr>
            <w:tcW w:w="1265" w:type="dxa"/>
          </w:tcPr>
          <w:p w14:paraId="346657D2" w14:textId="77777777" w:rsidR="004674D5" w:rsidRDefault="004674D5" w:rsidP="004A7CD1">
            <w:r>
              <w:rPr>
                <w:rFonts w:ascii="Roboto Condensed" w:hAnsi="Roboto Condensed"/>
                <w:sz w:val="16"/>
              </w:rPr>
              <w:t>20.0</w:t>
            </w:r>
          </w:p>
        </w:tc>
        <w:tc>
          <w:tcPr>
            <w:tcW w:w="1265" w:type="dxa"/>
          </w:tcPr>
          <w:p w14:paraId="5543DC58" w14:textId="77777777" w:rsidR="004674D5" w:rsidRDefault="004674D5" w:rsidP="004A7CD1">
            <w:r>
              <w:rPr>
                <w:rFonts w:ascii="Roboto Condensed" w:hAnsi="Roboto Condensed"/>
                <w:sz w:val="16"/>
              </w:rPr>
              <w:t>30</w:t>
            </w:r>
          </w:p>
        </w:tc>
      </w:tr>
      <w:tr w:rsidR="004674D5" w14:paraId="5786E320" w14:textId="77777777" w:rsidTr="004A7CD1">
        <w:tc>
          <w:tcPr>
            <w:tcW w:w="1134" w:type="dxa"/>
          </w:tcPr>
          <w:p w14:paraId="013D7148" w14:textId="77777777" w:rsidR="004674D5" w:rsidRDefault="004674D5" w:rsidP="004A7CD1">
            <w:r>
              <w:rPr>
                <w:rFonts w:ascii="Roboto Condensed" w:hAnsi="Roboto Condensed"/>
                <w:sz w:val="16"/>
              </w:rPr>
              <w:lastRenderedPageBreak/>
              <w:t>128SJ - 130SJ</w:t>
            </w:r>
          </w:p>
        </w:tc>
        <w:tc>
          <w:tcPr>
            <w:tcW w:w="1900" w:type="dxa"/>
            <w:vMerge/>
          </w:tcPr>
          <w:p w14:paraId="2D2F77D4" w14:textId="77777777" w:rsidR="004674D5" w:rsidRDefault="004674D5" w:rsidP="004A7CD1"/>
        </w:tc>
        <w:tc>
          <w:tcPr>
            <w:tcW w:w="1418" w:type="dxa"/>
          </w:tcPr>
          <w:p w14:paraId="1114BAFD" w14:textId="77777777" w:rsidR="004674D5" w:rsidRDefault="004674D5" w:rsidP="004A7CD1">
            <w:r>
              <w:rPr>
                <w:rFonts w:ascii="Roboto Condensed" w:hAnsi="Roboto Condensed"/>
                <w:sz w:val="16"/>
              </w:rPr>
              <w:t>ZN, L, W</w:t>
            </w:r>
          </w:p>
        </w:tc>
        <w:tc>
          <w:tcPr>
            <w:tcW w:w="1359" w:type="dxa"/>
          </w:tcPr>
          <w:p w14:paraId="63563903" w14:textId="77777777" w:rsidR="004674D5" w:rsidRDefault="004674D5" w:rsidP="004A7CD1">
            <w:r>
              <w:rPr>
                <w:rFonts w:ascii="Roboto Condensed" w:hAnsi="Roboto Condensed"/>
                <w:sz w:val="16"/>
              </w:rPr>
              <w:t>0.5</w:t>
            </w:r>
          </w:p>
        </w:tc>
        <w:tc>
          <w:tcPr>
            <w:tcW w:w="1171" w:type="dxa"/>
          </w:tcPr>
          <w:p w14:paraId="7DD61A04" w14:textId="77777777" w:rsidR="004674D5" w:rsidRDefault="004674D5" w:rsidP="004A7CD1">
            <w:r>
              <w:rPr>
                <w:rFonts w:ascii="Roboto Condensed" w:hAnsi="Roboto Condensed"/>
                <w:sz w:val="16"/>
              </w:rPr>
              <w:t>10.0</w:t>
            </w:r>
          </w:p>
        </w:tc>
        <w:tc>
          <w:tcPr>
            <w:tcW w:w="1265" w:type="dxa"/>
          </w:tcPr>
          <w:p w14:paraId="19B0FF98" w14:textId="77777777" w:rsidR="004674D5" w:rsidRDefault="004674D5" w:rsidP="004A7CD1">
            <w:r>
              <w:rPr>
                <w:rFonts w:ascii="Roboto Condensed" w:hAnsi="Roboto Condensed"/>
                <w:sz w:val="16"/>
              </w:rPr>
              <w:t>30.0</w:t>
            </w:r>
          </w:p>
        </w:tc>
        <w:tc>
          <w:tcPr>
            <w:tcW w:w="1265" w:type="dxa"/>
          </w:tcPr>
          <w:p w14:paraId="364A32AD" w14:textId="77777777" w:rsidR="004674D5" w:rsidRDefault="004674D5" w:rsidP="004A7CD1">
            <w:r>
              <w:rPr>
                <w:rFonts w:ascii="Roboto Condensed" w:hAnsi="Roboto Condensed"/>
                <w:sz w:val="16"/>
              </w:rPr>
              <w:t>30</w:t>
            </w:r>
          </w:p>
        </w:tc>
      </w:tr>
      <w:tr w:rsidR="004674D5" w14:paraId="187E29B5" w14:textId="77777777" w:rsidTr="004A7CD1">
        <w:tc>
          <w:tcPr>
            <w:tcW w:w="1134" w:type="dxa"/>
          </w:tcPr>
          <w:p w14:paraId="6CC41904" w14:textId="77777777" w:rsidR="004674D5" w:rsidRDefault="004674D5" w:rsidP="004A7CD1">
            <w:r>
              <w:rPr>
                <w:rFonts w:ascii="Roboto Condensed" w:hAnsi="Roboto Condensed"/>
                <w:sz w:val="16"/>
              </w:rPr>
              <w:t>132SJ - 136SJ</w:t>
            </w:r>
          </w:p>
        </w:tc>
        <w:tc>
          <w:tcPr>
            <w:tcW w:w="1900" w:type="dxa"/>
            <w:vMerge/>
          </w:tcPr>
          <w:p w14:paraId="3A0098DA" w14:textId="77777777" w:rsidR="004674D5" w:rsidRDefault="004674D5" w:rsidP="004A7CD1"/>
        </w:tc>
        <w:tc>
          <w:tcPr>
            <w:tcW w:w="1418" w:type="dxa"/>
          </w:tcPr>
          <w:p w14:paraId="43F4BA56" w14:textId="77777777" w:rsidR="004674D5" w:rsidRDefault="004674D5" w:rsidP="004A7CD1">
            <w:r>
              <w:rPr>
                <w:rFonts w:ascii="Roboto Condensed" w:hAnsi="Roboto Condensed"/>
                <w:sz w:val="16"/>
              </w:rPr>
              <w:t>ZN, L, W</w:t>
            </w:r>
          </w:p>
        </w:tc>
        <w:tc>
          <w:tcPr>
            <w:tcW w:w="1359" w:type="dxa"/>
          </w:tcPr>
          <w:p w14:paraId="1E9D5899" w14:textId="77777777" w:rsidR="004674D5" w:rsidRDefault="004674D5" w:rsidP="004A7CD1">
            <w:r>
              <w:rPr>
                <w:rFonts w:ascii="Roboto Condensed" w:hAnsi="Roboto Condensed"/>
                <w:sz w:val="16"/>
              </w:rPr>
              <w:t>0.5</w:t>
            </w:r>
          </w:p>
        </w:tc>
        <w:tc>
          <w:tcPr>
            <w:tcW w:w="1171" w:type="dxa"/>
          </w:tcPr>
          <w:p w14:paraId="155CB9E1" w14:textId="77777777" w:rsidR="004674D5" w:rsidRDefault="004674D5" w:rsidP="004A7CD1">
            <w:r>
              <w:rPr>
                <w:rFonts w:ascii="Roboto Condensed" w:hAnsi="Roboto Condensed"/>
                <w:sz w:val="16"/>
              </w:rPr>
              <w:t>10.0</w:t>
            </w:r>
          </w:p>
        </w:tc>
        <w:tc>
          <w:tcPr>
            <w:tcW w:w="1265" w:type="dxa"/>
          </w:tcPr>
          <w:p w14:paraId="2153AD7B" w14:textId="77777777" w:rsidR="004674D5" w:rsidRDefault="004674D5" w:rsidP="004A7CD1">
            <w:r>
              <w:rPr>
                <w:rFonts w:ascii="Roboto Condensed" w:hAnsi="Roboto Condensed"/>
                <w:sz w:val="16"/>
              </w:rPr>
              <w:t>30.0</w:t>
            </w:r>
          </w:p>
        </w:tc>
        <w:tc>
          <w:tcPr>
            <w:tcW w:w="1265" w:type="dxa"/>
          </w:tcPr>
          <w:p w14:paraId="2232F8C4" w14:textId="77777777" w:rsidR="004674D5" w:rsidRDefault="004674D5" w:rsidP="004A7CD1">
            <w:r>
              <w:rPr>
                <w:rFonts w:ascii="Roboto Condensed" w:hAnsi="Roboto Condensed"/>
                <w:sz w:val="16"/>
              </w:rPr>
              <w:t>30</w:t>
            </w:r>
          </w:p>
        </w:tc>
      </w:tr>
      <w:tr w:rsidR="004674D5" w14:paraId="752CC07B" w14:textId="77777777" w:rsidTr="004A7CD1">
        <w:tc>
          <w:tcPr>
            <w:tcW w:w="1134" w:type="dxa"/>
          </w:tcPr>
          <w:p w14:paraId="3B12C891" w14:textId="77777777" w:rsidR="004674D5" w:rsidRDefault="004674D5" w:rsidP="004A7CD1">
            <w:r>
              <w:rPr>
                <w:rFonts w:ascii="Roboto Condensed" w:hAnsi="Roboto Condensed"/>
                <w:sz w:val="16"/>
              </w:rPr>
              <w:t>137SJ</w:t>
            </w:r>
          </w:p>
        </w:tc>
        <w:tc>
          <w:tcPr>
            <w:tcW w:w="1900" w:type="dxa"/>
            <w:vMerge/>
          </w:tcPr>
          <w:p w14:paraId="5AA524E9" w14:textId="77777777" w:rsidR="004674D5" w:rsidRDefault="004674D5" w:rsidP="004A7CD1"/>
        </w:tc>
        <w:tc>
          <w:tcPr>
            <w:tcW w:w="1418" w:type="dxa"/>
          </w:tcPr>
          <w:p w14:paraId="0C85EE5E" w14:textId="77777777" w:rsidR="004674D5" w:rsidRDefault="004674D5" w:rsidP="004A7CD1">
            <w:r>
              <w:rPr>
                <w:rFonts w:ascii="Roboto Condensed" w:hAnsi="Roboto Condensed"/>
                <w:sz w:val="16"/>
              </w:rPr>
              <w:t>ML, ZN, L, W</w:t>
            </w:r>
          </w:p>
        </w:tc>
        <w:tc>
          <w:tcPr>
            <w:tcW w:w="1359" w:type="dxa"/>
          </w:tcPr>
          <w:p w14:paraId="091638F6" w14:textId="77777777" w:rsidR="004674D5" w:rsidRDefault="004674D5" w:rsidP="004A7CD1">
            <w:r>
              <w:rPr>
                <w:rFonts w:ascii="Roboto Condensed" w:hAnsi="Roboto Condensed"/>
                <w:sz w:val="16"/>
              </w:rPr>
              <w:t>0.5</w:t>
            </w:r>
          </w:p>
        </w:tc>
        <w:tc>
          <w:tcPr>
            <w:tcW w:w="1171" w:type="dxa"/>
          </w:tcPr>
          <w:p w14:paraId="3493DA4F" w14:textId="77777777" w:rsidR="004674D5" w:rsidRDefault="004674D5" w:rsidP="004A7CD1">
            <w:r>
              <w:rPr>
                <w:rFonts w:ascii="Roboto Condensed" w:hAnsi="Roboto Condensed"/>
                <w:sz w:val="16"/>
              </w:rPr>
              <w:t>10.0</w:t>
            </w:r>
          </w:p>
        </w:tc>
        <w:tc>
          <w:tcPr>
            <w:tcW w:w="1265" w:type="dxa"/>
          </w:tcPr>
          <w:p w14:paraId="272AD13B" w14:textId="77777777" w:rsidR="004674D5" w:rsidRDefault="004674D5" w:rsidP="004A7CD1">
            <w:r>
              <w:rPr>
                <w:rFonts w:ascii="Roboto Condensed" w:hAnsi="Roboto Condensed"/>
                <w:sz w:val="16"/>
              </w:rPr>
              <w:t>30.0</w:t>
            </w:r>
          </w:p>
        </w:tc>
        <w:tc>
          <w:tcPr>
            <w:tcW w:w="1265" w:type="dxa"/>
          </w:tcPr>
          <w:p w14:paraId="30A997AE" w14:textId="77777777" w:rsidR="004674D5" w:rsidRDefault="004674D5" w:rsidP="004A7CD1">
            <w:r>
              <w:rPr>
                <w:rFonts w:ascii="Roboto Condensed" w:hAnsi="Roboto Condensed"/>
                <w:sz w:val="16"/>
              </w:rPr>
              <w:t>30</w:t>
            </w:r>
          </w:p>
        </w:tc>
      </w:tr>
      <w:tr w:rsidR="004674D5" w14:paraId="65F5830B" w14:textId="77777777" w:rsidTr="004A7CD1">
        <w:tc>
          <w:tcPr>
            <w:tcW w:w="1134" w:type="dxa"/>
          </w:tcPr>
          <w:p w14:paraId="50E11975" w14:textId="77777777" w:rsidR="004674D5" w:rsidRDefault="004674D5" w:rsidP="004A7CD1">
            <w:r>
              <w:rPr>
                <w:rFonts w:ascii="Roboto Condensed" w:hAnsi="Roboto Condensed"/>
                <w:sz w:val="16"/>
              </w:rPr>
              <w:t>138SJ - 140SJ</w:t>
            </w:r>
          </w:p>
        </w:tc>
        <w:tc>
          <w:tcPr>
            <w:tcW w:w="1900" w:type="dxa"/>
            <w:vMerge/>
          </w:tcPr>
          <w:p w14:paraId="669A7132" w14:textId="77777777" w:rsidR="004674D5" w:rsidRDefault="004674D5" w:rsidP="004A7CD1"/>
        </w:tc>
        <w:tc>
          <w:tcPr>
            <w:tcW w:w="1418" w:type="dxa"/>
          </w:tcPr>
          <w:p w14:paraId="4DF5873F" w14:textId="77777777" w:rsidR="004674D5" w:rsidRDefault="004674D5" w:rsidP="004A7CD1">
            <w:r>
              <w:rPr>
                <w:rFonts w:ascii="Roboto Condensed" w:hAnsi="Roboto Condensed"/>
                <w:sz w:val="16"/>
              </w:rPr>
              <w:t>ZN, L, W</w:t>
            </w:r>
          </w:p>
        </w:tc>
        <w:tc>
          <w:tcPr>
            <w:tcW w:w="1359" w:type="dxa"/>
          </w:tcPr>
          <w:p w14:paraId="5F524DEE" w14:textId="77777777" w:rsidR="004674D5" w:rsidRDefault="004674D5" w:rsidP="004A7CD1">
            <w:r>
              <w:rPr>
                <w:rFonts w:ascii="Roboto Condensed" w:hAnsi="Roboto Condensed"/>
                <w:sz w:val="16"/>
              </w:rPr>
              <w:t>0.5</w:t>
            </w:r>
          </w:p>
        </w:tc>
        <w:tc>
          <w:tcPr>
            <w:tcW w:w="1171" w:type="dxa"/>
          </w:tcPr>
          <w:p w14:paraId="73849FB0" w14:textId="77777777" w:rsidR="004674D5" w:rsidRDefault="004674D5" w:rsidP="004A7CD1">
            <w:r>
              <w:rPr>
                <w:rFonts w:ascii="Roboto Condensed" w:hAnsi="Roboto Condensed"/>
                <w:sz w:val="16"/>
              </w:rPr>
              <w:t>10.0</w:t>
            </w:r>
          </w:p>
        </w:tc>
        <w:tc>
          <w:tcPr>
            <w:tcW w:w="1265" w:type="dxa"/>
          </w:tcPr>
          <w:p w14:paraId="41EF2949" w14:textId="77777777" w:rsidR="004674D5" w:rsidRDefault="004674D5" w:rsidP="004A7CD1">
            <w:r>
              <w:rPr>
                <w:rFonts w:ascii="Roboto Condensed" w:hAnsi="Roboto Condensed"/>
                <w:sz w:val="16"/>
              </w:rPr>
              <w:t>30.0</w:t>
            </w:r>
          </w:p>
        </w:tc>
        <w:tc>
          <w:tcPr>
            <w:tcW w:w="1265" w:type="dxa"/>
          </w:tcPr>
          <w:p w14:paraId="0F0FA339" w14:textId="77777777" w:rsidR="004674D5" w:rsidRDefault="004674D5" w:rsidP="004A7CD1">
            <w:r>
              <w:rPr>
                <w:rFonts w:ascii="Roboto Condensed" w:hAnsi="Roboto Condensed"/>
                <w:sz w:val="16"/>
              </w:rPr>
              <w:t>30</w:t>
            </w:r>
          </w:p>
        </w:tc>
      </w:tr>
      <w:tr w:rsidR="004674D5" w14:paraId="31C22F95" w14:textId="77777777" w:rsidTr="004A7CD1">
        <w:tc>
          <w:tcPr>
            <w:tcW w:w="1134" w:type="dxa"/>
          </w:tcPr>
          <w:p w14:paraId="16B125D3" w14:textId="77777777" w:rsidR="004674D5" w:rsidRDefault="004674D5" w:rsidP="004A7CD1">
            <w:r>
              <w:rPr>
                <w:rFonts w:ascii="Roboto Condensed" w:hAnsi="Roboto Condensed"/>
                <w:sz w:val="16"/>
              </w:rPr>
              <w:t>141SJ</w:t>
            </w:r>
          </w:p>
        </w:tc>
        <w:tc>
          <w:tcPr>
            <w:tcW w:w="1900" w:type="dxa"/>
            <w:vMerge/>
          </w:tcPr>
          <w:p w14:paraId="2504C78D" w14:textId="77777777" w:rsidR="004674D5" w:rsidRDefault="004674D5" w:rsidP="004A7CD1"/>
        </w:tc>
        <w:tc>
          <w:tcPr>
            <w:tcW w:w="1418" w:type="dxa"/>
          </w:tcPr>
          <w:p w14:paraId="43683308" w14:textId="77777777" w:rsidR="004674D5" w:rsidRDefault="004674D5" w:rsidP="004A7CD1">
            <w:r>
              <w:rPr>
                <w:rFonts w:ascii="Roboto Condensed" w:hAnsi="Roboto Condensed"/>
                <w:sz w:val="16"/>
              </w:rPr>
              <w:t>ZN, L, W</w:t>
            </w:r>
          </w:p>
        </w:tc>
        <w:tc>
          <w:tcPr>
            <w:tcW w:w="1359" w:type="dxa"/>
          </w:tcPr>
          <w:p w14:paraId="0F7A8656" w14:textId="77777777" w:rsidR="004674D5" w:rsidRDefault="004674D5" w:rsidP="004A7CD1">
            <w:r>
              <w:rPr>
                <w:rFonts w:ascii="Roboto Condensed" w:hAnsi="Roboto Condensed"/>
                <w:sz w:val="16"/>
              </w:rPr>
              <w:t>0.3</w:t>
            </w:r>
          </w:p>
        </w:tc>
        <w:tc>
          <w:tcPr>
            <w:tcW w:w="1171" w:type="dxa"/>
          </w:tcPr>
          <w:p w14:paraId="6A804F35" w14:textId="77777777" w:rsidR="004674D5" w:rsidRDefault="004674D5" w:rsidP="004A7CD1">
            <w:r>
              <w:rPr>
                <w:rFonts w:ascii="Roboto Condensed" w:hAnsi="Roboto Condensed"/>
                <w:sz w:val="16"/>
              </w:rPr>
              <w:t>10.0</w:t>
            </w:r>
          </w:p>
        </w:tc>
        <w:tc>
          <w:tcPr>
            <w:tcW w:w="1265" w:type="dxa"/>
          </w:tcPr>
          <w:p w14:paraId="576B8669" w14:textId="77777777" w:rsidR="004674D5" w:rsidRDefault="004674D5" w:rsidP="004A7CD1">
            <w:r>
              <w:rPr>
                <w:rFonts w:ascii="Roboto Condensed" w:hAnsi="Roboto Condensed"/>
                <w:sz w:val="16"/>
              </w:rPr>
              <w:t>20.0</w:t>
            </w:r>
          </w:p>
        </w:tc>
        <w:tc>
          <w:tcPr>
            <w:tcW w:w="1265" w:type="dxa"/>
          </w:tcPr>
          <w:p w14:paraId="53104209" w14:textId="77777777" w:rsidR="004674D5" w:rsidRDefault="004674D5" w:rsidP="004A7CD1">
            <w:r>
              <w:rPr>
                <w:rFonts w:ascii="Roboto Condensed" w:hAnsi="Roboto Condensed"/>
                <w:sz w:val="16"/>
              </w:rPr>
              <w:t>30</w:t>
            </w:r>
          </w:p>
        </w:tc>
      </w:tr>
      <w:tr w:rsidR="004674D5" w14:paraId="0105AD9C" w14:textId="77777777" w:rsidTr="004A7CD1">
        <w:tc>
          <w:tcPr>
            <w:tcW w:w="1134" w:type="dxa"/>
          </w:tcPr>
          <w:p w14:paraId="01A83895" w14:textId="77777777" w:rsidR="004674D5" w:rsidRDefault="004674D5" w:rsidP="004A7CD1">
            <w:r>
              <w:rPr>
                <w:rFonts w:ascii="Roboto Condensed" w:hAnsi="Roboto Condensed"/>
                <w:sz w:val="16"/>
              </w:rPr>
              <w:t>143SJ - 146SJ</w:t>
            </w:r>
          </w:p>
        </w:tc>
        <w:tc>
          <w:tcPr>
            <w:tcW w:w="1900" w:type="dxa"/>
            <w:vMerge/>
          </w:tcPr>
          <w:p w14:paraId="2D8F4A40" w14:textId="77777777" w:rsidR="004674D5" w:rsidRDefault="004674D5" w:rsidP="004A7CD1"/>
        </w:tc>
        <w:tc>
          <w:tcPr>
            <w:tcW w:w="1418" w:type="dxa"/>
          </w:tcPr>
          <w:p w14:paraId="6D2053D6" w14:textId="77777777" w:rsidR="004674D5" w:rsidRDefault="004674D5" w:rsidP="004A7CD1">
            <w:r>
              <w:rPr>
                <w:rFonts w:ascii="Roboto Condensed" w:hAnsi="Roboto Condensed"/>
                <w:sz w:val="16"/>
              </w:rPr>
              <w:t>ZN, L, W</w:t>
            </w:r>
          </w:p>
        </w:tc>
        <w:tc>
          <w:tcPr>
            <w:tcW w:w="1359" w:type="dxa"/>
          </w:tcPr>
          <w:p w14:paraId="0C3D353D" w14:textId="77777777" w:rsidR="004674D5" w:rsidRDefault="004674D5" w:rsidP="004A7CD1">
            <w:r>
              <w:rPr>
                <w:rFonts w:ascii="Roboto Condensed" w:hAnsi="Roboto Condensed"/>
                <w:sz w:val="16"/>
              </w:rPr>
              <w:t>0.5</w:t>
            </w:r>
          </w:p>
        </w:tc>
        <w:tc>
          <w:tcPr>
            <w:tcW w:w="1171" w:type="dxa"/>
          </w:tcPr>
          <w:p w14:paraId="23302407" w14:textId="77777777" w:rsidR="004674D5" w:rsidRDefault="004674D5" w:rsidP="004A7CD1">
            <w:r>
              <w:rPr>
                <w:rFonts w:ascii="Roboto Condensed" w:hAnsi="Roboto Condensed"/>
                <w:sz w:val="16"/>
              </w:rPr>
              <w:t>10.0</w:t>
            </w:r>
          </w:p>
        </w:tc>
        <w:tc>
          <w:tcPr>
            <w:tcW w:w="1265" w:type="dxa"/>
          </w:tcPr>
          <w:p w14:paraId="08E2E33C" w14:textId="77777777" w:rsidR="004674D5" w:rsidRDefault="004674D5" w:rsidP="004A7CD1">
            <w:r>
              <w:rPr>
                <w:rFonts w:ascii="Roboto Condensed" w:hAnsi="Roboto Condensed"/>
                <w:sz w:val="16"/>
              </w:rPr>
              <w:t>30.0</w:t>
            </w:r>
          </w:p>
        </w:tc>
        <w:tc>
          <w:tcPr>
            <w:tcW w:w="1265" w:type="dxa"/>
          </w:tcPr>
          <w:p w14:paraId="03341B3D" w14:textId="77777777" w:rsidR="004674D5" w:rsidRDefault="004674D5" w:rsidP="004A7CD1">
            <w:r>
              <w:rPr>
                <w:rFonts w:ascii="Roboto Condensed" w:hAnsi="Roboto Condensed"/>
                <w:sz w:val="16"/>
              </w:rPr>
              <w:t>30</w:t>
            </w:r>
          </w:p>
        </w:tc>
      </w:tr>
      <w:tr w:rsidR="004674D5" w14:paraId="0C224E0F" w14:textId="77777777" w:rsidTr="004A7CD1">
        <w:tc>
          <w:tcPr>
            <w:tcW w:w="1134" w:type="dxa"/>
          </w:tcPr>
          <w:p w14:paraId="51E1E0DC" w14:textId="77777777" w:rsidR="004674D5" w:rsidRDefault="004674D5" w:rsidP="004A7CD1">
            <w:r>
              <w:rPr>
                <w:rFonts w:ascii="Roboto Condensed" w:hAnsi="Roboto Condensed"/>
                <w:sz w:val="16"/>
              </w:rPr>
              <w:t>147SJ</w:t>
            </w:r>
          </w:p>
        </w:tc>
        <w:tc>
          <w:tcPr>
            <w:tcW w:w="1900" w:type="dxa"/>
            <w:vMerge/>
          </w:tcPr>
          <w:p w14:paraId="617C48AE" w14:textId="77777777" w:rsidR="004674D5" w:rsidRDefault="004674D5" w:rsidP="004A7CD1"/>
        </w:tc>
        <w:tc>
          <w:tcPr>
            <w:tcW w:w="1418" w:type="dxa"/>
          </w:tcPr>
          <w:p w14:paraId="77FD3677" w14:textId="77777777" w:rsidR="004674D5" w:rsidRDefault="004674D5" w:rsidP="004A7CD1">
            <w:r>
              <w:rPr>
                <w:rFonts w:ascii="Roboto Condensed" w:hAnsi="Roboto Condensed"/>
                <w:sz w:val="16"/>
              </w:rPr>
              <w:t>ML, ZN, L, W</w:t>
            </w:r>
          </w:p>
        </w:tc>
        <w:tc>
          <w:tcPr>
            <w:tcW w:w="1359" w:type="dxa"/>
          </w:tcPr>
          <w:p w14:paraId="481F6BB7" w14:textId="77777777" w:rsidR="004674D5" w:rsidRDefault="004674D5" w:rsidP="004A7CD1">
            <w:r>
              <w:rPr>
                <w:rFonts w:ascii="Roboto Condensed" w:hAnsi="Roboto Condensed"/>
                <w:sz w:val="16"/>
              </w:rPr>
              <w:t>0.5</w:t>
            </w:r>
          </w:p>
        </w:tc>
        <w:tc>
          <w:tcPr>
            <w:tcW w:w="1171" w:type="dxa"/>
          </w:tcPr>
          <w:p w14:paraId="78742850" w14:textId="77777777" w:rsidR="004674D5" w:rsidRDefault="004674D5" w:rsidP="004A7CD1">
            <w:r>
              <w:rPr>
                <w:rFonts w:ascii="Roboto Condensed" w:hAnsi="Roboto Condensed"/>
                <w:sz w:val="16"/>
              </w:rPr>
              <w:t>10.0</w:t>
            </w:r>
          </w:p>
        </w:tc>
        <w:tc>
          <w:tcPr>
            <w:tcW w:w="1265" w:type="dxa"/>
          </w:tcPr>
          <w:p w14:paraId="1B3B874A" w14:textId="77777777" w:rsidR="004674D5" w:rsidRDefault="004674D5" w:rsidP="004A7CD1">
            <w:r>
              <w:rPr>
                <w:rFonts w:ascii="Roboto Condensed" w:hAnsi="Roboto Condensed"/>
                <w:sz w:val="16"/>
              </w:rPr>
              <w:t>30.0</w:t>
            </w:r>
          </w:p>
        </w:tc>
        <w:tc>
          <w:tcPr>
            <w:tcW w:w="1265" w:type="dxa"/>
          </w:tcPr>
          <w:p w14:paraId="55C1F008" w14:textId="77777777" w:rsidR="004674D5" w:rsidRDefault="004674D5" w:rsidP="004A7CD1">
            <w:r>
              <w:rPr>
                <w:rFonts w:ascii="Roboto Condensed" w:hAnsi="Roboto Condensed"/>
                <w:sz w:val="16"/>
              </w:rPr>
              <w:t>30</w:t>
            </w:r>
          </w:p>
        </w:tc>
      </w:tr>
      <w:tr w:rsidR="004674D5" w14:paraId="2E0E7BEC" w14:textId="77777777" w:rsidTr="004A7CD1">
        <w:tc>
          <w:tcPr>
            <w:tcW w:w="1134" w:type="dxa"/>
          </w:tcPr>
          <w:p w14:paraId="1B193F30" w14:textId="77777777" w:rsidR="004674D5" w:rsidRDefault="004674D5" w:rsidP="004A7CD1">
            <w:r>
              <w:rPr>
                <w:rFonts w:ascii="Roboto Condensed" w:hAnsi="Roboto Condensed"/>
                <w:sz w:val="16"/>
              </w:rPr>
              <w:t>152SJ - 155SJ</w:t>
            </w:r>
          </w:p>
        </w:tc>
        <w:tc>
          <w:tcPr>
            <w:tcW w:w="1900" w:type="dxa"/>
            <w:vMerge/>
          </w:tcPr>
          <w:p w14:paraId="3299CE95" w14:textId="77777777" w:rsidR="004674D5" w:rsidRDefault="004674D5" w:rsidP="004A7CD1"/>
        </w:tc>
        <w:tc>
          <w:tcPr>
            <w:tcW w:w="1418" w:type="dxa"/>
          </w:tcPr>
          <w:p w14:paraId="5197022B" w14:textId="77777777" w:rsidR="004674D5" w:rsidRDefault="004674D5" w:rsidP="004A7CD1">
            <w:r>
              <w:rPr>
                <w:rFonts w:ascii="Roboto Condensed" w:hAnsi="Roboto Condensed"/>
                <w:sz w:val="16"/>
              </w:rPr>
              <w:t>ZN, L, W</w:t>
            </w:r>
          </w:p>
        </w:tc>
        <w:tc>
          <w:tcPr>
            <w:tcW w:w="1359" w:type="dxa"/>
          </w:tcPr>
          <w:p w14:paraId="293B15DF" w14:textId="77777777" w:rsidR="004674D5" w:rsidRDefault="004674D5" w:rsidP="004A7CD1">
            <w:r>
              <w:rPr>
                <w:rFonts w:ascii="Roboto Condensed" w:hAnsi="Roboto Condensed"/>
                <w:sz w:val="16"/>
              </w:rPr>
              <w:t>0.5</w:t>
            </w:r>
          </w:p>
        </w:tc>
        <w:tc>
          <w:tcPr>
            <w:tcW w:w="1171" w:type="dxa"/>
          </w:tcPr>
          <w:p w14:paraId="5AC2D537" w14:textId="77777777" w:rsidR="004674D5" w:rsidRDefault="004674D5" w:rsidP="004A7CD1">
            <w:r>
              <w:rPr>
                <w:rFonts w:ascii="Roboto Condensed" w:hAnsi="Roboto Condensed"/>
                <w:sz w:val="16"/>
              </w:rPr>
              <w:t>10.0</w:t>
            </w:r>
          </w:p>
        </w:tc>
        <w:tc>
          <w:tcPr>
            <w:tcW w:w="1265" w:type="dxa"/>
          </w:tcPr>
          <w:p w14:paraId="7F7A8A93" w14:textId="77777777" w:rsidR="004674D5" w:rsidRDefault="004674D5" w:rsidP="004A7CD1">
            <w:r>
              <w:rPr>
                <w:rFonts w:ascii="Roboto Condensed" w:hAnsi="Roboto Condensed"/>
                <w:sz w:val="16"/>
              </w:rPr>
              <w:t>30.0</w:t>
            </w:r>
          </w:p>
        </w:tc>
        <w:tc>
          <w:tcPr>
            <w:tcW w:w="1265" w:type="dxa"/>
          </w:tcPr>
          <w:p w14:paraId="1B232350" w14:textId="77777777" w:rsidR="004674D5" w:rsidRDefault="004674D5" w:rsidP="004A7CD1">
            <w:r>
              <w:rPr>
                <w:rFonts w:ascii="Roboto Condensed" w:hAnsi="Roboto Condensed"/>
                <w:sz w:val="16"/>
              </w:rPr>
              <w:t>30</w:t>
            </w:r>
          </w:p>
        </w:tc>
      </w:tr>
      <w:tr w:rsidR="004674D5" w14:paraId="6C8ABE34" w14:textId="77777777" w:rsidTr="004A7CD1">
        <w:tc>
          <w:tcPr>
            <w:tcW w:w="1134" w:type="dxa"/>
          </w:tcPr>
          <w:p w14:paraId="7CB4C7A0" w14:textId="77777777" w:rsidR="004674D5" w:rsidRDefault="004674D5" w:rsidP="004A7CD1">
            <w:r>
              <w:rPr>
                <w:rFonts w:ascii="Roboto Condensed" w:hAnsi="Roboto Condensed"/>
                <w:sz w:val="16"/>
              </w:rPr>
              <w:t>156SJ - 160SJ</w:t>
            </w:r>
          </w:p>
        </w:tc>
        <w:tc>
          <w:tcPr>
            <w:tcW w:w="1900" w:type="dxa"/>
            <w:vMerge/>
          </w:tcPr>
          <w:p w14:paraId="3E5B3C7C" w14:textId="77777777" w:rsidR="004674D5" w:rsidRDefault="004674D5" w:rsidP="004A7CD1"/>
        </w:tc>
        <w:tc>
          <w:tcPr>
            <w:tcW w:w="1418" w:type="dxa"/>
          </w:tcPr>
          <w:p w14:paraId="4D2C4886" w14:textId="77777777" w:rsidR="004674D5" w:rsidRDefault="004674D5" w:rsidP="004A7CD1">
            <w:r>
              <w:rPr>
                <w:rFonts w:ascii="Roboto Condensed" w:hAnsi="Roboto Condensed"/>
                <w:sz w:val="16"/>
              </w:rPr>
              <w:t>ML, ZN, L, W</w:t>
            </w:r>
          </w:p>
        </w:tc>
        <w:tc>
          <w:tcPr>
            <w:tcW w:w="1359" w:type="dxa"/>
          </w:tcPr>
          <w:p w14:paraId="36E7109A" w14:textId="77777777" w:rsidR="004674D5" w:rsidRDefault="004674D5" w:rsidP="004A7CD1">
            <w:r>
              <w:rPr>
                <w:rFonts w:ascii="Roboto Condensed" w:hAnsi="Roboto Condensed"/>
                <w:sz w:val="16"/>
              </w:rPr>
              <w:t>0.5</w:t>
            </w:r>
          </w:p>
        </w:tc>
        <w:tc>
          <w:tcPr>
            <w:tcW w:w="1171" w:type="dxa"/>
          </w:tcPr>
          <w:p w14:paraId="5974A834" w14:textId="77777777" w:rsidR="004674D5" w:rsidRDefault="004674D5" w:rsidP="004A7CD1">
            <w:r>
              <w:rPr>
                <w:rFonts w:ascii="Roboto Condensed" w:hAnsi="Roboto Condensed"/>
                <w:sz w:val="16"/>
              </w:rPr>
              <w:t>10.0</w:t>
            </w:r>
          </w:p>
        </w:tc>
        <w:tc>
          <w:tcPr>
            <w:tcW w:w="1265" w:type="dxa"/>
          </w:tcPr>
          <w:p w14:paraId="6B65BEEF" w14:textId="77777777" w:rsidR="004674D5" w:rsidRDefault="004674D5" w:rsidP="004A7CD1">
            <w:r>
              <w:rPr>
                <w:rFonts w:ascii="Roboto Condensed" w:hAnsi="Roboto Condensed"/>
                <w:sz w:val="16"/>
              </w:rPr>
              <w:t>30.0</w:t>
            </w:r>
          </w:p>
        </w:tc>
        <w:tc>
          <w:tcPr>
            <w:tcW w:w="1265" w:type="dxa"/>
          </w:tcPr>
          <w:p w14:paraId="395AD42E" w14:textId="77777777" w:rsidR="004674D5" w:rsidRDefault="004674D5" w:rsidP="004A7CD1">
            <w:r>
              <w:rPr>
                <w:rFonts w:ascii="Roboto Condensed" w:hAnsi="Roboto Condensed"/>
                <w:sz w:val="16"/>
              </w:rPr>
              <w:t>30</w:t>
            </w:r>
          </w:p>
        </w:tc>
      </w:tr>
      <w:tr w:rsidR="004674D5" w14:paraId="03B0B591" w14:textId="77777777" w:rsidTr="004A7CD1">
        <w:tc>
          <w:tcPr>
            <w:tcW w:w="1134" w:type="dxa"/>
          </w:tcPr>
          <w:p w14:paraId="21AFB466" w14:textId="77777777" w:rsidR="004674D5" w:rsidRDefault="004674D5" w:rsidP="004A7CD1">
            <w:r>
              <w:rPr>
                <w:rFonts w:ascii="Roboto Condensed" w:hAnsi="Roboto Condensed"/>
                <w:sz w:val="16"/>
              </w:rPr>
              <w:t>161SJ</w:t>
            </w:r>
          </w:p>
        </w:tc>
        <w:tc>
          <w:tcPr>
            <w:tcW w:w="1900" w:type="dxa"/>
            <w:vMerge/>
          </w:tcPr>
          <w:p w14:paraId="6CA868EC" w14:textId="77777777" w:rsidR="004674D5" w:rsidRDefault="004674D5" w:rsidP="004A7CD1"/>
        </w:tc>
        <w:tc>
          <w:tcPr>
            <w:tcW w:w="1418" w:type="dxa"/>
          </w:tcPr>
          <w:p w14:paraId="13CE0499" w14:textId="77777777" w:rsidR="004674D5" w:rsidRDefault="004674D5" w:rsidP="004A7CD1">
            <w:r>
              <w:rPr>
                <w:rFonts w:ascii="Roboto Condensed" w:hAnsi="Roboto Condensed"/>
                <w:sz w:val="16"/>
              </w:rPr>
              <w:t>ZN, L, W</w:t>
            </w:r>
          </w:p>
        </w:tc>
        <w:tc>
          <w:tcPr>
            <w:tcW w:w="1359" w:type="dxa"/>
          </w:tcPr>
          <w:p w14:paraId="6193138F" w14:textId="77777777" w:rsidR="004674D5" w:rsidRDefault="004674D5" w:rsidP="004A7CD1">
            <w:r>
              <w:rPr>
                <w:rFonts w:ascii="Roboto Condensed" w:hAnsi="Roboto Condensed"/>
                <w:sz w:val="16"/>
              </w:rPr>
              <w:t>0.5</w:t>
            </w:r>
          </w:p>
        </w:tc>
        <w:tc>
          <w:tcPr>
            <w:tcW w:w="1171" w:type="dxa"/>
          </w:tcPr>
          <w:p w14:paraId="626234B5" w14:textId="77777777" w:rsidR="004674D5" w:rsidRDefault="004674D5" w:rsidP="004A7CD1">
            <w:r>
              <w:rPr>
                <w:rFonts w:ascii="Roboto Condensed" w:hAnsi="Roboto Condensed"/>
                <w:sz w:val="16"/>
              </w:rPr>
              <w:t>10.0</w:t>
            </w:r>
          </w:p>
        </w:tc>
        <w:tc>
          <w:tcPr>
            <w:tcW w:w="1265" w:type="dxa"/>
          </w:tcPr>
          <w:p w14:paraId="6C8CE2D6" w14:textId="77777777" w:rsidR="004674D5" w:rsidRDefault="004674D5" w:rsidP="004A7CD1">
            <w:r>
              <w:rPr>
                <w:rFonts w:ascii="Roboto Condensed" w:hAnsi="Roboto Condensed"/>
                <w:sz w:val="16"/>
              </w:rPr>
              <w:t>30.0</w:t>
            </w:r>
          </w:p>
        </w:tc>
        <w:tc>
          <w:tcPr>
            <w:tcW w:w="1265" w:type="dxa"/>
          </w:tcPr>
          <w:p w14:paraId="73E718D6" w14:textId="77777777" w:rsidR="004674D5" w:rsidRDefault="004674D5" w:rsidP="004A7CD1">
            <w:r>
              <w:rPr>
                <w:rFonts w:ascii="Roboto Condensed" w:hAnsi="Roboto Condensed"/>
                <w:sz w:val="16"/>
              </w:rPr>
              <w:t>30</w:t>
            </w:r>
          </w:p>
        </w:tc>
      </w:tr>
      <w:tr w:rsidR="004674D5" w14:paraId="5CBF30C6" w14:textId="77777777" w:rsidTr="004A7CD1">
        <w:tc>
          <w:tcPr>
            <w:tcW w:w="1134" w:type="dxa"/>
          </w:tcPr>
          <w:p w14:paraId="2D323DD7" w14:textId="77777777" w:rsidR="004674D5" w:rsidRDefault="004674D5" w:rsidP="004A7CD1">
            <w:r>
              <w:rPr>
                <w:rFonts w:ascii="Roboto Condensed" w:hAnsi="Roboto Condensed"/>
                <w:sz w:val="16"/>
              </w:rPr>
              <w:t>162SJ - 163SJ</w:t>
            </w:r>
          </w:p>
        </w:tc>
        <w:tc>
          <w:tcPr>
            <w:tcW w:w="1900" w:type="dxa"/>
            <w:vMerge/>
          </w:tcPr>
          <w:p w14:paraId="7B7B237D" w14:textId="77777777" w:rsidR="004674D5" w:rsidRDefault="004674D5" w:rsidP="004A7CD1"/>
        </w:tc>
        <w:tc>
          <w:tcPr>
            <w:tcW w:w="1418" w:type="dxa"/>
          </w:tcPr>
          <w:p w14:paraId="3E0D7011" w14:textId="77777777" w:rsidR="004674D5" w:rsidRDefault="004674D5" w:rsidP="004A7CD1">
            <w:r>
              <w:rPr>
                <w:rFonts w:ascii="Roboto Condensed" w:hAnsi="Roboto Condensed"/>
                <w:sz w:val="16"/>
              </w:rPr>
              <w:t>ZN, L, W</w:t>
            </w:r>
          </w:p>
        </w:tc>
        <w:tc>
          <w:tcPr>
            <w:tcW w:w="1359" w:type="dxa"/>
          </w:tcPr>
          <w:p w14:paraId="2491072E" w14:textId="77777777" w:rsidR="004674D5" w:rsidRDefault="004674D5" w:rsidP="004A7CD1">
            <w:r>
              <w:rPr>
                <w:rFonts w:ascii="Roboto Condensed" w:hAnsi="Roboto Condensed"/>
                <w:sz w:val="16"/>
              </w:rPr>
              <w:t>0.3</w:t>
            </w:r>
          </w:p>
        </w:tc>
        <w:tc>
          <w:tcPr>
            <w:tcW w:w="1171" w:type="dxa"/>
          </w:tcPr>
          <w:p w14:paraId="6ACD42BB" w14:textId="77777777" w:rsidR="004674D5" w:rsidRDefault="004674D5" w:rsidP="004A7CD1">
            <w:r>
              <w:rPr>
                <w:rFonts w:ascii="Roboto Condensed" w:hAnsi="Roboto Condensed"/>
                <w:sz w:val="16"/>
              </w:rPr>
              <w:t>10.0</w:t>
            </w:r>
          </w:p>
        </w:tc>
        <w:tc>
          <w:tcPr>
            <w:tcW w:w="1265" w:type="dxa"/>
          </w:tcPr>
          <w:p w14:paraId="5F85E3A9" w14:textId="77777777" w:rsidR="004674D5" w:rsidRDefault="004674D5" w:rsidP="004A7CD1">
            <w:r>
              <w:rPr>
                <w:rFonts w:ascii="Roboto Condensed" w:hAnsi="Roboto Condensed"/>
                <w:sz w:val="16"/>
              </w:rPr>
              <w:t>20.0</w:t>
            </w:r>
          </w:p>
        </w:tc>
        <w:tc>
          <w:tcPr>
            <w:tcW w:w="1265" w:type="dxa"/>
          </w:tcPr>
          <w:p w14:paraId="2E7BC19B" w14:textId="77777777" w:rsidR="004674D5" w:rsidRDefault="004674D5" w:rsidP="004A7CD1">
            <w:r>
              <w:rPr>
                <w:rFonts w:ascii="Roboto Condensed" w:hAnsi="Roboto Condensed"/>
                <w:sz w:val="16"/>
              </w:rPr>
              <w:t>30</w:t>
            </w:r>
          </w:p>
        </w:tc>
      </w:tr>
      <w:tr w:rsidR="004674D5" w14:paraId="386CAA3A" w14:textId="77777777" w:rsidTr="004A7CD1">
        <w:tc>
          <w:tcPr>
            <w:tcW w:w="1134" w:type="dxa"/>
          </w:tcPr>
          <w:p w14:paraId="2DBEF120" w14:textId="77777777" w:rsidR="004674D5" w:rsidRDefault="004674D5" w:rsidP="004A7CD1">
            <w:r>
              <w:rPr>
                <w:rFonts w:ascii="Roboto Condensed" w:hAnsi="Roboto Condensed"/>
                <w:sz w:val="16"/>
              </w:rPr>
              <w:t>164SJ - 165SJ</w:t>
            </w:r>
          </w:p>
        </w:tc>
        <w:tc>
          <w:tcPr>
            <w:tcW w:w="1900" w:type="dxa"/>
            <w:vMerge/>
          </w:tcPr>
          <w:p w14:paraId="11352042" w14:textId="77777777" w:rsidR="004674D5" w:rsidRDefault="004674D5" w:rsidP="004A7CD1"/>
        </w:tc>
        <w:tc>
          <w:tcPr>
            <w:tcW w:w="1418" w:type="dxa"/>
          </w:tcPr>
          <w:p w14:paraId="3E235054" w14:textId="77777777" w:rsidR="004674D5" w:rsidRDefault="004674D5" w:rsidP="004A7CD1">
            <w:r>
              <w:rPr>
                <w:rFonts w:ascii="Roboto Condensed" w:hAnsi="Roboto Condensed"/>
                <w:sz w:val="16"/>
              </w:rPr>
              <w:t>ZN, L, W</w:t>
            </w:r>
          </w:p>
        </w:tc>
        <w:tc>
          <w:tcPr>
            <w:tcW w:w="1359" w:type="dxa"/>
          </w:tcPr>
          <w:p w14:paraId="6BCD83E0" w14:textId="77777777" w:rsidR="004674D5" w:rsidRDefault="004674D5" w:rsidP="004A7CD1">
            <w:r>
              <w:rPr>
                <w:rFonts w:ascii="Roboto Condensed" w:hAnsi="Roboto Condensed"/>
                <w:sz w:val="16"/>
              </w:rPr>
              <w:t>0.5</w:t>
            </w:r>
          </w:p>
        </w:tc>
        <w:tc>
          <w:tcPr>
            <w:tcW w:w="1171" w:type="dxa"/>
          </w:tcPr>
          <w:p w14:paraId="46490EA7" w14:textId="77777777" w:rsidR="004674D5" w:rsidRDefault="004674D5" w:rsidP="004A7CD1">
            <w:r>
              <w:rPr>
                <w:rFonts w:ascii="Roboto Condensed" w:hAnsi="Roboto Condensed"/>
                <w:sz w:val="16"/>
              </w:rPr>
              <w:t>10.0</w:t>
            </w:r>
          </w:p>
        </w:tc>
        <w:tc>
          <w:tcPr>
            <w:tcW w:w="1265" w:type="dxa"/>
          </w:tcPr>
          <w:p w14:paraId="7BC3F441" w14:textId="77777777" w:rsidR="004674D5" w:rsidRDefault="004674D5" w:rsidP="004A7CD1">
            <w:r>
              <w:rPr>
                <w:rFonts w:ascii="Roboto Condensed" w:hAnsi="Roboto Condensed"/>
                <w:sz w:val="16"/>
              </w:rPr>
              <w:t>30.0</w:t>
            </w:r>
          </w:p>
        </w:tc>
        <w:tc>
          <w:tcPr>
            <w:tcW w:w="1265" w:type="dxa"/>
          </w:tcPr>
          <w:p w14:paraId="277E6EC8" w14:textId="77777777" w:rsidR="004674D5" w:rsidRDefault="004674D5" w:rsidP="004A7CD1">
            <w:r>
              <w:rPr>
                <w:rFonts w:ascii="Roboto Condensed" w:hAnsi="Roboto Condensed"/>
                <w:sz w:val="16"/>
              </w:rPr>
              <w:t>30</w:t>
            </w:r>
          </w:p>
        </w:tc>
      </w:tr>
      <w:tr w:rsidR="004674D5" w14:paraId="5978AE2D" w14:textId="77777777" w:rsidTr="004A7CD1">
        <w:tc>
          <w:tcPr>
            <w:tcW w:w="1134" w:type="dxa"/>
          </w:tcPr>
          <w:p w14:paraId="3BCB360F" w14:textId="77777777" w:rsidR="004674D5" w:rsidRDefault="004674D5" w:rsidP="004A7CD1">
            <w:r>
              <w:rPr>
                <w:rFonts w:ascii="Roboto Condensed" w:hAnsi="Roboto Condensed"/>
                <w:sz w:val="16"/>
              </w:rPr>
              <w:t>166SJ - 172SJ</w:t>
            </w:r>
          </w:p>
        </w:tc>
        <w:tc>
          <w:tcPr>
            <w:tcW w:w="1900" w:type="dxa"/>
            <w:vMerge/>
          </w:tcPr>
          <w:p w14:paraId="7DE59FC2" w14:textId="77777777" w:rsidR="004674D5" w:rsidRDefault="004674D5" w:rsidP="004A7CD1"/>
        </w:tc>
        <w:tc>
          <w:tcPr>
            <w:tcW w:w="1418" w:type="dxa"/>
          </w:tcPr>
          <w:p w14:paraId="6D2ECC29" w14:textId="77777777" w:rsidR="004674D5" w:rsidRDefault="004674D5" w:rsidP="004A7CD1">
            <w:r>
              <w:rPr>
                <w:rFonts w:ascii="Roboto Condensed" w:hAnsi="Roboto Condensed"/>
                <w:sz w:val="16"/>
              </w:rPr>
              <w:t>ML, ZN, L, W</w:t>
            </w:r>
          </w:p>
        </w:tc>
        <w:tc>
          <w:tcPr>
            <w:tcW w:w="1359" w:type="dxa"/>
          </w:tcPr>
          <w:p w14:paraId="375B364F" w14:textId="77777777" w:rsidR="004674D5" w:rsidRDefault="004674D5" w:rsidP="004A7CD1">
            <w:r>
              <w:rPr>
                <w:rFonts w:ascii="Roboto Condensed" w:hAnsi="Roboto Condensed"/>
                <w:sz w:val="16"/>
              </w:rPr>
              <w:t>0.5</w:t>
            </w:r>
          </w:p>
        </w:tc>
        <w:tc>
          <w:tcPr>
            <w:tcW w:w="1171" w:type="dxa"/>
          </w:tcPr>
          <w:p w14:paraId="413F4074" w14:textId="77777777" w:rsidR="004674D5" w:rsidRDefault="004674D5" w:rsidP="004A7CD1">
            <w:r>
              <w:rPr>
                <w:rFonts w:ascii="Roboto Condensed" w:hAnsi="Roboto Condensed"/>
                <w:sz w:val="16"/>
              </w:rPr>
              <w:t>10.0</w:t>
            </w:r>
          </w:p>
        </w:tc>
        <w:tc>
          <w:tcPr>
            <w:tcW w:w="1265" w:type="dxa"/>
          </w:tcPr>
          <w:p w14:paraId="32986E1E" w14:textId="77777777" w:rsidR="004674D5" w:rsidRDefault="004674D5" w:rsidP="004A7CD1">
            <w:r>
              <w:rPr>
                <w:rFonts w:ascii="Roboto Condensed" w:hAnsi="Roboto Condensed"/>
                <w:sz w:val="16"/>
              </w:rPr>
              <w:t>30.0</w:t>
            </w:r>
          </w:p>
        </w:tc>
        <w:tc>
          <w:tcPr>
            <w:tcW w:w="1265" w:type="dxa"/>
          </w:tcPr>
          <w:p w14:paraId="1CC555C8" w14:textId="77777777" w:rsidR="004674D5" w:rsidRDefault="004674D5" w:rsidP="004A7CD1">
            <w:r>
              <w:rPr>
                <w:rFonts w:ascii="Roboto Condensed" w:hAnsi="Roboto Condensed"/>
                <w:sz w:val="16"/>
              </w:rPr>
              <w:t>30</w:t>
            </w:r>
          </w:p>
        </w:tc>
      </w:tr>
      <w:tr w:rsidR="004674D5" w14:paraId="7F108900" w14:textId="77777777" w:rsidTr="004A7CD1">
        <w:tc>
          <w:tcPr>
            <w:tcW w:w="1134" w:type="dxa"/>
          </w:tcPr>
          <w:p w14:paraId="05BEC9FF" w14:textId="77777777" w:rsidR="004674D5" w:rsidRDefault="004674D5" w:rsidP="004A7CD1">
            <w:r>
              <w:rPr>
                <w:rFonts w:ascii="Roboto Condensed" w:hAnsi="Roboto Condensed"/>
                <w:sz w:val="16"/>
              </w:rPr>
              <w:t>173SJ - 175SJ</w:t>
            </w:r>
          </w:p>
        </w:tc>
        <w:tc>
          <w:tcPr>
            <w:tcW w:w="1900" w:type="dxa"/>
            <w:vMerge/>
          </w:tcPr>
          <w:p w14:paraId="0357E05B" w14:textId="77777777" w:rsidR="004674D5" w:rsidRDefault="004674D5" w:rsidP="004A7CD1"/>
        </w:tc>
        <w:tc>
          <w:tcPr>
            <w:tcW w:w="1418" w:type="dxa"/>
          </w:tcPr>
          <w:p w14:paraId="5D46B6AF" w14:textId="77777777" w:rsidR="004674D5" w:rsidRDefault="004674D5" w:rsidP="004A7CD1">
            <w:r>
              <w:rPr>
                <w:rFonts w:ascii="Roboto Condensed" w:hAnsi="Roboto Condensed"/>
                <w:sz w:val="16"/>
              </w:rPr>
              <w:t>ZN, L, W</w:t>
            </w:r>
          </w:p>
        </w:tc>
        <w:tc>
          <w:tcPr>
            <w:tcW w:w="1359" w:type="dxa"/>
          </w:tcPr>
          <w:p w14:paraId="7CDB372E" w14:textId="77777777" w:rsidR="004674D5" w:rsidRDefault="004674D5" w:rsidP="004A7CD1">
            <w:r>
              <w:rPr>
                <w:rFonts w:ascii="Roboto Condensed" w:hAnsi="Roboto Condensed"/>
                <w:sz w:val="16"/>
              </w:rPr>
              <w:t>0.5</w:t>
            </w:r>
          </w:p>
        </w:tc>
        <w:tc>
          <w:tcPr>
            <w:tcW w:w="1171" w:type="dxa"/>
          </w:tcPr>
          <w:p w14:paraId="00E0D73A" w14:textId="77777777" w:rsidR="004674D5" w:rsidRDefault="004674D5" w:rsidP="004A7CD1">
            <w:r>
              <w:rPr>
                <w:rFonts w:ascii="Roboto Condensed" w:hAnsi="Roboto Condensed"/>
                <w:sz w:val="16"/>
              </w:rPr>
              <w:t>10.0</w:t>
            </w:r>
          </w:p>
        </w:tc>
        <w:tc>
          <w:tcPr>
            <w:tcW w:w="1265" w:type="dxa"/>
          </w:tcPr>
          <w:p w14:paraId="4CAD74C2" w14:textId="77777777" w:rsidR="004674D5" w:rsidRDefault="004674D5" w:rsidP="004A7CD1">
            <w:r>
              <w:rPr>
                <w:rFonts w:ascii="Roboto Condensed" w:hAnsi="Roboto Condensed"/>
                <w:sz w:val="16"/>
              </w:rPr>
              <w:t>30.0</w:t>
            </w:r>
          </w:p>
        </w:tc>
        <w:tc>
          <w:tcPr>
            <w:tcW w:w="1265" w:type="dxa"/>
          </w:tcPr>
          <w:p w14:paraId="35650228" w14:textId="77777777" w:rsidR="004674D5" w:rsidRDefault="004674D5" w:rsidP="004A7CD1">
            <w:r>
              <w:rPr>
                <w:rFonts w:ascii="Roboto Condensed" w:hAnsi="Roboto Condensed"/>
                <w:sz w:val="16"/>
              </w:rPr>
              <w:t>30</w:t>
            </w:r>
          </w:p>
        </w:tc>
      </w:tr>
      <w:tr w:rsidR="004674D5" w14:paraId="4CB96577" w14:textId="77777777" w:rsidTr="004A7CD1">
        <w:tc>
          <w:tcPr>
            <w:tcW w:w="1134" w:type="dxa"/>
          </w:tcPr>
          <w:p w14:paraId="3864C85A" w14:textId="77777777" w:rsidR="004674D5" w:rsidRDefault="004674D5" w:rsidP="004A7CD1">
            <w:r>
              <w:rPr>
                <w:rFonts w:ascii="Roboto Condensed" w:hAnsi="Roboto Condensed"/>
                <w:sz w:val="16"/>
              </w:rPr>
              <w:t>176SJ</w:t>
            </w:r>
          </w:p>
        </w:tc>
        <w:tc>
          <w:tcPr>
            <w:tcW w:w="1900" w:type="dxa"/>
            <w:vMerge/>
          </w:tcPr>
          <w:p w14:paraId="0D66E836" w14:textId="77777777" w:rsidR="004674D5" w:rsidRDefault="004674D5" w:rsidP="004A7CD1"/>
        </w:tc>
        <w:tc>
          <w:tcPr>
            <w:tcW w:w="1418" w:type="dxa"/>
          </w:tcPr>
          <w:p w14:paraId="3FE705FB" w14:textId="77777777" w:rsidR="004674D5" w:rsidRDefault="004674D5" w:rsidP="004A7CD1">
            <w:r>
              <w:rPr>
                <w:rFonts w:ascii="Roboto Condensed" w:hAnsi="Roboto Condensed"/>
                <w:sz w:val="16"/>
              </w:rPr>
              <w:t>ML, ZN, L, W</w:t>
            </w:r>
          </w:p>
        </w:tc>
        <w:tc>
          <w:tcPr>
            <w:tcW w:w="1359" w:type="dxa"/>
          </w:tcPr>
          <w:p w14:paraId="1CDD4806" w14:textId="77777777" w:rsidR="004674D5" w:rsidRDefault="004674D5" w:rsidP="004A7CD1">
            <w:r>
              <w:rPr>
                <w:rFonts w:ascii="Roboto Condensed" w:hAnsi="Roboto Condensed"/>
                <w:sz w:val="16"/>
              </w:rPr>
              <w:t>0.5</w:t>
            </w:r>
          </w:p>
        </w:tc>
        <w:tc>
          <w:tcPr>
            <w:tcW w:w="1171" w:type="dxa"/>
          </w:tcPr>
          <w:p w14:paraId="7020DFD9" w14:textId="77777777" w:rsidR="004674D5" w:rsidRDefault="004674D5" w:rsidP="004A7CD1">
            <w:r>
              <w:rPr>
                <w:rFonts w:ascii="Roboto Condensed" w:hAnsi="Roboto Condensed"/>
                <w:sz w:val="16"/>
              </w:rPr>
              <w:t>10.0</w:t>
            </w:r>
          </w:p>
        </w:tc>
        <w:tc>
          <w:tcPr>
            <w:tcW w:w="1265" w:type="dxa"/>
          </w:tcPr>
          <w:p w14:paraId="38388796" w14:textId="77777777" w:rsidR="004674D5" w:rsidRDefault="004674D5" w:rsidP="004A7CD1">
            <w:r>
              <w:rPr>
                <w:rFonts w:ascii="Roboto Condensed" w:hAnsi="Roboto Condensed"/>
                <w:sz w:val="16"/>
              </w:rPr>
              <w:t>30.0</w:t>
            </w:r>
          </w:p>
        </w:tc>
        <w:tc>
          <w:tcPr>
            <w:tcW w:w="1265" w:type="dxa"/>
          </w:tcPr>
          <w:p w14:paraId="6BB653CA" w14:textId="77777777" w:rsidR="004674D5" w:rsidRDefault="004674D5" w:rsidP="004A7CD1">
            <w:r>
              <w:rPr>
                <w:rFonts w:ascii="Roboto Condensed" w:hAnsi="Roboto Condensed"/>
                <w:sz w:val="16"/>
              </w:rPr>
              <w:t>40</w:t>
            </w:r>
          </w:p>
        </w:tc>
      </w:tr>
      <w:tr w:rsidR="004674D5" w14:paraId="017BBE2A" w14:textId="77777777" w:rsidTr="004A7CD1">
        <w:tc>
          <w:tcPr>
            <w:tcW w:w="1134" w:type="dxa"/>
          </w:tcPr>
          <w:p w14:paraId="7F767472" w14:textId="77777777" w:rsidR="004674D5" w:rsidRDefault="004674D5" w:rsidP="004A7CD1">
            <w:r>
              <w:rPr>
                <w:rFonts w:ascii="Roboto Condensed" w:hAnsi="Roboto Condensed"/>
                <w:sz w:val="16"/>
              </w:rPr>
              <w:t>177SJ - 179SJ</w:t>
            </w:r>
          </w:p>
        </w:tc>
        <w:tc>
          <w:tcPr>
            <w:tcW w:w="1900" w:type="dxa"/>
            <w:vMerge/>
          </w:tcPr>
          <w:p w14:paraId="7E5E4108" w14:textId="77777777" w:rsidR="004674D5" w:rsidRDefault="004674D5" w:rsidP="004A7CD1"/>
        </w:tc>
        <w:tc>
          <w:tcPr>
            <w:tcW w:w="1418" w:type="dxa"/>
          </w:tcPr>
          <w:p w14:paraId="00F1C76C" w14:textId="77777777" w:rsidR="004674D5" w:rsidRDefault="004674D5" w:rsidP="004A7CD1">
            <w:r>
              <w:rPr>
                <w:rFonts w:ascii="Roboto Condensed" w:hAnsi="Roboto Condensed"/>
                <w:sz w:val="16"/>
              </w:rPr>
              <w:t>ML, ZN, L, W</w:t>
            </w:r>
          </w:p>
        </w:tc>
        <w:tc>
          <w:tcPr>
            <w:tcW w:w="1359" w:type="dxa"/>
          </w:tcPr>
          <w:p w14:paraId="567C22EB" w14:textId="77777777" w:rsidR="004674D5" w:rsidRDefault="004674D5" w:rsidP="004A7CD1">
            <w:r>
              <w:rPr>
                <w:rFonts w:ascii="Roboto Condensed" w:hAnsi="Roboto Condensed"/>
                <w:sz w:val="16"/>
              </w:rPr>
              <w:t>0.5</w:t>
            </w:r>
          </w:p>
        </w:tc>
        <w:tc>
          <w:tcPr>
            <w:tcW w:w="1171" w:type="dxa"/>
          </w:tcPr>
          <w:p w14:paraId="73548369" w14:textId="77777777" w:rsidR="004674D5" w:rsidRDefault="004674D5" w:rsidP="004A7CD1">
            <w:r>
              <w:rPr>
                <w:rFonts w:ascii="Roboto Condensed" w:hAnsi="Roboto Condensed"/>
                <w:sz w:val="16"/>
              </w:rPr>
              <w:t>10.0</w:t>
            </w:r>
          </w:p>
        </w:tc>
        <w:tc>
          <w:tcPr>
            <w:tcW w:w="1265" w:type="dxa"/>
          </w:tcPr>
          <w:p w14:paraId="0C4249FC" w14:textId="77777777" w:rsidR="004674D5" w:rsidRDefault="004674D5" w:rsidP="004A7CD1">
            <w:r>
              <w:rPr>
                <w:rFonts w:ascii="Roboto Condensed" w:hAnsi="Roboto Condensed"/>
                <w:sz w:val="16"/>
              </w:rPr>
              <w:t>30.0</w:t>
            </w:r>
          </w:p>
        </w:tc>
        <w:tc>
          <w:tcPr>
            <w:tcW w:w="1265" w:type="dxa"/>
          </w:tcPr>
          <w:p w14:paraId="661CFF51" w14:textId="77777777" w:rsidR="004674D5" w:rsidRDefault="004674D5" w:rsidP="004A7CD1">
            <w:r>
              <w:rPr>
                <w:rFonts w:ascii="Roboto Condensed" w:hAnsi="Roboto Condensed"/>
                <w:sz w:val="16"/>
              </w:rPr>
              <w:t>30</w:t>
            </w:r>
          </w:p>
        </w:tc>
      </w:tr>
      <w:tr w:rsidR="004674D5" w14:paraId="0D91EB2C" w14:textId="77777777" w:rsidTr="004A7CD1">
        <w:tc>
          <w:tcPr>
            <w:tcW w:w="1134" w:type="dxa"/>
          </w:tcPr>
          <w:p w14:paraId="033B0EC7" w14:textId="77777777" w:rsidR="004674D5" w:rsidRDefault="004674D5" w:rsidP="004A7CD1">
            <w:r>
              <w:rPr>
                <w:rFonts w:ascii="Roboto Condensed" w:hAnsi="Roboto Condensed"/>
                <w:sz w:val="16"/>
              </w:rPr>
              <w:t>180SJ - 185SJ</w:t>
            </w:r>
          </w:p>
        </w:tc>
        <w:tc>
          <w:tcPr>
            <w:tcW w:w="1900" w:type="dxa"/>
            <w:vMerge/>
          </w:tcPr>
          <w:p w14:paraId="0BB2A0A5" w14:textId="77777777" w:rsidR="004674D5" w:rsidRDefault="004674D5" w:rsidP="004A7CD1"/>
        </w:tc>
        <w:tc>
          <w:tcPr>
            <w:tcW w:w="1418" w:type="dxa"/>
          </w:tcPr>
          <w:p w14:paraId="5EC98954" w14:textId="77777777" w:rsidR="004674D5" w:rsidRDefault="004674D5" w:rsidP="004A7CD1">
            <w:r>
              <w:rPr>
                <w:rFonts w:ascii="Roboto Condensed" w:hAnsi="Roboto Condensed"/>
                <w:sz w:val="16"/>
              </w:rPr>
              <w:t>ZN, L, W</w:t>
            </w:r>
          </w:p>
        </w:tc>
        <w:tc>
          <w:tcPr>
            <w:tcW w:w="1359" w:type="dxa"/>
          </w:tcPr>
          <w:p w14:paraId="74A65398" w14:textId="77777777" w:rsidR="004674D5" w:rsidRDefault="004674D5" w:rsidP="004A7CD1">
            <w:r>
              <w:rPr>
                <w:rFonts w:ascii="Roboto Condensed" w:hAnsi="Roboto Condensed"/>
                <w:sz w:val="16"/>
              </w:rPr>
              <w:t>0.5</w:t>
            </w:r>
          </w:p>
        </w:tc>
        <w:tc>
          <w:tcPr>
            <w:tcW w:w="1171" w:type="dxa"/>
          </w:tcPr>
          <w:p w14:paraId="2BE1ED86" w14:textId="77777777" w:rsidR="004674D5" w:rsidRDefault="004674D5" w:rsidP="004A7CD1">
            <w:r>
              <w:rPr>
                <w:rFonts w:ascii="Roboto Condensed" w:hAnsi="Roboto Condensed"/>
                <w:sz w:val="16"/>
              </w:rPr>
              <w:t>10.0</w:t>
            </w:r>
          </w:p>
        </w:tc>
        <w:tc>
          <w:tcPr>
            <w:tcW w:w="1265" w:type="dxa"/>
          </w:tcPr>
          <w:p w14:paraId="1561F889" w14:textId="77777777" w:rsidR="004674D5" w:rsidRDefault="004674D5" w:rsidP="004A7CD1">
            <w:r>
              <w:rPr>
                <w:rFonts w:ascii="Roboto Condensed" w:hAnsi="Roboto Condensed"/>
                <w:sz w:val="16"/>
              </w:rPr>
              <w:t>30.0</w:t>
            </w:r>
          </w:p>
        </w:tc>
        <w:tc>
          <w:tcPr>
            <w:tcW w:w="1265" w:type="dxa"/>
          </w:tcPr>
          <w:p w14:paraId="6A8864DA" w14:textId="77777777" w:rsidR="004674D5" w:rsidRDefault="004674D5" w:rsidP="004A7CD1">
            <w:r>
              <w:rPr>
                <w:rFonts w:ascii="Roboto Condensed" w:hAnsi="Roboto Condensed"/>
                <w:sz w:val="16"/>
              </w:rPr>
              <w:t>30</w:t>
            </w:r>
          </w:p>
        </w:tc>
      </w:tr>
      <w:tr w:rsidR="004674D5" w14:paraId="1C22665D" w14:textId="77777777" w:rsidTr="004A7CD1">
        <w:tc>
          <w:tcPr>
            <w:tcW w:w="1134" w:type="dxa"/>
          </w:tcPr>
          <w:p w14:paraId="31F7A0A5" w14:textId="77777777" w:rsidR="004674D5" w:rsidRDefault="004674D5" w:rsidP="004A7CD1">
            <w:r>
              <w:rPr>
                <w:rFonts w:ascii="Roboto Condensed" w:hAnsi="Roboto Condensed"/>
                <w:sz w:val="16"/>
              </w:rPr>
              <w:t>186SJ</w:t>
            </w:r>
          </w:p>
        </w:tc>
        <w:tc>
          <w:tcPr>
            <w:tcW w:w="1900" w:type="dxa"/>
            <w:vMerge/>
          </w:tcPr>
          <w:p w14:paraId="03DAB37C" w14:textId="77777777" w:rsidR="004674D5" w:rsidRDefault="004674D5" w:rsidP="004A7CD1"/>
        </w:tc>
        <w:tc>
          <w:tcPr>
            <w:tcW w:w="1418" w:type="dxa"/>
          </w:tcPr>
          <w:p w14:paraId="782451D8" w14:textId="77777777" w:rsidR="004674D5" w:rsidRDefault="004674D5" w:rsidP="004A7CD1">
            <w:r>
              <w:rPr>
                <w:rFonts w:ascii="Roboto Condensed" w:hAnsi="Roboto Condensed"/>
                <w:sz w:val="16"/>
              </w:rPr>
              <w:t>ML, ZN, L, W</w:t>
            </w:r>
          </w:p>
        </w:tc>
        <w:tc>
          <w:tcPr>
            <w:tcW w:w="1359" w:type="dxa"/>
          </w:tcPr>
          <w:p w14:paraId="2464B558" w14:textId="77777777" w:rsidR="004674D5" w:rsidRDefault="004674D5" w:rsidP="004A7CD1">
            <w:r>
              <w:rPr>
                <w:rFonts w:ascii="Roboto Condensed" w:hAnsi="Roboto Condensed"/>
                <w:sz w:val="16"/>
              </w:rPr>
              <w:t>0.5</w:t>
            </w:r>
          </w:p>
        </w:tc>
        <w:tc>
          <w:tcPr>
            <w:tcW w:w="1171" w:type="dxa"/>
          </w:tcPr>
          <w:p w14:paraId="468DBDC5" w14:textId="77777777" w:rsidR="004674D5" w:rsidRDefault="004674D5" w:rsidP="004A7CD1">
            <w:r>
              <w:rPr>
                <w:rFonts w:ascii="Roboto Condensed" w:hAnsi="Roboto Condensed"/>
                <w:sz w:val="16"/>
              </w:rPr>
              <w:t>10.0</w:t>
            </w:r>
          </w:p>
        </w:tc>
        <w:tc>
          <w:tcPr>
            <w:tcW w:w="1265" w:type="dxa"/>
          </w:tcPr>
          <w:p w14:paraId="46B60F60" w14:textId="77777777" w:rsidR="004674D5" w:rsidRDefault="004674D5" w:rsidP="004A7CD1">
            <w:r>
              <w:rPr>
                <w:rFonts w:ascii="Roboto Condensed" w:hAnsi="Roboto Condensed"/>
                <w:sz w:val="16"/>
              </w:rPr>
              <w:t>30.0</w:t>
            </w:r>
          </w:p>
        </w:tc>
        <w:tc>
          <w:tcPr>
            <w:tcW w:w="1265" w:type="dxa"/>
          </w:tcPr>
          <w:p w14:paraId="5178A36D" w14:textId="77777777" w:rsidR="004674D5" w:rsidRDefault="004674D5" w:rsidP="004A7CD1">
            <w:r>
              <w:rPr>
                <w:rFonts w:ascii="Roboto Condensed" w:hAnsi="Roboto Condensed"/>
                <w:sz w:val="16"/>
              </w:rPr>
              <w:t>30</w:t>
            </w:r>
          </w:p>
        </w:tc>
      </w:tr>
      <w:tr w:rsidR="004674D5" w14:paraId="20C89348" w14:textId="77777777" w:rsidTr="004A7CD1">
        <w:tc>
          <w:tcPr>
            <w:tcW w:w="1134" w:type="dxa"/>
          </w:tcPr>
          <w:p w14:paraId="6EBDC87C" w14:textId="77777777" w:rsidR="004674D5" w:rsidRDefault="004674D5" w:rsidP="004A7CD1">
            <w:r>
              <w:rPr>
                <w:rFonts w:ascii="Roboto Condensed" w:hAnsi="Roboto Condensed"/>
                <w:sz w:val="16"/>
              </w:rPr>
              <w:t>187SJ - 189SJ</w:t>
            </w:r>
          </w:p>
        </w:tc>
        <w:tc>
          <w:tcPr>
            <w:tcW w:w="1900" w:type="dxa"/>
            <w:vMerge/>
          </w:tcPr>
          <w:p w14:paraId="01C140ED" w14:textId="77777777" w:rsidR="004674D5" w:rsidRDefault="004674D5" w:rsidP="004A7CD1"/>
        </w:tc>
        <w:tc>
          <w:tcPr>
            <w:tcW w:w="1418" w:type="dxa"/>
          </w:tcPr>
          <w:p w14:paraId="6DE46B95" w14:textId="77777777" w:rsidR="004674D5" w:rsidRDefault="004674D5" w:rsidP="004A7CD1">
            <w:r>
              <w:rPr>
                <w:rFonts w:ascii="Roboto Condensed" w:hAnsi="Roboto Condensed"/>
                <w:sz w:val="16"/>
              </w:rPr>
              <w:t>ZN, L, W</w:t>
            </w:r>
          </w:p>
        </w:tc>
        <w:tc>
          <w:tcPr>
            <w:tcW w:w="1359" w:type="dxa"/>
          </w:tcPr>
          <w:p w14:paraId="6F0028C4" w14:textId="77777777" w:rsidR="004674D5" w:rsidRDefault="004674D5" w:rsidP="004A7CD1">
            <w:r>
              <w:rPr>
                <w:rFonts w:ascii="Roboto Condensed" w:hAnsi="Roboto Condensed"/>
                <w:sz w:val="16"/>
              </w:rPr>
              <w:t>0.5</w:t>
            </w:r>
          </w:p>
        </w:tc>
        <w:tc>
          <w:tcPr>
            <w:tcW w:w="1171" w:type="dxa"/>
          </w:tcPr>
          <w:p w14:paraId="7428DEDC" w14:textId="77777777" w:rsidR="004674D5" w:rsidRDefault="004674D5" w:rsidP="004A7CD1">
            <w:r>
              <w:rPr>
                <w:rFonts w:ascii="Roboto Condensed" w:hAnsi="Roboto Condensed"/>
                <w:sz w:val="16"/>
              </w:rPr>
              <w:t>10.0</w:t>
            </w:r>
          </w:p>
        </w:tc>
        <w:tc>
          <w:tcPr>
            <w:tcW w:w="1265" w:type="dxa"/>
          </w:tcPr>
          <w:p w14:paraId="5EFAA145" w14:textId="77777777" w:rsidR="004674D5" w:rsidRDefault="004674D5" w:rsidP="004A7CD1">
            <w:r>
              <w:rPr>
                <w:rFonts w:ascii="Roboto Condensed" w:hAnsi="Roboto Condensed"/>
                <w:sz w:val="16"/>
              </w:rPr>
              <w:t>30.0</w:t>
            </w:r>
          </w:p>
        </w:tc>
        <w:tc>
          <w:tcPr>
            <w:tcW w:w="1265" w:type="dxa"/>
          </w:tcPr>
          <w:p w14:paraId="5009BDF0" w14:textId="77777777" w:rsidR="004674D5" w:rsidRDefault="004674D5" w:rsidP="004A7CD1">
            <w:r>
              <w:rPr>
                <w:rFonts w:ascii="Roboto Condensed" w:hAnsi="Roboto Condensed"/>
                <w:sz w:val="16"/>
              </w:rPr>
              <w:t>40</w:t>
            </w:r>
          </w:p>
        </w:tc>
      </w:tr>
      <w:tr w:rsidR="004674D5" w14:paraId="1172A3F0" w14:textId="77777777" w:rsidTr="004A7CD1">
        <w:tc>
          <w:tcPr>
            <w:tcW w:w="1134" w:type="dxa"/>
          </w:tcPr>
          <w:p w14:paraId="49C6E4A2" w14:textId="77777777" w:rsidR="004674D5" w:rsidRDefault="004674D5" w:rsidP="004A7CD1">
            <w:r>
              <w:rPr>
                <w:rFonts w:ascii="Roboto Condensed" w:hAnsi="Roboto Condensed"/>
                <w:sz w:val="16"/>
              </w:rPr>
              <w:t>190SJ - 193SJ</w:t>
            </w:r>
          </w:p>
        </w:tc>
        <w:tc>
          <w:tcPr>
            <w:tcW w:w="1900" w:type="dxa"/>
            <w:vMerge/>
          </w:tcPr>
          <w:p w14:paraId="6E3DEC85" w14:textId="77777777" w:rsidR="004674D5" w:rsidRDefault="004674D5" w:rsidP="004A7CD1"/>
        </w:tc>
        <w:tc>
          <w:tcPr>
            <w:tcW w:w="1418" w:type="dxa"/>
          </w:tcPr>
          <w:p w14:paraId="58A7AA11" w14:textId="77777777" w:rsidR="004674D5" w:rsidRDefault="004674D5" w:rsidP="004A7CD1">
            <w:r>
              <w:rPr>
                <w:rFonts w:ascii="Roboto Condensed" w:hAnsi="Roboto Condensed"/>
                <w:sz w:val="16"/>
              </w:rPr>
              <w:t>ML, ZN, L, W</w:t>
            </w:r>
          </w:p>
        </w:tc>
        <w:tc>
          <w:tcPr>
            <w:tcW w:w="1359" w:type="dxa"/>
          </w:tcPr>
          <w:p w14:paraId="333442D7" w14:textId="77777777" w:rsidR="004674D5" w:rsidRDefault="004674D5" w:rsidP="004A7CD1">
            <w:r>
              <w:rPr>
                <w:rFonts w:ascii="Roboto Condensed" w:hAnsi="Roboto Condensed"/>
                <w:sz w:val="16"/>
              </w:rPr>
              <w:t>0.5</w:t>
            </w:r>
          </w:p>
        </w:tc>
        <w:tc>
          <w:tcPr>
            <w:tcW w:w="1171" w:type="dxa"/>
          </w:tcPr>
          <w:p w14:paraId="76F504D3" w14:textId="77777777" w:rsidR="004674D5" w:rsidRDefault="004674D5" w:rsidP="004A7CD1">
            <w:r>
              <w:rPr>
                <w:rFonts w:ascii="Roboto Condensed" w:hAnsi="Roboto Condensed"/>
                <w:sz w:val="16"/>
              </w:rPr>
              <w:t>10.0</w:t>
            </w:r>
          </w:p>
        </w:tc>
        <w:tc>
          <w:tcPr>
            <w:tcW w:w="1265" w:type="dxa"/>
          </w:tcPr>
          <w:p w14:paraId="30C700E0" w14:textId="77777777" w:rsidR="004674D5" w:rsidRDefault="004674D5" w:rsidP="004A7CD1">
            <w:r>
              <w:rPr>
                <w:rFonts w:ascii="Roboto Condensed" w:hAnsi="Roboto Condensed"/>
                <w:sz w:val="16"/>
              </w:rPr>
              <w:t>30.0</w:t>
            </w:r>
          </w:p>
        </w:tc>
        <w:tc>
          <w:tcPr>
            <w:tcW w:w="1265" w:type="dxa"/>
          </w:tcPr>
          <w:p w14:paraId="5D794C58" w14:textId="77777777" w:rsidR="004674D5" w:rsidRDefault="004674D5" w:rsidP="004A7CD1">
            <w:r>
              <w:rPr>
                <w:rFonts w:ascii="Roboto Condensed" w:hAnsi="Roboto Condensed"/>
                <w:sz w:val="16"/>
              </w:rPr>
              <w:t>30</w:t>
            </w:r>
          </w:p>
        </w:tc>
      </w:tr>
      <w:tr w:rsidR="004674D5" w14:paraId="77F042A9" w14:textId="77777777" w:rsidTr="004A7CD1">
        <w:tc>
          <w:tcPr>
            <w:tcW w:w="1134" w:type="dxa"/>
          </w:tcPr>
          <w:p w14:paraId="7607EB1A" w14:textId="77777777" w:rsidR="004674D5" w:rsidRDefault="004674D5" w:rsidP="004A7CD1">
            <w:r>
              <w:rPr>
                <w:rFonts w:ascii="Roboto Condensed" w:hAnsi="Roboto Condensed"/>
                <w:sz w:val="16"/>
              </w:rPr>
              <w:t>194SJ - 195SJ</w:t>
            </w:r>
          </w:p>
        </w:tc>
        <w:tc>
          <w:tcPr>
            <w:tcW w:w="1900" w:type="dxa"/>
            <w:vMerge/>
          </w:tcPr>
          <w:p w14:paraId="28D33823" w14:textId="77777777" w:rsidR="004674D5" w:rsidRDefault="004674D5" w:rsidP="004A7CD1"/>
        </w:tc>
        <w:tc>
          <w:tcPr>
            <w:tcW w:w="1418" w:type="dxa"/>
          </w:tcPr>
          <w:p w14:paraId="4A1D5B93" w14:textId="77777777" w:rsidR="004674D5" w:rsidRDefault="004674D5" w:rsidP="004A7CD1">
            <w:r>
              <w:rPr>
                <w:rFonts w:ascii="Roboto Condensed" w:hAnsi="Roboto Condensed"/>
                <w:sz w:val="16"/>
              </w:rPr>
              <w:t>ML, ZN, L, W</w:t>
            </w:r>
          </w:p>
        </w:tc>
        <w:tc>
          <w:tcPr>
            <w:tcW w:w="1359" w:type="dxa"/>
          </w:tcPr>
          <w:p w14:paraId="634EED78" w14:textId="77777777" w:rsidR="004674D5" w:rsidRDefault="004674D5" w:rsidP="004A7CD1">
            <w:r>
              <w:rPr>
                <w:rFonts w:ascii="Roboto Condensed" w:hAnsi="Roboto Condensed"/>
                <w:sz w:val="16"/>
              </w:rPr>
              <w:t>0.4</w:t>
            </w:r>
          </w:p>
        </w:tc>
        <w:tc>
          <w:tcPr>
            <w:tcW w:w="1171" w:type="dxa"/>
          </w:tcPr>
          <w:p w14:paraId="65F8F0FA" w14:textId="77777777" w:rsidR="004674D5" w:rsidRDefault="004674D5" w:rsidP="004A7CD1">
            <w:r>
              <w:rPr>
                <w:rFonts w:ascii="Roboto Condensed" w:hAnsi="Roboto Condensed"/>
                <w:sz w:val="16"/>
              </w:rPr>
              <w:t>10.0</w:t>
            </w:r>
          </w:p>
        </w:tc>
        <w:tc>
          <w:tcPr>
            <w:tcW w:w="1265" w:type="dxa"/>
          </w:tcPr>
          <w:p w14:paraId="1A41A59A" w14:textId="77777777" w:rsidR="004674D5" w:rsidRDefault="004674D5" w:rsidP="004A7CD1">
            <w:r>
              <w:rPr>
                <w:rFonts w:ascii="Roboto Condensed" w:hAnsi="Roboto Condensed"/>
                <w:sz w:val="16"/>
              </w:rPr>
              <w:t>25.0</w:t>
            </w:r>
          </w:p>
        </w:tc>
        <w:tc>
          <w:tcPr>
            <w:tcW w:w="1265" w:type="dxa"/>
          </w:tcPr>
          <w:p w14:paraId="637AC54F" w14:textId="77777777" w:rsidR="004674D5" w:rsidRDefault="004674D5" w:rsidP="004A7CD1">
            <w:r>
              <w:rPr>
                <w:rFonts w:ascii="Roboto Condensed" w:hAnsi="Roboto Condensed"/>
                <w:sz w:val="16"/>
              </w:rPr>
              <w:t>30</w:t>
            </w:r>
          </w:p>
        </w:tc>
      </w:tr>
      <w:tr w:rsidR="004674D5" w14:paraId="577D771E" w14:textId="77777777" w:rsidTr="004A7CD1">
        <w:tc>
          <w:tcPr>
            <w:tcW w:w="1134" w:type="dxa"/>
          </w:tcPr>
          <w:p w14:paraId="573A3ADD" w14:textId="77777777" w:rsidR="004674D5" w:rsidRDefault="004674D5" w:rsidP="004A7CD1">
            <w:r>
              <w:rPr>
                <w:rFonts w:ascii="Roboto Condensed" w:hAnsi="Roboto Condensed"/>
                <w:sz w:val="16"/>
              </w:rPr>
              <w:t>196SJ - 198SJ</w:t>
            </w:r>
          </w:p>
        </w:tc>
        <w:tc>
          <w:tcPr>
            <w:tcW w:w="1900" w:type="dxa"/>
            <w:vMerge/>
          </w:tcPr>
          <w:p w14:paraId="6FF118A8" w14:textId="77777777" w:rsidR="004674D5" w:rsidRDefault="004674D5" w:rsidP="004A7CD1"/>
        </w:tc>
        <w:tc>
          <w:tcPr>
            <w:tcW w:w="1418" w:type="dxa"/>
          </w:tcPr>
          <w:p w14:paraId="0F4BE636" w14:textId="77777777" w:rsidR="004674D5" w:rsidRDefault="004674D5" w:rsidP="004A7CD1">
            <w:r>
              <w:rPr>
                <w:rFonts w:ascii="Roboto Condensed" w:hAnsi="Roboto Condensed"/>
                <w:sz w:val="16"/>
              </w:rPr>
              <w:t>ML, ZN, L, W</w:t>
            </w:r>
          </w:p>
        </w:tc>
        <w:tc>
          <w:tcPr>
            <w:tcW w:w="1359" w:type="dxa"/>
          </w:tcPr>
          <w:p w14:paraId="6DCB5EC9" w14:textId="77777777" w:rsidR="004674D5" w:rsidRDefault="004674D5" w:rsidP="004A7CD1">
            <w:r>
              <w:rPr>
                <w:rFonts w:ascii="Roboto Condensed" w:hAnsi="Roboto Condensed"/>
                <w:sz w:val="16"/>
              </w:rPr>
              <w:t>0.5</w:t>
            </w:r>
          </w:p>
        </w:tc>
        <w:tc>
          <w:tcPr>
            <w:tcW w:w="1171" w:type="dxa"/>
          </w:tcPr>
          <w:p w14:paraId="2E003590" w14:textId="77777777" w:rsidR="004674D5" w:rsidRDefault="004674D5" w:rsidP="004A7CD1">
            <w:r>
              <w:rPr>
                <w:rFonts w:ascii="Roboto Condensed" w:hAnsi="Roboto Condensed"/>
                <w:sz w:val="16"/>
              </w:rPr>
              <w:t>10.0</w:t>
            </w:r>
          </w:p>
        </w:tc>
        <w:tc>
          <w:tcPr>
            <w:tcW w:w="1265" w:type="dxa"/>
          </w:tcPr>
          <w:p w14:paraId="5913A88E" w14:textId="77777777" w:rsidR="004674D5" w:rsidRDefault="004674D5" w:rsidP="004A7CD1">
            <w:r>
              <w:rPr>
                <w:rFonts w:ascii="Roboto Condensed" w:hAnsi="Roboto Condensed"/>
                <w:sz w:val="16"/>
              </w:rPr>
              <w:t>30.0</w:t>
            </w:r>
          </w:p>
        </w:tc>
        <w:tc>
          <w:tcPr>
            <w:tcW w:w="1265" w:type="dxa"/>
          </w:tcPr>
          <w:p w14:paraId="62364838" w14:textId="77777777" w:rsidR="004674D5" w:rsidRDefault="004674D5" w:rsidP="004A7CD1">
            <w:r>
              <w:rPr>
                <w:rFonts w:ascii="Roboto Condensed" w:hAnsi="Roboto Condensed"/>
                <w:sz w:val="16"/>
              </w:rPr>
              <w:t>30</w:t>
            </w:r>
          </w:p>
        </w:tc>
      </w:tr>
      <w:tr w:rsidR="004674D5" w14:paraId="6E5BD492" w14:textId="77777777" w:rsidTr="004A7CD1">
        <w:tc>
          <w:tcPr>
            <w:tcW w:w="1134" w:type="dxa"/>
          </w:tcPr>
          <w:p w14:paraId="034F8D86" w14:textId="77777777" w:rsidR="004674D5" w:rsidRDefault="004674D5" w:rsidP="004A7CD1">
            <w:r>
              <w:rPr>
                <w:rFonts w:ascii="Roboto Condensed" w:hAnsi="Roboto Condensed"/>
                <w:sz w:val="16"/>
              </w:rPr>
              <w:t>199SJ</w:t>
            </w:r>
          </w:p>
        </w:tc>
        <w:tc>
          <w:tcPr>
            <w:tcW w:w="1900" w:type="dxa"/>
            <w:vMerge/>
          </w:tcPr>
          <w:p w14:paraId="1DF4F612" w14:textId="77777777" w:rsidR="004674D5" w:rsidRDefault="004674D5" w:rsidP="004A7CD1"/>
        </w:tc>
        <w:tc>
          <w:tcPr>
            <w:tcW w:w="1418" w:type="dxa"/>
          </w:tcPr>
          <w:p w14:paraId="5990C058" w14:textId="77777777" w:rsidR="004674D5" w:rsidRDefault="004674D5" w:rsidP="004A7CD1">
            <w:r>
              <w:rPr>
                <w:rFonts w:ascii="Roboto Condensed" w:hAnsi="Roboto Condensed"/>
                <w:sz w:val="16"/>
              </w:rPr>
              <w:t>ML, ZN, L, W</w:t>
            </w:r>
          </w:p>
        </w:tc>
        <w:tc>
          <w:tcPr>
            <w:tcW w:w="1359" w:type="dxa"/>
          </w:tcPr>
          <w:p w14:paraId="212FDC78" w14:textId="77777777" w:rsidR="004674D5" w:rsidRDefault="004674D5" w:rsidP="004A7CD1">
            <w:r>
              <w:rPr>
                <w:rFonts w:ascii="Roboto Condensed" w:hAnsi="Roboto Condensed"/>
                <w:sz w:val="16"/>
              </w:rPr>
              <w:t>0.5</w:t>
            </w:r>
          </w:p>
        </w:tc>
        <w:tc>
          <w:tcPr>
            <w:tcW w:w="1171" w:type="dxa"/>
          </w:tcPr>
          <w:p w14:paraId="44299BAB" w14:textId="77777777" w:rsidR="004674D5" w:rsidRDefault="004674D5" w:rsidP="004A7CD1">
            <w:r>
              <w:rPr>
                <w:rFonts w:ascii="Roboto Condensed" w:hAnsi="Roboto Condensed"/>
                <w:sz w:val="16"/>
              </w:rPr>
              <w:t>10.0</w:t>
            </w:r>
          </w:p>
        </w:tc>
        <w:tc>
          <w:tcPr>
            <w:tcW w:w="1265" w:type="dxa"/>
          </w:tcPr>
          <w:p w14:paraId="0B45D22E" w14:textId="77777777" w:rsidR="004674D5" w:rsidRDefault="004674D5" w:rsidP="004A7CD1">
            <w:r>
              <w:rPr>
                <w:rFonts w:ascii="Roboto Condensed" w:hAnsi="Roboto Condensed"/>
                <w:sz w:val="16"/>
              </w:rPr>
              <w:t>30.0</w:t>
            </w:r>
          </w:p>
        </w:tc>
        <w:tc>
          <w:tcPr>
            <w:tcW w:w="1265" w:type="dxa"/>
          </w:tcPr>
          <w:p w14:paraId="109CE723" w14:textId="77777777" w:rsidR="004674D5" w:rsidRDefault="004674D5" w:rsidP="004A7CD1">
            <w:r>
              <w:rPr>
                <w:rFonts w:ascii="Roboto Condensed" w:hAnsi="Roboto Condensed"/>
                <w:sz w:val="16"/>
              </w:rPr>
              <w:t>40</w:t>
            </w:r>
          </w:p>
        </w:tc>
      </w:tr>
      <w:tr w:rsidR="004674D5" w14:paraId="36D4BDA5" w14:textId="77777777" w:rsidTr="004A7CD1">
        <w:tc>
          <w:tcPr>
            <w:tcW w:w="1134" w:type="dxa"/>
          </w:tcPr>
          <w:p w14:paraId="53F6E158" w14:textId="77777777" w:rsidR="004674D5" w:rsidRDefault="004674D5" w:rsidP="004A7CD1">
            <w:r>
              <w:rPr>
                <w:rFonts w:ascii="Roboto Condensed" w:hAnsi="Roboto Condensed"/>
                <w:sz w:val="16"/>
              </w:rPr>
              <w:t>200SJ - 201SJ</w:t>
            </w:r>
          </w:p>
        </w:tc>
        <w:tc>
          <w:tcPr>
            <w:tcW w:w="1900" w:type="dxa"/>
            <w:vMerge/>
          </w:tcPr>
          <w:p w14:paraId="412FD3FF" w14:textId="77777777" w:rsidR="004674D5" w:rsidRDefault="004674D5" w:rsidP="004A7CD1"/>
        </w:tc>
        <w:tc>
          <w:tcPr>
            <w:tcW w:w="1418" w:type="dxa"/>
          </w:tcPr>
          <w:p w14:paraId="62E4AE1C" w14:textId="77777777" w:rsidR="004674D5" w:rsidRDefault="004674D5" w:rsidP="004A7CD1">
            <w:r>
              <w:rPr>
                <w:rFonts w:ascii="Roboto Condensed" w:hAnsi="Roboto Condensed"/>
                <w:sz w:val="16"/>
              </w:rPr>
              <w:t>ML, ZN, L, W</w:t>
            </w:r>
          </w:p>
        </w:tc>
        <w:tc>
          <w:tcPr>
            <w:tcW w:w="1359" w:type="dxa"/>
          </w:tcPr>
          <w:p w14:paraId="79F84528" w14:textId="77777777" w:rsidR="004674D5" w:rsidRDefault="004674D5" w:rsidP="004A7CD1">
            <w:r>
              <w:rPr>
                <w:rFonts w:ascii="Roboto Condensed" w:hAnsi="Roboto Condensed"/>
                <w:sz w:val="16"/>
              </w:rPr>
              <w:t>0.5</w:t>
            </w:r>
          </w:p>
        </w:tc>
        <w:tc>
          <w:tcPr>
            <w:tcW w:w="1171" w:type="dxa"/>
          </w:tcPr>
          <w:p w14:paraId="4481F954" w14:textId="77777777" w:rsidR="004674D5" w:rsidRDefault="004674D5" w:rsidP="004A7CD1">
            <w:r>
              <w:rPr>
                <w:rFonts w:ascii="Roboto Condensed" w:hAnsi="Roboto Condensed"/>
                <w:sz w:val="16"/>
              </w:rPr>
              <w:t>10.0</w:t>
            </w:r>
          </w:p>
        </w:tc>
        <w:tc>
          <w:tcPr>
            <w:tcW w:w="1265" w:type="dxa"/>
          </w:tcPr>
          <w:p w14:paraId="4946F7A3" w14:textId="77777777" w:rsidR="004674D5" w:rsidRDefault="004674D5" w:rsidP="004A7CD1">
            <w:r>
              <w:rPr>
                <w:rFonts w:ascii="Roboto Condensed" w:hAnsi="Roboto Condensed"/>
                <w:sz w:val="16"/>
              </w:rPr>
              <w:t>30.0</w:t>
            </w:r>
          </w:p>
        </w:tc>
        <w:tc>
          <w:tcPr>
            <w:tcW w:w="1265" w:type="dxa"/>
          </w:tcPr>
          <w:p w14:paraId="4297062D" w14:textId="77777777" w:rsidR="004674D5" w:rsidRDefault="004674D5" w:rsidP="004A7CD1">
            <w:r>
              <w:rPr>
                <w:rFonts w:ascii="Roboto Condensed" w:hAnsi="Roboto Condensed"/>
                <w:sz w:val="16"/>
              </w:rPr>
              <w:t>30</w:t>
            </w:r>
          </w:p>
        </w:tc>
      </w:tr>
      <w:tr w:rsidR="004674D5" w14:paraId="4E6593A9" w14:textId="77777777" w:rsidTr="004A7CD1">
        <w:tc>
          <w:tcPr>
            <w:tcW w:w="1134" w:type="dxa"/>
          </w:tcPr>
          <w:p w14:paraId="1A7C3FDB" w14:textId="77777777" w:rsidR="004674D5" w:rsidRDefault="004674D5" w:rsidP="004A7CD1">
            <w:r>
              <w:rPr>
                <w:rFonts w:ascii="Roboto Condensed" w:hAnsi="Roboto Condensed"/>
                <w:sz w:val="16"/>
              </w:rPr>
              <w:t>202SJ</w:t>
            </w:r>
          </w:p>
        </w:tc>
        <w:tc>
          <w:tcPr>
            <w:tcW w:w="1900" w:type="dxa"/>
            <w:vMerge/>
          </w:tcPr>
          <w:p w14:paraId="2BAA7107" w14:textId="77777777" w:rsidR="004674D5" w:rsidRDefault="004674D5" w:rsidP="004A7CD1"/>
        </w:tc>
        <w:tc>
          <w:tcPr>
            <w:tcW w:w="1418" w:type="dxa"/>
          </w:tcPr>
          <w:p w14:paraId="44BEE36C" w14:textId="77777777" w:rsidR="004674D5" w:rsidRDefault="004674D5" w:rsidP="004A7CD1">
            <w:r>
              <w:rPr>
                <w:rFonts w:ascii="Roboto Condensed" w:hAnsi="Roboto Condensed"/>
                <w:sz w:val="16"/>
              </w:rPr>
              <w:t>ZN, L, W</w:t>
            </w:r>
          </w:p>
        </w:tc>
        <w:tc>
          <w:tcPr>
            <w:tcW w:w="1359" w:type="dxa"/>
          </w:tcPr>
          <w:p w14:paraId="6A2783D1" w14:textId="77777777" w:rsidR="004674D5" w:rsidRDefault="004674D5" w:rsidP="004A7CD1">
            <w:r>
              <w:rPr>
                <w:rFonts w:ascii="Roboto Condensed" w:hAnsi="Roboto Condensed"/>
                <w:sz w:val="16"/>
              </w:rPr>
              <w:t>0.5</w:t>
            </w:r>
          </w:p>
        </w:tc>
        <w:tc>
          <w:tcPr>
            <w:tcW w:w="1171" w:type="dxa"/>
          </w:tcPr>
          <w:p w14:paraId="08F8E41D" w14:textId="77777777" w:rsidR="004674D5" w:rsidRDefault="004674D5" w:rsidP="004A7CD1">
            <w:r>
              <w:rPr>
                <w:rFonts w:ascii="Roboto Condensed" w:hAnsi="Roboto Condensed"/>
                <w:sz w:val="16"/>
              </w:rPr>
              <w:t>10.0</w:t>
            </w:r>
          </w:p>
        </w:tc>
        <w:tc>
          <w:tcPr>
            <w:tcW w:w="1265" w:type="dxa"/>
          </w:tcPr>
          <w:p w14:paraId="4F53D153" w14:textId="77777777" w:rsidR="004674D5" w:rsidRDefault="004674D5" w:rsidP="004A7CD1">
            <w:r>
              <w:rPr>
                <w:rFonts w:ascii="Roboto Condensed" w:hAnsi="Roboto Condensed"/>
                <w:sz w:val="16"/>
              </w:rPr>
              <w:t>30.0</w:t>
            </w:r>
          </w:p>
        </w:tc>
        <w:tc>
          <w:tcPr>
            <w:tcW w:w="1265" w:type="dxa"/>
          </w:tcPr>
          <w:p w14:paraId="5D923E1C" w14:textId="77777777" w:rsidR="004674D5" w:rsidRDefault="004674D5" w:rsidP="004A7CD1">
            <w:r>
              <w:rPr>
                <w:rFonts w:ascii="Roboto Condensed" w:hAnsi="Roboto Condensed"/>
                <w:sz w:val="16"/>
              </w:rPr>
              <w:t>40</w:t>
            </w:r>
          </w:p>
        </w:tc>
      </w:tr>
      <w:tr w:rsidR="004674D5" w14:paraId="2A713011" w14:textId="77777777" w:rsidTr="004A7CD1">
        <w:tc>
          <w:tcPr>
            <w:tcW w:w="1134" w:type="dxa"/>
          </w:tcPr>
          <w:p w14:paraId="29DE8BEB" w14:textId="77777777" w:rsidR="004674D5" w:rsidRDefault="004674D5" w:rsidP="004A7CD1">
            <w:r>
              <w:rPr>
                <w:rFonts w:ascii="Roboto Condensed" w:hAnsi="Roboto Condensed"/>
                <w:sz w:val="16"/>
              </w:rPr>
              <w:t>203SJ - 204SJ</w:t>
            </w:r>
          </w:p>
        </w:tc>
        <w:tc>
          <w:tcPr>
            <w:tcW w:w="1900" w:type="dxa"/>
            <w:vMerge/>
          </w:tcPr>
          <w:p w14:paraId="59AA81D3" w14:textId="77777777" w:rsidR="004674D5" w:rsidRDefault="004674D5" w:rsidP="004A7CD1"/>
        </w:tc>
        <w:tc>
          <w:tcPr>
            <w:tcW w:w="1418" w:type="dxa"/>
          </w:tcPr>
          <w:p w14:paraId="7D43521E" w14:textId="77777777" w:rsidR="004674D5" w:rsidRDefault="004674D5" w:rsidP="004A7CD1">
            <w:r>
              <w:rPr>
                <w:rFonts w:ascii="Roboto Condensed" w:hAnsi="Roboto Condensed"/>
                <w:sz w:val="16"/>
              </w:rPr>
              <w:t>ML, ZN, L, W</w:t>
            </w:r>
          </w:p>
        </w:tc>
        <w:tc>
          <w:tcPr>
            <w:tcW w:w="1359" w:type="dxa"/>
          </w:tcPr>
          <w:p w14:paraId="1AB23A44" w14:textId="77777777" w:rsidR="004674D5" w:rsidRDefault="004674D5" w:rsidP="004A7CD1">
            <w:r>
              <w:rPr>
                <w:rFonts w:ascii="Roboto Condensed" w:hAnsi="Roboto Condensed"/>
                <w:sz w:val="16"/>
              </w:rPr>
              <w:t>0.5</w:t>
            </w:r>
          </w:p>
        </w:tc>
        <w:tc>
          <w:tcPr>
            <w:tcW w:w="1171" w:type="dxa"/>
          </w:tcPr>
          <w:p w14:paraId="427215CC" w14:textId="77777777" w:rsidR="004674D5" w:rsidRDefault="004674D5" w:rsidP="004A7CD1">
            <w:r>
              <w:rPr>
                <w:rFonts w:ascii="Roboto Condensed" w:hAnsi="Roboto Condensed"/>
                <w:sz w:val="16"/>
              </w:rPr>
              <w:t>10.0</w:t>
            </w:r>
          </w:p>
        </w:tc>
        <w:tc>
          <w:tcPr>
            <w:tcW w:w="1265" w:type="dxa"/>
          </w:tcPr>
          <w:p w14:paraId="2DBB1DCF" w14:textId="77777777" w:rsidR="004674D5" w:rsidRDefault="004674D5" w:rsidP="004A7CD1">
            <w:r>
              <w:rPr>
                <w:rFonts w:ascii="Roboto Condensed" w:hAnsi="Roboto Condensed"/>
                <w:sz w:val="16"/>
              </w:rPr>
              <w:t>30.0</w:t>
            </w:r>
          </w:p>
        </w:tc>
        <w:tc>
          <w:tcPr>
            <w:tcW w:w="1265" w:type="dxa"/>
          </w:tcPr>
          <w:p w14:paraId="7E735AD9" w14:textId="77777777" w:rsidR="004674D5" w:rsidRDefault="004674D5" w:rsidP="004A7CD1">
            <w:r>
              <w:rPr>
                <w:rFonts w:ascii="Roboto Condensed" w:hAnsi="Roboto Condensed"/>
                <w:sz w:val="16"/>
              </w:rPr>
              <w:t>40</w:t>
            </w:r>
          </w:p>
        </w:tc>
      </w:tr>
      <w:tr w:rsidR="004674D5" w14:paraId="21CFAF1B" w14:textId="77777777" w:rsidTr="004A7CD1">
        <w:tc>
          <w:tcPr>
            <w:tcW w:w="1134" w:type="dxa"/>
          </w:tcPr>
          <w:p w14:paraId="534DD21E" w14:textId="77777777" w:rsidR="004674D5" w:rsidRDefault="004674D5" w:rsidP="004A7CD1">
            <w:r>
              <w:rPr>
                <w:rFonts w:ascii="Roboto Condensed" w:hAnsi="Roboto Condensed"/>
                <w:sz w:val="16"/>
              </w:rPr>
              <w:t>205SJ</w:t>
            </w:r>
          </w:p>
        </w:tc>
        <w:tc>
          <w:tcPr>
            <w:tcW w:w="1900" w:type="dxa"/>
            <w:vMerge/>
          </w:tcPr>
          <w:p w14:paraId="6B82AFD9" w14:textId="77777777" w:rsidR="004674D5" w:rsidRDefault="004674D5" w:rsidP="004A7CD1"/>
        </w:tc>
        <w:tc>
          <w:tcPr>
            <w:tcW w:w="1418" w:type="dxa"/>
          </w:tcPr>
          <w:p w14:paraId="0FA107B4" w14:textId="77777777" w:rsidR="004674D5" w:rsidRDefault="004674D5" w:rsidP="004A7CD1">
            <w:r>
              <w:rPr>
                <w:rFonts w:ascii="Roboto Condensed" w:hAnsi="Roboto Condensed"/>
                <w:sz w:val="16"/>
              </w:rPr>
              <w:t>ML, ZN, L, W</w:t>
            </w:r>
          </w:p>
        </w:tc>
        <w:tc>
          <w:tcPr>
            <w:tcW w:w="1359" w:type="dxa"/>
          </w:tcPr>
          <w:p w14:paraId="2FB13F36" w14:textId="77777777" w:rsidR="004674D5" w:rsidRDefault="004674D5" w:rsidP="004A7CD1">
            <w:r>
              <w:rPr>
                <w:rFonts w:ascii="Roboto Condensed" w:hAnsi="Roboto Condensed"/>
                <w:sz w:val="16"/>
              </w:rPr>
              <w:t>0.5</w:t>
            </w:r>
          </w:p>
        </w:tc>
        <w:tc>
          <w:tcPr>
            <w:tcW w:w="1171" w:type="dxa"/>
          </w:tcPr>
          <w:p w14:paraId="3DD2C4A6" w14:textId="77777777" w:rsidR="004674D5" w:rsidRDefault="004674D5" w:rsidP="004A7CD1">
            <w:r>
              <w:rPr>
                <w:rFonts w:ascii="Roboto Condensed" w:hAnsi="Roboto Condensed"/>
                <w:sz w:val="16"/>
              </w:rPr>
              <w:t>10.0</w:t>
            </w:r>
          </w:p>
        </w:tc>
        <w:tc>
          <w:tcPr>
            <w:tcW w:w="1265" w:type="dxa"/>
          </w:tcPr>
          <w:p w14:paraId="59CED976" w14:textId="77777777" w:rsidR="004674D5" w:rsidRDefault="004674D5" w:rsidP="004A7CD1">
            <w:r>
              <w:rPr>
                <w:rFonts w:ascii="Roboto Condensed" w:hAnsi="Roboto Condensed"/>
                <w:sz w:val="16"/>
              </w:rPr>
              <w:t>30.0</w:t>
            </w:r>
          </w:p>
        </w:tc>
        <w:tc>
          <w:tcPr>
            <w:tcW w:w="1265" w:type="dxa"/>
          </w:tcPr>
          <w:p w14:paraId="6F7976CE" w14:textId="77777777" w:rsidR="004674D5" w:rsidRDefault="004674D5" w:rsidP="004A7CD1">
            <w:r>
              <w:rPr>
                <w:rFonts w:ascii="Roboto Condensed" w:hAnsi="Roboto Condensed"/>
                <w:sz w:val="16"/>
              </w:rPr>
              <w:t>50</w:t>
            </w:r>
          </w:p>
        </w:tc>
      </w:tr>
      <w:tr w:rsidR="004674D5" w14:paraId="7F3BCE3D" w14:textId="77777777" w:rsidTr="004A7CD1">
        <w:tc>
          <w:tcPr>
            <w:tcW w:w="1134" w:type="dxa"/>
          </w:tcPr>
          <w:p w14:paraId="377D526F" w14:textId="77777777" w:rsidR="004674D5" w:rsidRDefault="004674D5" w:rsidP="004A7CD1">
            <w:r>
              <w:rPr>
                <w:rFonts w:ascii="Roboto Condensed" w:hAnsi="Roboto Condensed"/>
                <w:sz w:val="16"/>
              </w:rPr>
              <w:t>206SJ</w:t>
            </w:r>
          </w:p>
        </w:tc>
        <w:tc>
          <w:tcPr>
            <w:tcW w:w="1900" w:type="dxa"/>
            <w:vMerge/>
          </w:tcPr>
          <w:p w14:paraId="5DD04BEE" w14:textId="77777777" w:rsidR="004674D5" w:rsidRDefault="004674D5" w:rsidP="004A7CD1"/>
        </w:tc>
        <w:tc>
          <w:tcPr>
            <w:tcW w:w="1418" w:type="dxa"/>
          </w:tcPr>
          <w:p w14:paraId="1AFDE0F9" w14:textId="77777777" w:rsidR="004674D5" w:rsidRDefault="004674D5" w:rsidP="004A7CD1">
            <w:r>
              <w:rPr>
                <w:rFonts w:ascii="Roboto Condensed" w:hAnsi="Roboto Condensed"/>
                <w:sz w:val="16"/>
              </w:rPr>
              <w:t>ZN, L, W</w:t>
            </w:r>
          </w:p>
        </w:tc>
        <w:tc>
          <w:tcPr>
            <w:tcW w:w="1359" w:type="dxa"/>
          </w:tcPr>
          <w:p w14:paraId="18AC7F6F" w14:textId="77777777" w:rsidR="004674D5" w:rsidRDefault="004674D5" w:rsidP="004A7CD1">
            <w:r>
              <w:rPr>
                <w:rFonts w:ascii="Roboto Condensed" w:hAnsi="Roboto Condensed"/>
                <w:sz w:val="16"/>
              </w:rPr>
              <w:t>0.5</w:t>
            </w:r>
          </w:p>
        </w:tc>
        <w:tc>
          <w:tcPr>
            <w:tcW w:w="1171" w:type="dxa"/>
          </w:tcPr>
          <w:p w14:paraId="2CA18A09" w14:textId="77777777" w:rsidR="004674D5" w:rsidRDefault="004674D5" w:rsidP="004A7CD1">
            <w:r>
              <w:rPr>
                <w:rFonts w:ascii="Roboto Condensed" w:hAnsi="Roboto Condensed"/>
                <w:sz w:val="16"/>
              </w:rPr>
              <w:t>10.0</w:t>
            </w:r>
          </w:p>
        </w:tc>
        <w:tc>
          <w:tcPr>
            <w:tcW w:w="1265" w:type="dxa"/>
          </w:tcPr>
          <w:p w14:paraId="4C394466" w14:textId="77777777" w:rsidR="004674D5" w:rsidRDefault="004674D5" w:rsidP="004A7CD1">
            <w:r>
              <w:rPr>
                <w:rFonts w:ascii="Roboto Condensed" w:hAnsi="Roboto Condensed"/>
                <w:sz w:val="16"/>
              </w:rPr>
              <w:t>30.0</w:t>
            </w:r>
          </w:p>
        </w:tc>
        <w:tc>
          <w:tcPr>
            <w:tcW w:w="1265" w:type="dxa"/>
          </w:tcPr>
          <w:p w14:paraId="4C01E1AF" w14:textId="77777777" w:rsidR="004674D5" w:rsidRDefault="004674D5" w:rsidP="004A7CD1">
            <w:r>
              <w:rPr>
                <w:rFonts w:ascii="Roboto Condensed" w:hAnsi="Roboto Condensed"/>
                <w:sz w:val="16"/>
              </w:rPr>
              <w:t>40</w:t>
            </w:r>
          </w:p>
        </w:tc>
      </w:tr>
      <w:tr w:rsidR="004674D5" w14:paraId="5F809911" w14:textId="77777777" w:rsidTr="004A7CD1">
        <w:tc>
          <w:tcPr>
            <w:tcW w:w="1134" w:type="dxa"/>
          </w:tcPr>
          <w:p w14:paraId="3463E7EE" w14:textId="77777777" w:rsidR="004674D5" w:rsidRDefault="004674D5" w:rsidP="004A7CD1">
            <w:r>
              <w:rPr>
                <w:rFonts w:ascii="Roboto Condensed" w:hAnsi="Roboto Condensed"/>
                <w:sz w:val="16"/>
              </w:rPr>
              <w:t>207SJ</w:t>
            </w:r>
          </w:p>
        </w:tc>
        <w:tc>
          <w:tcPr>
            <w:tcW w:w="1900" w:type="dxa"/>
            <w:vMerge/>
          </w:tcPr>
          <w:p w14:paraId="77C57358" w14:textId="77777777" w:rsidR="004674D5" w:rsidRDefault="004674D5" w:rsidP="004A7CD1"/>
        </w:tc>
        <w:tc>
          <w:tcPr>
            <w:tcW w:w="1418" w:type="dxa"/>
          </w:tcPr>
          <w:p w14:paraId="6CE6E7A9" w14:textId="77777777" w:rsidR="004674D5" w:rsidRDefault="004674D5" w:rsidP="004A7CD1">
            <w:r>
              <w:rPr>
                <w:rFonts w:ascii="Roboto Condensed" w:hAnsi="Roboto Condensed"/>
                <w:sz w:val="16"/>
              </w:rPr>
              <w:t>ZN, L, W</w:t>
            </w:r>
          </w:p>
        </w:tc>
        <w:tc>
          <w:tcPr>
            <w:tcW w:w="1359" w:type="dxa"/>
          </w:tcPr>
          <w:p w14:paraId="71521F6D" w14:textId="77777777" w:rsidR="004674D5" w:rsidRDefault="004674D5" w:rsidP="004A7CD1">
            <w:r>
              <w:rPr>
                <w:rFonts w:ascii="Roboto Condensed" w:hAnsi="Roboto Condensed"/>
                <w:sz w:val="16"/>
              </w:rPr>
              <w:t>0.5</w:t>
            </w:r>
          </w:p>
        </w:tc>
        <w:tc>
          <w:tcPr>
            <w:tcW w:w="1171" w:type="dxa"/>
          </w:tcPr>
          <w:p w14:paraId="768C7B20" w14:textId="77777777" w:rsidR="004674D5" w:rsidRDefault="004674D5" w:rsidP="004A7CD1">
            <w:r>
              <w:rPr>
                <w:rFonts w:ascii="Roboto Condensed" w:hAnsi="Roboto Condensed"/>
                <w:sz w:val="16"/>
              </w:rPr>
              <w:t>10.0</w:t>
            </w:r>
          </w:p>
        </w:tc>
        <w:tc>
          <w:tcPr>
            <w:tcW w:w="1265" w:type="dxa"/>
          </w:tcPr>
          <w:p w14:paraId="065C7570" w14:textId="77777777" w:rsidR="004674D5" w:rsidRDefault="004674D5" w:rsidP="004A7CD1">
            <w:r>
              <w:rPr>
                <w:rFonts w:ascii="Roboto Condensed" w:hAnsi="Roboto Condensed"/>
                <w:sz w:val="16"/>
              </w:rPr>
              <w:t>30.0</w:t>
            </w:r>
          </w:p>
        </w:tc>
        <w:tc>
          <w:tcPr>
            <w:tcW w:w="1265" w:type="dxa"/>
          </w:tcPr>
          <w:p w14:paraId="2411F213" w14:textId="77777777" w:rsidR="004674D5" w:rsidRDefault="004674D5" w:rsidP="004A7CD1">
            <w:r>
              <w:rPr>
                <w:rFonts w:ascii="Roboto Condensed" w:hAnsi="Roboto Condensed"/>
                <w:sz w:val="16"/>
              </w:rPr>
              <w:t>50</w:t>
            </w:r>
          </w:p>
        </w:tc>
      </w:tr>
      <w:tr w:rsidR="004674D5" w14:paraId="5873ABD2" w14:textId="77777777" w:rsidTr="004A7CD1">
        <w:tc>
          <w:tcPr>
            <w:tcW w:w="1134" w:type="dxa"/>
          </w:tcPr>
          <w:p w14:paraId="637D1D08" w14:textId="77777777" w:rsidR="004674D5" w:rsidRDefault="004674D5" w:rsidP="004A7CD1">
            <w:r>
              <w:rPr>
                <w:rFonts w:ascii="Roboto Condensed" w:hAnsi="Roboto Condensed"/>
                <w:sz w:val="16"/>
              </w:rPr>
              <w:t>208SJ</w:t>
            </w:r>
          </w:p>
        </w:tc>
        <w:tc>
          <w:tcPr>
            <w:tcW w:w="1900" w:type="dxa"/>
            <w:vMerge/>
          </w:tcPr>
          <w:p w14:paraId="51CF9F69" w14:textId="77777777" w:rsidR="004674D5" w:rsidRDefault="004674D5" w:rsidP="004A7CD1"/>
        </w:tc>
        <w:tc>
          <w:tcPr>
            <w:tcW w:w="1418" w:type="dxa"/>
          </w:tcPr>
          <w:p w14:paraId="25236161" w14:textId="77777777" w:rsidR="004674D5" w:rsidRDefault="004674D5" w:rsidP="004A7CD1">
            <w:r>
              <w:rPr>
                <w:rFonts w:ascii="Roboto Condensed" w:hAnsi="Roboto Condensed"/>
                <w:sz w:val="16"/>
              </w:rPr>
              <w:t>ZN, L, W</w:t>
            </w:r>
          </w:p>
        </w:tc>
        <w:tc>
          <w:tcPr>
            <w:tcW w:w="1359" w:type="dxa"/>
          </w:tcPr>
          <w:p w14:paraId="595B7EBC" w14:textId="77777777" w:rsidR="004674D5" w:rsidRDefault="004674D5" w:rsidP="004A7CD1">
            <w:r>
              <w:rPr>
                <w:rFonts w:ascii="Roboto Condensed" w:hAnsi="Roboto Condensed"/>
                <w:sz w:val="16"/>
              </w:rPr>
              <w:t>0.5</w:t>
            </w:r>
          </w:p>
        </w:tc>
        <w:tc>
          <w:tcPr>
            <w:tcW w:w="1171" w:type="dxa"/>
          </w:tcPr>
          <w:p w14:paraId="2619CA7D" w14:textId="77777777" w:rsidR="004674D5" w:rsidRDefault="004674D5" w:rsidP="004A7CD1">
            <w:r>
              <w:rPr>
                <w:rFonts w:ascii="Roboto Condensed" w:hAnsi="Roboto Condensed"/>
                <w:sz w:val="16"/>
              </w:rPr>
              <w:t>10.0</w:t>
            </w:r>
          </w:p>
        </w:tc>
        <w:tc>
          <w:tcPr>
            <w:tcW w:w="1265" w:type="dxa"/>
          </w:tcPr>
          <w:p w14:paraId="4679EF3B" w14:textId="77777777" w:rsidR="004674D5" w:rsidRDefault="004674D5" w:rsidP="004A7CD1">
            <w:r>
              <w:rPr>
                <w:rFonts w:ascii="Roboto Condensed" w:hAnsi="Roboto Condensed"/>
                <w:sz w:val="16"/>
              </w:rPr>
              <w:t>30.0</w:t>
            </w:r>
          </w:p>
        </w:tc>
        <w:tc>
          <w:tcPr>
            <w:tcW w:w="1265" w:type="dxa"/>
          </w:tcPr>
          <w:p w14:paraId="4EDB91C2" w14:textId="77777777" w:rsidR="004674D5" w:rsidRDefault="004674D5" w:rsidP="004A7CD1">
            <w:r>
              <w:rPr>
                <w:rFonts w:ascii="Roboto Condensed" w:hAnsi="Roboto Condensed"/>
                <w:sz w:val="16"/>
              </w:rPr>
              <w:t>30</w:t>
            </w:r>
          </w:p>
        </w:tc>
      </w:tr>
      <w:tr w:rsidR="004674D5" w14:paraId="3C8617CD" w14:textId="77777777" w:rsidTr="004A7CD1">
        <w:tc>
          <w:tcPr>
            <w:tcW w:w="1134" w:type="dxa"/>
          </w:tcPr>
          <w:p w14:paraId="68938A27" w14:textId="77777777" w:rsidR="004674D5" w:rsidRDefault="004674D5" w:rsidP="004A7CD1">
            <w:r>
              <w:rPr>
                <w:rFonts w:ascii="Roboto Condensed" w:hAnsi="Roboto Condensed"/>
                <w:sz w:val="16"/>
              </w:rPr>
              <w:t>209SJ</w:t>
            </w:r>
          </w:p>
        </w:tc>
        <w:tc>
          <w:tcPr>
            <w:tcW w:w="1900" w:type="dxa"/>
            <w:vMerge/>
          </w:tcPr>
          <w:p w14:paraId="7F27E576" w14:textId="77777777" w:rsidR="004674D5" w:rsidRDefault="004674D5" w:rsidP="004A7CD1"/>
        </w:tc>
        <w:tc>
          <w:tcPr>
            <w:tcW w:w="1418" w:type="dxa"/>
          </w:tcPr>
          <w:p w14:paraId="389AE444" w14:textId="77777777" w:rsidR="004674D5" w:rsidRDefault="004674D5" w:rsidP="004A7CD1">
            <w:r>
              <w:rPr>
                <w:rFonts w:ascii="Roboto Condensed" w:hAnsi="Roboto Condensed"/>
                <w:sz w:val="16"/>
              </w:rPr>
              <w:t>ZN, L, W</w:t>
            </w:r>
          </w:p>
        </w:tc>
        <w:tc>
          <w:tcPr>
            <w:tcW w:w="1359" w:type="dxa"/>
          </w:tcPr>
          <w:p w14:paraId="2933DD0C" w14:textId="77777777" w:rsidR="004674D5" w:rsidRDefault="004674D5" w:rsidP="004A7CD1">
            <w:r>
              <w:rPr>
                <w:rFonts w:ascii="Roboto Condensed" w:hAnsi="Roboto Condensed"/>
                <w:sz w:val="16"/>
              </w:rPr>
              <w:t>0.5</w:t>
            </w:r>
          </w:p>
        </w:tc>
        <w:tc>
          <w:tcPr>
            <w:tcW w:w="1171" w:type="dxa"/>
          </w:tcPr>
          <w:p w14:paraId="45B3CEC1" w14:textId="77777777" w:rsidR="004674D5" w:rsidRDefault="004674D5" w:rsidP="004A7CD1">
            <w:r>
              <w:rPr>
                <w:rFonts w:ascii="Roboto Condensed" w:hAnsi="Roboto Condensed"/>
                <w:sz w:val="16"/>
              </w:rPr>
              <w:t>10.0</w:t>
            </w:r>
          </w:p>
        </w:tc>
        <w:tc>
          <w:tcPr>
            <w:tcW w:w="1265" w:type="dxa"/>
          </w:tcPr>
          <w:p w14:paraId="1E0FA133" w14:textId="77777777" w:rsidR="004674D5" w:rsidRDefault="004674D5" w:rsidP="004A7CD1">
            <w:r>
              <w:rPr>
                <w:rFonts w:ascii="Roboto Condensed" w:hAnsi="Roboto Condensed"/>
                <w:sz w:val="16"/>
              </w:rPr>
              <w:t>30.0</w:t>
            </w:r>
          </w:p>
        </w:tc>
        <w:tc>
          <w:tcPr>
            <w:tcW w:w="1265" w:type="dxa"/>
          </w:tcPr>
          <w:p w14:paraId="58A7E842" w14:textId="77777777" w:rsidR="004674D5" w:rsidRDefault="004674D5" w:rsidP="004A7CD1">
            <w:r>
              <w:rPr>
                <w:rFonts w:ascii="Roboto Condensed" w:hAnsi="Roboto Condensed"/>
                <w:sz w:val="16"/>
              </w:rPr>
              <w:t>40</w:t>
            </w:r>
          </w:p>
        </w:tc>
      </w:tr>
      <w:tr w:rsidR="004674D5" w14:paraId="07637754" w14:textId="77777777" w:rsidTr="004A7CD1">
        <w:tc>
          <w:tcPr>
            <w:tcW w:w="1134" w:type="dxa"/>
          </w:tcPr>
          <w:p w14:paraId="7F4BD58E" w14:textId="77777777" w:rsidR="004674D5" w:rsidRDefault="004674D5" w:rsidP="004A7CD1">
            <w:r>
              <w:rPr>
                <w:rFonts w:ascii="Roboto Condensed" w:hAnsi="Roboto Condensed"/>
                <w:sz w:val="16"/>
              </w:rPr>
              <w:t>210SJ</w:t>
            </w:r>
          </w:p>
        </w:tc>
        <w:tc>
          <w:tcPr>
            <w:tcW w:w="1900" w:type="dxa"/>
            <w:vMerge/>
          </w:tcPr>
          <w:p w14:paraId="1B4CB0BC" w14:textId="77777777" w:rsidR="004674D5" w:rsidRDefault="004674D5" w:rsidP="004A7CD1"/>
        </w:tc>
        <w:tc>
          <w:tcPr>
            <w:tcW w:w="1418" w:type="dxa"/>
          </w:tcPr>
          <w:p w14:paraId="6824D16B" w14:textId="77777777" w:rsidR="004674D5" w:rsidRDefault="004674D5" w:rsidP="004A7CD1">
            <w:r>
              <w:rPr>
                <w:rFonts w:ascii="Roboto Condensed" w:hAnsi="Roboto Condensed"/>
                <w:sz w:val="16"/>
              </w:rPr>
              <w:t>ZN, L, W</w:t>
            </w:r>
          </w:p>
        </w:tc>
        <w:tc>
          <w:tcPr>
            <w:tcW w:w="1359" w:type="dxa"/>
          </w:tcPr>
          <w:p w14:paraId="6782EDC1" w14:textId="77777777" w:rsidR="004674D5" w:rsidRDefault="004674D5" w:rsidP="004A7CD1">
            <w:r>
              <w:rPr>
                <w:rFonts w:ascii="Roboto Condensed" w:hAnsi="Roboto Condensed"/>
                <w:sz w:val="16"/>
              </w:rPr>
              <w:t>0.5</w:t>
            </w:r>
          </w:p>
        </w:tc>
        <w:tc>
          <w:tcPr>
            <w:tcW w:w="1171" w:type="dxa"/>
          </w:tcPr>
          <w:p w14:paraId="24E7F6EE" w14:textId="77777777" w:rsidR="004674D5" w:rsidRDefault="004674D5" w:rsidP="004A7CD1">
            <w:r>
              <w:rPr>
                <w:rFonts w:ascii="Roboto Condensed" w:hAnsi="Roboto Condensed"/>
                <w:sz w:val="16"/>
              </w:rPr>
              <w:t>10.0</w:t>
            </w:r>
          </w:p>
        </w:tc>
        <w:tc>
          <w:tcPr>
            <w:tcW w:w="1265" w:type="dxa"/>
          </w:tcPr>
          <w:p w14:paraId="71F8DEED" w14:textId="77777777" w:rsidR="004674D5" w:rsidRDefault="004674D5" w:rsidP="004A7CD1">
            <w:r>
              <w:rPr>
                <w:rFonts w:ascii="Roboto Condensed" w:hAnsi="Roboto Condensed"/>
                <w:sz w:val="16"/>
              </w:rPr>
              <w:t>30.0</w:t>
            </w:r>
          </w:p>
        </w:tc>
        <w:tc>
          <w:tcPr>
            <w:tcW w:w="1265" w:type="dxa"/>
          </w:tcPr>
          <w:p w14:paraId="738D1B76" w14:textId="77777777" w:rsidR="004674D5" w:rsidRDefault="004674D5" w:rsidP="004A7CD1">
            <w:r>
              <w:rPr>
                <w:rFonts w:ascii="Roboto Condensed" w:hAnsi="Roboto Condensed"/>
                <w:sz w:val="16"/>
              </w:rPr>
              <w:t>30</w:t>
            </w:r>
          </w:p>
        </w:tc>
      </w:tr>
      <w:tr w:rsidR="004674D5" w14:paraId="42A520DD" w14:textId="77777777" w:rsidTr="004A7CD1">
        <w:tc>
          <w:tcPr>
            <w:tcW w:w="1134" w:type="dxa"/>
          </w:tcPr>
          <w:p w14:paraId="0DE595EE" w14:textId="77777777" w:rsidR="004674D5" w:rsidRDefault="004674D5" w:rsidP="004A7CD1">
            <w:r>
              <w:rPr>
                <w:rFonts w:ascii="Roboto Condensed" w:hAnsi="Roboto Condensed"/>
                <w:sz w:val="16"/>
              </w:rPr>
              <w:t>211SJ</w:t>
            </w:r>
          </w:p>
        </w:tc>
        <w:tc>
          <w:tcPr>
            <w:tcW w:w="1900" w:type="dxa"/>
            <w:vMerge/>
          </w:tcPr>
          <w:p w14:paraId="3BB578B8" w14:textId="77777777" w:rsidR="004674D5" w:rsidRDefault="004674D5" w:rsidP="004A7CD1"/>
        </w:tc>
        <w:tc>
          <w:tcPr>
            <w:tcW w:w="1418" w:type="dxa"/>
          </w:tcPr>
          <w:p w14:paraId="3BE4F998" w14:textId="77777777" w:rsidR="004674D5" w:rsidRDefault="004674D5" w:rsidP="004A7CD1">
            <w:r>
              <w:rPr>
                <w:rFonts w:ascii="Roboto Condensed" w:hAnsi="Roboto Condensed"/>
                <w:sz w:val="16"/>
              </w:rPr>
              <w:t>ZN, L, W</w:t>
            </w:r>
          </w:p>
        </w:tc>
        <w:tc>
          <w:tcPr>
            <w:tcW w:w="1359" w:type="dxa"/>
          </w:tcPr>
          <w:p w14:paraId="5A481263" w14:textId="77777777" w:rsidR="004674D5" w:rsidRDefault="004674D5" w:rsidP="004A7CD1">
            <w:r>
              <w:rPr>
                <w:rFonts w:ascii="Roboto Condensed" w:hAnsi="Roboto Condensed"/>
                <w:sz w:val="16"/>
              </w:rPr>
              <w:t>0.5</w:t>
            </w:r>
          </w:p>
        </w:tc>
        <w:tc>
          <w:tcPr>
            <w:tcW w:w="1171" w:type="dxa"/>
          </w:tcPr>
          <w:p w14:paraId="19F63576" w14:textId="77777777" w:rsidR="004674D5" w:rsidRDefault="004674D5" w:rsidP="004A7CD1">
            <w:r>
              <w:rPr>
                <w:rFonts w:ascii="Roboto Condensed" w:hAnsi="Roboto Condensed"/>
                <w:sz w:val="16"/>
              </w:rPr>
              <w:t>10.0</w:t>
            </w:r>
          </w:p>
        </w:tc>
        <w:tc>
          <w:tcPr>
            <w:tcW w:w="1265" w:type="dxa"/>
          </w:tcPr>
          <w:p w14:paraId="156DAD03" w14:textId="77777777" w:rsidR="004674D5" w:rsidRDefault="004674D5" w:rsidP="004A7CD1">
            <w:r>
              <w:rPr>
                <w:rFonts w:ascii="Roboto Condensed" w:hAnsi="Roboto Condensed"/>
                <w:sz w:val="16"/>
              </w:rPr>
              <w:t>30.0</w:t>
            </w:r>
          </w:p>
        </w:tc>
        <w:tc>
          <w:tcPr>
            <w:tcW w:w="1265" w:type="dxa"/>
          </w:tcPr>
          <w:p w14:paraId="2B9307F6" w14:textId="77777777" w:rsidR="004674D5" w:rsidRDefault="004674D5" w:rsidP="004A7CD1">
            <w:r>
              <w:rPr>
                <w:rFonts w:ascii="Roboto Condensed" w:hAnsi="Roboto Condensed"/>
                <w:sz w:val="16"/>
              </w:rPr>
              <w:t>40</w:t>
            </w:r>
          </w:p>
        </w:tc>
      </w:tr>
      <w:tr w:rsidR="004674D5" w14:paraId="5DC7ABB9" w14:textId="77777777" w:rsidTr="004A7CD1">
        <w:tc>
          <w:tcPr>
            <w:tcW w:w="1134" w:type="dxa"/>
          </w:tcPr>
          <w:p w14:paraId="53EA967A" w14:textId="77777777" w:rsidR="004674D5" w:rsidRDefault="004674D5" w:rsidP="004A7CD1">
            <w:r>
              <w:rPr>
                <w:rFonts w:ascii="Roboto Condensed" w:hAnsi="Roboto Condensed"/>
                <w:sz w:val="16"/>
              </w:rPr>
              <w:t>212SJ</w:t>
            </w:r>
          </w:p>
        </w:tc>
        <w:tc>
          <w:tcPr>
            <w:tcW w:w="1900" w:type="dxa"/>
            <w:vMerge/>
          </w:tcPr>
          <w:p w14:paraId="699B9824" w14:textId="77777777" w:rsidR="004674D5" w:rsidRDefault="004674D5" w:rsidP="004A7CD1"/>
        </w:tc>
        <w:tc>
          <w:tcPr>
            <w:tcW w:w="1418" w:type="dxa"/>
          </w:tcPr>
          <w:p w14:paraId="11288468" w14:textId="77777777" w:rsidR="004674D5" w:rsidRDefault="004674D5" w:rsidP="004A7CD1">
            <w:r>
              <w:rPr>
                <w:rFonts w:ascii="Roboto Condensed" w:hAnsi="Roboto Condensed"/>
                <w:sz w:val="16"/>
              </w:rPr>
              <w:t>ZN, L, W</w:t>
            </w:r>
          </w:p>
        </w:tc>
        <w:tc>
          <w:tcPr>
            <w:tcW w:w="1359" w:type="dxa"/>
          </w:tcPr>
          <w:p w14:paraId="5A6C4FC3" w14:textId="77777777" w:rsidR="004674D5" w:rsidRDefault="004674D5" w:rsidP="004A7CD1">
            <w:r>
              <w:rPr>
                <w:rFonts w:ascii="Roboto Condensed" w:hAnsi="Roboto Condensed"/>
                <w:sz w:val="16"/>
              </w:rPr>
              <w:t>0.5</w:t>
            </w:r>
          </w:p>
        </w:tc>
        <w:tc>
          <w:tcPr>
            <w:tcW w:w="1171" w:type="dxa"/>
          </w:tcPr>
          <w:p w14:paraId="083CDEB5" w14:textId="77777777" w:rsidR="004674D5" w:rsidRDefault="004674D5" w:rsidP="004A7CD1">
            <w:r>
              <w:rPr>
                <w:rFonts w:ascii="Roboto Condensed" w:hAnsi="Roboto Condensed"/>
                <w:sz w:val="16"/>
              </w:rPr>
              <w:t>10.0</w:t>
            </w:r>
          </w:p>
        </w:tc>
        <w:tc>
          <w:tcPr>
            <w:tcW w:w="1265" w:type="dxa"/>
          </w:tcPr>
          <w:p w14:paraId="22388AB1" w14:textId="77777777" w:rsidR="004674D5" w:rsidRDefault="004674D5" w:rsidP="004A7CD1">
            <w:r>
              <w:rPr>
                <w:rFonts w:ascii="Roboto Condensed" w:hAnsi="Roboto Condensed"/>
                <w:sz w:val="16"/>
              </w:rPr>
              <w:t>30.0</w:t>
            </w:r>
          </w:p>
        </w:tc>
        <w:tc>
          <w:tcPr>
            <w:tcW w:w="1265" w:type="dxa"/>
          </w:tcPr>
          <w:p w14:paraId="6E2D5FF8" w14:textId="77777777" w:rsidR="004674D5" w:rsidRDefault="004674D5" w:rsidP="004A7CD1">
            <w:r>
              <w:rPr>
                <w:rFonts w:ascii="Roboto Condensed" w:hAnsi="Roboto Condensed"/>
                <w:sz w:val="16"/>
              </w:rPr>
              <w:t>30</w:t>
            </w:r>
          </w:p>
        </w:tc>
      </w:tr>
      <w:tr w:rsidR="004674D5" w14:paraId="5B09CB34" w14:textId="77777777" w:rsidTr="004A7CD1">
        <w:tc>
          <w:tcPr>
            <w:tcW w:w="1134" w:type="dxa"/>
          </w:tcPr>
          <w:p w14:paraId="5013B125" w14:textId="77777777" w:rsidR="004674D5" w:rsidRDefault="004674D5" w:rsidP="004A7CD1">
            <w:r>
              <w:rPr>
                <w:rFonts w:ascii="Roboto Condensed" w:hAnsi="Roboto Condensed"/>
                <w:sz w:val="16"/>
              </w:rPr>
              <w:t>213SJ</w:t>
            </w:r>
          </w:p>
        </w:tc>
        <w:tc>
          <w:tcPr>
            <w:tcW w:w="1900" w:type="dxa"/>
            <w:vMerge/>
          </w:tcPr>
          <w:p w14:paraId="1E7FC996" w14:textId="77777777" w:rsidR="004674D5" w:rsidRDefault="004674D5" w:rsidP="004A7CD1"/>
        </w:tc>
        <w:tc>
          <w:tcPr>
            <w:tcW w:w="1418" w:type="dxa"/>
          </w:tcPr>
          <w:p w14:paraId="27653D9C" w14:textId="77777777" w:rsidR="004674D5" w:rsidRDefault="004674D5" w:rsidP="004A7CD1">
            <w:r>
              <w:rPr>
                <w:rFonts w:ascii="Roboto Condensed" w:hAnsi="Roboto Condensed"/>
                <w:sz w:val="16"/>
              </w:rPr>
              <w:t>ML, ZN, L, W</w:t>
            </w:r>
          </w:p>
        </w:tc>
        <w:tc>
          <w:tcPr>
            <w:tcW w:w="1359" w:type="dxa"/>
          </w:tcPr>
          <w:p w14:paraId="71F95366" w14:textId="77777777" w:rsidR="004674D5" w:rsidRDefault="004674D5" w:rsidP="004A7CD1">
            <w:r>
              <w:rPr>
                <w:rFonts w:ascii="Roboto Condensed" w:hAnsi="Roboto Condensed"/>
                <w:sz w:val="16"/>
              </w:rPr>
              <w:t>0.5</w:t>
            </w:r>
          </w:p>
        </w:tc>
        <w:tc>
          <w:tcPr>
            <w:tcW w:w="1171" w:type="dxa"/>
          </w:tcPr>
          <w:p w14:paraId="05016612" w14:textId="77777777" w:rsidR="004674D5" w:rsidRDefault="004674D5" w:rsidP="004A7CD1">
            <w:r>
              <w:rPr>
                <w:rFonts w:ascii="Roboto Condensed" w:hAnsi="Roboto Condensed"/>
                <w:sz w:val="16"/>
              </w:rPr>
              <w:t>10.0</w:t>
            </w:r>
          </w:p>
        </w:tc>
        <w:tc>
          <w:tcPr>
            <w:tcW w:w="1265" w:type="dxa"/>
          </w:tcPr>
          <w:p w14:paraId="21B57750" w14:textId="77777777" w:rsidR="004674D5" w:rsidRDefault="004674D5" w:rsidP="004A7CD1">
            <w:r>
              <w:rPr>
                <w:rFonts w:ascii="Roboto Condensed" w:hAnsi="Roboto Condensed"/>
                <w:sz w:val="16"/>
              </w:rPr>
              <w:t>30.0</w:t>
            </w:r>
          </w:p>
        </w:tc>
        <w:tc>
          <w:tcPr>
            <w:tcW w:w="1265" w:type="dxa"/>
          </w:tcPr>
          <w:p w14:paraId="49AF096F" w14:textId="77777777" w:rsidR="004674D5" w:rsidRDefault="004674D5" w:rsidP="004A7CD1">
            <w:r>
              <w:rPr>
                <w:rFonts w:ascii="Roboto Condensed" w:hAnsi="Roboto Condensed"/>
                <w:sz w:val="16"/>
              </w:rPr>
              <w:t>50</w:t>
            </w:r>
          </w:p>
        </w:tc>
      </w:tr>
      <w:tr w:rsidR="004674D5" w14:paraId="6BD5710B" w14:textId="77777777" w:rsidTr="004A7CD1">
        <w:tc>
          <w:tcPr>
            <w:tcW w:w="1134" w:type="dxa"/>
          </w:tcPr>
          <w:p w14:paraId="21C5689A" w14:textId="77777777" w:rsidR="004674D5" w:rsidRDefault="004674D5" w:rsidP="004A7CD1">
            <w:r>
              <w:rPr>
                <w:rFonts w:ascii="Roboto Condensed" w:hAnsi="Roboto Condensed"/>
                <w:sz w:val="16"/>
              </w:rPr>
              <w:t>214SJ - 215SJ</w:t>
            </w:r>
          </w:p>
        </w:tc>
        <w:tc>
          <w:tcPr>
            <w:tcW w:w="1900" w:type="dxa"/>
            <w:vMerge/>
          </w:tcPr>
          <w:p w14:paraId="2D4AA633" w14:textId="77777777" w:rsidR="004674D5" w:rsidRDefault="004674D5" w:rsidP="004A7CD1"/>
        </w:tc>
        <w:tc>
          <w:tcPr>
            <w:tcW w:w="1418" w:type="dxa"/>
          </w:tcPr>
          <w:p w14:paraId="23D6CC98" w14:textId="77777777" w:rsidR="004674D5" w:rsidRDefault="004674D5" w:rsidP="004A7CD1">
            <w:r>
              <w:rPr>
                <w:rFonts w:ascii="Roboto Condensed" w:hAnsi="Roboto Condensed"/>
                <w:sz w:val="16"/>
              </w:rPr>
              <w:t>ML, ZN, L, W</w:t>
            </w:r>
          </w:p>
        </w:tc>
        <w:tc>
          <w:tcPr>
            <w:tcW w:w="1359" w:type="dxa"/>
          </w:tcPr>
          <w:p w14:paraId="0273A370" w14:textId="77777777" w:rsidR="004674D5" w:rsidRDefault="004674D5" w:rsidP="004A7CD1">
            <w:r>
              <w:rPr>
                <w:rFonts w:ascii="Roboto Condensed" w:hAnsi="Roboto Condensed"/>
                <w:sz w:val="16"/>
              </w:rPr>
              <w:t>0.5</w:t>
            </w:r>
          </w:p>
        </w:tc>
        <w:tc>
          <w:tcPr>
            <w:tcW w:w="1171" w:type="dxa"/>
          </w:tcPr>
          <w:p w14:paraId="2951A65A" w14:textId="77777777" w:rsidR="004674D5" w:rsidRDefault="004674D5" w:rsidP="004A7CD1">
            <w:r>
              <w:rPr>
                <w:rFonts w:ascii="Roboto Condensed" w:hAnsi="Roboto Condensed"/>
                <w:sz w:val="16"/>
              </w:rPr>
              <w:t>10.0</w:t>
            </w:r>
          </w:p>
        </w:tc>
        <w:tc>
          <w:tcPr>
            <w:tcW w:w="1265" w:type="dxa"/>
          </w:tcPr>
          <w:p w14:paraId="3C679A0C" w14:textId="77777777" w:rsidR="004674D5" w:rsidRDefault="004674D5" w:rsidP="004A7CD1">
            <w:r>
              <w:rPr>
                <w:rFonts w:ascii="Roboto Condensed" w:hAnsi="Roboto Condensed"/>
                <w:sz w:val="16"/>
              </w:rPr>
              <w:t>30.0</w:t>
            </w:r>
          </w:p>
        </w:tc>
        <w:tc>
          <w:tcPr>
            <w:tcW w:w="1265" w:type="dxa"/>
          </w:tcPr>
          <w:p w14:paraId="6D8D968C" w14:textId="77777777" w:rsidR="004674D5" w:rsidRDefault="004674D5" w:rsidP="004A7CD1">
            <w:r>
              <w:rPr>
                <w:rFonts w:ascii="Roboto Condensed" w:hAnsi="Roboto Condensed"/>
                <w:sz w:val="16"/>
              </w:rPr>
              <w:t>30</w:t>
            </w:r>
          </w:p>
        </w:tc>
      </w:tr>
      <w:tr w:rsidR="004674D5" w14:paraId="78A85E2D" w14:textId="77777777" w:rsidTr="004A7CD1">
        <w:tc>
          <w:tcPr>
            <w:tcW w:w="1134" w:type="dxa"/>
          </w:tcPr>
          <w:p w14:paraId="765E9A52" w14:textId="77777777" w:rsidR="004674D5" w:rsidRDefault="004674D5" w:rsidP="004A7CD1">
            <w:r>
              <w:rPr>
                <w:rFonts w:ascii="Roboto Condensed" w:hAnsi="Roboto Condensed"/>
                <w:sz w:val="16"/>
              </w:rPr>
              <w:t>216SJ - 218SJ</w:t>
            </w:r>
          </w:p>
        </w:tc>
        <w:tc>
          <w:tcPr>
            <w:tcW w:w="1900" w:type="dxa"/>
            <w:vMerge/>
          </w:tcPr>
          <w:p w14:paraId="26532836" w14:textId="77777777" w:rsidR="004674D5" w:rsidRDefault="004674D5" w:rsidP="004A7CD1"/>
        </w:tc>
        <w:tc>
          <w:tcPr>
            <w:tcW w:w="1418" w:type="dxa"/>
          </w:tcPr>
          <w:p w14:paraId="5F3A7329" w14:textId="77777777" w:rsidR="004674D5" w:rsidRDefault="004674D5" w:rsidP="004A7CD1">
            <w:r>
              <w:rPr>
                <w:rFonts w:ascii="Roboto Condensed" w:hAnsi="Roboto Condensed"/>
                <w:sz w:val="16"/>
              </w:rPr>
              <w:t>ML, ZN, L, W</w:t>
            </w:r>
          </w:p>
        </w:tc>
        <w:tc>
          <w:tcPr>
            <w:tcW w:w="1359" w:type="dxa"/>
          </w:tcPr>
          <w:p w14:paraId="6060DA0A" w14:textId="77777777" w:rsidR="004674D5" w:rsidRDefault="004674D5" w:rsidP="004A7CD1">
            <w:r>
              <w:rPr>
                <w:rFonts w:ascii="Roboto Condensed" w:hAnsi="Roboto Condensed"/>
                <w:sz w:val="16"/>
              </w:rPr>
              <w:t>0.5</w:t>
            </w:r>
          </w:p>
        </w:tc>
        <w:tc>
          <w:tcPr>
            <w:tcW w:w="1171" w:type="dxa"/>
          </w:tcPr>
          <w:p w14:paraId="7E998BEB" w14:textId="77777777" w:rsidR="004674D5" w:rsidRDefault="004674D5" w:rsidP="004A7CD1">
            <w:r>
              <w:rPr>
                <w:rFonts w:ascii="Roboto Condensed" w:hAnsi="Roboto Condensed"/>
                <w:sz w:val="16"/>
              </w:rPr>
              <w:t>10.0</w:t>
            </w:r>
          </w:p>
        </w:tc>
        <w:tc>
          <w:tcPr>
            <w:tcW w:w="1265" w:type="dxa"/>
          </w:tcPr>
          <w:p w14:paraId="6399B1DA" w14:textId="77777777" w:rsidR="004674D5" w:rsidRDefault="004674D5" w:rsidP="004A7CD1">
            <w:r>
              <w:rPr>
                <w:rFonts w:ascii="Roboto Condensed" w:hAnsi="Roboto Condensed"/>
                <w:sz w:val="16"/>
              </w:rPr>
              <w:t>30.0</w:t>
            </w:r>
          </w:p>
        </w:tc>
        <w:tc>
          <w:tcPr>
            <w:tcW w:w="1265" w:type="dxa"/>
          </w:tcPr>
          <w:p w14:paraId="1A48DF39" w14:textId="77777777" w:rsidR="004674D5" w:rsidRDefault="004674D5" w:rsidP="004A7CD1">
            <w:r>
              <w:rPr>
                <w:rFonts w:ascii="Roboto Condensed" w:hAnsi="Roboto Condensed"/>
                <w:sz w:val="16"/>
              </w:rPr>
              <w:t>40</w:t>
            </w:r>
          </w:p>
        </w:tc>
      </w:tr>
      <w:tr w:rsidR="004674D5" w14:paraId="27633BB2" w14:textId="77777777" w:rsidTr="004A7CD1">
        <w:tc>
          <w:tcPr>
            <w:tcW w:w="1134" w:type="dxa"/>
          </w:tcPr>
          <w:p w14:paraId="6E31E7B2" w14:textId="77777777" w:rsidR="004674D5" w:rsidRDefault="004674D5" w:rsidP="004A7CD1">
            <w:r>
              <w:rPr>
                <w:rFonts w:ascii="Roboto Condensed" w:hAnsi="Roboto Condensed"/>
                <w:sz w:val="16"/>
              </w:rPr>
              <w:t>219SJ</w:t>
            </w:r>
          </w:p>
        </w:tc>
        <w:tc>
          <w:tcPr>
            <w:tcW w:w="1900" w:type="dxa"/>
            <w:vMerge/>
          </w:tcPr>
          <w:p w14:paraId="0B92818B" w14:textId="77777777" w:rsidR="004674D5" w:rsidRDefault="004674D5" w:rsidP="004A7CD1"/>
        </w:tc>
        <w:tc>
          <w:tcPr>
            <w:tcW w:w="1418" w:type="dxa"/>
          </w:tcPr>
          <w:p w14:paraId="0E8057F0" w14:textId="77777777" w:rsidR="004674D5" w:rsidRDefault="004674D5" w:rsidP="004A7CD1">
            <w:r>
              <w:rPr>
                <w:rFonts w:ascii="Roboto Condensed" w:hAnsi="Roboto Condensed"/>
                <w:sz w:val="16"/>
              </w:rPr>
              <w:t>ZN, L, W</w:t>
            </w:r>
          </w:p>
        </w:tc>
        <w:tc>
          <w:tcPr>
            <w:tcW w:w="1359" w:type="dxa"/>
          </w:tcPr>
          <w:p w14:paraId="6CBA4CA1" w14:textId="77777777" w:rsidR="004674D5" w:rsidRDefault="004674D5" w:rsidP="004A7CD1">
            <w:r>
              <w:rPr>
                <w:rFonts w:ascii="Roboto Condensed" w:hAnsi="Roboto Condensed"/>
                <w:sz w:val="16"/>
              </w:rPr>
              <w:t>0.5</w:t>
            </w:r>
          </w:p>
        </w:tc>
        <w:tc>
          <w:tcPr>
            <w:tcW w:w="1171" w:type="dxa"/>
          </w:tcPr>
          <w:p w14:paraId="421AB067" w14:textId="77777777" w:rsidR="004674D5" w:rsidRDefault="004674D5" w:rsidP="004A7CD1">
            <w:r>
              <w:rPr>
                <w:rFonts w:ascii="Roboto Condensed" w:hAnsi="Roboto Condensed"/>
                <w:sz w:val="16"/>
              </w:rPr>
              <w:t>10.0</w:t>
            </w:r>
          </w:p>
        </w:tc>
        <w:tc>
          <w:tcPr>
            <w:tcW w:w="1265" w:type="dxa"/>
          </w:tcPr>
          <w:p w14:paraId="14EE3943" w14:textId="77777777" w:rsidR="004674D5" w:rsidRDefault="004674D5" w:rsidP="004A7CD1">
            <w:r>
              <w:rPr>
                <w:rFonts w:ascii="Roboto Condensed" w:hAnsi="Roboto Condensed"/>
                <w:sz w:val="16"/>
              </w:rPr>
              <w:t>30.0</w:t>
            </w:r>
          </w:p>
        </w:tc>
        <w:tc>
          <w:tcPr>
            <w:tcW w:w="1265" w:type="dxa"/>
          </w:tcPr>
          <w:p w14:paraId="12176AA7" w14:textId="77777777" w:rsidR="004674D5" w:rsidRDefault="004674D5" w:rsidP="004A7CD1">
            <w:r>
              <w:rPr>
                <w:rFonts w:ascii="Roboto Condensed" w:hAnsi="Roboto Condensed"/>
                <w:sz w:val="16"/>
              </w:rPr>
              <w:t>30</w:t>
            </w:r>
          </w:p>
        </w:tc>
      </w:tr>
      <w:tr w:rsidR="004674D5" w14:paraId="3FE26D0F" w14:textId="77777777" w:rsidTr="004A7CD1">
        <w:tc>
          <w:tcPr>
            <w:tcW w:w="1134" w:type="dxa"/>
          </w:tcPr>
          <w:p w14:paraId="24F5E9E4" w14:textId="77777777" w:rsidR="004674D5" w:rsidRDefault="004674D5" w:rsidP="004A7CD1">
            <w:r>
              <w:rPr>
                <w:rFonts w:ascii="Roboto Condensed" w:hAnsi="Roboto Condensed"/>
                <w:sz w:val="16"/>
              </w:rPr>
              <w:t>220SJ</w:t>
            </w:r>
          </w:p>
        </w:tc>
        <w:tc>
          <w:tcPr>
            <w:tcW w:w="1900" w:type="dxa"/>
            <w:vMerge/>
          </w:tcPr>
          <w:p w14:paraId="091A9B96" w14:textId="77777777" w:rsidR="004674D5" w:rsidRDefault="004674D5" w:rsidP="004A7CD1"/>
        </w:tc>
        <w:tc>
          <w:tcPr>
            <w:tcW w:w="1418" w:type="dxa"/>
          </w:tcPr>
          <w:p w14:paraId="5CCF6F1B" w14:textId="77777777" w:rsidR="004674D5" w:rsidRDefault="004674D5" w:rsidP="004A7CD1">
            <w:r>
              <w:rPr>
                <w:rFonts w:ascii="Roboto Condensed" w:hAnsi="Roboto Condensed"/>
                <w:sz w:val="16"/>
              </w:rPr>
              <w:t>ZN, L, W</w:t>
            </w:r>
          </w:p>
        </w:tc>
        <w:tc>
          <w:tcPr>
            <w:tcW w:w="1359" w:type="dxa"/>
          </w:tcPr>
          <w:p w14:paraId="1CE63FB1" w14:textId="77777777" w:rsidR="004674D5" w:rsidRDefault="004674D5" w:rsidP="004A7CD1">
            <w:r>
              <w:rPr>
                <w:rFonts w:ascii="Roboto Condensed" w:hAnsi="Roboto Condensed"/>
                <w:sz w:val="16"/>
              </w:rPr>
              <w:t>0.5</w:t>
            </w:r>
          </w:p>
        </w:tc>
        <w:tc>
          <w:tcPr>
            <w:tcW w:w="1171" w:type="dxa"/>
          </w:tcPr>
          <w:p w14:paraId="48263DD2" w14:textId="77777777" w:rsidR="004674D5" w:rsidRDefault="004674D5" w:rsidP="004A7CD1">
            <w:r>
              <w:rPr>
                <w:rFonts w:ascii="Roboto Condensed" w:hAnsi="Roboto Condensed"/>
                <w:sz w:val="16"/>
              </w:rPr>
              <w:t>10.0</w:t>
            </w:r>
          </w:p>
        </w:tc>
        <w:tc>
          <w:tcPr>
            <w:tcW w:w="1265" w:type="dxa"/>
          </w:tcPr>
          <w:p w14:paraId="7E1E76EE" w14:textId="77777777" w:rsidR="004674D5" w:rsidRDefault="004674D5" w:rsidP="004A7CD1">
            <w:r>
              <w:rPr>
                <w:rFonts w:ascii="Roboto Condensed" w:hAnsi="Roboto Condensed"/>
                <w:sz w:val="16"/>
              </w:rPr>
              <w:t>30.0</w:t>
            </w:r>
          </w:p>
        </w:tc>
        <w:tc>
          <w:tcPr>
            <w:tcW w:w="1265" w:type="dxa"/>
          </w:tcPr>
          <w:p w14:paraId="71C579E6" w14:textId="77777777" w:rsidR="004674D5" w:rsidRDefault="004674D5" w:rsidP="004A7CD1">
            <w:r>
              <w:rPr>
                <w:rFonts w:ascii="Roboto Condensed" w:hAnsi="Roboto Condensed"/>
                <w:sz w:val="16"/>
              </w:rPr>
              <w:t>40</w:t>
            </w:r>
          </w:p>
        </w:tc>
      </w:tr>
      <w:tr w:rsidR="004674D5" w14:paraId="31F6A45C" w14:textId="77777777" w:rsidTr="004A7CD1">
        <w:tc>
          <w:tcPr>
            <w:tcW w:w="1134" w:type="dxa"/>
          </w:tcPr>
          <w:p w14:paraId="6C7E9FB4" w14:textId="77777777" w:rsidR="004674D5" w:rsidRDefault="004674D5" w:rsidP="004A7CD1">
            <w:r>
              <w:rPr>
                <w:rFonts w:ascii="Roboto Condensed" w:hAnsi="Roboto Condensed"/>
                <w:sz w:val="16"/>
              </w:rPr>
              <w:t>221SJ - 223SJ</w:t>
            </w:r>
          </w:p>
        </w:tc>
        <w:tc>
          <w:tcPr>
            <w:tcW w:w="1900" w:type="dxa"/>
            <w:vMerge/>
          </w:tcPr>
          <w:p w14:paraId="50C1B2A0" w14:textId="77777777" w:rsidR="004674D5" w:rsidRDefault="004674D5" w:rsidP="004A7CD1"/>
        </w:tc>
        <w:tc>
          <w:tcPr>
            <w:tcW w:w="1418" w:type="dxa"/>
          </w:tcPr>
          <w:p w14:paraId="31EE963E" w14:textId="77777777" w:rsidR="004674D5" w:rsidRDefault="004674D5" w:rsidP="004A7CD1">
            <w:r>
              <w:rPr>
                <w:rFonts w:ascii="Roboto Condensed" w:hAnsi="Roboto Condensed"/>
                <w:sz w:val="16"/>
              </w:rPr>
              <w:t>ML, ZN, L, W</w:t>
            </w:r>
          </w:p>
        </w:tc>
        <w:tc>
          <w:tcPr>
            <w:tcW w:w="1359" w:type="dxa"/>
          </w:tcPr>
          <w:p w14:paraId="29069481" w14:textId="77777777" w:rsidR="004674D5" w:rsidRDefault="004674D5" w:rsidP="004A7CD1">
            <w:r>
              <w:rPr>
                <w:rFonts w:ascii="Roboto Condensed" w:hAnsi="Roboto Condensed"/>
                <w:sz w:val="16"/>
              </w:rPr>
              <w:t>0.5</w:t>
            </w:r>
          </w:p>
        </w:tc>
        <w:tc>
          <w:tcPr>
            <w:tcW w:w="1171" w:type="dxa"/>
          </w:tcPr>
          <w:p w14:paraId="7C7BD361" w14:textId="77777777" w:rsidR="004674D5" w:rsidRDefault="004674D5" w:rsidP="004A7CD1">
            <w:r>
              <w:rPr>
                <w:rFonts w:ascii="Roboto Condensed" w:hAnsi="Roboto Condensed"/>
                <w:sz w:val="16"/>
              </w:rPr>
              <w:t>10.0</w:t>
            </w:r>
          </w:p>
        </w:tc>
        <w:tc>
          <w:tcPr>
            <w:tcW w:w="1265" w:type="dxa"/>
          </w:tcPr>
          <w:p w14:paraId="35692B1F" w14:textId="77777777" w:rsidR="004674D5" w:rsidRDefault="004674D5" w:rsidP="004A7CD1">
            <w:r>
              <w:rPr>
                <w:rFonts w:ascii="Roboto Condensed" w:hAnsi="Roboto Condensed"/>
                <w:sz w:val="16"/>
              </w:rPr>
              <w:t>30.0</w:t>
            </w:r>
          </w:p>
        </w:tc>
        <w:tc>
          <w:tcPr>
            <w:tcW w:w="1265" w:type="dxa"/>
          </w:tcPr>
          <w:p w14:paraId="1EA819E8" w14:textId="77777777" w:rsidR="004674D5" w:rsidRDefault="004674D5" w:rsidP="004A7CD1">
            <w:r>
              <w:rPr>
                <w:rFonts w:ascii="Roboto Condensed" w:hAnsi="Roboto Condensed"/>
                <w:sz w:val="16"/>
              </w:rPr>
              <w:t>40</w:t>
            </w:r>
          </w:p>
        </w:tc>
      </w:tr>
      <w:tr w:rsidR="004674D5" w14:paraId="36E426A4" w14:textId="77777777" w:rsidTr="004A7CD1">
        <w:tc>
          <w:tcPr>
            <w:tcW w:w="1134" w:type="dxa"/>
          </w:tcPr>
          <w:p w14:paraId="5E0C3769" w14:textId="77777777" w:rsidR="004674D5" w:rsidRDefault="004674D5" w:rsidP="004A7CD1">
            <w:r>
              <w:rPr>
                <w:rFonts w:ascii="Roboto Condensed" w:hAnsi="Roboto Condensed"/>
                <w:sz w:val="16"/>
              </w:rPr>
              <w:t>224SJ - 225SJ</w:t>
            </w:r>
          </w:p>
        </w:tc>
        <w:tc>
          <w:tcPr>
            <w:tcW w:w="1900" w:type="dxa"/>
            <w:vMerge/>
          </w:tcPr>
          <w:p w14:paraId="15B696C2" w14:textId="77777777" w:rsidR="004674D5" w:rsidRDefault="004674D5" w:rsidP="004A7CD1"/>
        </w:tc>
        <w:tc>
          <w:tcPr>
            <w:tcW w:w="1418" w:type="dxa"/>
          </w:tcPr>
          <w:p w14:paraId="18C23B43" w14:textId="77777777" w:rsidR="004674D5" w:rsidRDefault="004674D5" w:rsidP="004A7CD1">
            <w:r>
              <w:rPr>
                <w:rFonts w:ascii="Roboto Condensed" w:hAnsi="Roboto Condensed"/>
                <w:sz w:val="16"/>
              </w:rPr>
              <w:t>ML, ZN, L, W</w:t>
            </w:r>
          </w:p>
        </w:tc>
        <w:tc>
          <w:tcPr>
            <w:tcW w:w="1359" w:type="dxa"/>
          </w:tcPr>
          <w:p w14:paraId="6E684850" w14:textId="77777777" w:rsidR="004674D5" w:rsidRDefault="004674D5" w:rsidP="004A7CD1">
            <w:r>
              <w:rPr>
                <w:rFonts w:ascii="Roboto Condensed" w:hAnsi="Roboto Condensed"/>
                <w:sz w:val="16"/>
              </w:rPr>
              <w:t>0.5</w:t>
            </w:r>
          </w:p>
        </w:tc>
        <w:tc>
          <w:tcPr>
            <w:tcW w:w="1171" w:type="dxa"/>
          </w:tcPr>
          <w:p w14:paraId="31AB1023" w14:textId="77777777" w:rsidR="004674D5" w:rsidRDefault="004674D5" w:rsidP="004A7CD1">
            <w:r>
              <w:rPr>
                <w:rFonts w:ascii="Roboto Condensed" w:hAnsi="Roboto Condensed"/>
                <w:sz w:val="16"/>
              </w:rPr>
              <w:t>9.0</w:t>
            </w:r>
          </w:p>
        </w:tc>
        <w:tc>
          <w:tcPr>
            <w:tcW w:w="1265" w:type="dxa"/>
          </w:tcPr>
          <w:p w14:paraId="0A96D7EC" w14:textId="77777777" w:rsidR="004674D5" w:rsidRDefault="004674D5" w:rsidP="004A7CD1">
            <w:r>
              <w:rPr>
                <w:rFonts w:ascii="Roboto Condensed" w:hAnsi="Roboto Condensed"/>
                <w:sz w:val="16"/>
              </w:rPr>
              <w:t>30.0</w:t>
            </w:r>
          </w:p>
        </w:tc>
        <w:tc>
          <w:tcPr>
            <w:tcW w:w="1265" w:type="dxa"/>
          </w:tcPr>
          <w:p w14:paraId="57E63DF8" w14:textId="77777777" w:rsidR="004674D5" w:rsidRDefault="004674D5" w:rsidP="004A7CD1">
            <w:r>
              <w:rPr>
                <w:rFonts w:ascii="Roboto Condensed" w:hAnsi="Roboto Condensed"/>
                <w:sz w:val="16"/>
              </w:rPr>
              <w:t>50</w:t>
            </w:r>
          </w:p>
        </w:tc>
      </w:tr>
      <w:tr w:rsidR="004674D5" w14:paraId="0B1047B8" w14:textId="77777777" w:rsidTr="004A7CD1">
        <w:tc>
          <w:tcPr>
            <w:tcW w:w="1134" w:type="dxa"/>
          </w:tcPr>
          <w:p w14:paraId="69AB295B" w14:textId="77777777" w:rsidR="004674D5" w:rsidRDefault="004674D5" w:rsidP="004A7CD1">
            <w:r>
              <w:rPr>
                <w:rFonts w:ascii="Roboto Condensed" w:hAnsi="Roboto Condensed"/>
                <w:sz w:val="16"/>
              </w:rPr>
              <w:t>226SJ</w:t>
            </w:r>
          </w:p>
        </w:tc>
        <w:tc>
          <w:tcPr>
            <w:tcW w:w="1900" w:type="dxa"/>
            <w:vMerge/>
          </w:tcPr>
          <w:p w14:paraId="665E88B5" w14:textId="77777777" w:rsidR="004674D5" w:rsidRDefault="004674D5" w:rsidP="004A7CD1"/>
        </w:tc>
        <w:tc>
          <w:tcPr>
            <w:tcW w:w="1418" w:type="dxa"/>
          </w:tcPr>
          <w:p w14:paraId="53AF833C" w14:textId="77777777" w:rsidR="004674D5" w:rsidRDefault="004674D5" w:rsidP="004A7CD1">
            <w:r>
              <w:rPr>
                <w:rFonts w:ascii="Roboto Condensed" w:hAnsi="Roboto Condensed"/>
                <w:sz w:val="16"/>
              </w:rPr>
              <w:t>ZN, L, W</w:t>
            </w:r>
          </w:p>
        </w:tc>
        <w:tc>
          <w:tcPr>
            <w:tcW w:w="1359" w:type="dxa"/>
          </w:tcPr>
          <w:p w14:paraId="0F4A7BD4" w14:textId="77777777" w:rsidR="004674D5" w:rsidRDefault="004674D5" w:rsidP="004A7CD1">
            <w:r>
              <w:rPr>
                <w:rFonts w:ascii="Roboto Condensed" w:hAnsi="Roboto Condensed"/>
                <w:sz w:val="16"/>
              </w:rPr>
              <w:t>0.3</w:t>
            </w:r>
          </w:p>
        </w:tc>
        <w:tc>
          <w:tcPr>
            <w:tcW w:w="1171" w:type="dxa"/>
          </w:tcPr>
          <w:p w14:paraId="377D1E20" w14:textId="77777777" w:rsidR="004674D5" w:rsidRDefault="004674D5" w:rsidP="004A7CD1">
            <w:r>
              <w:rPr>
                <w:rFonts w:ascii="Roboto Condensed" w:hAnsi="Roboto Condensed"/>
                <w:sz w:val="16"/>
              </w:rPr>
              <w:t>9.0</w:t>
            </w:r>
          </w:p>
        </w:tc>
        <w:tc>
          <w:tcPr>
            <w:tcW w:w="1265" w:type="dxa"/>
          </w:tcPr>
          <w:p w14:paraId="55F98E9C" w14:textId="77777777" w:rsidR="004674D5" w:rsidRDefault="004674D5" w:rsidP="004A7CD1">
            <w:r>
              <w:rPr>
                <w:rFonts w:ascii="Roboto Condensed" w:hAnsi="Roboto Condensed"/>
                <w:sz w:val="16"/>
              </w:rPr>
              <w:t>20.0</w:t>
            </w:r>
          </w:p>
        </w:tc>
        <w:tc>
          <w:tcPr>
            <w:tcW w:w="1265" w:type="dxa"/>
          </w:tcPr>
          <w:p w14:paraId="61E0E078" w14:textId="77777777" w:rsidR="004674D5" w:rsidRDefault="004674D5" w:rsidP="004A7CD1">
            <w:r>
              <w:rPr>
                <w:rFonts w:ascii="Roboto Condensed" w:hAnsi="Roboto Condensed"/>
                <w:sz w:val="16"/>
              </w:rPr>
              <w:t>50</w:t>
            </w:r>
          </w:p>
        </w:tc>
      </w:tr>
      <w:tr w:rsidR="004674D5" w14:paraId="4D740DE7" w14:textId="77777777" w:rsidTr="004A7CD1">
        <w:tc>
          <w:tcPr>
            <w:tcW w:w="1134" w:type="dxa"/>
          </w:tcPr>
          <w:p w14:paraId="0A9C1572" w14:textId="77777777" w:rsidR="004674D5" w:rsidRDefault="004674D5" w:rsidP="004A7CD1">
            <w:r>
              <w:rPr>
                <w:rFonts w:ascii="Roboto Condensed" w:hAnsi="Roboto Condensed"/>
                <w:sz w:val="16"/>
              </w:rPr>
              <w:t>227SJ - 228SJ</w:t>
            </w:r>
          </w:p>
        </w:tc>
        <w:tc>
          <w:tcPr>
            <w:tcW w:w="1900" w:type="dxa"/>
            <w:vMerge/>
          </w:tcPr>
          <w:p w14:paraId="20EF615A" w14:textId="77777777" w:rsidR="004674D5" w:rsidRDefault="004674D5" w:rsidP="004A7CD1"/>
        </w:tc>
        <w:tc>
          <w:tcPr>
            <w:tcW w:w="1418" w:type="dxa"/>
          </w:tcPr>
          <w:p w14:paraId="1A76703F" w14:textId="77777777" w:rsidR="004674D5" w:rsidRDefault="004674D5" w:rsidP="004A7CD1">
            <w:r>
              <w:rPr>
                <w:rFonts w:ascii="Roboto Condensed" w:hAnsi="Roboto Condensed"/>
                <w:sz w:val="16"/>
              </w:rPr>
              <w:t>ML, ZN, L, W</w:t>
            </w:r>
          </w:p>
        </w:tc>
        <w:tc>
          <w:tcPr>
            <w:tcW w:w="1359" w:type="dxa"/>
          </w:tcPr>
          <w:p w14:paraId="4CBCDD5A" w14:textId="77777777" w:rsidR="004674D5" w:rsidRDefault="004674D5" w:rsidP="004A7CD1">
            <w:r>
              <w:rPr>
                <w:rFonts w:ascii="Roboto Condensed" w:hAnsi="Roboto Condensed"/>
                <w:sz w:val="16"/>
              </w:rPr>
              <w:t>0.5</w:t>
            </w:r>
          </w:p>
        </w:tc>
        <w:tc>
          <w:tcPr>
            <w:tcW w:w="1171" w:type="dxa"/>
          </w:tcPr>
          <w:p w14:paraId="0484B5F1" w14:textId="77777777" w:rsidR="004674D5" w:rsidRDefault="004674D5" w:rsidP="004A7CD1">
            <w:r>
              <w:rPr>
                <w:rFonts w:ascii="Roboto Condensed" w:hAnsi="Roboto Condensed"/>
                <w:sz w:val="16"/>
              </w:rPr>
              <w:t>9.0</w:t>
            </w:r>
          </w:p>
        </w:tc>
        <w:tc>
          <w:tcPr>
            <w:tcW w:w="1265" w:type="dxa"/>
          </w:tcPr>
          <w:p w14:paraId="724495C5" w14:textId="77777777" w:rsidR="004674D5" w:rsidRDefault="004674D5" w:rsidP="004A7CD1">
            <w:r>
              <w:rPr>
                <w:rFonts w:ascii="Roboto Condensed" w:hAnsi="Roboto Condensed"/>
                <w:sz w:val="16"/>
              </w:rPr>
              <w:t>30.0</w:t>
            </w:r>
          </w:p>
        </w:tc>
        <w:tc>
          <w:tcPr>
            <w:tcW w:w="1265" w:type="dxa"/>
          </w:tcPr>
          <w:p w14:paraId="4C32A1C0" w14:textId="77777777" w:rsidR="004674D5" w:rsidRDefault="004674D5" w:rsidP="004A7CD1">
            <w:r>
              <w:rPr>
                <w:rFonts w:ascii="Roboto Condensed" w:hAnsi="Roboto Condensed"/>
                <w:sz w:val="16"/>
              </w:rPr>
              <w:t>50</w:t>
            </w:r>
          </w:p>
        </w:tc>
      </w:tr>
      <w:tr w:rsidR="004674D5" w14:paraId="76F579EB" w14:textId="77777777" w:rsidTr="004A7CD1">
        <w:tc>
          <w:tcPr>
            <w:tcW w:w="1134" w:type="dxa"/>
          </w:tcPr>
          <w:p w14:paraId="784637DF" w14:textId="77777777" w:rsidR="004674D5" w:rsidRDefault="004674D5" w:rsidP="004A7CD1">
            <w:r>
              <w:rPr>
                <w:rFonts w:ascii="Roboto Condensed" w:hAnsi="Roboto Condensed"/>
                <w:sz w:val="16"/>
              </w:rPr>
              <w:t>229SJ - 230SJ</w:t>
            </w:r>
          </w:p>
        </w:tc>
        <w:tc>
          <w:tcPr>
            <w:tcW w:w="1900" w:type="dxa"/>
            <w:vMerge/>
          </w:tcPr>
          <w:p w14:paraId="38DA67DD" w14:textId="77777777" w:rsidR="004674D5" w:rsidRDefault="004674D5" w:rsidP="004A7CD1"/>
        </w:tc>
        <w:tc>
          <w:tcPr>
            <w:tcW w:w="1418" w:type="dxa"/>
          </w:tcPr>
          <w:p w14:paraId="2DCF5AE2" w14:textId="77777777" w:rsidR="004674D5" w:rsidRDefault="004674D5" w:rsidP="004A7CD1">
            <w:r>
              <w:rPr>
                <w:rFonts w:ascii="Roboto Condensed" w:hAnsi="Roboto Condensed"/>
                <w:sz w:val="16"/>
              </w:rPr>
              <w:t>ML, ZN, L, W</w:t>
            </w:r>
          </w:p>
        </w:tc>
        <w:tc>
          <w:tcPr>
            <w:tcW w:w="1359" w:type="dxa"/>
          </w:tcPr>
          <w:p w14:paraId="06DE6287" w14:textId="77777777" w:rsidR="004674D5" w:rsidRDefault="004674D5" w:rsidP="004A7CD1">
            <w:r>
              <w:rPr>
                <w:rFonts w:ascii="Roboto Condensed" w:hAnsi="Roboto Condensed"/>
                <w:sz w:val="16"/>
              </w:rPr>
              <w:t>0.3</w:t>
            </w:r>
          </w:p>
        </w:tc>
        <w:tc>
          <w:tcPr>
            <w:tcW w:w="1171" w:type="dxa"/>
          </w:tcPr>
          <w:p w14:paraId="1C768107" w14:textId="77777777" w:rsidR="004674D5" w:rsidRDefault="004674D5" w:rsidP="004A7CD1">
            <w:r>
              <w:rPr>
                <w:rFonts w:ascii="Roboto Condensed" w:hAnsi="Roboto Condensed"/>
                <w:sz w:val="16"/>
              </w:rPr>
              <w:t>9.0</w:t>
            </w:r>
          </w:p>
        </w:tc>
        <w:tc>
          <w:tcPr>
            <w:tcW w:w="1265" w:type="dxa"/>
          </w:tcPr>
          <w:p w14:paraId="0940B4ED" w14:textId="77777777" w:rsidR="004674D5" w:rsidRDefault="004674D5" w:rsidP="004A7CD1">
            <w:r>
              <w:rPr>
                <w:rFonts w:ascii="Roboto Condensed" w:hAnsi="Roboto Condensed"/>
                <w:sz w:val="16"/>
              </w:rPr>
              <w:t>20.0</w:t>
            </w:r>
          </w:p>
        </w:tc>
        <w:tc>
          <w:tcPr>
            <w:tcW w:w="1265" w:type="dxa"/>
          </w:tcPr>
          <w:p w14:paraId="1269913D" w14:textId="77777777" w:rsidR="004674D5" w:rsidRDefault="004674D5" w:rsidP="004A7CD1">
            <w:r>
              <w:rPr>
                <w:rFonts w:ascii="Roboto Condensed" w:hAnsi="Roboto Condensed"/>
                <w:sz w:val="16"/>
              </w:rPr>
              <w:t>40</w:t>
            </w:r>
          </w:p>
        </w:tc>
      </w:tr>
      <w:tr w:rsidR="004674D5" w14:paraId="1F381A01" w14:textId="77777777" w:rsidTr="004A7CD1">
        <w:tc>
          <w:tcPr>
            <w:tcW w:w="1134" w:type="dxa"/>
          </w:tcPr>
          <w:p w14:paraId="42532561" w14:textId="77777777" w:rsidR="004674D5" w:rsidRDefault="004674D5" w:rsidP="004A7CD1">
            <w:r>
              <w:rPr>
                <w:rFonts w:ascii="Roboto Condensed" w:hAnsi="Roboto Condensed"/>
                <w:sz w:val="16"/>
              </w:rPr>
              <w:t>231SJ</w:t>
            </w:r>
          </w:p>
        </w:tc>
        <w:tc>
          <w:tcPr>
            <w:tcW w:w="1900" w:type="dxa"/>
            <w:vMerge/>
          </w:tcPr>
          <w:p w14:paraId="0ACDE191" w14:textId="77777777" w:rsidR="004674D5" w:rsidRDefault="004674D5" w:rsidP="004A7CD1"/>
        </w:tc>
        <w:tc>
          <w:tcPr>
            <w:tcW w:w="1418" w:type="dxa"/>
          </w:tcPr>
          <w:p w14:paraId="17533DA9" w14:textId="77777777" w:rsidR="004674D5" w:rsidRDefault="004674D5" w:rsidP="004A7CD1">
            <w:r>
              <w:rPr>
                <w:rFonts w:ascii="Roboto Condensed" w:hAnsi="Roboto Condensed"/>
                <w:sz w:val="16"/>
              </w:rPr>
              <w:t>ML, ZN, L, W</w:t>
            </w:r>
          </w:p>
        </w:tc>
        <w:tc>
          <w:tcPr>
            <w:tcW w:w="1359" w:type="dxa"/>
          </w:tcPr>
          <w:p w14:paraId="6F7148E5" w14:textId="77777777" w:rsidR="004674D5" w:rsidRDefault="004674D5" w:rsidP="004A7CD1">
            <w:r>
              <w:rPr>
                <w:rFonts w:ascii="Roboto Condensed" w:hAnsi="Roboto Condensed"/>
                <w:sz w:val="16"/>
              </w:rPr>
              <w:t>0.5</w:t>
            </w:r>
          </w:p>
        </w:tc>
        <w:tc>
          <w:tcPr>
            <w:tcW w:w="1171" w:type="dxa"/>
          </w:tcPr>
          <w:p w14:paraId="6806647D" w14:textId="77777777" w:rsidR="004674D5" w:rsidRDefault="004674D5" w:rsidP="004A7CD1">
            <w:r>
              <w:rPr>
                <w:rFonts w:ascii="Roboto Condensed" w:hAnsi="Roboto Condensed"/>
                <w:sz w:val="16"/>
              </w:rPr>
              <w:t>9.0</w:t>
            </w:r>
          </w:p>
        </w:tc>
        <w:tc>
          <w:tcPr>
            <w:tcW w:w="1265" w:type="dxa"/>
          </w:tcPr>
          <w:p w14:paraId="5849ED72" w14:textId="77777777" w:rsidR="004674D5" w:rsidRDefault="004674D5" w:rsidP="004A7CD1">
            <w:r>
              <w:rPr>
                <w:rFonts w:ascii="Roboto Condensed" w:hAnsi="Roboto Condensed"/>
                <w:sz w:val="16"/>
              </w:rPr>
              <w:t>30.0</w:t>
            </w:r>
          </w:p>
        </w:tc>
        <w:tc>
          <w:tcPr>
            <w:tcW w:w="1265" w:type="dxa"/>
          </w:tcPr>
          <w:p w14:paraId="272706AE" w14:textId="77777777" w:rsidR="004674D5" w:rsidRDefault="004674D5" w:rsidP="004A7CD1">
            <w:r>
              <w:rPr>
                <w:rFonts w:ascii="Roboto Condensed" w:hAnsi="Roboto Condensed"/>
                <w:sz w:val="16"/>
              </w:rPr>
              <w:t>50</w:t>
            </w:r>
          </w:p>
        </w:tc>
      </w:tr>
      <w:tr w:rsidR="004674D5" w14:paraId="62F2E197" w14:textId="77777777" w:rsidTr="004A7CD1">
        <w:tc>
          <w:tcPr>
            <w:tcW w:w="1134" w:type="dxa"/>
          </w:tcPr>
          <w:p w14:paraId="464A5534" w14:textId="77777777" w:rsidR="004674D5" w:rsidRDefault="004674D5" w:rsidP="004A7CD1">
            <w:r>
              <w:rPr>
                <w:rFonts w:ascii="Roboto Condensed" w:hAnsi="Roboto Condensed"/>
                <w:sz w:val="16"/>
              </w:rPr>
              <w:t>232SJ</w:t>
            </w:r>
          </w:p>
        </w:tc>
        <w:tc>
          <w:tcPr>
            <w:tcW w:w="1900" w:type="dxa"/>
            <w:vMerge/>
          </w:tcPr>
          <w:p w14:paraId="2CB3989D" w14:textId="77777777" w:rsidR="004674D5" w:rsidRDefault="004674D5" w:rsidP="004A7CD1"/>
        </w:tc>
        <w:tc>
          <w:tcPr>
            <w:tcW w:w="1418" w:type="dxa"/>
          </w:tcPr>
          <w:p w14:paraId="00F28805" w14:textId="77777777" w:rsidR="004674D5" w:rsidRDefault="004674D5" w:rsidP="004A7CD1">
            <w:r>
              <w:rPr>
                <w:rFonts w:ascii="Roboto Condensed" w:hAnsi="Roboto Condensed"/>
                <w:sz w:val="16"/>
              </w:rPr>
              <w:t>ML, ZN, L, W</w:t>
            </w:r>
          </w:p>
        </w:tc>
        <w:tc>
          <w:tcPr>
            <w:tcW w:w="1359" w:type="dxa"/>
          </w:tcPr>
          <w:p w14:paraId="7358D824" w14:textId="77777777" w:rsidR="004674D5" w:rsidRDefault="004674D5" w:rsidP="004A7CD1">
            <w:r>
              <w:rPr>
                <w:rFonts w:ascii="Roboto Condensed" w:hAnsi="Roboto Condensed"/>
                <w:sz w:val="16"/>
              </w:rPr>
              <w:t>0.5</w:t>
            </w:r>
          </w:p>
        </w:tc>
        <w:tc>
          <w:tcPr>
            <w:tcW w:w="1171" w:type="dxa"/>
          </w:tcPr>
          <w:p w14:paraId="3268E35A" w14:textId="77777777" w:rsidR="004674D5" w:rsidRDefault="004674D5" w:rsidP="004A7CD1">
            <w:r>
              <w:rPr>
                <w:rFonts w:ascii="Roboto Condensed" w:hAnsi="Roboto Condensed"/>
                <w:sz w:val="16"/>
              </w:rPr>
              <w:t>9.0</w:t>
            </w:r>
          </w:p>
        </w:tc>
        <w:tc>
          <w:tcPr>
            <w:tcW w:w="1265" w:type="dxa"/>
          </w:tcPr>
          <w:p w14:paraId="7CE6C5E3" w14:textId="77777777" w:rsidR="004674D5" w:rsidRDefault="004674D5" w:rsidP="004A7CD1">
            <w:r>
              <w:rPr>
                <w:rFonts w:ascii="Roboto Condensed" w:hAnsi="Roboto Condensed"/>
                <w:sz w:val="16"/>
              </w:rPr>
              <w:t>30.0</w:t>
            </w:r>
          </w:p>
        </w:tc>
        <w:tc>
          <w:tcPr>
            <w:tcW w:w="1265" w:type="dxa"/>
          </w:tcPr>
          <w:p w14:paraId="3C429FA2" w14:textId="77777777" w:rsidR="004674D5" w:rsidRDefault="004674D5" w:rsidP="004A7CD1">
            <w:r>
              <w:rPr>
                <w:rFonts w:ascii="Roboto Condensed" w:hAnsi="Roboto Condensed"/>
                <w:sz w:val="16"/>
              </w:rPr>
              <w:t>40</w:t>
            </w:r>
          </w:p>
        </w:tc>
      </w:tr>
      <w:tr w:rsidR="004674D5" w14:paraId="06492C68" w14:textId="77777777" w:rsidTr="004A7CD1">
        <w:tc>
          <w:tcPr>
            <w:tcW w:w="1134" w:type="dxa"/>
          </w:tcPr>
          <w:p w14:paraId="1AC55299" w14:textId="77777777" w:rsidR="004674D5" w:rsidRDefault="004674D5" w:rsidP="004A7CD1">
            <w:r>
              <w:rPr>
                <w:rFonts w:ascii="Roboto Condensed" w:hAnsi="Roboto Condensed"/>
                <w:sz w:val="16"/>
              </w:rPr>
              <w:t>233SJ - 237SJ</w:t>
            </w:r>
          </w:p>
        </w:tc>
        <w:tc>
          <w:tcPr>
            <w:tcW w:w="1900" w:type="dxa"/>
            <w:vMerge/>
          </w:tcPr>
          <w:p w14:paraId="1EFE6AE9" w14:textId="77777777" w:rsidR="004674D5" w:rsidRDefault="004674D5" w:rsidP="004A7CD1"/>
        </w:tc>
        <w:tc>
          <w:tcPr>
            <w:tcW w:w="1418" w:type="dxa"/>
          </w:tcPr>
          <w:p w14:paraId="21583062" w14:textId="77777777" w:rsidR="004674D5" w:rsidRDefault="004674D5" w:rsidP="004A7CD1">
            <w:r>
              <w:rPr>
                <w:rFonts w:ascii="Roboto Condensed" w:hAnsi="Roboto Condensed"/>
                <w:sz w:val="16"/>
              </w:rPr>
              <w:t>ML, ZN, L, W</w:t>
            </w:r>
          </w:p>
        </w:tc>
        <w:tc>
          <w:tcPr>
            <w:tcW w:w="1359" w:type="dxa"/>
          </w:tcPr>
          <w:p w14:paraId="4F44DADF" w14:textId="77777777" w:rsidR="004674D5" w:rsidRDefault="004674D5" w:rsidP="004A7CD1">
            <w:r>
              <w:rPr>
                <w:rFonts w:ascii="Roboto Condensed" w:hAnsi="Roboto Condensed"/>
                <w:sz w:val="16"/>
              </w:rPr>
              <w:t>0.5</w:t>
            </w:r>
          </w:p>
        </w:tc>
        <w:tc>
          <w:tcPr>
            <w:tcW w:w="1171" w:type="dxa"/>
          </w:tcPr>
          <w:p w14:paraId="1F8D6A7D" w14:textId="77777777" w:rsidR="004674D5" w:rsidRDefault="004674D5" w:rsidP="004A7CD1">
            <w:r>
              <w:rPr>
                <w:rFonts w:ascii="Roboto Condensed" w:hAnsi="Roboto Condensed"/>
                <w:sz w:val="16"/>
              </w:rPr>
              <w:t>10.0</w:t>
            </w:r>
          </w:p>
        </w:tc>
        <w:tc>
          <w:tcPr>
            <w:tcW w:w="1265" w:type="dxa"/>
          </w:tcPr>
          <w:p w14:paraId="0F3B1036" w14:textId="77777777" w:rsidR="004674D5" w:rsidRDefault="004674D5" w:rsidP="004A7CD1">
            <w:r>
              <w:rPr>
                <w:rFonts w:ascii="Roboto Condensed" w:hAnsi="Roboto Condensed"/>
                <w:sz w:val="16"/>
              </w:rPr>
              <w:t>30.0</w:t>
            </w:r>
          </w:p>
        </w:tc>
        <w:tc>
          <w:tcPr>
            <w:tcW w:w="1265" w:type="dxa"/>
          </w:tcPr>
          <w:p w14:paraId="67E99014" w14:textId="77777777" w:rsidR="004674D5" w:rsidRDefault="004674D5" w:rsidP="004A7CD1">
            <w:r>
              <w:rPr>
                <w:rFonts w:ascii="Roboto Condensed" w:hAnsi="Roboto Condensed"/>
                <w:sz w:val="16"/>
              </w:rPr>
              <w:t>30</w:t>
            </w:r>
          </w:p>
        </w:tc>
      </w:tr>
      <w:tr w:rsidR="004674D5" w14:paraId="5C16E582" w14:textId="77777777" w:rsidTr="004A7CD1">
        <w:tc>
          <w:tcPr>
            <w:tcW w:w="1134" w:type="dxa"/>
          </w:tcPr>
          <w:p w14:paraId="40393CCA" w14:textId="77777777" w:rsidR="004674D5" w:rsidRDefault="004674D5" w:rsidP="004A7CD1">
            <w:r>
              <w:rPr>
                <w:rFonts w:ascii="Roboto Condensed" w:hAnsi="Roboto Condensed"/>
                <w:sz w:val="16"/>
              </w:rPr>
              <w:lastRenderedPageBreak/>
              <w:t>238SJ</w:t>
            </w:r>
          </w:p>
        </w:tc>
        <w:tc>
          <w:tcPr>
            <w:tcW w:w="1900" w:type="dxa"/>
            <w:vMerge/>
          </w:tcPr>
          <w:p w14:paraId="6EDDF542" w14:textId="77777777" w:rsidR="004674D5" w:rsidRDefault="004674D5" w:rsidP="004A7CD1"/>
        </w:tc>
        <w:tc>
          <w:tcPr>
            <w:tcW w:w="1418" w:type="dxa"/>
          </w:tcPr>
          <w:p w14:paraId="5416EA0C" w14:textId="77777777" w:rsidR="004674D5" w:rsidRDefault="004674D5" w:rsidP="004A7CD1">
            <w:r>
              <w:rPr>
                <w:rFonts w:ascii="Roboto Condensed" w:hAnsi="Roboto Condensed"/>
                <w:sz w:val="16"/>
              </w:rPr>
              <w:t>ML, ZN, L, W</w:t>
            </w:r>
          </w:p>
        </w:tc>
        <w:tc>
          <w:tcPr>
            <w:tcW w:w="1359" w:type="dxa"/>
          </w:tcPr>
          <w:p w14:paraId="0E1DBEFB" w14:textId="77777777" w:rsidR="004674D5" w:rsidRDefault="004674D5" w:rsidP="004A7CD1">
            <w:r>
              <w:rPr>
                <w:rFonts w:ascii="Roboto Condensed" w:hAnsi="Roboto Condensed"/>
                <w:sz w:val="16"/>
              </w:rPr>
              <w:t>0.5</w:t>
            </w:r>
          </w:p>
        </w:tc>
        <w:tc>
          <w:tcPr>
            <w:tcW w:w="1171" w:type="dxa"/>
          </w:tcPr>
          <w:p w14:paraId="263456E3" w14:textId="77777777" w:rsidR="004674D5" w:rsidRDefault="004674D5" w:rsidP="004A7CD1">
            <w:r>
              <w:rPr>
                <w:rFonts w:ascii="Roboto Condensed" w:hAnsi="Roboto Condensed"/>
                <w:sz w:val="16"/>
              </w:rPr>
              <w:t>10.0</w:t>
            </w:r>
          </w:p>
        </w:tc>
        <w:tc>
          <w:tcPr>
            <w:tcW w:w="1265" w:type="dxa"/>
          </w:tcPr>
          <w:p w14:paraId="40F602AE" w14:textId="77777777" w:rsidR="004674D5" w:rsidRDefault="004674D5" w:rsidP="004A7CD1">
            <w:r>
              <w:rPr>
                <w:rFonts w:ascii="Roboto Condensed" w:hAnsi="Roboto Condensed"/>
                <w:sz w:val="16"/>
              </w:rPr>
              <w:t>30.0</w:t>
            </w:r>
          </w:p>
        </w:tc>
        <w:tc>
          <w:tcPr>
            <w:tcW w:w="1265" w:type="dxa"/>
          </w:tcPr>
          <w:p w14:paraId="38D19A3D" w14:textId="77777777" w:rsidR="004674D5" w:rsidRDefault="004674D5" w:rsidP="004A7CD1">
            <w:r>
              <w:rPr>
                <w:rFonts w:ascii="Roboto Condensed" w:hAnsi="Roboto Condensed"/>
                <w:sz w:val="16"/>
              </w:rPr>
              <w:t>40</w:t>
            </w:r>
          </w:p>
        </w:tc>
      </w:tr>
      <w:tr w:rsidR="004674D5" w14:paraId="18960B61" w14:textId="77777777" w:rsidTr="004A7CD1">
        <w:tc>
          <w:tcPr>
            <w:tcW w:w="1134" w:type="dxa"/>
          </w:tcPr>
          <w:p w14:paraId="756F93C6" w14:textId="77777777" w:rsidR="004674D5" w:rsidRDefault="004674D5" w:rsidP="004A7CD1">
            <w:r>
              <w:rPr>
                <w:rFonts w:ascii="Roboto Condensed" w:hAnsi="Roboto Condensed"/>
                <w:sz w:val="16"/>
              </w:rPr>
              <w:t>239SJ</w:t>
            </w:r>
          </w:p>
        </w:tc>
        <w:tc>
          <w:tcPr>
            <w:tcW w:w="1900" w:type="dxa"/>
            <w:vMerge/>
          </w:tcPr>
          <w:p w14:paraId="5485142E" w14:textId="77777777" w:rsidR="004674D5" w:rsidRDefault="004674D5" w:rsidP="004A7CD1"/>
        </w:tc>
        <w:tc>
          <w:tcPr>
            <w:tcW w:w="1418" w:type="dxa"/>
          </w:tcPr>
          <w:p w14:paraId="10640F4A" w14:textId="77777777" w:rsidR="004674D5" w:rsidRDefault="004674D5" w:rsidP="004A7CD1">
            <w:r>
              <w:rPr>
                <w:rFonts w:ascii="Roboto Condensed" w:hAnsi="Roboto Condensed"/>
                <w:sz w:val="16"/>
              </w:rPr>
              <w:t>ML, ZN, L, W</w:t>
            </w:r>
          </w:p>
        </w:tc>
        <w:tc>
          <w:tcPr>
            <w:tcW w:w="1359" w:type="dxa"/>
          </w:tcPr>
          <w:p w14:paraId="69AB56E8" w14:textId="77777777" w:rsidR="004674D5" w:rsidRDefault="004674D5" w:rsidP="004A7CD1">
            <w:r>
              <w:rPr>
                <w:rFonts w:ascii="Roboto Condensed" w:hAnsi="Roboto Condensed"/>
                <w:sz w:val="16"/>
              </w:rPr>
              <w:t>0.5</w:t>
            </w:r>
          </w:p>
        </w:tc>
        <w:tc>
          <w:tcPr>
            <w:tcW w:w="1171" w:type="dxa"/>
          </w:tcPr>
          <w:p w14:paraId="6D31F7FE" w14:textId="77777777" w:rsidR="004674D5" w:rsidRDefault="004674D5" w:rsidP="004A7CD1">
            <w:r>
              <w:rPr>
                <w:rFonts w:ascii="Roboto Condensed" w:hAnsi="Roboto Condensed"/>
                <w:sz w:val="16"/>
              </w:rPr>
              <w:t>9.0</w:t>
            </w:r>
          </w:p>
        </w:tc>
        <w:tc>
          <w:tcPr>
            <w:tcW w:w="1265" w:type="dxa"/>
          </w:tcPr>
          <w:p w14:paraId="3103B2D3" w14:textId="77777777" w:rsidR="004674D5" w:rsidRDefault="004674D5" w:rsidP="004A7CD1">
            <w:r>
              <w:rPr>
                <w:rFonts w:ascii="Roboto Condensed" w:hAnsi="Roboto Condensed"/>
                <w:sz w:val="16"/>
              </w:rPr>
              <w:t>30.0</w:t>
            </w:r>
          </w:p>
        </w:tc>
        <w:tc>
          <w:tcPr>
            <w:tcW w:w="1265" w:type="dxa"/>
          </w:tcPr>
          <w:p w14:paraId="75F023B0" w14:textId="77777777" w:rsidR="004674D5" w:rsidRDefault="004674D5" w:rsidP="004A7CD1">
            <w:r>
              <w:rPr>
                <w:rFonts w:ascii="Roboto Condensed" w:hAnsi="Roboto Condensed"/>
                <w:sz w:val="16"/>
              </w:rPr>
              <w:t>50</w:t>
            </w:r>
          </w:p>
        </w:tc>
      </w:tr>
      <w:tr w:rsidR="004674D5" w14:paraId="14A01DA8" w14:textId="77777777" w:rsidTr="004A7CD1">
        <w:tc>
          <w:tcPr>
            <w:tcW w:w="1134" w:type="dxa"/>
          </w:tcPr>
          <w:p w14:paraId="4F3F4634" w14:textId="77777777" w:rsidR="004674D5" w:rsidRDefault="004674D5" w:rsidP="004A7CD1">
            <w:r>
              <w:rPr>
                <w:rFonts w:ascii="Roboto Condensed" w:hAnsi="Roboto Condensed"/>
                <w:sz w:val="16"/>
              </w:rPr>
              <w:t>240SJ - 241SJ</w:t>
            </w:r>
          </w:p>
        </w:tc>
        <w:tc>
          <w:tcPr>
            <w:tcW w:w="1900" w:type="dxa"/>
            <w:vMerge/>
          </w:tcPr>
          <w:p w14:paraId="49751B0C" w14:textId="77777777" w:rsidR="004674D5" w:rsidRDefault="004674D5" w:rsidP="004A7CD1"/>
        </w:tc>
        <w:tc>
          <w:tcPr>
            <w:tcW w:w="1418" w:type="dxa"/>
          </w:tcPr>
          <w:p w14:paraId="2C9B7340" w14:textId="77777777" w:rsidR="004674D5" w:rsidRDefault="004674D5" w:rsidP="004A7CD1">
            <w:r>
              <w:rPr>
                <w:rFonts w:ascii="Roboto Condensed" w:hAnsi="Roboto Condensed"/>
                <w:sz w:val="16"/>
              </w:rPr>
              <w:t>ML, ZN, L, W</w:t>
            </w:r>
          </w:p>
        </w:tc>
        <w:tc>
          <w:tcPr>
            <w:tcW w:w="1359" w:type="dxa"/>
          </w:tcPr>
          <w:p w14:paraId="62A13A8F" w14:textId="77777777" w:rsidR="004674D5" w:rsidRDefault="004674D5" w:rsidP="004A7CD1">
            <w:r>
              <w:rPr>
                <w:rFonts w:ascii="Roboto Condensed" w:hAnsi="Roboto Condensed"/>
                <w:sz w:val="16"/>
              </w:rPr>
              <w:t>0.5</w:t>
            </w:r>
          </w:p>
        </w:tc>
        <w:tc>
          <w:tcPr>
            <w:tcW w:w="1171" w:type="dxa"/>
          </w:tcPr>
          <w:p w14:paraId="5E5077C2" w14:textId="77777777" w:rsidR="004674D5" w:rsidRDefault="004674D5" w:rsidP="004A7CD1">
            <w:r>
              <w:rPr>
                <w:rFonts w:ascii="Roboto Condensed" w:hAnsi="Roboto Condensed"/>
                <w:sz w:val="16"/>
              </w:rPr>
              <w:t>9.0</w:t>
            </w:r>
          </w:p>
        </w:tc>
        <w:tc>
          <w:tcPr>
            <w:tcW w:w="1265" w:type="dxa"/>
          </w:tcPr>
          <w:p w14:paraId="500F3853" w14:textId="77777777" w:rsidR="004674D5" w:rsidRDefault="004674D5" w:rsidP="004A7CD1">
            <w:r>
              <w:rPr>
                <w:rFonts w:ascii="Roboto Condensed" w:hAnsi="Roboto Condensed"/>
                <w:sz w:val="16"/>
              </w:rPr>
              <w:t>30.0</w:t>
            </w:r>
          </w:p>
        </w:tc>
        <w:tc>
          <w:tcPr>
            <w:tcW w:w="1265" w:type="dxa"/>
          </w:tcPr>
          <w:p w14:paraId="72F0A2BD" w14:textId="77777777" w:rsidR="004674D5" w:rsidRDefault="004674D5" w:rsidP="004A7CD1">
            <w:r>
              <w:rPr>
                <w:rFonts w:ascii="Roboto Condensed" w:hAnsi="Roboto Condensed"/>
                <w:sz w:val="16"/>
              </w:rPr>
              <w:t>40</w:t>
            </w:r>
          </w:p>
        </w:tc>
      </w:tr>
      <w:tr w:rsidR="004674D5" w14:paraId="16CC3A75" w14:textId="77777777" w:rsidTr="004A7CD1">
        <w:tc>
          <w:tcPr>
            <w:tcW w:w="1134" w:type="dxa"/>
          </w:tcPr>
          <w:p w14:paraId="5D9E6635" w14:textId="77777777" w:rsidR="004674D5" w:rsidRDefault="004674D5" w:rsidP="004A7CD1">
            <w:r>
              <w:rPr>
                <w:rFonts w:ascii="Roboto Condensed" w:hAnsi="Roboto Condensed"/>
                <w:sz w:val="16"/>
              </w:rPr>
              <w:t>242SJ</w:t>
            </w:r>
          </w:p>
        </w:tc>
        <w:tc>
          <w:tcPr>
            <w:tcW w:w="1900" w:type="dxa"/>
            <w:vMerge/>
          </w:tcPr>
          <w:p w14:paraId="20C3F797" w14:textId="77777777" w:rsidR="004674D5" w:rsidRDefault="004674D5" w:rsidP="004A7CD1"/>
        </w:tc>
        <w:tc>
          <w:tcPr>
            <w:tcW w:w="1418" w:type="dxa"/>
          </w:tcPr>
          <w:p w14:paraId="18FE2AC2" w14:textId="77777777" w:rsidR="004674D5" w:rsidRDefault="004674D5" w:rsidP="004A7CD1">
            <w:r>
              <w:rPr>
                <w:rFonts w:ascii="Roboto Condensed" w:hAnsi="Roboto Condensed"/>
                <w:sz w:val="16"/>
              </w:rPr>
              <w:t>ML, ZN, L, W</w:t>
            </w:r>
          </w:p>
        </w:tc>
        <w:tc>
          <w:tcPr>
            <w:tcW w:w="1359" w:type="dxa"/>
          </w:tcPr>
          <w:p w14:paraId="69BB1237" w14:textId="77777777" w:rsidR="004674D5" w:rsidRDefault="004674D5" w:rsidP="004A7CD1">
            <w:r>
              <w:rPr>
                <w:rFonts w:ascii="Roboto Condensed" w:hAnsi="Roboto Condensed"/>
                <w:sz w:val="16"/>
              </w:rPr>
              <w:t>0.5</w:t>
            </w:r>
          </w:p>
        </w:tc>
        <w:tc>
          <w:tcPr>
            <w:tcW w:w="1171" w:type="dxa"/>
          </w:tcPr>
          <w:p w14:paraId="48B6BB98" w14:textId="77777777" w:rsidR="004674D5" w:rsidRDefault="004674D5" w:rsidP="004A7CD1">
            <w:r>
              <w:rPr>
                <w:rFonts w:ascii="Roboto Condensed" w:hAnsi="Roboto Condensed"/>
                <w:sz w:val="16"/>
              </w:rPr>
              <w:t>10.0</w:t>
            </w:r>
          </w:p>
        </w:tc>
        <w:tc>
          <w:tcPr>
            <w:tcW w:w="1265" w:type="dxa"/>
          </w:tcPr>
          <w:p w14:paraId="25479A7A" w14:textId="77777777" w:rsidR="004674D5" w:rsidRDefault="004674D5" w:rsidP="004A7CD1">
            <w:r>
              <w:rPr>
                <w:rFonts w:ascii="Roboto Condensed" w:hAnsi="Roboto Condensed"/>
                <w:sz w:val="16"/>
              </w:rPr>
              <w:t>30.0</w:t>
            </w:r>
          </w:p>
        </w:tc>
        <w:tc>
          <w:tcPr>
            <w:tcW w:w="1265" w:type="dxa"/>
          </w:tcPr>
          <w:p w14:paraId="46FDEF25" w14:textId="77777777" w:rsidR="004674D5" w:rsidRDefault="004674D5" w:rsidP="004A7CD1">
            <w:r>
              <w:rPr>
                <w:rFonts w:ascii="Roboto Condensed" w:hAnsi="Roboto Condensed"/>
                <w:sz w:val="16"/>
              </w:rPr>
              <w:t>40</w:t>
            </w:r>
          </w:p>
        </w:tc>
      </w:tr>
      <w:tr w:rsidR="004674D5" w14:paraId="1F84F1D8" w14:textId="77777777" w:rsidTr="004A7CD1">
        <w:tc>
          <w:tcPr>
            <w:tcW w:w="1134" w:type="dxa"/>
          </w:tcPr>
          <w:p w14:paraId="33EB5014" w14:textId="77777777" w:rsidR="004674D5" w:rsidRDefault="004674D5" w:rsidP="004A7CD1">
            <w:r>
              <w:rPr>
                <w:rFonts w:ascii="Roboto Condensed" w:hAnsi="Roboto Condensed"/>
                <w:sz w:val="16"/>
              </w:rPr>
              <w:t>243SJ - 246SJ</w:t>
            </w:r>
          </w:p>
        </w:tc>
        <w:tc>
          <w:tcPr>
            <w:tcW w:w="1900" w:type="dxa"/>
            <w:vMerge/>
          </w:tcPr>
          <w:p w14:paraId="656BE43B" w14:textId="77777777" w:rsidR="004674D5" w:rsidRDefault="004674D5" w:rsidP="004A7CD1"/>
        </w:tc>
        <w:tc>
          <w:tcPr>
            <w:tcW w:w="1418" w:type="dxa"/>
          </w:tcPr>
          <w:p w14:paraId="771FAAE2" w14:textId="77777777" w:rsidR="004674D5" w:rsidRDefault="004674D5" w:rsidP="004A7CD1">
            <w:r>
              <w:rPr>
                <w:rFonts w:ascii="Roboto Condensed" w:hAnsi="Roboto Condensed"/>
                <w:sz w:val="16"/>
              </w:rPr>
              <w:t>ML, ZN, L, W</w:t>
            </w:r>
          </w:p>
        </w:tc>
        <w:tc>
          <w:tcPr>
            <w:tcW w:w="1359" w:type="dxa"/>
          </w:tcPr>
          <w:p w14:paraId="14EB9F2F" w14:textId="77777777" w:rsidR="004674D5" w:rsidRDefault="004674D5" w:rsidP="004A7CD1">
            <w:r>
              <w:rPr>
                <w:rFonts w:ascii="Roboto Condensed" w:hAnsi="Roboto Condensed"/>
                <w:sz w:val="16"/>
              </w:rPr>
              <w:t>0.5</w:t>
            </w:r>
          </w:p>
        </w:tc>
        <w:tc>
          <w:tcPr>
            <w:tcW w:w="1171" w:type="dxa"/>
          </w:tcPr>
          <w:p w14:paraId="2E4683F3" w14:textId="77777777" w:rsidR="004674D5" w:rsidRDefault="004674D5" w:rsidP="004A7CD1">
            <w:r>
              <w:rPr>
                <w:rFonts w:ascii="Roboto Condensed" w:hAnsi="Roboto Condensed"/>
                <w:sz w:val="16"/>
              </w:rPr>
              <w:t>10.0</w:t>
            </w:r>
          </w:p>
        </w:tc>
        <w:tc>
          <w:tcPr>
            <w:tcW w:w="1265" w:type="dxa"/>
          </w:tcPr>
          <w:p w14:paraId="6240CBC1" w14:textId="77777777" w:rsidR="004674D5" w:rsidRDefault="004674D5" w:rsidP="004A7CD1">
            <w:r>
              <w:rPr>
                <w:rFonts w:ascii="Roboto Condensed" w:hAnsi="Roboto Condensed"/>
                <w:sz w:val="16"/>
              </w:rPr>
              <w:t>30.0</w:t>
            </w:r>
          </w:p>
        </w:tc>
        <w:tc>
          <w:tcPr>
            <w:tcW w:w="1265" w:type="dxa"/>
          </w:tcPr>
          <w:p w14:paraId="6AD59A14" w14:textId="77777777" w:rsidR="004674D5" w:rsidRDefault="004674D5" w:rsidP="004A7CD1">
            <w:r>
              <w:rPr>
                <w:rFonts w:ascii="Roboto Condensed" w:hAnsi="Roboto Condensed"/>
                <w:sz w:val="16"/>
              </w:rPr>
              <w:t>30</w:t>
            </w:r>
          </w:p>
        </w:tc>
      </w:tr>
      <w:tr w:rsidR="004674D5" w14:paraId="60EC5DE1" w14:textId="77777777" w:rsidTr="004A7CD1">
        <w:tc>
          <w:tcPr>
            <w:tcW w:w="1134" w:type="dxa"/>
          </w:tcPr>
          <w:p w14:paraId="4A3EB99E" w14:textId="77777777" w:rsidR="004674D5" w:rsidRDefault="004674D5" w:rsidP="004A7CD1">
            <w:r>
              <w:rPr>
                <w:rFonts w:ascii="Roboto Condensed" w:hAnsi="Roboto Condensed"/>
                <w:sz w:val="16"/>
              </w:rPr>
              <w:t>247SJ - 249SJ</w:t>
            </w:r>
          </w:p>
        </w:tc>
        <w:tc>
          <w:tcPr>
            <w:tcW w:w="1900" w:type="dxa"/>
            <w:vMerge/>
          </w:tcPr>
          <w:p w14:paraId="6363CD8B" w14:textId="77777777" w:rsidR="004674D5" w:rsidRDefault="004674D5" w:rsidP="004A7CD1"/>
        </w:tc>
        <w:tc>
          <w:tcPr>
            <w:tcW w:w="1418" w:type="dxa"/>
          </w:tcPr>
          <w:p w14:paraId="06D143F6" w14:textId="77777777" w:rsidR="004674D5" w:rsidRDefault="004674D5" w:rsidP="004A7CD1">
            <w:r>
              <w:rPr>
                <w:rFonts w:ascii="Roboto Condensed" w:hAnsi="Roboto Condensed"/>
                <w:sz w:val="16"/>
              </w:rPr>
              <w:t>ML, ZN, L, W</w:t>
            </w:r>
          </w:p>
        </w:tc>
        <w:tc>
          <w:tcPr>
            <w:tcW w:w="1359" w:type="dxa"/>
          </w:tcPr>
          <w:p w14:paraId="2528EE83" w14:textId="77777777" w:rsidR="004674D5" w:rsidRDefault="004674D5" w:rsidP="004A7CD1">
            <w:r>
              <w:rPr>
                <w:rFonts w:ascii="Roboto Condensed" w:hAnsi="Roboto Condensed"/>
                <w:sz w:val="16"/>
              </w:rPr>
              <w:t>0.5</w:t>
            </w:r>
          </w:p>
        </w:tc>
        <w:tc>
          <w:tcPr>
            <w:tcW w:w="1171" w:type="dxa"/>
          </w:tcPr>
          <w:p w14:paraId="2E52EFA2" w14:textId="77777777" w:rsidR="004674D5" w:rsidRDefault="004674D5" w:rsidP="004A7CD1">
            <w:r>
              <w:rPr>
                <w:rFonts w:ascii="Roboto Condensed" w:hAnsi="Roboto Condensed"/>
                <w:sz w:val="16"/>
              </w:rPr>
              <w:t>10.0</w:t>
            </w:r>
          </w:p>
        </w:tc>
        <w:tc>
          <w:tcPr>
            <w:tcW w:w="1265" w:type="dxa"/>
          </w:tcPr>
          <w:p w14:paraId="3EBFDDBD" w14:textId="77777777" w:rsidR="004674D5" w:rsidRDefault="004674D5" w:rsidP="004A7CD1">
            <w:r>
              <w:rPr>
                <w:rFonts w:ascii="Roboto Condensed" w:hAnsi="Roboto Condensed"/>
                <w:sz w:val="16"/>
              </w:rPr>
              <w:t>30.0</w:t>
            </w:r>
          </w:p>
        </w:tc>
        <w:tc>
          <w:tcPr>
            <w:tcW w:w="1265" w:type="dxa"/>
          </w:tcPr>
          <w:p w14:paraId="61AA64DD" w14:textId="77777777" w:rsidR="004674D5" w:rsidRDefault="004674D5" w:rsidP="004A7CD1">
            <w:r>
              <w:rPr>
                <w:rFonts w:ascii="Roboto Condensed" w:hAnsi="Roboto Condensed"/>
                <w:sz w:val="16"/>
              </w:rPr>
              <w:t>40</w:t>
            </w:r>
          </w:p>
        </w:tc>
      </w:tr>
      <w:tr w:rsidR="004674D5" w14:paraId="280262A3" w14:textId="77777777" w:rsidTr="004A7CD1">
        <w:tc>
          <w:tcPr>
            <w:tcW w:w="1134" w:type="dxa"/>
          </w:tcPr>
          <w:p w14:paraId="66DA7AA5" w14:textId="77777777" w:rsidR="004674D5" w:rsidRDefault="004674D5" w:rsidP="004A7CD1">
            <w:r>
              <w:rPr>
                <w:rFonts w:ascii="Roboto Condensed" w:hAnsi="Roboto Condensed"/>
                <w:sz w:val="16"/>
              </w:rPr>
              <w:t>250SJ - 253SJ</w:t>
            </w:r>
          </w:p>
        </w:tc>
        <w:tc>
          <w:tcPr>
            <w:tcW w:w="1900" w:type="dxa"/>
            <w:vMerge/>
          </w:tcPr>
          <w:p w14:paraId="669FFA15" w14:textId="77777777" w:rsidR="004674D5" w:rsidRDefault="004674D5" w:rsidP="004A7CD1"/>
        </w:tc>
        <w:tc>
          <w:tcPr>
            <w:tcW w:w="1418" w:type="dxa"/>
          </w:tcPr>
          <w:p w14:paraId="2249F848" w14:textId="77777777" w:rsidR="004674D5" w:rsidRDefault="004674D5" w:rsidP="004A7CD1">
            <w:r>
              <w:rPr>
                <w:rFonts w:ascii="Roboto Condensed" w:hAnsi="Roboto Condensed"/>
                <w:sz w:val="16"/>
              </w:rPr>
              <w:t>ML, ZN, L, W</w:t>
            </w:r>
          </w:p>
        </w:tc>
        <w:tc>
          <w:tcPr>
            <w:tcW w:w="1359" w:type="dxa"/>
          </w:tcPr>
          <w:p w14:paraId="0AC6B747" w14:textId="77777777" w:rsidR="004674D5" w:rsidRDefault="004674D5" w:rsidP="004A7CD1">
            <w:r>
              <w:rPr>
                <w:rFonts w:ascii="Roboto Condensed" w:hAnsi="Roboto Condensed"/>
                <w:sz w:val="16"/>
              </w:rPr>
              <w:t>0.5</w:t>
            </w:r>
          </w:p>
        </w:tc>
        <w:tc>
          <w:tcPr>
            <w:tcW w:w="1171" w:type="dxa"/>
          </w:tcPr>
          <w:p w14:paraId="0471DF76" w14:textId="77777777" w:rsidR="004674D5" w:rsidRDefault="004674D5" w:rsidP="004A7CD1">
            <w:r>
              <w:rPr>
                <w:rFonts w:ascii="Roboto Condensed" w:hAnsi="Roboto Condensed"/>
                <w:sz w:val="16"/>
              </w:rPr>
              <w:t>10.0</w:t>
            </w:r>
          </w:p>
        </w:tc>
        <w:tc>
          <w:tcPr>
            <w:tcW w:w="1265" w:type="dxa"/>
          </w:tcPr>
          <w:p w14:paraId="1F965BFB" w14:textId="77777777" w:rsidR="004674D5" w:rsidRDefault="004674D5" w:rsidP="004A7CD1">
            <w:r>
              <w:rPr>
                <w:rFonts w:ascii="Roboto Condensed" w:hAnsi="Roboto Condensed"/>
                <w:sz w:val="16"/>
              </w:rPr>
              <w:t>30.0</w:t>
            </w:r>
          </w:p>
        </w:tc>
        <w:tc>
          <w:tcPr>
            <w:tcW w:w="1265" w:type="dxa"/>
          </w:tcPr>
          <w:p w14:paraId="665362CE" w14:textId="77777777" w:rsidR="004674D5" w:rsidRDefault="004674D5" w:rsidP="004A7CD1">
            <w:r>
              <w:rPr>
                <w:rFonts w:ascii="Roboto Condensed" w:hAnsi="Roboto Condensed"/>
                <w:sz w:val="16"/>
              </w:rPr>
              <w:t>30</w:t>
            </w:r>
          </w:p>
        </w:tc>
      </w:tr>
      <w:tr w:rsidR="004674D5" w14:paraId="1B181462" w14:textId="77777777" w:rsidTr="004A7CD1">
        <w:tc>
          <w:tcPr>
            <w:tcW w:w="1134" w:type="dxa"/>
          </w:tcPr>
          <w:p w14:paraId="7E8ECCF8" w14:textId="77777777" w:rsidR="004674D5" w:rsidRDefault="004674D5" w:rsidP="004A7CD1">
            <w:r>
              <w:rPr>
                <w:rFonts w:ascii="Roboto Condensed" w:hAnsi="Roboto Condensed"/>
                <w:sz w:val="16"/>
              </w:rPr>
              <w:t>254SJ - 256SJ</w:t>
            </w:r>
          </w:p>
        </w:tc>
        <w:tc>
          <w:tcPr>
            <w:tcW w:w="1900" w:type="dxa"/>
            <w:vMerge/>
          </w:tcPr>
          <w:p w14:paraId="475A4A6B" w14:textId="77777777" w:rsidR="004674D5" w:rsidRDefault="004674D5" w:rsidP="004A7CD1"/>
        </w:tc>
        <w:tc>
          <w:tcPr>
            <w:tcW w:w="1418" w:type="dxa"/>
          </w:tcPr>
          <w:p w14:paraId="6DE5BC51" w14:textId="77777777" w:rsidR="004674D5" w:rsidRDefault="004674D5" w:rsidP="004A7CD1">
            <w:r>
              <w:rPr>
                <w:rFonts w:ascii="Roboto Condensed" w:hAnsi="Roboto Condensed"/>
                <w:sz w:val="16"/>
              </w:rPr>
              <w:t>ML, ZN, L, W</w:t>
            </w:r>
          </w:p>
        </w:tc>
        <w:tc>
          <w:tcPr>
            <w:tcW w:w="1359" w:type="dxa"/>
          </w:tcPr>
          <w:p w14:paraId="21765A47" w14:textId="77777777" w:rsidR="004674D5" w:rsidRDefault="004674D5" w:rsidP="004A7CD1">
            <w:r>
              <w:rPr>
                <w:rFonts w:ascii="Roboto Condensed" w:hAnsi="Roboto Condensed"/>
                <w:sz w:val="16"/>
              </w:rPr>
              <w:t>0.5</w:t>
            </w:r>
          </w:p>
        </w:tc>
        <w:tc>
          <w:tcPr>
            <w:tcW w:w="1171" w:type="dxa"/>
          </w:tcPr>
          <w:p w14:paraId="54720A2B" w14:textId="77777777" w:rsidR="004674D5" w:rsidRDefault="004674D5" w:rsidP="004A7CD1">
            <w:r>
              <w:rPr>
                <w:rFonts w:ascii="Roboto Condensed" w:hAnsi="Roboto Condensed"/>
                <w:sz w:val="16"/>
              </w:rPr>
              <w:t>10.0</w:t>
            </w:r>
          </w:p>
        </w:tc>
        <w:tc>
          <w:tcPr>
            <w:tcW w:w="1265" w:type="dxa"/>
          </w:tcPr>
          <w:p w14:paraId="35FCEC30" w14:textId="77777777" w:rsidR="004674D5" w:rsidRDefault="004674D5" w:rsidP="004A7CD1">
            <w:r>
              <w:rPr>
                <w:rFonts w:ascii="Roboto Condensed" w:hAnsi="Roboto Condensed"/>
                <w:sz w:val="16"/>
              </w:rPr>
              <w:t>30.0</w:t>
            </w:r>
          </w:p>
        </w:tc>
        <w:tc>
          <w:tcPr>
            <w:tcW w:w="1265" w:type="dxa"/>
          </w:tcPr>
          <w:p w14:paraId="42FDBBBD" w14:textId="77777777" w:rsidR="004674D5" w:rsidRDefault="004674D5" w:rsidP="004A7CD1">
            <w:r>
              <w:rPr>
                <w:rFonts w:ascii="Roboto Condensed" w:hAnsi="Roboto Condensed"/>
                <w:sz w:val="16"/>
              </w:rPr>
              <w:t>40</w:t>
            </w:r>
          </w:p>
        </w:tc>
      </w:tr>
      <w:tr w:rsidR="004674D5" w14:paraId="0EB25032" w14:textId="77777777" w:rsidTr="004A7CD1">
        <w:tc>
          <w:tcPr>
            <w:tcW w:w="1134" w:type="dxa"/>
          </w:tcPr>
          <w:p w14:paraId="05D2BB76" w14:textId="77777777" w:rsidR="004674D5" w:rsidRDefault="004674D5" w:rsidP="004A7CD1">
            <w:r>
              <w:rPr>
                <w:rFonts w:ascii="Roboto Condensed" w:hAnsi="Roboto Condensed"/>
                <w:sz w:val="16"/>
              </w:rPr>
              <w:t>257SJ</w:t>
            </w:r>
          </w:p>
        </w:tc>
        <w:tc>
          <w:tcPr>
            <w:tcW w:w="1900" w:type="dxa"/>
            <w:vMerge/>
          </w:tcPr>
          <w:p w14:paraId="006E58C4" w14:textId="77777777" w:rsidR="004674D5" w:rsidRDefault="004674D5" w:rsidP="004A7CD1"/>
        </w:tc>
        <w:tc>
          <w:tcPr>
            <w:tcW w:w="1418" w:type="dxa"/>
          </w:tcPr>
          <w:p w14:paraId="245001D7" w14:textId="77777777" w:rsidR="004674D5" w:rsidRDefault="004674D5" w:rsidP="004A7CD1">
            <w:r>
              <w:rPr>
                <w:rFonts w:ascii="Roboto Condensed" w:hAnsi="Roboto Condensed"/>
                <w:sz w:val="16"/>
              </w:rPr>
              <w:t>ML, ZN, L, W</w:t>
            </w:r>
          </w:p>
        </w:tc>
        <w:tc>
          <w:tcPr>
            <w:tcW w:w="1359" w:type="dxa"/>
          </w:tcPr>
          <w:p w14:paraId="2C635625" w14:textId="77777777" w:rsidR="004674D5" w:rsidRDefault="004674D5" w:rsidP="004A7CD1">
            <w:r>
              <w:rPr>
                <w:rFonts w:ascii="Roboto Condensed" w:hAnsi="Roboto Condensed"/>
                <w:sz w:val="16"/>
              </w:rPr>
              <w:t>0.5</w:t>
            </w:r>
          </w:p>
        </w:tc>
        <w:tc>
          <w:tcPr>
            <w:tcW w:w="1171" w:type="dxa"/>
          </w:tcPr>
          <w:p w14:paraId="79ECA1E4" w14:textId="77777777" w:rsidR="004674D5" w:rsidRDefault="004674D5" w:rsidP="004A7CD1">
            <w:r>
              <w:rPr>
                <w:rFonts w:ascii="Roboto Condensed" w:hAnsi="Roboto Condensed"/>
                <w:sz w:val="16"/>
              </w:rPr>
              <w:t>10.0</w:t>
            </w:r>
          </w:p>
        </w:tc>
        <w:tc>
          <w:tcPr>
            <w:tcW w:w="1265" w:type="dxa"/>
          </w:tcPr>
          <w:p w14:paraId="060BA539" w14:textId="77777777" w:rsidR="004674D5" w:rsidRDefault="004674D5" w:rsidP="004A7CD1">
            <w:r>
              <w:rPr>
                <w:rFonts w:ascii="Roboto Condensed" w:hAnsi="Roboto Condensed"/>
                <w:sz w:val="16"/>
              </w:rPr>
              <w:t>30.0</w:t>
            </w:r>
          </w:p>
        </w:tc>
        <w:tc>
          <w:tcPr>
            <w:tcW w:w="1265" w:type="dxa"/>
          </w:tcPr>
          <w:p w14:paraId="07CE4178" w14:textId="77777777" w:rsidR="004674D5" w:rsidRDefault="004674D5" w:rsidP="004A7CD1">
            <w:r>
              <w:rPr>
                <w:rFonts w:ascii="Roboto Condensed" w:hAnsi="Roboto Condensed"/>
                <w:sz w:val="16"/>
              </w:rPr>
              <w:t>30</w:t>
            </w:r>
          </w:p>
        </w:tc>
      </w:tr>
      <w:tr w:rsidR="004674D5" w14:paraId="78932A9F" w14:textId="77777777" w:rsidTr="004A7CD1">
        <w:tc>
          <w:tcPr>
            <w:tcW w:w="1134" w:type="dxa"/>
          </w:tcPr>
          <w:p w14:paraId="69BB3919" w14:textId="77777777" w:rsidR="004674D5" w:rsidRDefault="004674D5" w:rsidP="004A7CD1">
            <w:r>
              <w:rPr>
                <w:rFonts w:ascii="Roboto Condensed" w:hAnsi="Roboto Condensed"/>
                <w:sz w:val="16"/>
              </w:rPr>
              <w:t>258SJ</w:t>
            </w:r>
          </w:p>
        </w:tc>
        <w:tc>
          <w:tcPr>
            <w:tcW w:w="1900" w:type="dxa"/>
            <w:vMerge/>
          </w:tcPr>
          <w:p w14:paraId="4E8A50FE" w14:textId="77777777" w:rsidR="004674D5" w:rsidRDefault="004674D5" w:rsidP="004A7CD1"/>
        </w:tc>
        <w:tc>
          <w:tcPr>
            <w:tcW w:w="1418" w:type="dxa"/>
          </w:tcPr>
          <w:p w14:paraId="2B52031B" w14:textId="77777777" w:rsidR="004674D5" w:rsidRDefault="004674D5" w:rsidP="004A7CD1">
            <w:r>
              <w:rPr>
                <w:rFonts w:ascii="Roboto Condensed" w:hAnsi="Roboto Condensed"/>
                <w:sz w:val="16"/>
              </w:rPr>
              <w:t>ML, ZN, L, W</w:t>
            </w:r>
          </w:p>
        </w:tc>
        <w:tc>
          <w:tcPr>
            <w:tcW w:w="1359" w:type="dxa"/>
          </w:tcPr>
          <w:p w14:paraId="044DECB1" w14:textId="77777777" w:rsidR="004674D5" w:rsidRDefault="004674D5" w:rsidP="004A7CD1">
            <w:r>
              <w:rPr>
                <w:rFonts w:ascii="Roboto Condensed" w:hAnsi="Roboto Condensed"/>
                <w:sz w:val="16"/>
              </w:rPr>
              <w:t>0.5</w:t>
            </w:r>
          </w:p>
        </w:tc>
        <w:tc>
          <w:tcPr>
            <w:tcW w:w="1171" w:type="dxa"/>
          </w:tcPr>
          <w:p w14:paraId="3C7DF986" w14:textId="77777777" w:rsidR="004674D5" w:rsidRDefault="004674D5" w:rsidP="004A7CD1">
            <w:r>
              <w:rPr>
                <w:rFonts w:ascii="Roboto Condensed" w:hAnsi="Roboto Condensed"/>
                <w:sz w:val="16"/>
              </w:rPr>
              <w:t>10.0</w:t>
            </w:r>
          </w:p>
        </w:tc>
        <w:tc>
          <w:tcPr>
            <w:tcW w:w="1265" w:type="dxa"/>
          </w:tcPr>
          <w:p w14:paraId="47DA5E80" w14:textId="77777777" w:rsidR="004674D5" w:rsidRDefault="004674D5" w:rsidP="004A7CD1">
            <w:r>
              <w:rPr>
                <w:rFonts w:ascii="Roboto Condensed" w:hAnsi="Roboto Condensed"/>
                <w:sz w:val="16"/>
              </w:rPr>
              <w:t>30.0</w:t>
            </w:r>
          </w:p>
        </w:tc>
        <w:tc>
          <w:tcPr>
            <w:tcW w:w="1265" w:type="dxa"/>
          </w:tcPr>
          <w:p w14:paraId="1F681FA8" w14:textId="77777777" w:rsidR="004674D5" w:rsidRDefault="004674D5" w:rsidP="004A7CD1">
            <w:r>
              <w:rPr>
                <w:rFonts w:ascii="Roboto Condensed" w:hAnsi="Roboto Condensed"/>
                <w:sz w:val="16"/>
              </w:rPr>
              <w:t>40</w:t>
            </w:r>
          </w:p>
        </w:tc>
      </w:tr>
      <w:tr w:rsidR="004674D5" w14:paraId="0449D022" w14:textId="77777777" w:rsidTr="004A7CD1">
        <w:tc>
          <w:tcPr>
            <w:tcW w:w="1134" w:type="dxa"/>
          </w:tcPr>
          <w:p w14:paraId="40D7179D" w14:textId="77777777" w:rsidR="004674D5" w:rsidRDefault="004674D5" w:rsidP="004A7CD1">
            <w:r>
              <w:rPr>
                <w:rFonts w:ascii="Roboto Condensed" w:hAnsi="Roboto Condensed"/>
                <w:sz w:val="16"/>
              </w:rPr>
              <w:t>259SJ</w:t>
            </w:r>
          </w:p>
        </w:tc>
        <w:tc>
          <w:tcPr>
            <w:tcW w:w="1900" w:type="dxa"/>
            <w:vMerge/>
          </w:tcPr>
          <w:p w14:paraId="16B1B3A3" w14:textId="77777777" w:rsidR="004674D5" w:rsidRDefault="004674D5" w:rsidP="004A7CD1"/>
        </w:tc>
        <w:tc>
          <w:tcPr>
            <w:tcW w:w="1418" w:type="dxa"/>
          </w:tcPr>
          <w:p w14:paraId="3A452046" w14:textId="77777777" w:rsidR="004674D5" w:rsidRDefault="004674D5" w:rsidP="004A7CD1">
            <w:r>
              <w:rPr>
                <w:rFonts w:ascii="Roboto Condensed" w:hAnsi="Roboto Condensed"/>
                <w:sz w:val="16"/>
              </w:rPr>
              <w:t>ML, ZN, L, W</w:t>
            </w:r>
          </w:p>
        </w:tc>
        <w:tc>
          <w:tcPr>
            <w:tcW w:w="1359" w:type="dxa"/>
          </w:tcPr>
          <w:p w14:paraId="08F3EFC8" w14:textId="77777777" w:rsidR="004674D5" w:rsidRDefault="004674D5" w:rsidP="004A7CD1">
            <w:r>
              <w:rPr>
                <w:rFonts w:ascii="Roboto Condensed" w:hAnsi="Roboto Condensed"/>
                <w:sz w:val="16"/>
              </w:rPr>
              <w:t>0.5</w:t>
            </w:r>
          </w:p>
        </w:tc>
        <w:tc>
          <w:tcPr>
            <w:tcW w:w="1171" w:type="dxa"/>
          </w:tcPr>
          <w:p w14:paraId="114270AD" w14:textId="77777777" w:rsidR="004674D5" w:rsidRDefault="004674D5" w:rsidP="004A7CD1">
            <w:r>
              <w:rPr>
                <w:rFonts w:ascii="Roboto Condensed" w:hAnsi="Roboto Condensed"/>
                <w:sz w:val="16"/>
              </w:rPr>
              <w:t>10.0</w:t>
            </w:r>
          </w:p>
        </w:tc>
        <w:tc>
          <w:tcPr>
            <w:tcW w:w="1265" w:type="dxa"/>
          </w:tcPr>
          <w:p w14:paraId="3CE945FC" w14:textId="77777777" w:rsidR="004674D5" w:rsidRDefault="004674D5" w:rsidP="004A7CD1">
            <w:r>
              <w:rPr>
                <w:rFonts w:ascii="Roboto Condensed" w:hAnsi="Roboto Condensed"/>
                <w:sz w:val="16"/>
              </w:rPr>
              <w:t>30.0</w:t>
            </w:r>
          </w:p>
        </w:tc>
        <w:tc>
          <w:tcPr>
            <w:tcW w:w="1265" w:type="dxa"/>
          </w:tcPr>
          <w:p w14:paraId="5C2EA3AB" w14:textId="77777777" w:rsidR="004674D5" w:rsidRDefault="004674D5" w:rsidP="004A7CD1">
            <w:r>
              <w:rPr>
                <w:rFonts w:ascii="Roboto Condensed" w:hAnsi="Roboto Condensed"/>
                <w:sz w:val="16"/>
              </w:rPr>
              <w:t>50</w:t>
            </w:r>
          </w:p>
        </w:tc>
      </w:tr>
      <w:tr w:rsidR="004674D5" w14:paraId="342E0B08" w14:textId="77777777" w:rsidTr="004A7CD1">
        <w:tc>
          <w:tcPr>
            <w:tcW w:w="1134" w:type="dxa"/>
          </w:tcPr>
          <w:p w14:paraId="1EC2693E" w14:textId="77777777" w:rsidR="004674D5" w:rsidRDefault="004674D5" w:rsidP="004A7CD1">
            <w:r>
              <w:rPr>
                <w:rFonts w:ascii="Roboto Condensed" w:hAnsi="Roboto Condensed"/>
                <w:sz w:val="16"/>
              </w:rPr>
              <w:t>260SJ - 267SJ</w:t>
            </w:r>
          </w:p>
        </w:tc>
        <w:tc>
          <w:tcPr>
            <w:tcW w:w="1900" w:type="dxa"/>
            <w:vMerge/>
          </w:tcPr>
          <w:p w14:paraId="234C2E8A" w14:textId="77777777" w:rsidR="004674D5" w:rsidRDefault="004674D5" w:rsidP="004A7CD1"/>
        </w:tc>
        <w:tc>
          <w:tcPr>
            <w:tcW w:w="1418" w:type="dxa"/>
          </w:tcPr>
          <w:p w14:paraId="3CA234C2" w14:textId="77777777" w:rsidR="004674D5" w:rsidRDefault="004674D5" w:rsidP="004A7CD1">
            <w:r>
              <w:rPr>
                <w:rFonts w:ascii="Roboto Condensed" w:hAnsi="Roboto Condensed"/>
                <w:sz w:val="16"/>
              </w:rPr>
              <w:t>ML, ZN, L, W</w:t>
            </w:r>
          </w:p>
        </w:tc>
        <w:tc>
          <w:tcPr>
            <w:tcW w:w="1359" w:type="dxa"/>
          </w:tcPr>
          <w:p w14:paraId="35CEBB09" w14:textId="77777777" w:rsidR="004674D5" w:rsidRDefault="004674D5" w:rsidP="004A7CD1">
            <w:r>
              <w:rPr>
                <w:rFonts w:ascii="Roboto Condensed" w:hAnsi="Roboto Condensed"/>
                <w:sz w:val="16"/>
              </w:rPr>
              <w:t>0.5</w:t>
            </w:r>
          </w:p>
        </w:tc>
        <w:tc>
          <w:tcPr>
            <w:tcW w:w="1171" w:type="dxa"/>
          </w:tcPr>
          <w:p w14:paraId="56EA29D3" w14:textId="77777777" w:rsidR="004674D5" w:rsidRDefault="004674D5" w:rsidP="004A7CD1">
            <w:r>
              <w:rPr>
                <w:rFonts w:ascii="Roboto Condensed" w:hAnsi="Roboto Condensed"/>
                <w:sz w:val="16"/>
              </w:rPr>
              <w:t>10.0</w:t>
            </w:r>
          </w:p>
        </w:tc>
        <w:tc>
          <w:tcPr>
            <w:tcW w:w="1265" w:type="dxa"/>
          </w:tcPr>
          <w:p w14:paraId="70537085" w14:textId="77777777" w:rsidR="004674D5" w:rsidRDefault="004674D5" w:rsidP="004A7CD1">
            <w:r>
              <w:rPr>
                <w:rFonts w:ascii="Roboto Condensed" w:hAnsi="Roboto Condensed"/>
                <w:sz w:val="16"/>
              </w:rPr>
              <w:t>30.0</w:t>
            </w:r>
          </w:p>
        </w:tc>
        <w:tc>
          <w:tcPr>
            <w:tcW w:w="1265" w:type="dxa"/>
          </w:tcPr>
          <w:p w14:paraId="4C109B99" w14:textId="77777777" w:rsidR="004674D5" w:rsidRDefault="004674D5" w:rsidP="004A7CD1">
            <w:r>
              <w:rPr>
                <w:rFonts w:ascii="Roboto Condensed" w:hAnsi="Roboto Condensed"/>
                <w:sz w:val="16"/>
              </w:rPr>
              <w:t>40</w:t>
            </w:r>
          </w:p>
        </w:tc>
      </w:tr>
      <w:tr w:rsidR="004674D5" w14:paraId="7BE8472B" w14:textId="77777777" w:rsidTr="004A7CD1">
        <w:tc>
          <w:tcPr>
            <w:tcW w:w="1134" w:type="dxa"/>
          </w:tcPr>
          <w:p w14:paraId="656A1290" w14:textId="77777777" w:rsidR="004674D5" w:rsidRDefault="004674D5" w:rsidP="004A7CD1">
            <w:r>
              <w:rPr>
                <w:rFonts w:ascii="Roboto Condensed" w:hAnsi="Roboto Condensed"/>
                <w:sz w:val="16"/>
              </w:rPr>
              <w:t>268SJ</w:t>
            </w:r>
          </w:p>
        </w:tc>
        <w:tc>
          <w:tcPr>
            <w:tcW w:w="1900" w:type="dxa"/>
            <w:vMerge/>
          </w:tcPr>
          <w:p w14:paraId="3157044B" w14:textId="77777777" w:rsidR="004674D5" w:rsidRDefault="004674D5" w:rsidP="004A7CD1"/>
        </w:tc>
        <w:tc>
          <w:tcPr>
            <w:tcW w:w="1418" w:type="dxa"/>
          </w:tcPr>
          <w:p w14:paraId="724C6CE3" w14:textId="77777777" w:rsidR="004674D5" w:rsidRDefault="004674D5" w:rsidP="004A7CD1">
            <w:r>
              <w:rPr>
                <w:rFonts w:ascii="Roboto Condensed" w:hAnsi="Roboto Condensed"/>
                <w:sz w:val="16"/>
              </w:rPr>
              <w:t>ML, ZN, L, W</w:t>
            </w:r>
          </w:p>
        </w:tc>
        <w:tc>
          <w:tcPr>
            <w:tcW w:w="1359" w:type="dxa"/>
          </w:tcPr>
          <w:p w14:paraId="78FA30C7" w14:textId="77777777" w:rsidR="004674D5" w:rsidRDefault="004674D5" w:rsidP="004A7CD1">
            <w:r>
              <w:rPr>
                <w:rFonts w:ascii="Roboto Condensed" w:hAnsi="Roboto Condensed"/>
                <w:sz w:val="16"/>
              </w:rPr>
              <w:t>0.5</w:t>
            </w:r>
          </w:p>
        </w:tc>
        <w:tc>
          <w:tcPr>
            <w:tcW w:w="1171" w:type="dxa"/>
          </w:tcPr>
          <w:p w14:paraId="312E4D49" w14:textId="77777777" w:rsidR="004674D5" w:rsidRDefault="004674D5" w:rsidP="004A7CD1">
            <w:r>
              <w:rPr>
                <w:rFonts w:ascii="Roboto Condensed" w:hAnsi="Roboto Condensed"/>
                <w:sz w:val="16"/>
              </w:rPr>
              <w:t>10.0</w:t>
            </w:r>
          </w:p>
        </w:tc>
        <w:tc>
          <w:tcPr>
            <w:tcW w:w="1265" w:type="dxa"/>
          </w:tcPr>
          <w:p w14:paraId="5857C142" w14:textId="77777777" w:rsidR="004674D5" w:rsidRDefault="004674D5" w:rsidP="004A7CD1">
            <w:r>
              <w:rPr>
                <w:rFonts w:ascii="Roboto Condensed" w:hAnsi="Roboto Condensed"/>
                <w:sz w:val="16"/>
              </w:rPr>
              <w:t>30.0</w:t>
            </w:r>
          </w:p>
        </w:tc>
        <w:tc>
          <w:tcPr>
            <w:tcW w:w="1265" w:type="dxa"/>
          </w:tcPr>
          <w:p w14:paraId="399DF5B7" w14:textId="77777777" w:rsidR="004674D5" w:rsidRDefault="004674D5" w:rsidP="004A7CD1">
            <w:r>
              <w:rPr>
                <w:rFonts w:ascii="Roboto Condensed" w:hAnsi="Roboto Condensed"/>
                <w:sz w:val="16"/>
              </w:rPr>
              <w:t>30</w:t>
            </w:r>
          </w:p>
        </w:tc>
      </w:tr>
      <w:tr w:rsidR="004674D5" w14:paraId="6015038C" w14:textId="77777777" w:rsidTr="004A7CD1">
        <w:tc>
          <w:tcPr>
            <w:tcW w:w="1134" w:type="dxa"/>
          </w:tcPr>
          <w:p w14:paraId="18FF26B9" w14:textId="77777777" w:rsidR="004674D5" w:rsidRDefault="004674D5" w:rsidP="004A7CD1">
            <w:r>
              <w:rPr>
                <w:rFonts w:ascii="Roboto Condensed" w:hAnsi="Roboto Condensed"/>
                <w:sz w:val="16"/>
              </w:rPr>
              <w:t>269SJ - 271SJ</w:t>
            </w:r>
          </w:p>
        </w:tc>
        <w:tc>
          <w:tcPr>
            <w:tcW w:w="1900" w:type="dxa"/>
            <w:vMerge/>
          </w:tcPr>
          <w:p w14:paraId="0F7D427B" w14:textId="77777777" w:rsidR="004674D5" w:rsidRDefault="004674D5" w:rsidP="004A7CD1"/>
        </w:tc>
        <w:tc>
          <w:tcPr>
            <w:tcW w:w="1418" w:type="dxa"/>
          </w:tcPr>
          <w:p w14:paraId="536C0FCC" w14:textId="77777777" w:rsidR="004674D5" w:rsidRDefault="004674D5" w:rsidP="004A7CD1">
            <w:r>
              <w:rPr>
                <w:rFonts w:ascii="Roboto Condensed" w:hAnsi="Roboto Condensed"/>
                <w:sz w:val="16"/>
              </w:rPr>
              <w:t>ML, ZN, L, W</w:t>
            </w:r>
          </w:p>
        </w:tc>
        <w:tc>
          <w:tcPr>
            <w:tcW w:w="1359" w:type="dxa"/>
          </w:tcPr>
          <w:p w14:paraId="73A6D7E7" w14:textId="77777777" w:rsidR="004674D5" w:rsidRDefault="004674D5" w:rsidP="004A7CD1">
            <w:r>
              <w:rPr>
                <w:rFonts w:ascii="Roboto Condensed" w:hAnsi="Roboto Condensed"/>
                <w:sz w:val="16"/>
              </w:rPr>
              <w:t>0.5</w:t>
            </w:r>
          </w:p>
        </w:tc>
        <w:tc>
          <w:tcPr>
            <w:tcW w:w="1171" w:type="dxa"/>
          </w:tcPr>
          <w:p w14:paraId="62B5AE1B" w14:textId="77777777" w:rsidR="004674D5" w:rsidRDefault="004674D5" w:rsidP="004A7CD1">
            <w:r>
              <w:rPr>
                <w:rFonts w:ascii="Roboto Condensed" w:hAnsi="Roboto Condensed"/>
                <w:sz w:val="16"/>
              </w:rPr>
              <w:t>10.0</w:t>
            </w:r>
          </w:p>
        </w:tc>
        <w:tc>
          <w:tcPr>
            <w:tcW w:w="1265" w:type="dxa"/>
          </w:tcPr>
          <w:p w14:paraId="6EE51EF1" w14:textId="77777777" w:rsidR="004674D5" w:rsidRDefault="004674D5" w:rsidP="004A7CD1">
            <w:r>
              <w:rPr>
                <w:rFonts w:ascii="Roboto Condensed" w:hAnsi="Roboto Condensed"/>
                <w:sz w:val="16"/>
              </w:rPr>
              <w:t>30.0</w:t>
            </w:r>
          </w:p>
        </w:tc>
        <w:tc>
          <w:tcPr>
            <w:tcW w:w="1265" w:type="dxa"/>
          </w:tcPr>
          <w:p w14:paraId="66E0FB49" w14:textId="77777777" w:rsidR="004674D5" w:rsidRDefault="004674D5" w:rsidP="004A7CD1">
            <w:r>
              <w:rPr>
                <w:rFonts w:ascii="Roboto Condensed" w:hAnsi="Roboto Condensed"/>
                <w:sz w:val="16"/>
              </w:rPr>
              <w:t>40</w:t>
            </w:r>
          </w:p>
        </w:tc>
      </w:tr>
      <w:tr w:rsidR="004674D5" w14:paraId="55B087E6" w14:textId="77777777" w:rsidTr="004A7CD1">
        <w:tc>
          <w:tcPr>
            <w:tcW w:w="1134" w:type="dxa"/>
          </w:tcPr>
          <w:p w14:paraId="2135FE82" w14:textId="77777777" w:rsidR="004674D5" w:rsidRDefault="004674D5" w:rsidP="004A7CD1">
            <w:r>
              <w:rPr>
                <w:rFonts w:ascii="Roboto Condensed" w:hAnsi="Roboto Condensed"/>
                <w:sz w:val="16"/>
              </w:rPr>
              <w:t>272SJ - 274SJ</w:t>
            </w:r>
          </w:p>
        </w:tc>
        <w:tc>
          <w:tcPr>
            <w:tcW w:w="1900" w:type="dxa"/>
            <w:vMerge/>
          </w:tcPr>
          <w:p w14:paraId="2F71833D" w14:textId="77777777" w:rsidR="004674D5" w:rsidRDefault="004674D5" w:rsidP="004A7CD1"/>
        </w:tc>
        <w:tc>
          <w:tcPr>
            <w:tcW w:w="1418" w:type="dxa"/>
          </w:tcPr>
          <w:p w14:paraId="30C495F9" w14:textId="77777777" w:rsidR="004674D5" w:rsidRDefault="004674D5" w:rsidP="004A7CD1">
            <w:r>
              <w:rPr>
                <w:rFonts w:ascii="Roboto Condensed" w:hAnsi="Roboto Condensed"/>
                <w:sz w:val="16"/>
              </w:rPr>
              <w:t>ML, ZN, L, W</w:t>
            </w:r>
          </w:p>
        </w:tc>
        <w:tc>
          <w:tcPr>
            <w:tcW w:w="1359" w:type="dxa"/>
          </w:tcPr>
          <w:p w14:paraId="00BA50FF" w14:textId="77777777" w:rsidR="004674D5" w:rsidRDefault="004674D5" w:rsidP="004A7CD1">
            <w:r>
              <w:rPr>
                <w:rFonts w:ascii="Roboto Condensed" w:hAnsi="Roboto Condensed"/>
                <w:sz w:val="16"/>
              </w:rPr>
              <w:t>0.5</w:t>
            </w:r>
          </w:p>
        </w:tc>
        <w:tc>
          <w:tcPr>
            <w:tcW w:w="1171" w:type="dxa"/>
          </w:tcPr>
          <w:p w14:paraId="06C1EA75" w14:textId="77777777" w:rsidR="004674D5" w:rsidRDefault="004674D5" w:rsidP="004A7CD1">
            <w:r>
              <w:rPr>
                <w:rFonts w:ascii="Roboto Condensed" w:hAnsi="Roboto Condensed"/>
                <w:sz w:val="16"/>
              </w:rPr>
              <w:t>10.0</w:t>
            </w:r>
          </w:p>
        </w:tc>
        <w:tc>
          <w:tcPr>
            <w:tcW w:w="1265" w:type="dxa"/>
          </w:tcPr>
          <w:p w14:paraId="584C373C" w14:textId="77777777" w:rsidR="004674D5" w:rsidRDefault="004674D5" w:rsidP="004A7CD1">
            <w:r>
              <w:rPr>
                <w:rFonts w:ascii="Roboto Condensed" w:hAnsi="Roboto Condensed"/>
                <w:sz w:val="16"/>
              </w:rPr>
              <w:t>30.0</w:t>
            </w:r>
          </w:p>
        </w:tc>
        <w:tc>
          <w:tcPr>
            <w:tcW w:w="1265" w:type="dxa"/>
          </w:tcPr>
          <w:p w14:paraId="7EEFEEFE" w14:textId="77777777" w:rsidR="004674D5" w:rsidRDefault="004674D5" w:rsidP="004A7CD1">
            <w:r>
              <w:rPr>
                <w:rFonts w:ascii="Roboto Condensed" w:hAnsi="Roboto Condensed"/>
                <w:sz w:val="16"/>
              </w:rPr>
              <w:t>30</w:t>
            </w:r>
          </w:p>
        </w:tc>
      </w:tr>
      <w:tr w:rsidR="004674D5" w14:paraId="3FC134F8" w14:textId="77777777" w:rsidTr="004A7CD1">
        <w:tc>
          <w:tcPr>
            <w:tcW w:w="1134" w:type="dxa"/>
          </w:tcPr>
          <w:p w14:paraId="705A65AF" w14:textId="77777777" w:rsidR="004674D5" w:rsidRDefault="004674D5" w:rsidP="004A7CD1">
            <w:r>
              <w:rPr>
                <w:rFonts w:ascii="Roboto Condensed" w:hAnsi="Roboto Condensed"/>
                <w:sz w:val="16"/>
              </w:rPr>
              <w:t>275SJ - 276SJ</w:t>
            </w:r>
          </w:p>
        </w:tc>
        <w:tc>
          <w:tcPr>
            <w:tcW w:w="1900" w:type="dxa"/>
            <w:vMerge/>
          </w:tcPr>
          <w:p w14:paraId="56FBD053" w14:textId="77777777" w:rsidR="004674D5" w:rsidRDefault="004674D5" w:rsidP="004A7CD1"/>
        </w:tc>
        <w:tc>
          <w:tcPr>
            <w:tcW w:w="1418" w:type="dxa"/>
          </w:tcPr>
          <w:p w14:paraId="1573F3C5" w14:textId="77777777" w:rsidR="004674D5" w:rsidRDefault="004674D5" w:rsidP="004A7CD1">
            <w:r>
              <w:rPr>
                <w:rFonts w:ascii="Roboto Condensed" w:hAnsi="Roboto Condensed"/>
                <w:sz w:val="16"/>
              </w:rPr>
              <w:t>ML, ZN, L, W</w:t>
            </w:r>
          </w:p>
        </w:tc>
        <w:tc>
          <w:tcPr>
            <w:tcW w:w="1359" w:type="dxa"/>
          </w:tcPr>
          <w:p w14:paraId="1C5B8A76" w14:textId="77777777" w:rsidR="004674D5" w:rsidRDefault="004674D5" w:rsidP="004A7CD1">
            <w:r>
              <w:rPr>
                <w:rFonts w:ascii="Roboto Condensed" w:hAnsi="Roboto Condensed"/>
                <w:sz w:val="16"/>
              </w:rPr>
              <w:t>0.5</w:t>
            </w:r>
          </w:p>
        </w:tc>
        <w:tc>
          <w:tcPr>
            <w:tcW w:w="1171" w:type="dxa"/>
          </w:tcPr>
          <w:p w14:paraId="7EDB85B0" w14:textId="77777777" w:rsidR="004674D5" w:rsidRDefault="004674D5" w:rsidP="004A7CD1">
            <w:r>
              <w:rPr>
                <w:rFonts w:ascii="Roboto Condensed" w:hAnsi="Roboto Condensed"/>
                <w:sz w:val="16"/>
              </w:rPr>
              <w:t>10.0</w:t>
            </w:r>
          </w:p>
        </w:tc>
        <w:tc>
          <w:tcPr>
            <w:tcW w:w="1265" w:type="dxa"/>
          </w:tcPr>
          <w:p w14:paraId="46A4B350" w14:textId="77777777" w:rsidR="004674D5" w:rsidRDefault="004674D5" w:rsidP="004A7CD1">
            <w:r>
              <w:rPr>
                <w:rFonts w:ascii="Roboto Condensed" w:hAnsi="Roboto Condensed"/>
                <w:sz w:val="16"/>
              </w:rPr>
              <w:t>30.0</w:t>
            </w:r>
          </w:p>
        </w:tc>
        <w:tc>
          <w:tcPr>
            <w:tcW w:w="1265" w:type="dxa"/>
          </w:tcPr>
          <w:p w14:paraId="377FE000" w14:textId="77777777" w:rsidR="004674D5" w:rsidRDefault="004674D5" w:rsidP="004A7CD1">
            <w:r>
              <w:rPr>
                <w:rFonts w:ascii="Roboto Condensed" w:hAnsi="Roboto Condensed"/>
                <w:sz w:val="16"/>
              </w:rPr>
              <w:t>40</w:t>
            </w:r>
          </w:p>
        </w:tc>
      </w:tr>
      <w:tr w:rsidR="004674D5" w14:paraId="0B1ED430" w14:textId="77777777" w:rsidTr="004A7CD1">
        <w:tc>
          <w:tcPr>
            <w:tcW w:w="1134" w:type="dxa"/>
          </w:tcPr>
          <w:p w14:paraId="7219E72E" w14:textId="77777777" w:rsidR="004674D5" w:rsidRDefault="004674D5" w:rsidP="004A7CD1">
            <w:r>
              <w:rPr>
                <w:rFonts w:ascii="Roboto Condensed" w:hAnsi="Roboto Condensed"/>
                <w:sz w:val="16"/>
              </w:rPr>
              <w:t>277SJ</w:t>
            </w:r>
          </w:p>
        </w:tc>
        <w:tc>
          <w:tcPr>
            <w:tcW w:w="1900" w:type="dxa"/>
            <w:vMerge/>
          </w:tcPr>
          <w:p w14:paraId="66C6CECA" w14:textId="77777777" w:rsidR="004674D5" w:rsidRDefault="004674D5" w:rsidP="004A7CD1"/>
        </w:tc>
        <w:tc>
          <w:tcPr>
            <w:tcW w:w="1418" w:type="dxa"/>
          </w:tcPr>
          <w:p w14:paraId="73F7F79E" w14:textId="77777777" w:rsidR="004674D5" w:rsidRDefault="004674D5" w:rsidP="004A7CD1">
            <w:r>
              <w:rPr>
                <w:rFonts w:ascii="Roboto Condensed" w:hAnsi="Roboto Condensed"/>
                <w:sz w:val="16"/>
              </w:rPr>
              <w:t>ML, ZN, L, W</w:t>
            </w:r>
          </w:p>
        </w:tc>
        <w:tc>
          <w:tcPr>
            <w:tcW w:w="1359" w:type="dxa"/>
          </w:tcPr>
          <w:p w14:paraId="0AE3593E" w14:textId="77777777" w:rsidR="004674D5" w:rsidRDefault="004674D5" w:rsidP="004A7CD1">
            <w:r>
              <w:rPr>
                <w:rFonts w:ascii="Roboto Condensed" w:hAnsi="Roboto Condensed"/>
                <w:sz w:val="16"/>
              </w:rPr>
              <w:t>0.3</w:t>
            </w:r>
          </w:p>
        </w:tc>
        <w:tc>
          <w:tcPr>
            <w:tcW w:w="1171" w:type="dxa"/>
          </w:tcPr>
          <w:p w14:paraId="4EE36847" w14:textId="77777777" w:rsidR="004674D5" w:rsidRDefault="004674D5" w:rsidP="004A7CD1">
            <w:r>
              <w:rPr>
                <w:rFonts w:ascii="Roboto Condensed" w:hAnsi="Roboto Condensed"/>
                <w:sz w:val="16"/>
              </w:rPr>
              <w:t>10.0</w:t>
            </w:r>
          </w:p>
        </w:tc>
        <w:tc>
          <w:tcPr>
            <w:tcW w:w="1265" w:type="dxa"/>
          </w:tcPr>
          <w:p w14:paraId="052453F2" w14:textId="77777777" w:rsidR="004674D5" w:rsidRDefault="004674D5" w:rsidP="004A7CD1">
            <w:r>
              <w:rPr>
                <w:rFonts w:ascii="Roboto Condensed" w:hAnsi="Roboto Condensed"/>
                <w:sz w:val="16"/>
              </w:rPr>
              <w:t>20.0</w:t>
            </w:r>
          </w:p>
        </w:tc>
        <w:tc>
          <w:tcPr>
            <w:tcW w:w="1265" w:type="dxa"/>
          </w:tcPr>
          <w:p w14:paraId="5DB530D2" w14:textId="77777777" w:rsidR="004674D5" w:rsidRDefault="004674D5" w:rsidP="004A7CD1">
            <w:r>
              <w:rPr>
                <w:rFonts w:ascii="Roboto Condensed" w:hAnsi="Roboto Condensed"/>
                <w:sz w:val="16"/>
              </w:rPr>
              <w:t>40</w:t>
            </w:r>
          </w:p>
        </w:tc>
      </w:tr>
      <w:tr w:rsidR="004674D5" w14:paraId="4C1C0874" w14:textId="77777777" w:rsidTr="004A7CD1">
        <w:tc>
          <w:tcPr>
            <w:tcW w:w="1134" w:type="dxa"/>
          </w:tcPr>
          <w:p w14:paraId="38BEFE7E" w14:textId="77777777" w:rsidR="004674D5" w:rsidRDefault="004674D5" w:rsidP="004A7CD1">
            <w:r>
              <w:rPr>
                <w:rFonts w:ascii="Roboto Condensed" w:hAnsi="Roboto Condensed"/>
                <w:sz w:val="16"/>
              </w:rPr>
              <w:t>278SJ</w:t>
            </w:r>
          </w:p>
        </w:tc>
        <w:tc>
          <w:tcPr>
            <w:tcW w:w="1900" w:type="dxa"/>
            <w:vMerge/>
          </w:tcPr>
          <w:p w14:paraId="12360570" w14:textId="77777777" w:rsidR="004674D5" w:rsidRDefault="004674D5" w:rsidP="004A7CD1"/>
        </w:tc>
        <w:tc>
          <w:tcPr>
            <w:tcW w:w="1418" w:type="dxa"/>
          </w:tcPr>
          <w:p w14:paraId="3D7B4F1D" w14:textId="77777777" w:rsidR="004674D5" w:rsidRDefault="004674D5" w:rsidP="004A7CD1">
            <w:r>
              <w:rPr>
                <w:rFonts w:ascii="Roboto Condensed" w:hAnsi="Roboto Condensed"/>
                <w:sz w:val="16"/>
              </w:rPr>
              <w:t>ML, ZN, L, W</w:t>
            </w:r>
          </w:p>
        </w:tc>
        <w:tc>
          <w:tcPr>
            <w:tcW w:w="1359" w:type="dxa"/>
          </w:tcPr>
          <w:p w14:paraId="3E96D291" w14:textId="77777777" w:rsidR="004674D5" w:rsidRDefault="004674D5" w:rsidP="004A7CD1">
            <w:r>
              <w:rPr>
                <w:rFonts w:ascii="Roboto Condensed" w:hAnsi="Roboto Condensed"/>
                <w:sz w:val="16"/>
              </w:rPr>
              <w:t>0.5</w:t>
            </w:r>
          </w:p>
        </w:tc>
        <w:tc>
          <w:tcPr>
            <w:tcW w:w="1171" w:type="dxa"/>
          </w:tcPr>
          <w:p w14:paraId="3B18E602" w14:textId="77777777" w:rsidR="004674D5" w:rsidRDefault="004674D5" w:rsidP="004A7CD1">
            <w:r>
              <w:rPr>
                <w:rFonts w:ascii="Roboto Condensed" w:hAnsi="Roboto Condensed"/>
                <w:sz w:val="16"/>
              </w:rPr>
              <w:t>10.0</w:t>
            </w:r>
          </w:p>
        </w:tc>
        <w:tc>
          <w:tcPr>
            <w:tcW w:w="1265" w:type="dxa"/>
          </w:tcPr>
          <w:p w14:paraId="453CB2B1" w14:textId="77777777" w:rsidR="004674D5" w:rsidRDefault="004674D5" w:rsidP="004A7CD1">
            <w:r>
              <w:rPr>
                <w:rFonts w:ascii="Roboto Condensed" w:hAnsi="Roboto Condensed"/>
                <w:sz w:val="16"/>
              </w:rPr>
              <w:t>30.0</w:t>
            </w:r>
          </w:p>
        </w:tc>
        <w:tc>
          <w:tcPr>
            <w:tcW w:w="1265" w:type="dxa"/>
          </w:tcPr>
          <w:p w14:paraId="44A01395" w14:textId="77777777" w:rsidR="004674D5" w:rsidRDefault="004674D5" w:rsidP="004A7CD1">
            <w:r>
              <w:rPr>
                <w:rFonts w:ascii="Roboto Condensed" w:hAnsi="Roboto Condensed"/>
                <w:sz w:val="16"/>
              </w:rPr>
              <w:t>40</w:t>
            </w:r>
          </w:p>
        </w:tc>
      </w:tr>
      <w:tr w:rsidR="004674D5" w14:paraId="6B090BE5" w14:textId="77777777" w:rsidTr="004A7CD1">
        <w:tc>
          <w:tcPr>
            <w:tcW w:w="1134" w:type="dxa"/>
          </w:tcPr>
          <w:p w14:paraId="6A7D355C" w14:textId="77777777" w:rsidR="004674D5" w:rsidRDefault="004674D5" w:rsidP="004A7CD1">
            <w:r>
              <w:rPr>
                <w:rFonts w:ascii="Roboto Condensed" w:hAnsi="Roboto Condensed"/>
                <w:sz w:val="16"/>
              </w:rPr>
              <w:t>279SJ</w:t>
            </w:r>
          </w:p>
        </w:tc>
        <w:tc>
          <w:tcPr>
            <w:tcW w:w="1900" w:type="dxa"/>
            <w:vMerge/>
          </w:tcPr>
          <w:p w14:paraId="607507DA" w14:textId="77777777" w:rsidR="004674D5" w:rsidRDefault="004674D5" w:rsidP="004A7CD1"/>
        </w:tc>
        <w:tc>
          <w:tcPr>
            <w:tcW w:w="1418" w:type="dxa"/>
          </w:tcPr>
          <w:p w14:paraId="04BB1296" w14:textId="77777777" w:rsidR="004674D5" w:rsidRDefault="004674D5" w:rsidP="004A7CD1">
            <w:r>
              <w:rPr>
                <w:rFonts w:ascii="Roboto Condensed" w:hAnsi="Roboto Condensed"/>
                <w:sz w:val="16"/>
              </w:rPr>
              <w:t>ML, ZN, L, W</w:t>
            </w:r>
          </w:p>
        </w:tc>
        <w:tc>
          <w:tcPr>
            <w:tcW w:w="1359" w:type="dxa"/>
          </w:tcPr>
          <w:p w14:paraId="17C4B68C" w14:textId="77777777" w:rsidR="004674D5" w:rsidRDefault="004674D5" w:rsidP="004A7CD1">
            <w:r>
              <w:rPr>
                <w:rFonts w:ascii="Roboto Condensed" w:hAnsi="Roboto Condensed"/>
                <w:sz w:val="16"/>
              </w:rPr>
              <w:t>0.5</w:t>
            </w:r>
          </w:p>
        </w:tc>
        <w:tc>
          <w:tcPr>
            <w:tcW w:w="1171" w:type="dxa"/>
          </w:tcPr>
          <w:p w14:paraId="709BD938" w14:textId="77777777" w:rsidR="004674D5" w:rsidRDefault="004674D5" w:rsidP="004A7CD1">
            <w:r>
              <w:rPr>
                <w:rFonts w:ascii="Roboto Condensed" w:hAnsi="Roboto Condensed"/>
                <w:sz w:val="16"/>
              </w:rPr>
              <w:t>10.0</w:t>
            </w:r>
          </w:p>
        </w:tc>
        <w:tc>
          <w:tcPr>
            <w:tcW w:w="1265" w:type="dxa"/>
          </w:tcPr>
          <w:p w14:paraId="25E93AAC" w14:textId="77777777" w:rsidR="004674D5" w:rsidRDefault="004674D5" w:rsidP="004A7CD1">
            <w:r>
              <w:rPr>
                <w:rFonts w:ascii="Roboto Condensed" w:hAnsi="Roboto Condensed"/>
                <w:sz w:val="16"/>
              </w:rPr>
              <w:t>30.0</w:t>
            </w:r>
          </w:p>
        </w:tc>
        <w:tc>
          <w:tcPr>
            <w:tcW w:w="1265" w:type="dxa"/>
          </w:tcPr>
          <w:p w14:paraId="7F7C9FBD" w14:textId="77777777" w:rsidR="004674D5" w:rsidRDefault="004674D5" w:rsidP="004A7CD1">
            <w:r>
              <w:rPr>
                <w:rFonts w:ascii="Roboto Condensed" w:hAnsi="Roboto Condensed"/>
                <w:sz w:val="16"/>
              </w:rPr>
              <w:t>30</w:t>
            </w:r>
          </w:p>
        </w:tc>
      </w:tr>
      <w:tr w:rsidR="004674D5" w14:paraId="3C3B620A" w14:textId="77777777" w:rsidTr="004A7CD1">
        <w:tc>
          <w:tcPr>
            <w:tcW w:w="1134" w:type="dxa"/>
          </w:tcPr>
          <w:p w14:paraId="551A424E" w14:textId="77777777" w:rsidR="004674D5" w:rsidRDefault="004674D5" w:rsidP="004A7CD1">
            <w:r>
              <w:rPr>
                <w:rFonts w:ascii="Roboto Condensed" w:hAnsi="Roboto Condensed"/>
                <w:sz w:val="16"/>
              </w:rPr>
              <w:t>280SJ - 282SJ</w:t>
            </w:r>
          </w:p>
        </w:tc>
        <w:tc>
          <w:tcPr>
            <w:tcW w:w="1900" w:type="dxa"/>
            <w:vMerge/>
          </w:tcPr>
          <w:p w14:paraId="6B6E9CC0" w14:textId="77777777" w:rsidR="004674D5" w:rsidRDefault="004674D5" w:rsidP="004A7CD1"/>
        </w:tc>
        <w:tc>
          <w:tcPr>
            <w:tcW w:w="1418" w:type="dxa"/>
          </w:tcPr>
          <w:p w14:paraId="0D80599B" w14:textId="77777777" w:rsidR="004674D5" w:rsidRDefault="004674D5" w:rsidP="004A7CD1">
            <w:r>
              <w:rPr>
                <w:rFonts w:ascii="Roboto Condensed" w:hAnsi="Roboto Condensed"/>
                <w:sz w:val="16"/>
              </w:rPr>
              <w:t>ML, ZN, L, W</w:t>
            </w:r>
          </w:p>
        </w:tc>
        <w:tc>
          <w:tcPr>
            <w:tcW w:w="1359" w:type="dxa"/>
          </w:tcPr>
          <w:p w14:paraId="0FFA397F" w14:textId="77777777" w:rsidR="004674D5" w:rsidRDefault="004674D5" w:rsidP="004A7CD1">
            <w:r>
              <w:rPr>
                <w:rFonts w:ascii="Roboto Condensed" w:hAnsi="Roboto Condensed"/>
                <w:sz w:val="16"/>
              </w:rPr>
              <w:t>0.5</w:t>
            </w:r>
          </w:p>
        </w:tc>
        <w:tc>
          <w:tcPr>
            <w:tcW w:w="1171" w:type="dxa"/>
          </w:tcPr>
          <w:p w14:paraId="0D7C7ABB" w14:textId="77777777" w:rsidR="004674D5" w:rsidRDefault="004674D5" w:rsidP="004A7CD1">
            <w:r>
              <w:rPr>
                <w:rFonts w:ascii="Roboto Condensed" w:hAnsi="Roboto Condensed"/>
                <w:sz w:val="16"/>
              </w:rPr>
              <w:t>10.0</w:t>
            </w:r>
          </w:p>
        </w:tc>
        <w:tc>
          <w:tcPr>
            <w:tcW w:w="1265" w:type="dxa"/>
          </w:tcPr>
          <w:p w14:paraId="7B7D173F" w14:textId="77777777" w:rsidR="004674D5" w:rsidRDefault="004674D5" w:rsidP="004A7CD1">
            <w:r>
              <w:rPr>
                <w:rFonts w:ascii="Roboto Condensed" w:hAnsi="Roboto Condensed"/>
                <w:sz w:val="16"/>
              </w:rPr>
              <w:t>30.0</w:t>
            </w:r>
          </w:p>
        </w:tc>
        <w:tc>
          <w:tcPr>
            <w:tcW w:w="1265" w:type="dxa"/>
          </w:tcPr>
          <w:p w14:paraId="08F1B863" w14:textId="77777777" w:rsidR="004674D5" w:rsidRDefault="004674D5" w:rsidP="004A7CD1">
            <w:r>
              <w:rPr>
                <w:rFonts w:ascii="Roboto Condensed" w:hAnsi="Roboto Condensed"/>
                <w:sz w:val="16"/>
              </w:rPr>
              <w:t>40</w:t>
            </w:r>
          </w:p>
        </w:tc>
      </w:tr>
      <w:tr w:rsidR="004674D5" w14:paraId="3BCD72BF" w14:textId="77777777" w:rsidTr="004A7CD1">
        <w:tc>
          <w:tcPr>
            <w:tcW w:w="1134" w:type="dxa"/>
          </w:tcPr>
          <w:p w14:paraId="4D2CFCB0" w14:textId="77777777" w:rsidR="004674D5" w:rsidRDefault="004674D5" w:rsidP="004A7CD1">
            <w:r>
              <w:rPr>
                <w:rFonts w:ascii="Roboto Condensed" w:hAnsi="Roboto Condensed"/>
                <w:sz w:val="16"/>
              </w:rPr>
              <w:t>283SJ</w:t>
            </w:r>
          </w:p>
        </w:tc>
        <w:tc>
          <w:tcPr>
            <w:tcW w:w="1900" w:type="dxa"/>
            <w:vMerge/>
          </w:tcPr>
          <w:p w14:paraId="51E6CAB9" w14:textId="77777777" w:rsidR="004674D5" w:rsidRDefault="004674D5" w:rsidP="004A7CD1"/>
        </w:tc>
        <w:tc>
          <w:tcPr>
            <w:tcW w:w="1418" w:type="dxa"/>
          </w:tcPr>
          <w:p w14:paraId="1DFBEC6F" w14:textId="77777777" w:rsidR="004674D5" w:rsidRDefault="004674D5" w:rsidP="004A7CD1">
            <w:r>
              <w:rPr>
                <w:rFonts w:ascii="Roboto Condensed" w:hAnsi="Roboto Condensed"/>
                <w:sz w:val="16"/>
              </w:rPr>
              <w:t>ZN, L, W</w:t>
            </w:r>
          </w:p>
        </w:tc>
        <w:tc>
          <w:tcPr>
            <w:tcW w:w="1359" w:type="dxa"/>
          </w:tcPr>
          <w:p w14:paraId="64AA0DE7" w14:textId="77777777" w:rsidR="004674D5" w:rsidRDefault="004674D5" w:rsidP="004A7CD1">
            <w:r>
              <w:rPr>
                <w:rFonts w:ascii="Roboto Condensed" w:hAnsi="Roboto Condensed"/>
                <w:sz w:val="16"/>
              </w:rPr>
              <w:t>0.5</w:t>
            </w:r>
          </w:p>
        </w:tc>
        <w:tc>
          <w:tcPr>
            <w:tcW w:w="1171" w:type="dxa"/>
          </w:tcPr>
          <w:p w14:paraId="6AE43DDE" w14:textId="77777777" w:rsidR="004674D5" w:rsidRDefault="004674D5" w:rsidP="004A7CD1">
            <w:r>
              <w:rPr>
                <w:rFonts w:ascii="Roboto Condensed" w:hAnsi="Roboto Condensed"/>
                <w:sz w:val="16"/>
              </w:rPr>
              <w:t>10.0</w:t>
            </w:r>
          </w:p>
        </w:tc>
        <w:tc>
          <w:tcPr>
            <w:tcW w:w="1265" w:type="dxa"/>
          </w:tcPr>
          <w:p w14:paraId="51265D84" w14:textId="77777777" w:rsidR="004674D5" w:rsidRDefault="004674D5" w:rsidP="004A7CD1">
            <w:r>
              <w:rPr>
                <w:rFonts w:ascii="Roboto Condensed" w:hAnsi="Roboto Condensed"/>
                <w:sz w:val="16"/>
              </w:rPr>
              <w:t>30.0</w:t>
            </w:r>
          </w:p>
        </w:tc>
        <w:tc>
          <w:tcPr>
            <w:tcW w:w="1265" w:type="dxa"/>
          </w:tcPr>
          <w:p w14:paraId="47DE7223" w14:textId="77777777" w:rsidR="004674D5" w:rsidRDefault="004674D5" w:rsidP="004A7CD1">
            <w:r>
              <w:rPr>
                <w:rFonts w:ascii="Roboto Condensed" w:hAnsi="Roboto Condensed"/>
                <w:sz w:val="16"/>
              </w:rPr>
              <w:t>30</w:t>
            </w:r>
          </w:p>
        </w:tc>
      </w:tr>
      <w:tr w:rsidR="004674D5" w14:paraId="713E4862" w14:textId="77777777" w:rsidTr="004A7CD1">
        <w:tc>
          <w:tcPr>
            <w:tcW w:w="1134" w:type="dxa"/>
          </w:tcPr>
          <w:p w14:paraId="53B7CE8B" w14:textId="77777777" w:rsidR="004674D5" w:rsidRDefault="004674D5" w:rsidP="004A7CD1">
            <w:r>
              <w:rPr>
                <w:rFonts w:ascii="Roboto Condensed" w:hAnsi="Roboto Condensed"/>
                <w:sz w:val="16"/>
              </w:rPr>
              <w:t>284SJ</w:t>
            </w:r>
          </w:p>
        </w:tc>
        <w:tc>
          <w:tcPr>
            <w:tcW w:w="1900" w:type="dxa"/>
            <w:vMerge/>
          </w:tcPr>
          <w:p w14:paraId="4D7B9D70" w14:textId="77777777" w:rsidR="004674D5" w:rsidRDefault="004674D5" w:rsidP="004A7CD1"/>
        </w:tc>
        <w:tc>
          <w:tcPr>
            <w:tcW w:w="1418" w:type="dxa"/>
          </w:tcPr>
          <w:p w14:paraId="1A539D98" w14:textId="77777777" w:rsidR="004674D5" w:rsidRDefault="004674D5" w:rsidP="004A7CD1">
            <w:r>
              <w:rPr>
                <w:rFonts w:ascii="Roboto Condensed" w:hAnsi="Roboto Condensed"/>
                <w:sz w:val="16"/>
              </w:rPr>
              <w:t>ML, ZN, L, W</w:t>
            </w:r>
          </w:p>
        </w:tc>
        <w:tc>
          <w:tcPr>
            <w:tcW w:w="1359" w:type="dxa"/>
          </w:tcPr>
          <w:p w14:paraId="14D183C6" w14:textId="77777777" w:rsidR="004674D5" w:rsidRDefault="004674D5" w:rsidP="004A7CD1">
            <w:r>
              <w:rPr>
                <w:rFonts w:ascii="Roboto Condensed" w:hAnsi="Roboto Condensed"/>
                <w:sz w:val="16"/>
              </w:rPr>
              <w:t>0.5</w:t>
            </w:r>
          </w:p>
        </w:tc>
        <w:tc>
          <w:tcPr>
            <w:tcW w:w="1171" w:type="dxa"/>
          </w:tcPr>
          <w:p w14:paraId="44B8F535" w14:textId="77777777" w:rsidR="004674D5" w:rsidRDefault="004674D5" w:rsidP="004A7CD1">
            <w:r>
              <w:rPr>
                <w:rFonts w:ascii="Roboto Condensed" w:hAnsi="Roboto Condensed"/>
                <w:sz w:val="16"/>
              </w:rPr>
              <w:t>10.0</w:t>
            </w:r>
          </w:p>
        </w:tc>
        <w:tc>
          <w:tcPr>
            <w:tcW w:w="1265" w:type="dxa"/>
          </w:tcPr>
          <w:p w14:paraId="06A3C787" w14:textId="77777777" w:rsidR="004674D5" w:rsidRDefault="004674D5" w:rsidP="004A7CD1">
            <w:r>
              <w:rPr>
                <w:rFonts w:ascii="Roboto Condensed" w:hAnsi="Roboto Condensed"/>
                <w:sz w:val="16"/>
              </w:rPr>
              <w:t>30.0</w:t>
            </w:r>
          </w:p>
        </w:tc>
        <w:tc>
          <w:tcPr>
            <w:tcW w:w="1265" w:type="dxa"/>
          </w:tcPr>
          <w:p w14:paraId="542A2E47" w14:textId="77777777" w:rsidR="004674D5" w:rsidRDefault="004674D5" w:rsidP="004A7CD1">
            <w:r>
              <w:rPr>
                <w:rFonts w:ascii="Roboto Condensed" w:hAnsi="Roboto Condensed"/>
                <w:sz w:val="16"/>
              </w:rPr>
              <w:t>30</w:t>
            </w:r>
          </w:p>
        </w:tc>
      </w:tr>
      <w:tr w:rsidR="004674D5" w14:paraId="530B965E" w14:textId="77777777" w:rsidTr="004A7CD1">
        <w:tc>
          <w:tcPr>
            <w:tcW w:w="1134" w:type="dxa"/>
          </w:tcPr>
          <w:p w14:paraId="7D6BDBB2" w14:textId="77777777" w:rsidR="004674D5" w:rsidRDefault="004674D5" w:rsidP="004A7CD1">
            <w:r>
              <w:rPr>
                <w:rFonts w:ascii="Roboto Condensed" w:hAnsi="Roboto Condensed"/>
                <w:sz w:val="16"/>
              </w:rPr>
              <w:t>285SJ</w:t>
            </w:r>
          </w:p>
        </w:tc>
        <w:tc>
          <w:tcPr>
            <w:tcW w:w="1900" w:type="dxa"/>
            <w:vMerge/>
          </w:tcPr>
          <w:p w14:paraId="2DD844DC" w14:textId="77777777" w:rsidR="004674D5" w:rsidRDefault="004674D5" w:rsidP="004A7CD1"/>
        </w:tc>
        <w:tc>
          <w:tcPr>
            <w:tcW w:w="1418" w:type="dxa"/>
          </w:tcPr>
          <w:p w14:paraId="5CD675E0" w14:textId="77777777" w:rsidR="004674D5" w:rsidRDefault="004674D5" w:rsidP="004A7CD1">
            <w:r>
              <w:rPr>
                <w:rFonts w:ascii="Roboto Condensed" w:hAnsi="Roboto Condensed"/>
                <w:sz w:val="16"/>
              </w:rPr>
              <w:t>ML, ZN, L, W</w:t>
            </w:r>
          </w:p>
        </w:tc>
        <w:tc>
          <w:tcPr>
            <w:tcW w:w="1359" w:type="dxa"/>
          </w:tcPr>
          <w:p w14:paraId="2A74F6EE" w14:textId="77777777" w:rsidR="004674D5" w:rsidRDefault="004674D5" w:rsidP="004A7CD1">
            <w:r>
              <w:rPr>
                <w:rFonts w:ascii="Roboto Condensed" w:hAnsi="Roboto Condensed"/>
                <w:sz w:val="16"/>
              </w:rPr>
              <w:t>0.5</w:t>
            </w:r>
          </w:p>
        </w:tc>
        <w:tc>
          <w:tcPr>
            <w:tcW w:w="1171" w:type="dxa"/>
          </w:tcPr>
          <w:p w14:paraId="6431D928" w14:textId="77777777" w:rsidR="004674D5" w:rsidRDefault="004674D5" w:rsidP="004A7CD1">
            <w:r>
              <w:rPr>
                <w:rFonts w:ascii="Roboto Condensed" w:hAnsi="Roboto Condensed"/>
                <w:sz w:val="16"/>
              </w:rPr>
              <w:t>10.0</w:t>
            </w:r>
          </w:p>
        </w:tc>
        <w:tc>
          <w:tcPr>
            <w:tcW w:w="1265" w:type="dxa"/>
          </w:tcPr>
          <w:p w14:paraId="6764C56C" w14:textId="77777777" w:rsidR="004674D5" w:rsidRDefault="004674D5" w:rsidP="004A7CD1">
            <w:r>
              <w:rPr>
                <w:rFonts w:ascii="Roboto Condensed" w:hAnsi="Roboto Condensed"/>
                <w:sz w:val="16"/>
              </w:rPr>
              <w:t>30.0</w:t>
            </w:r>
          </w:p>
        </w:tc>
        <w:tc>
          <w:tcPr>
            <w:tcW w:w="1265" w:type="dxa"/>
          </w:tcPr>
          <w:p w14:paraId="1FF69DAC" w14:textId="77777777" w:rsidR="004674D5" w:rsidRDefault="004674D5" w:rsidP="004A7CD1">
            <w:r>
              <w:rPr>
                <w:rFonts w:ascii="Roboto Condensed" w:hAnsi="Roboto Condensed"/>
                <w:sz w:val="16"/>
              </w:rPr>
              <w:t>40</w:t>
            </w:r>
          </w:p>
        </w:tc>
      </w:tr>
      <w:tr w:rsidR="004674D5" w14:paraId="564A2EC6" w14:textId="77777777" w:rsidTr="004A7CD1">
        <w:tc>
          <w:tcPr>
            <w:tcW w:w="1134" w:type="dxa"/>
          </w:tcPr>
          <w:p w14:paraId="7E94678A" w14:textId="77777777" w:rsidR="004674D5" w:rsidRDefault="004674D5" w:rsidP="004A7CD1">
            <w:r>
              <w:rPr>
                <w:rFonts w:ascii="Roboto Condensed" w:hAnsi="Roboto Condensed"/>
                <w:sz w:val="16"/>
              </w:rPr>
              <w:t>286SJ</w:t>
            </w:r>
          </w:p>
        </w:tc>
        <w:tc>
          <w:tcPr>
            <w:tcW w:w="1900" w:type="dxa"/>
            <w:vMerge/>
          </w:tcPr>
          <w:p w14:paraId="1E551FB5" w14:textId="77777777" w:rsidR="004674D5" w:rsidRDefault="004674D5" w:rsidP="004A7CD1"/>
        </w:tc>
        <w:tc>
          <w:tcPr>
            <w:tcW w:w="1418" w:type="dxa"/>
          </w:tcPr>
          <w:p w14:paraId="42AE1EEC" w14:textId="77777777" w:rsidR="004674D5" w:rsidRDefault="004674D5" w:rsidP="004A7CD1">
            <w:r>
              <w:rPr>
                <w:rFonts w:ascii="Roboto Condensed" w:hAnsi="Roboto Condensed"/>
                <w:sz w:val="16"/>
              </w:rPr>
              <w:t>ML, ZN, L, W</w:t>
            </w:r>
          </w:p>
        </w:tc>
        <w:tc>
          <w:tcPr>
            <w:tcW w:w="1359" w:type="dxa"/>
          </w:tcPr>
          <w:p w14:paraId="2CE5181B" w14:textId="77777777" w:rsidR="004674D5" w:rsidRDefault="004674D5" w:rsidP="004A7CD1">
            <w:r>
              <w:rPr>
                <w:rFonts w:ascii="Roboto Condensed" w:hAnsi="Roboto Condensed"/>
                <w:sz w:val="16"/>
              </w:rPr>
              <w:t>0.5</w:t>
            </w:r>
          </w:p>
        </w:tc>
        <w:tc>
          <w:tcPr>
            <w:tcW w:w="1171" w:type="dxa"/>
          </w:tcPr>
          <w:p w14:paraId="6BDA8B83" w14:textId="77777777" w:rsidR="004674D5" w:rsidRDefault="004674D5" w:rsidP="004A7CD1">
            <w:r>
              <w:rPr>
                <w:rFonts w:ascii="Roboto Condensed" w:hAnsi="Roboto Condensed"/>
                <w:sz w:val="16"/>
              </w:rPr>
              <w:t>10.0</w:t>
            </w:r>
          </w:p>
        </w:tc>
        <w:tc>
          <w:tcPr>
            <w:tcW w:w="1265" w:type="dxa"/>
          </w:tcPr>
          <w:p w14:paraId="3A271A46" w14:textId="77777777" w:rsidR="004674D5" w:rsidRDefault="004674D5" w:rsidP="004A7CD1">
            <w:r>
              <w:rPr>
                <w:rFonts w:ascii="Roboto Condensed" w:hAnsi="Roboto Condensed"/>
                <w:sz w:val="16"/>
              </w:rPr>
              <w:t>30.0</w:t>
            </w:r>
          </w:p>
        </w:tc>
        <w:tc>
          <w:tcPr>
            <w:tcW w:w="1265" w:type="dxa"/>
          </w:tcPr>
          <w:p w14:paraId="0927C8AC" w14:textId="77777777" w:rsidR="004674D5" w:rsidRDefault="004674D5" w:rsidP="004A7CD1">
            <w:r>
              <w:rPr>
                <w:rFonts w:ascii="Roboto Condensed" w:hAnsi="Roboto Condensed"/>
                <w:sz w:val="16"/>
              </w:rPr>
              <w:t>30</w:t>
            </w:r>
          </w:p>
        </w:tc>
      </w:tr>
      <w:tr w:rsidR="004674D5" w14:paraId="1DE52F91" w14:textId="77777777" w:rsidTr="004A7CD1">
        <w:tc>
          <w:tcPr>
            <w:tcW w:w="1134" w:type="dxa"/>
          </w:tcPr>
          <w:p w14:paraId="76F135EC" w14:textId="77777777" w:rsidR="004674D5" w:rsidRDefault="004674D5" w:rsidP="004A7CD1">
            <w:r>
              <w:rPr>
                <w:rFonts w:ascii="Roboto Condensed" w:hAnsi="Roboto Condensed"/>
                <w:sz w:val="16"/>
              </w:rPr>
              <w:t>287SJ</w:t>
            </w:r>
          </w:p>
        </w:tc>
        <w:tc>
          <w:tcPr>
            <w:tcW w:w="1900" w:type="dxa"/>
            <w:vMerge/>
          </w:tcPr>
          <w:p w14:paraId="1EAE9054" w14:textId="77777777" w:rsidR="004674D5" w:rsidRDefault="004674D5" w:rsidP="004A7CD1"/>
        </w:tc>
        <w:tc>
          <w:tcPr>
            <w:tcW w:w="1418" w:type="dxa"/>
          </w:tcPr>
          <w:p w14:paraId="29E3A814" w14:textId="77777777" w:rsidR="004674D5" w:rsidRDefault="004674D5" w:rsidP="004A7CD1">
            <w:r>
              <w:rPr>
                <w:rFonts w:ascii="Roboto Condensed" w:hAnsi="Roboto Condensed"/>
                <w:sz w:val="16"/>
              </w:rPr>
              <w:t>ML, ZN, L, W</w:t>
            </w:r>
          </w:p>
        </w:tc>
        <w:tc>
          <w:tcPr>
            <w:tcW w:w="1359" w:type="dxa"/>
          </w:tcPr>
          <w:p w14:paraId="1DB3DEA2" w14:textId="77777777" w:rsidR="004674D5" w:rsidRDefault="004674D5" w:rsidP="004A7CD1">
            <w:r>
              <w:rPr>
                <w:rFonts w:ascii="Roboto Condensed" w:hAnsi="Roboto Condensed"/>
                <w:sz w:val="16"/>
              </w:rPr>
              <w:t>0.5</w:t>
            </w:r>
          </w:p>
        </w:tc>
        <w:tc>
          <w:tcPr>
            <w:tcW w:w="1171" w:type="dxa"/>
          </w:tcPr>
          <w:p w14:paraId="1870BEC0" w14:textId="77777777" w:rsidR="004674D5" w:rsidRDefault="004674D5" w:rsidP="004A7CD1">
            <w:r>
              <w:rPr>
                <w:rFonts w:ascii="Roboto Condensed" w:hAnsi="Roboto Condensed"/>
                <w:sz w:val="16"/>
              </w:rPr>
              <w:t>10.0</w:t>
            </w:r>
          </w:p>
        </w:tc>
        <w:tc>
          <w:tcPr>
            <w:tcW w:w="1265" w:type="dxa"/>
          </w:tcPr>
          <w:p w14:paraId="385293AF" w14:textId="77777777" w:rsidR="004674D5" w:rsidRDefault="004674D5" w:rsidP="004A7CD1">
            <w:r>
              <w:rPr>
                <w:rFonts w:ascii="Roboto Condensed" w:hAnsi="Roboto Condensed"/>
                <w:sz w:val="16"/>
              </w:rPr>
              <w:t>30.0</w:t>
            </w:r>
          </w:p>
        </w:tc>
        <w:tc>
          <w:tcPr>
            <w:tcW w:w="1265" w:type="dxa"/>
          </w:tcPr>
          <w:p w14:paraId="52F8626F" w14:textId="77777777" w:rsidR="004674D5" w:rsidRDefault="004674D5" w:rsidP="004A7CD1">
            <w:r>
              <w:rPr>
                <w:rFonts w:ascii="Roboto Condensed" w:hAnsi="Roboto Condensed"/>
                <w:sz w:val="16"/>
              </w:rPr>
              <w:t>40</w:t>
            </w:r>
          </w:p>
        </w:tc>
      </w:tr>
      <w:tr w:rsidR="004674D5" w14:paraId="1A0812B6" w14:textId="77777777" w:rsidTr="004A7CD1">
        <w:tc>
          <w:tcPr>
            <w:tcW w:w="1134" w:type="dxa"/>
          </w:tcPr>
          <w:p w14:paraId="7C5E8F16" w14:textId="77777777" w:rsidR="004674D5" w:rsidRDefault="004674D5" w:rsidP="004A7CD1">
            <w:r>
              <w:rPr>
                <w:rFonts w:ascii="Roboto Condensed" w:hAnsi="Roboto Condensed"/>
                <w:sz w:val="16"/>
              </w:rPr>
              <w:t>288SJ</w:t>
            </w:r>
          </w:p>
        </w:tc>
        <w:tc>
          <w:tcPr>
            <w:tcW w:w="1900" w:type="dxa"/>
            <w:vMerge/>
          </w:tcPr>
          <w:p w14:paraId="52A42EC9" w14:textId="77777777" w:rsidR="004674D5" w:rsidRDefault="004674D5" w:rsidP="004A7CD1"/>
        </w:tc>
        <w:tc>
          <w:tcPr>
            <w:tcW w:w="1418" w:type="dxa"/>
          </w:tcPr>
          <w:p w14:paraId="7FA3AF28" w14:textId="77777777" w:rsidR="004674D5" w:rsidRDefault="004674D5" w:rsidP="004A7CD1">
            <w:r>
              <w:rPr>
                <w:rFonts w:ascii="Roboto Condensed" w:hAnsi="Roboto Condensed"/>
                <w:sz w:val="16"/>
              </w:rPr>
              <w:t>ZN, L, W</w:t>
            </w:r>
          </w:p>
        </w:tc>
        <w:tc>
          <w:tcPr>
            <w:tcW w:w="1359" w:type="dxa"/>
          </w:tcPr>
          <w:p w14:paraId="45837F14" w14:textId="77777777" w:rsidR="004674D5" w:rsidRDefault="004674D5" w:rsidP="004A7CD1">
            <w:r>
              <w:rPr>
                <w:rFonts w:ascii="Roboto Condensed" w:hAnsi="Roboto Condensed"/>
                <w:sz w:val="16"/>
              </w:rPr>
              <w:t>0.5</w:t>
            </w:r>
          </w:p>
        </w:tc>
        <w:tc>
          <w:tcPr>
            <w:tcW w:w="1171" w:type="dxa"/>
          </w:tcPr>
          <w:p w14:paraId="60AEEB52" w14:textId="77777777" w:rsidR="004674D5" w:rsidRDefault="004674D5" w:rsidP="004A7CD1">
            <w:r>
              <w:rPr>
                <w:rFonts w:ascii="Roboto Condensed" w:hAnsi="Roboto Condensed"/>
                <w:sz w:val="16"/>
              </w:rPr>
              <w:t>10.0</w:t>
            </w:r>
          </w:p>
        </w:tc>
        <w:tc>
          <w:tcPr>
            <w:tcW w:w="1265" w:type="dxa"/>
          </w:tcPr>
          <w:p w14:paraId="31868673" w14:textId="77777777" w:rsidR="004674D5" w:rsidRDefault="004674D5" w:rsidP="004A7CD1">
            <w:r>
              <w:rPr>
                <w:rFonts w:ascii="Roboto Condensed" w:hAnsi="Roboto Condensed"/>
                <w:sz w:val="16"/>
              </w:rPr>
              <w:t>30.0</w:t>
            </w:r>
          </w:p>
        </w:tc>
        <w:tc>
          <w:tcPr>
            <w:tcW w:w="1265" w:type="dxa"/>
          </w:tcPr>
          <w:p w14:paraId="10E0C591" w14:textId="77777777" w:rsidR="004674D5" w:rsidRDefault="004674D5" w:rsidP="004A7CD1">
            <w:r>
              <w:rPr>
                <w:rFonts w:ascii="Roboto Condensed" w:hAnsi="Roboto Condensed"/>
                <w:sz w:val="16"/>
              </w:rPr>
              <w:t>30</w:t>
            </w:r>
          </w:p>
        </w:tc>
      </w:tr>
      <w:tr w:rsidR="004674D5" w:rsidRPr="00363680" w14:paraId="3C5EA2F5" w14:textId="77777777" w:rsidTr="004A7CD1">
        <w:tc>
          <w:tcPr>
            <w:tcW w:w="9514" w:type="dxa"/>
            <w:gridSpan w:val="7"/>
            <w:shd w:val="clear" w:color="auto" w:fill="808080"/>
            <w:vAlign w:val="center"/>
          </w:tcPr>
          <w:p w14:paraId="42C28B16" w14:textId="77777777" w:rsidR="004674D5" w:rsidRPr="00363680" w:rsidRDefault="004674D5" w:rsidP="004A7CD1">
            <w:pPr>
              <w:jc w:val="center"/>
            </w:pPr>
            <w:r w:rsidRPr="00363680">
              <w:rPr>
                <w:rFonts w:ascii="Roboto Condensed" w:hAnsi="Roboto Condensed"/>
                <w:b/>
                <w:sz w:val="20"/>
              </w:rPr>
              <w:t>SZ – STREFA WIELOFUNKCYJNA Z ZABUDOWĄ ZAGRODOWĄ</w:t>
            </w:r>
          </w:p>
        </w:tc>
      </w:tr>
      <w:tr w:rsidR="004674D5" w14:paraId="028BDD03" w14:textId="77777777" w:rsidTr="004A7CD1">
        <w:tc>
          <w:tcPr>
            <w:tcW w:w="1134" w:type="dxa"/>
          </w:tcPr>
          <w:p w14:paraId="159E7449" w14:textId="77777777" w:rsidR="004674D5" w:rsidRDefault="004674D5" w:rsidP="004A7CD1">
            <w:r>
              <w:rPr>
                <w:rFonts w:ascii="Roboto Condensed" w:hAnsi="Roboto Condensed"/>
                <w:sz w:val="16"/>
              </w:rPr>
              <w:t>1SZ</w:t>
            </w:r>
          </w:p>
        </w:tc>
        <w:tc>
          <w:tcPr>
            <w:tcW w:w="1900" w:type="dxa"/>
            <w:vMerge w:val="restart"/>
            <w:vAlign w:val="center"/>
          </w:tcPr>
          <w:p w14:paraId="7ADFE1D8" w14:textId="77777777" w:rsidR="004674D5" w:rsidRPr="00363680" w:rsidRDefault="004674D5" w:rsidP="004A7CD1">
            <w:pPr>
              <w:jc w:val="center"/>
            </w:pPr>
            <w:r w:rsidRPr="00363680">
              <w:rPr>
                <w:rFonts w:ascii="Roboto Condensed" w:hAnsi="Roboto Condensed"/>
                <w:sz w:val="16"/>
              </w:rPr>
              <w:t>teren zabudowy zagrodowej,</w:t>
            </w:r>
            <w:r w:rsidRPr="00363680">
              <w:rPr>
                <w:rFonts w:ascii="Roboto Condensed" w:hAnsi="Roboto Condensed"/>
                <w:sz w:val="16"/>
              </w:rPr>
              <w:br/>
              <w:t>teren produkcji w gospodarstwach rolnych,</w:t>
            </w:r>
            <w:r w:rsidRPr="00363680">
              <w:rPr>
                <w:rFonts w:ascii="Roboto Condensed" w:hAnsi="Roboto Condensed"/>
                <w:sz w:val="16"/>
              </w:rPr>
              <w:br/>
              <w:t>teren akwakultury i obsługi rybactwa,</w:t>
            </w:r>
            <w:r w:rsidRPr="00363680">
              <w:rPr>
                <w:rFonts w:ascii="Roboto Condensed" w:hAnsi="Roboto Condensed"/>
                <w:sz w:val="16"/>
              </w:rPr>
              <w:br/>
              <w:t>teren komunikacji,</w:t>
            </w:r>
            <w:r w:rsidRPr="00363680">
              <w:rPr>
                <w:rFonts w:ascii="Roboto Condensed" w:hAnsi="Roboto Condensed"/>
                <w:sz w:val="16"/>
              </w:rPr>
              <w:br/>
              <w:t>teren zieleni urządzonej,</w:t>
            </w:r>
            <w:r w:rsidRPr="00363680">
              <w:rPr>
                <w:rFonts w:ascii="Roboto Condensed" w:hAnsi="Roboto Condensed"/>
                <w:sz w:val="16"/>
              </w:rPr>
              <w:br/>
              <w:t>teren ogrodów działkowych,</w:t>
            </w:r>
            <w:r w:rsidRPr="00363680">
              <w:rPr>
                <w:rFonts w:ascii="Roboto Condensed" w:hAnsi="Roboto Condensed"/>
                <w:sz w:val="16"/>
              </w:rPr>
              <w:br/>
              <w:t>teren infrastruktury technicznej (2</w:t>
            </w:r>
          </w:p>
        </w:tc>
        <w:tc>
          <w:tcPr>
            <w:tcW w:w="1418" w:type="dxa"/>
          </w:tcPr>
          <w:p w14:paraId="79E806B0" w14:textId="77777777" w:rsidR="004674D5" w:rsidRDefault="004674D5" w:rsidP="004A7CD1">
            <w:r>
              <w:rPr>
                <w:rFonts w:ascii="Roboto Condensed" w:hAnsi="Roboto Condensed"/>
                <w:sz w:val="16"/>
              </w:rPr>
              <w:t>U, ZN, L, W</w:t>
            </w:r>
          </w:p>
        </w:tc>
        <w:tc>
          <w:tcPr>
            <w:tcW w:w="1359" w:type="dxa"/>
          </w:tcPr>
          <w:p w14:paraId="55558B71" w14:textId="77777777" w:rsidR="004674D5" w:rsidRDefault="004674D5" w:rsidP="004A7CD1">
            <w:r>
              <w:rPr>
                <w:rFonts w:ascii="Roboto Condensed" w:hAnsi="Roboto Condensed"/>
                <w:sz w:val="16"/>
              </w:rPr>
              <w:t>0.3</w:t>
            </w:r>
          </w:p>
        </w:tc>
        <w:tc>
          <w:tcPr>
            <w:tcW w:w="1171" w:type="dxa"/>
          </w:tcPr>
          <w:p w14:paraId="4DD3517B" w14:textId="77777777" w:rsidR="004674D5" w:rsidRDefault="004674D5" w:rsidP="004A7CD1">
            <w:r>
              <w:rPr>
                <w:rFonts w:ascii="Roboto Condensed" w:hAnsi="Roboto Condensed"/>
                <w:sz w:val="16"/>
              </w:rPr>
              <w:t>12.0</w:t>
            </w:r>
          </w:p>
        </w:tc>
        <w:tc>
          <w:tcPr>
            <w:tcW w:w="1265" w:type="dxa"/>
          </w:tcPr>
          <w:p w14:paraId="3EE9B6F2" w14:textId="77777777" w:rsidR="004674D5" w:rsidRDefault="004674D5" w:rsidP="004A7CD1">
            <w:r>
              <w:rPr>
                <w:rFonts w:ascii="Roboto Condensed" w:hAnsi="Roboto Condensed"/>
                <w:sz w:val="16"/>
              </w:rPr>
              <w:t>20.0</w:t>
            </w:r>
          </w:p>
        </w:tc>
        <w:tc>
          <w:tcPr>
            <w:tcW w:w="1265" w:type="dxa"/>
          </w:tcPr>
          <w:p w14:paraId="271C44E5" w14:textId="77777777" w:rsidR="004674D5" w:rsidRDefault="004674D5" w:rsidP="004A7CD1">
            <w:r>
              <w:rPr>
                <w:rFonts w:ascii="Roboto Condensed" w:hAnsi="Roboto Condensed"/>
                <w:sz w:val="16"/>
              </w:rPr>
              <w:t>30</w:t>
            </w:r>
          </w:p>
        </w:tc>
      </w:tr>
      <w:tr w:rsidR="004674D5" w14:paraId="2B5B9BF9" w14:textId="77777777" w:rsidTr="004A7CD1">
        <w:tc>
          <w:tcPr>
            <w:tcW w:w="1134" w:type="dxa"/>
          </w:tcPr>
          <w:p w14:paraId="4AAA6B12" w14:textId="77777777" w:rsidR="004674D5" w:rsidRDefault="004674D5" w:rsidP="004A7CD1">
            <w:r>
              <w:rPr>
                <w:rFonts w:ascii="Roboto Condensed" w:hAnsi="Roboto Condensed"/>
                <w:sz w:val="16"/>
              </w:rPr>
              <w:t>2SZ</w:t>
            </w:r>
          </w:p>
        </w:tc>
        <w:tc>
          <w:tcPr>
            <w:tcW w:w="1900" w:type="dxa"/>
            <w:vMerge/>
          </w:tcPr>
          <w:p w14:paraId="06DA671D" w14:textId="77777777" w:rsidR="004674D5" w:rsidRDefault="004674D5" w:rsidP="004A7CD1"/>
        </w:tc>
        <w:tc>
          <w:tcPr>
            <w:tcW w:w="1418" w:type="dxa"/>
          </w:tcPr>
          <w:p w14:paraId="03B2784A" w14:textId="77777777" w:rsidR="004674D5" w:rsidRDefault="004674D5" w:rsidP="004A7CD1">
            <w:r>
              <w:rPr>
                <w:rFonts w:ascii="Roboto Condensed" w:hAnsi="Roboto Condensed"/>
                <w:sz w:val="16"/>
              </w:rPr>
              <w:t>RZW, U, ZN, L, W</w:t>
            </w:r>
          </w:p>
        </w:tc>
        <w:tc>
          <w:tcPr>
            <w:tcW w:w="1359" w:type="dxa"/>
          </w:tcPr>
          <w:p w14:paraId="70BD5D8F" w14:textId="77777777" w:rsidR="004674D5" w:rsidRDefault="004674D5" w:rsidP="004A7CD1">
            <w:r>
              <w:rPr>
                <w:rFonts w:ascii="Roboto Condensed" w:hAnsi="Roboto Condensed"/>
                <w:sz w:val="16"/>
              </w:rPr>
              <w:t>0.3</w:t>
            </w:r>
          </w:p>
        </w:tc>
        <w:tc>
          <w:tcPr>
            <w:tcW w:w="1171" w:type="dxa"/>
          </w:tcPr>
          <w:p w14:paraId="2BBB3D5F" w14:textId="77777777" w:rsidR="004674D5" w:rsidRDefault="004674D5" w:rsidP="004A7CD1">
            <w:r>
              <w:rPr>
                <w:rFonts w:ascii="Roboto Condensed" w:hAnsi="Roboto Condensed"/>
                <w:sz w:val="16"/>
              </w:rPr>
              <w:t>12.0</w:t>
            </w:r>
          </w:p>
        </w:tc>
        <w:tc>
          <w:tcPr>
            <w:tcW w:w="1265" w:type="dxa"/>
          </w:tcPr>
          <w:p w14:paraId="492E3A41" w14:textId="77777777" w:rsidR="004674D5" w:rsidRDefault="004674D5" w:rsidP="004A7CD1">
            <w:r>
              <w:rPr>
                <w:rFonts w:ascii="Roboto Condensed" w:hAnsi="Roboto Condensed"/>
                <w:sz w:val="16"/>
              </w:rPr>
              <w:t>20.0</w:t>
            </w:r>
          </w:p>
        </w:tc>
        <w:tc>
          <w:tcPr>
            <w:tcW w:w="1265" w:type="dxa"/>
          </w:tcPr>
          <w:p w14:paraId="0D7DBA2A" w14:textId="77777777" w:rsidR="004674D5" w:rsidRDefault="004674D5" w:rsidP="004A7CD1">
            <w:r>
              <w:rPr>
                <w:rFonts w:ascii="Roboto Condensed" w:hAnsi="Roboto Condensed"/>
                <w:sz w:val="16"/>
              </w:rPr>
              <w:t>30</w:t>
            </w:r>
          </w:p>
        </w:tc>
      </w:tr>
      <w:tr w:rsidR="004674D5" w14:paraId="18F05351" w14:textId="77777777" w:rsidTr="004A7CD1">
        <w:tc>
          <w:tcPr>
            <w:tcW w:w="1134" w:type="dxa"/>
          </w:tcPr>
          <w:p w14:paraId="747B7A91" w14:textId="77777777" w:rsidR="004674D5" w:rsidRDefault="004674D5" w:rsidP="004A7CD1">
            <w:r>
              <w:rPr>
                <w:rFonts w:ascii="Roboto Condensed" w:hAnsi="Roboto Condensed"/>
                <w:sz w:val="16"/>
              </w:rPr>
              <w:t>3SZ - 5SZ</w:t>
            </w:r>
          </w:p>
        </w:tc>
        <w:tc>
          <w:tcPr>
            <w:tcW w:w="1900" w:type="dxa"/>
            <w:vMerge/>
          </w:tcPr>
          <w:p w14:paraId="401A0815" w14:textId="77777777" w:rsidR="004674D5" w:rsidRDefault="004674D5" w:rsidP="004A7CD1"/>
        </w:tc>
        <w:tc>
          <w:tcPr>
            <w:tcW w:w="1418" w:type="dxa"/>
          </w:tcPr>
          <w:p w14:paraId="41B4EDC3" w14:textId="77777777" w:rsidR="004674D5" w:rsidRDefault="004674D5" w:rsidP="004A7CD1">
            <w:r>
              <w:rPr>
                <w:rFonts w:ascii="Roboto Condensed" w:hAnsi="Roboto Condensed"/>
                <w:sz w:val="16"/>
              </w:rPr>
              <w:t>U, ZN, L, W</w:t>
            </w:r>
          </w:p>
        </w:tc>
        <w:tc>
          <w:tcPr>
            <w:tcW w:w="1359" w:type="dxa"/>
          </w:tcPr>
          <w:p w14:paraId="55122D67" w14:textId="77777777" w:rsidR="004674D5" w:rsidRDefault="004674D5" w:rsidP="004A7CD1">
            <w:r>
              <w:rPr>
                <w:rFonts w:ascii="Roboto Condensed" w:hAnsi="Roboto Condensed"/>
                <w:sz w:val="16"/>
              </w:rPr>
              <w:t>0.3</w:t>
            </w:r>
          </w:p>
        </w:tc>
        <w:tc>
          <w:tcPr>
            <w:tcW w:w="1171" w:type="dxa"/>
          </w:tcPr>
          <w:p w14:paraId="3564A0E9" w14:textId="77777777" w:rsidR="004674D5" w:rsidRDefault="004674D5" w:rsidP="004A7CD1">
            <w:r>
              <w:rPr>
                <w:rFonts w:ascii="Roboto Condensed" w:hAnsi="Roboto Condensed"/>
                <w:sz w:val="16"/>
              </w:rPr>
              <w:t>12.0</w:t>
            </w:r>
          </w:p>
        </w:tc>
        <w:tc>
          <w:tcPr>
            <w:tcW w:w="1265" w:type="dxa"/>
          </w:tcPr>
          <w:p w14:paraId="707DD1F9" w14:textId="77777777" w:rsidR="004674D5" w:rsidRDefault="004674D5" w:rsidP="004A7CD1">
            <w:r>
              <w:rPr>
                <w:rFonts w:ascii="Roboto Condensed" w:hAnsi="Roboto Condensed"/>
                <w:sz w:val="16"/>
              </w:rPr>
              <w:t>20.0</w:t>
            </w:r>
          </w:p>
        </w:tc>
        <w:tc>
          <w:tcPr>
            <w:tcW w:w="1265" w:type="dxa"/>
          </w:tcPr>
          <w:p w14:paraId="25ED3AAA" w14:textId="77777777" w:rsidR="004674D5" w:rsidRDefault="004674D5" w:rsidP="004A7CD1">
            <w:r>
              <w:rPr>
                <w:rFonts w:ascii="Roboto Condensed" w:hAnsi="Roboto Condensed"/>
                <w:sz w:val="16"/>
              </w:rPr>
              <w:t>30</w:t>
            </w:r>
          </w:p>
        </w:tc>
      </w:tr>
      <w:tr w:rsidR="004674D5" w14:paraId="1399BAFB" w14:textId="77777777" w:rsidTr="004A7CD1">
        <w:tc>
          <w:tcPr>
            <w:tcW w:w="1134" w:type="dxa"/>
          </w:tcPr>
          <w:p w14:paraId="56B90FCF" w14:textId="77777777" w:rsidR="004674D5" w:rsidRDefault="004674D5" w:rsidP="004A7CD1">
            <w:r>
              <w:rPr>
                <w:rFonts w:ascii="Roboto Condensed" w:hAnsi="Roboto Condensed"/>
                <w:sz w:val="16"/>
              </w:rPr>
              <w:t>6SZ</w:t>
            </w:r>
          </w:p>
        </w:tc>
        <w:tc>
          <w:tcPr>
            <w:tcW w:w="1900" w:type="dxa"/>
            <w:vMerge/>
          </w:tcPr>
          <w:p w14:paraId="14A059AF" w14:textId="77777777" w:rsidR="004674D5" w:rsidRDefault="004674D5" w:rsidP="004A7CD1"/>
        </w:tc>
        <w:tc>
          <w:tcPr>
            <w:tcW w:w="1418" w:type="dxa"/>
          </w:tcPr>
          <w:p w14:paraId="669D4E1D" w14:textId="77777777" w:rsidR="004674D5" w:rsidRDefault="004674D5" w:rsidP="004A7CD1">
            <w:r>
              <w:rPr>
                <w:rFonts w:ascii="Roboto Condensed" w:hAnsi="Roboto Condensed"/>
                <w:sz w:val="16"/>
              </w:rPr>
              <w:t>RZW, U, ZN, L, W</w:t>
            </w:r>
          </w:p>
        </w:tc>
        <w:tc>
          <w:tcPr>
            <w:tcW w:w="1359" w:type="dxa"/>
          </w:tcPr>
          <w:p w14:paraId="3BCA8993" w14:textId="77777777" w:rsidR="004674D5" w:rsidRDefault="004674D5" w:rsidP="004A7CD1">
            <w:r>
              <w:rPr>
                <w:rFonts w:ascii="Roboto Condensed" w:hAnsi="Roboto Condensed"/>
                <w:sz w:val="16"/>
              </w:rPr>
              <w:t>0.3</w:t>
            </w:r>
          </w:p>
        </w:tc>
        <w:tc>
          <w:tcPr>
            <w:tcW w:w="1171" w:type="dxa"/>
          </w:tcPr>
          <w:p w14:paraId="640C9A7A" w14:textId="77777777" w:rsidR="004674D5" w:rsidRDefault="004674D5" w:rsidP="004A7CD1">
            <w:r>
              <w:rPr>
                <w:rFonts w:ascii="Roboto Condensed" w:hAnsi="Roboto Condensed"/>
                <w:sz w:val="16"/>
              </w:rPr>
              <w:t>12.0</w:t>
            </w:r>
          </w:p>
        </w:tc>
        <w:tc>
          <w:tcPr>
            <w:tcW w:w="1265" w:type="dxa"/>
          </w:tcPr>
          <w:p w14:paraId="528F1E80" w14:textId="77777777" w:rsidR="004674D5" w:rsidRDefault="004674D5" w:rsidP="004A7CD1">
            <w:r>
              <w:rPr>
                <w:rFonts w:ascii="Roboto Condensed" w:hAnsi="Roboto Condensed"/>
                <w:sz w:val="16"/>
              </w:rPr>
              <w:t>20.0</w:t>
            </w:r>
          </w:p>
        </w:tc>
        <w:tc>
          <w:tcPr>
            <w:tcW w:w="1265" w:type="dxa"/>
          </w:tcPr>
          <w:p w14:paraId="5791E8B8" w14:textId="77777777" w:rsidR="004674D5" w:rsidRDefault="004674D5" w:rsidP="004A7CD1">
            <w:r>
              <w:rPr>
                <w:rFonts w:ascii="Roboto Condensed" w:hAnsi="Roboto Condensed"/>
                <w:sz w:val="16"/>
              </w:rPr>
              <w:t>30</w:t>
            </w:r>
          </w:p>
        </w:tc>
      </w:tr>
      <w:tr w:rsidR="004674D5" w14:paraId="1F32DBD4" w14:textId="77777777" w:rsidTr="004A7CD1">
        <w:tc>
          <w:tcPr>
            <w:tcW w:w="1134" w:type="dxa"/>
          </w:tcPr>
          <w:p w14:paraId="0BA6E463" w14:textId="77777777" w:rsidR="004674D5" w:rsidRDefault="004674D5" w:rsidP="004A7CD1">
            <w:r>
              <w:rPr>
                <w:rFonts w:ascii="Roboto Condensed" w:hAnsi="Roboto Condensed"/>
                <w:sz w:val="16"/>
              </w:rPr>
              <w:t>7SZ - 8SZ</w:t>
            </w:r>
          </w:p>
        </w:tc>
        <w:tc>
          <w:tcPr>
            <w:tcW w:w="1900" w:type="dxa"/>
            <w:vMerge/>
          </w:tcPr>
          <w:p w14:paraId="1C945C18" w14:textId="77777777" w:rsidR="004674D5" w:rsidRDefault="004674D5" w:rsidP="004A7CD1"/>
        </w:tc>
        <w:tc>
          <w:tcPr>
            <w:tcW w:w="1418" w:type="dxa"/>
          </w:tcPr>
          <w:p w14:paraId="029DCC0E" w14:textId="77777777" w:rsidR="004674D5" w:rsidRDefault="004674D5" w:rsidP="004A7CD1">
            <w:r>
              <w:rPr>
                <w:rFonts w:ascii="Roboto Condensed" w:hAnsi="Roboto Condensed"/>
                <w:sz w:val="16"/>
              </w:rPr>
              <w:t>U, ZN, L, W</w:t>
            </w:r>
          </w:p>
        </w:tc>
        <w:tc>
          <w:tcPr>
            <w:tcW w:w="1359" w:type="dxa"/>
          </w:tcPr>
          <w:p w14:paraId="7AA9E590" w14:textId="77777777" w:rsidR="004674D5" w:rsidRDefault="004674D5" w:rsidP="004A7CD1">
            <w:r>
              <w:rPr>
                <w:rFonts w:ascii="Roboto Condensed" w:hAnsi="Roboto Condensed"/>
                <w:sz w:val="16"/>
              </w:rPr>
              <w:t>0.3</w:t>
            </w:r>
          </w:p>
        </w:tc>
        <w:tc>
          <w:tcPr>
            <w:tcW w:w="1171" w:type="dxa"/>
          </w:tcPr>
          <w:p w14:paraId="62D8B328" w14:textId="77777777" w:rsidR="004674D5" w:rsidRDefault="004674D5" w:rsidP="004A7CD1">
            <w:r>
              <w:rPr>
                <w:rFonts w:ascii="Roboto Condensed" w:hAnsi="Roboto Condensed"/>
                <w:sz w:val="16"/>
              </w:rPr>
              <w:t>12.0</w:t>
            </w:r>
          </w:p>
        </w:tc>
        <w:tc>
          <w:tcPr>
            <w:tcW w:w="1265" w:type="dxa"/>
          </w:tcPr>
          <w:p w14:paraId="2E5E0164" w14:textId="77777777" w:rsidR="004674D5" w:rsidRDefault="004674D5" w:rsidP="004A7CD1">
            <w:r>
              <w:rPr>
                <w:rFonts w:ascii="Roboto Condensed" w:hAnsi="Roboto Condensed"/>
                <w:sz w:val="16"/>
              </w:rPr>
              <w:t>20.0</w:t>
            </w:r>
          </w:p>
        </w:tc>
        <w:tc>
          <w:tcPr>
            <w:tcW w:w="1265" w:type="dxa"/>
          </w:tcPr>
          <w:p w14:paraId="67681678" w14:textId="77777777" w:rsidR="004674D5" w:rsidRDefault="004674D5" w:rsidP="004A7CD1">
            <w:r>
              <w:rPr>
                <w:rFonts w:ascii="Roboto Condensed" w:hAnsi="Roboto Condensed"/>
                <w:sz w:val="16"/>
              </w:rPr>
              <w:t>30</w:t>
            </w:r>
          </w:p>
        </w:tc>
      </w:tr>
      <w:tr w:rsidR="004674D5" w14:paraId="414F9B63" w14:textId="77777777" w:rsidTr="004A7CD1">
        <w:tc>
          <w:tcPr>
            <w:tcW w:w="1134" w:type="dxa"/>
          </w:tcPr>
          <w:p w14:paraId="7D280C82" w14:textId="77777777" w:rsidR="004674D5" w:rsidRDefault="004674D5" w:rsidP="004A7CD1">
            <w:r>
              <w:rPr>
                <w:rFonts w:ascii="Roboto Condensed" w:hAnsi="Roboto Condensed"/>
                <w:sz w:val="16"/>
              </w:rPr>
              <w:t>9SZ</w:t>
            </w:r>
          </w:p>
        </w:tc>
        <w:tc>
          <w:tcPr>
            <w:tcW w:w="1900" w:type="dxa"/>
            <w:vMerge/>
          </w:tcPr>
          <w:p w14:paraId="0474D5C9" w14:textId="77777777" w:rsidR="004674D5" w:rsidRDefault="004674D5" w:rsidP="004A7CD1"/>
        </w:tc>
        <w:tc>
          <w:tcPr>
            <w:tcW w:w="1418" w:type="dxa"/>
          </w:tcPr>
          <w:p w14:paraId="113A2B8E" w14:textId="77777777" w:rsidR="004674D5" w:rsidRDefault="004674D5" w:rsidP="004A7CD1">
            <w:r>
              <w:rPr>
                <w:rFonts w:ascii="Roboto Condensed" w:hAnsi="Roboto Condensed"/>
                <w:sz w:val="16"/>
              </w:rPr>
              <w:t>U, ZN, L, W</w:t>
            </w:r>
          </w:p>
        </w:tc>
        <w:tc>
          <w:tcPr>
            <w:tcW w:w="1359" w:type="dxa"/>
          </w:tcPr>
          <w:p w14:paraId="7FA5AE83" w14:textId="77777777" w:rsidR="004674D5" w:rsidRDefault="004674D5" w:rsidP="004A7CD1">
            <w:r>
              <w:rPr>
                <w:rFonts w:ascii="Roboto Condensed" w:hAnsi="Roboto Condensed"/>
                <w:sz w:val="16"/>
              </w:rPr>
              <w:t>0.5</w:t>
            </w:r>
          </w:p>
        </w:tc>
        <w:tc>
          <w:tcPr>
            <w:tcW w:w="1171" w:type="dxa"/>
          </w:tcPr>
          <w:p w14:paraId="1224E62E" w14:textId="77777777" w:rsidR="004674D5" w:rsidRDefault="004674D5" w:rsidP="004A7CD1">
            <w:r>
              <w:rPr>
                <w:rFonts w:ascii="Roboto Condensed" w:hAnsi="Roboto Condensed"/>
                <w:sz w:val="16"/>
              </w:rPr>
              <w:t>12.0</w:t>
            </w:r>
          </w:p>
        </w:tc>
        <w:tc>
          <w:tcPr>
            <w:tcW w:w="1265" w:type="dxa"/>
          </w:tcPr>
          <w:p w14:paraId="2C9F3FAA" w14:textId="77777777" w:rsidR="004674D5" w:rsidRDefault="004674D5" w:rsidP="004A7CD1">
            <w:r>
              <w:rPr>
                <w:rFonts w:ascii="Roboto Condensed" w:hAnsi="Roboto Condensed"/>
                <w:sz w:val="16"/>
              </w:rPr>
              <w:t>30.0</w:t>
            </w:r>
          </w:p>
        </w:tc>
        <w:tc>
          <w:tcPr>
            <w:tcW w:w="1265" w:type="dxa"/>
          </w:tcPr>
          <w:p w14:paraId="745A2523" w14:textId="77777777" w:rsidR="004674D5" w:rsidRDefault="004674D5" w:rsidP="004A7CD1">
            <w:r>
              <w:rPr>
                <w:rFonts w:ascii="Roboto Condensed" w:hAnsi="Roboto Condensed"/>
                <w:sz w:val="16"/>
              </w:rPr>
              <w:t>30</w:t>
            </w:r>
          </w:p>
        </w:tc>
      </w:tr>
      <w:tr w:rsidR="004674D5" w14:paraId="12EB678A" w14:textId="77777777" w:rsidTr="004A7CD1">
        <w:tc>
          <w:tcPr>
            <w:tcW w:w="1134" w:type="dxa"/>
          </w:tcPr>
          <w:p w14:paraId="2608FF8E" w14:textId="77777777" w:rsidR="004674D5" w:rsidRDefault="004674D5" w:rsidP="004A7CD1">
            <w:r>
              <w:rPr>
                <w:rFonts w:ascii="Roboto Condensed" w:hAnsi="Roboto Condensed"/>
                <w:sz w:val="16"/>
              </w:rPr>
              <w:t>10SZ - 12SZ</w:t>
            </w:r>
          </w:p>
        </w:tc>
        <w:tc>
          <w:tcPr>
            <w:tcW w:w="1900" w:type="dxa"/>
            <w:vMerge/>
          </w:tcPr>
          <w:p w14:paraId="4240B537" w14:textId="77777777" w:rsidR="004674D5" w:rsidRDefault="004674D5" w:rsidP="004A7CD1"/>
        </w:tc>
        <w:tc>
          <w:tcPr>
            <w:tcW w:w="1418" w:type="dxa"/>
          </w:tcPr>
          <w:p w14:paraId="4774D586" w14:textId="77777777" w:rsidR="004674D5" w:rsidRDefault="004674D5" w:rsidP="004A7CD1">
            <w:r>
              <w:rPr>
                <w:rFonts w:ascii="Roboto Condensed" w:hAnsi="Roboto Condensed"/>
                <w:sz w:val="16"/>
              </w:rPr>
              <w:t>RZW, U, ZN, L, W</w:t>
            </w:r>
          </w:p>
        </w:tc>
        <w:tc>
          <w:tcPr>
            <w:tcW w:w="1359" w:type="dxa"/>
          </w:tcPr>
          <w:p w14:paraId="683047A6" w14:textId="77777777" w:rsidR="004674D5" w:rsidRDefault="004674D5" w:rsidP="004A7CD1">
            <w:r>
              <w:rPr>
                <w:rFonts w:ascii="Roboto Condensed" w:hAnsi="Roboto Condensed"/>
                <w:sz w:val="16"/>
              </w:rPr>
              <w:t>0.3</w:t>
            </w:r>
          </w:p>
        </w:tc>
        <w:tc>
          <w:tcPr>
            <w:tcW w:w="1171" w:type="dxa"/>
          </w:tcPr>
          <w:p w14:paraId="1F39A092" w14:textId="77777777" w:rsidR="004674D5" w:rsidRDefault="004674D5" w:rsidP="004A7CD1">
            <w:r>
              <w:rPr>
                <w:rFonts w:ascii="Roboto Condensed" w:hAnsi="Roboto Condensed"/>
                <w:sz w:val="16"/>
              </w:rPr>
              <w:t>12.0</w:t>
            </w:r>
          </w:p>
        </w:tc>
        <w:tc>
          <w:tcPr>
            <w:tcW w:w="1265" w:type="dxa"/>
          </w:tcPr>
          <w:p w14:paraId="00D1BEC9" w14:textId="77777777" w:rsidR="004674D5" w:rsidRDefault="004674D5" w:rsidP="004A7CD1">
            <w:r>
              <w:rPr>
                <w:rFonts w:ascii="Roboto Condensed" w:hAnsi="Roboto Condensed"/>
                <w:sz w:val="16"/>
              </w:rPr>
              <w:t>20.0</w:t>
            </w:r>
          </w:p>
        </w:tc>
        <w:tc>
          <w:tcPr>
            <w:tcW w:w="1265" w:type="dxa"/>
          </w:tcPr>
          <w:p w14:paraId="0990CBE9" w14:textId="77777777" w:rsidR="004674D5" w:rsidRDefault="004674D5" w:rsidP="004A7CD1">
            <w:r>
              <w:rPr>
                <w:rFonts w:ascii="Roboto Condensed" w:hAnsi="Roboto Condensed"/>
                <w:sz w:val="16"/>
              </w:rPr>
              <w:t>30</w:t>
            </w:r>
          </w:p>
        </w:tc>
      </w:tr>
      <w:tr w:rsidR="004674D5" w14:paraId="32946B57" w14:textId="77777777" w:rsidTr="004A7CD1">
        <w:tc>
          <w:tcPr>
            <w:tcW w:w="1134" w:type="dxa"/>
          </w:tcPr>
          <w:p w14:paraId="6BEFD975" w14:textId="77777777" w:rsidR="004674D5" w:rsidRDefault="004674D5" w:rsidP="004A7CD1">
            <w:r>
              <w:rPr>
                <w:rFonts w:ascii="Roboto Condensed" w:hAnsi="Roboto Condensed"/>
                <w:sz w:val="16"/>
              </w:rPr>
              <w:t>13SZ</w:t>
            </w:r>
          </w:p>
        </w:tc>
        <w:tc>
          <w:tcPr>
            <w:tcW w:w="1900" w:type="dxa"/>
            <w:vMerge/>
          </w:tcPr>
          <w:p w14:paraId="6B764829" w14:textId="77777777" w:rsidR="004674D5" w:rsidRDefault="004674D5" w:rsidP="004A7CD1"/>
        </w:tc>
        <w:tc>
          <w:tcPr>
            <w:tcW w:w="1418" w:type="dxa"/>
          </w:tcPr>
          <w:p w14:paraId="33BB4FA5" w14:textId="77777777" w:rsidR="004674D5" w:rsidRDefault="004674D5" w:rsidP="004A7CD1">
            <w:r>
              <w:rPr>
                <w:rFonts w:ascii="Roboto Condensed" w:hAnsi="Roboto Condensed"/>
                <w:sz w:val="16"/>
              </w:rPr>
              <w:t>U, ZN, L, W</w:t>
            </w:r>
          </w:p>
        </w:tc>
        <w:tc>
          <w:tcPr>
            <w:tcW w:w="1359" w:type="dxa"/>
          </w:tcPr>
          <w:p w14:paraId="33EB456F" w14:textId="77777777" w:rsidR="004674D5" w:rsidRDefault="004674D5" w:rsidP="004A7CD1">
            <w:r>
              <w:rPr>
                <w:rFonts w:ascii="Roboto Condensed" w:hAnsi="Roboto Condensed"/>
                <w:sz w:val="16"/>
              </w:rPr>
              <w:t>0.3</w:t>
            </w:r>
          </w:p>
        </w:tc>
        <w:tc>
          <w:tcPr>
            <w:tcW w:w="1171" w:type="dxa"/>
          </w:tcPr>
          <w:p w14:paraId="63D37AA7" w14:textId="77777777" w:rsidR="004674D5" w:rsidRDefault="004674D5" w:rsidP="004A7CD1">
            <w:r>
              <w:rPr>
                <w:rFonts w:ascii="Roboto Condensed" w:hAnsi="Roboto Condensed"/>
                <w:sz w:val="16"/>
              </w:rPr>
              <w:t>12.0</w:t>
            </w:r>
          </w:p>
        </w:tc>
        <w:tc>
          <w:tcPr>
            <w:tcW w:w="1265" w:type="dxa"/>
          </w:tcPr>
          <w:p w14:paraId="431555E0" w14:textId="77777777" w:rsidR="004674D5" w:rsidRDefault="004674D5" w:rsidP="004A7CD1">
            <w:r>
              <w:rPr>
                <w:rFonts w:ascii="Roboto Condensed" w:hAnsi="Roboto Condensed"/>
                <w:sz w:val="16"/>
              </w:rPr>
              <w:t>20.0</w:t>
            </w:r>
          </w:p>
        </w:tc>
        <w:tc>
          <w:tcPr>
            <w:tcW w:w="1265" w:type="dxa"/>
          </w:tcPr>
          <w:p w14:paraId="248C39DC" w14:textId="77777777" w:rsidR="004674D5" w:rsidRDefault="004674D5" w:rsidP="004A7CD1">
            <w:r>
              <w:rPr>
                <w:rFonts w:ascii="Roboto Condensed" w:hAnsi="Roboto Condensed"/>
                <w:sz w:val="16"/>
              </w:rPr>
              <w:t>30</w:t>
            </w:r>
          </w:p>
        </w:tc>
      </w:tr>
      <w:tr w:rsidR="004674D5" w14:paraId="2404C96A" w14:textId="77777777" w:rsidTr="004A7CD1">
        <w:tc>
          <w:tcPr>
            <w:tcW w:w="1134" w:type="dxa"/>
          </w:tcPr>
          <w:p w14:paraId="02E6A7D9" w14:textId="77777777" w:rsidR="004674D5" w:rsidRDefault="004674D5" w:rsidP="004A7CD1">
            <w:r>
              <w:rPr>
                <w:rFonts w:ascii="Roboto Condensed" w:hAnsi="Roboto Condensed"/>
                <w:sz w:val="16"/>
              </w:rPr>
              <w:t>14SZ</w:t>
            </w:r>
          </w:p>
        </w:tc>
        <w:tc>
          <w:tcPr>
            <w:tcW w:w="1900" w:type="dxa"/>
            <w:vMerge/>
          </w:tcPr>
          <w:p w14:paraId="65C1EEFF" w14:textId="77777777" w:rsidR="004674D5" w:rsidRDefault="004674D5" w:rsidP="004A7CD1"/>
        </w:tc>
        <w:tc>
          <w:tcPr>
            <w:tcW w:w="1418" w:type="dxa"/>
          </w:tcPr>
          <w:p w14:paraId="5BFA8B32" w14:textId="77777777" w:rsidR="004674D5" w:rsidRDefault="004674D5" w:rsidP="004A7CD1">
            <w:r>
              <w:rPr>
                <w:rFonts w:ascii="Roboto Condensed" w:hAnsi="Roboto Condensed"/>
                <w:sz w:val="16"/>
              </w:rPr>
              <w:t>RZW, U, ZN, L, W</w:t>
            </w:r>
          </w:p>
        </w:tc>
        <w:tc>
          <w:tcPr>
            <w:tcW w:w="1359" w:type="dxa"/>
          </w:tcPr>
          <w:p w14:paraId="35BAF6D9" w14:textId="77777777" w:rsidR="004674D5" w:rsidRDefault="004674D5" w:rsidP="004A7CD1">
            <w:r>
              <w:rPr>
                <w:rFonts w:ascii="Roboto Condensed" w:hAnsi="Roboto Condensed"/>
                <w:sz w:val="16"/>
              </w:rPr>
              <w:t>0.3</w:t>
            </w:r>
          </w:p>
        </w:tc>
        <w:tc>
          <w:tcPr>
            <w:tcW w:w="1171" w:type="dxa"/>
          </w:tcPr>
          <w:p w14:paraId="609CBC12" w14:textId="77777777" w:rsidR="004674D5" w:rsidRDefault="004674D5" w:rsidP="004A7CD1">
            <w:r>
              <w:rPr>
                <w:rFonts w:ascii="Roboto Condensed" w:hAnsi="Roboto Condensed"/>
                <w:sz w:val="16"/>
              </w:rPr>
              <w:t>12.0</w:t>
            </w:r>
          </w:p>
        </w:tc>
        <w:tc>
          <w:tcPr>
            <w:tcW w:w="1265" w:type="dxa"/>
          </w:tcPr>
          <w:p w14:paraId="77E7E530" w14:textId="77777777" w:rsidR="004674D5" w:rsidRDefault="004674D5" w:rsidP="004A7CD1">
            <w:r>
              <w:rPr>
                <w:rFonts w:ascii="Roboto Condensed" w:hAnsi="Roboto Condensed"/>
                <w:sz w:val="16"/>
              </w:rPr>
              <w:t>20.0</w:t>
            </w:r>
          </w:p>
        </w:tc>
        <w:tc>
          <w:tcPr>
            <w:tcW w:w="1265" w:type="dxa"/>
          </w:tcPr>
          <w:p w14:paraId="16505CCC" w14:textId="77777777" w:rsidR="004674D5" w:rsidRDefault="004674D5" w:rsidP="004A7CD1">
            <w:r>
              <w:rPr>
                <w:rFonts w:ascii="Roboto Condensed" w:hAnsi="Roboto Condensed"/>
                <w:sz w:val="16"/>
              </w:rPr>
              <w:t>30</w:t>
            </w:r>
          </w:p>
        </w:tc>
      </w:tr>
      <w:tr w:rsidR="004674D5" w14:paraId="42A22635" w14:textId="77777777" w:rsidTr="004A7CD1">
        <w:tc>
          <w:tcPr>
            <w:tcW w:w="1134" w:type="dxa"/>
          </w:tcPr>
          <w:p w14:paraId="66AFB009" w14:textId="77777777" w:rsidR="004674D5" w:rsidRDefault="004674D5" w:rsidP="004A7CD1">
            <w:r>
              <w:rPr>
                <w:rFonts w:ascii="Roboto Condensed" w:hAnsi="Roboto Condensed"/>
                <w:sz w:val="16"/>
              </w:rPr>
              <w:t>15SZ</w:t>
            </w:r>
          </w:p>
        </w:tc>
        <w:tc>
          <w:tcPr>
            <w:tcW w:w="1900" w:type="dxa"/>
            <w:vMerge/>
          </w:tcPr>
          <w:p w14:paraId="7D0142E0" w14:textId="77777777" w:rsidR="004674D5" w:rsidRDefault="004674D5" w:rsidP="004A7CD1"/>
        </w:tc>
        <w:tc>
          <w:tcPr>
            <w:tcW w:w="1418" w:type="dxa"/>
          </w:tcPr>
          <w:p w14:paraId="346F8403" w14:textId="77777777" w:rsidR="004674D5" w:rsidRDefault="004674D5" w:rsidP="004A7CD1">
            <w:r>
              <w:rPr>
                <w:rFonts w:ascii="Roboto Condensed" w:hAnsi="Roboto Condensed"/>
                <w:sz w:val="16"/>
              </w:rPr>
              <w:t>U, ZN, L, W</w:t>
            </w:r>
          </w:p>
        </w:tc>
        <w:tc>
          <w:tcPr>
            <w:tcW w:w="1359" w:type="dxa"/>
          </w:tcPr>
          <w:p w14:paraId="35282BA6" w14:textId="77777777" w:rsidR="004674D5" w:rsidRDefault="004674D5" w:rsidP="004A7CD1">
            <w:r>
              <w:rPr>
                <w:rFonts w:ascii="Roboto Condensed" w:hAnsi="Roboto Condensed"/>
                <w:sz w:val="16"/>
              </w:rPr>
              <w:t>0.3</w:t>
            </w:r>
          </w:p>
        </w:tc>
        <w:tc>
          <w:tcPr>
            <w:tcW w:w="1171" w:type="dxa"/>
          </w:tcPr>
          <w:p w14:paraId="611F60DC" w14:textId="77777777" w:rsidR="004674D5" w:rsidRDefault="004674D5" w:rsidP="004A7CD1">
            <w:r>
              <w:rPr>
                <w:rFonts w:ascii="Roboto Condensed" w:hAnsi="Roboto Condensed"/>
                <w:sz w:val="16"/>
              </w:rPr>
              <w:t>12.0</w:t>
            </w:r>
          </w:p>
        </w:tc>
        <w:tc>
          <w:tcPr>
            <w:tcW w:w="1265" w:type="dxa"/>
          </w:tcPr>
          <w:p w14:paraId="0BD3C4CC" w14:textId="77777777" w:rsidR="004674D5" w:rsidRDefault="004674D5" w:rsidP="004A7CD1">
            <w:r>
              <w:rPr>
                <w:rFonts w:ascii="Roboto Condensed" w:hAnsi="Roboto Condensed"/>
                <w:sz w:val="16"/>
              </w:rPr>
              <w:t>20.0</w:t>
            </w:r>
          </w:p>
        </w:tc>
        <w:tc>
          <w:tcPr>
            <w:tcW w:w="1265" w:type="dxa"/>
          </w:tcPr>
          <w:p w14:paraId="563176A9" w14:textId="77777777" w:rsidR="004674D5" w:rsidRDefault="004674D5" w:rsidP="004A7CD1">
            <w:r>
              <w:rPr>
                <w:rFonts w:ascii="Roboto Condensed" w:hAnsi="Roboto Condensed"/>
                <w:sz w:val="16"/>
              </w:rPr>
              <w:t>30</w:t>
            </w:r>
          </w:p>
        </w:tc>
      </w:tr>
      <w:tr w:rsidR="004674D5" w14:paraId="0139EC95" w14:textId="77777777" w:rsidTr="004A7CD1">
        <w:tc>
          <w:tcPr>
            <w:tcW w:w="1134" w:type="dxa"/>
          </w:tcPr>
          <w:p w14:paraId="61A09FE9" w14:textId="77777777" w:rsidR="004674D5" w:rsidRDefault="004674D5" w:rsidP="004A7CD1">
            <w:r>
              <w:rPr>
                <w:rFonts w:ascii="Roboto Condensed" w:hAnsi="Roboto Condensed"/>
                <w:sz w:val="16"/>
              </w:rPr>
              <w:t>16SZ - 17SZ</w:t>
            </w:r>
          </w:p>
        </w:tc>
        <w:tc>
          <w:tcPr>
            <w:tcW w:w="1900" w:type="dxa"/>
            <w:vMerge/>
          </w:tcPr>
          <w:p w14:paraId="6A23939F" w14:textId="77777777" w:rsidR="004674D5" w:rsidRDefault="004674D5" w:rsidP="004A7CD1"/>
        </w:tc>
        <w:tc>
          <w:tcPr>
            <w:tcW w:w="1418" w:type="dxa"/>
          </w:tcPr>
          <w:p w14:paraId="71E31CC4" w14:textId="77777777" w:rsidR="004674D5" w:rsidRDefault="004674D5" w:rsidP="004A7CD1">
            <w:r>
              <w:rPr>
                <w:rFonts w:ascii="Roboto Condensed" w:hAnsi="Roboto Condensed"/>
                <w:sz w:val="16"/>
              </w:rPr>
              <w:t>RZW, U, ZN, L, W</w:t>
            </w:r>
          </w:p>
        </w:tc>
        <w:tc>
          <w:tcPr>
            <w:tcW w:w="1359" w:type="dxa"/>
          </w:tcPr>
          <w:p w14:paraId="30D37B86" w14:textId="77777777" w:rsidR="004674D5" w:rsidRDefault="004674D5" w:rsidP="004A7CD1">
            <w:r>
              <w:rPr>
                <w:rFonts w:ascii="Roboto Condensed" w:hAnsi="Roboto Condensed"/>
                <w:sz w:val="16"/>
              </w:rPr>
              <w:t>0.3</w:t>
            </w:r>
          </w:p>
        </w:tc>
        <w:tc>
          <w:tcPr>
            <w:tcW w:w="1171" w:type="dxa"/>
          </w:tcPr>
          <w:p w14:paraId="3C3681F2" w14:textId="77777777" w:rsidR="004674D5" w:rsidRDefault="004674D5" w:rsidP="004A7CD1">
            <w:r>
              <w:rPr>
                <w:rFonts w:ascii="Roboto Condensed" w:hAnsi="Roboto Condensed"/>
                <w:sz w:val="16"/>
              </w:rPr>
              <w:t>12.0</w:t>
            </w:r>
          </w:p>
        </w:tc>
        <w:tc>
          <w:tcPr>
            <w:tcW w:w="1265" w:type="dxa"/>
          </w:tcPr>
          <w:p w14:paraId="1223F895" w14:textId="77777777" w:rsidR="004674D5" w:rsidRDefault="004674D5" w:rsidP="004A7CD1">
            <w:r>
              <w:rPr>
                <w:rFonts w:ascii="Roboto Condensed" w:hAnsi="Roboto Condensed"/>
                <w:sz w:val="16"/>
              </w:rPr>
              <w:t>20.0</w:t>
            </w:r>
          </w:p>
        </w:tc>
        <w:tc>
          <w:tcPr>
            <w:tcW w:w="1265" w:type="dxa"/>
          </w:tcPr>
          <w:p w14:paraId="0904338A" w14:textId="77777777" w:rsidR="004674D5" w:rsidRDefault="004674D5" w:rsidP="004A7CD1">
            <w:r>
              <w:rPr>
                <w:rFonts w:ascii="Roboto Condensed" w:hAnsi="Roboto Condensed"/>
                <w:sz w:val="16"/>
              </w:rPr>
              <w:t>30</w:t>
            </w:r>
          </w:p>
        </w:tc>
      </w:tr>
      <w:tr w:rsidR="004674D5" w14:paraId="5073A303" w14:textId="77777777" w:rsidTr="004A7CD1">
        <w:tc>
          <w:tcPr>
            <w:tcW w:w="1134" w:type="dxa"/>
          </w:tcPr>
          <w:p w14:paraId="2635D37E" w14:textId="77777777" w:rsidR="004674D5" w:rsidRDefault="004674D5" w:rsidP="004A7CD1">
            <w:r>
              <w:rPr>
                <w:rFonts w:ascii="Roboto Condensed" w:hAnsi="Roboto Condensed"/>
                <w:sz w:val="16"/>
              </w:rPr>
              <w:t>18SZ - 21SZ</w:t>
            </w:r>
          </w:p>
        </w:tc>
        <w:tc>
          <w:tcPr>
            <w:tcW w:w="1900" w:type="dxa"/>
            <w:vMerge/>
          </w:tcPr>
          <w:p w14:paraId="79FF4790" w14:textId="77777777" w:rsidR="004674D5" w:rsidRDefault="004674D5" w:rsidP="004A7CD1"/>
        </w:tc>
        <w:tc>
          <w:tcPr>
            <w:tcW w:w="1418" w:type="dxa"/>
          </w:tcPr>
          <w:p w14:paraId="51694CE5" w14:textId="77777777" w:rsidR="004674D5" w:rsidRDefault="004674D5" w:rsidP="004A7CD1">
            <w:r>
              <w:rPr>
                <w:rFonts w:ascii="Roboto Condensed" w:hAnsi="Roboto Condensed"/>
                <w:sz w:val="16"/>
              </w:rPr>
              <w:t>U, ZN, L, W</w:t>
            </w:r>
          </w:p>
        </w:tc>
        <w:tc>
          <w:tcPr>
            <w:tcW w:w="1359" w:type="dxa"/>
          </w:tcPr>
          <w:p w14:paraId="4FB7CCE0" w14:textId="77777777" w:rsidR="004674D5" w:rsidRDefault="004674D5" w:rsidP="004A7CD1">
            <w:r>
              <w:rPr>
                <w:rFonts w:ascii="Roboto Condensed" w:hAnsi="Roboto Condensed"/>
                <w:sz w:val="16"/>
              </w:rPr>
              <w:t>0.3</w:t>
            </w:r>
          </w:p>
        </w:tc>
        <w:tc>
          <w:tcPr>
            <w:tcW w:w="1171" w:type="dxa"/>
          </w:tcPr>
          <w:p w14:paraId="593B857D" w14:textId="77777777" w:rsidR="004674D5" w:rsidRDefault="004674D5" w:rsidP="004A7CD1">
            <w:r>
              <w:rPr>
                <w:rFonts w:ascii="Roboto Condensed" w:hAnsi="Roboto Condensed"/>
                <w:sz w:val="16"/>
              </w:rPr>
              <w:t>12.0</w:t>
            </w:r>
          </w:p>
        </w:tc>
        <w:tc>
          <w:tcPr>
            <w:tcW w:w="1265" w:type="dxa"/>
          </w:tcPr>
          <w:p w14:paraId="5B7CFDA0" w14:textId="77777777" w:rsidR="004674D5" w:rsidRDefault="004674D5" w:rsidP="004A7CD1">
            <w:r>
              <w:rPr>
                <w:rFonts w:ascii="Roboto Condensed" w:hAnsi="Roboto Condensed"/>
                <w:sz w:val="16"/>
              </w:rPr>
              <w:t>20.0</w:t>
            </w:r>
          </w:p>
        </w:tc>
        <w:tc>
          <w:tcPr>
            <w:tcW w:w="1265" w:type="dxa"/>
          </w:tcPr>
          <w:p w14:paraId="651ACE92" w14:textId="77777777" w:rsidR="004674D5" w:rsidRDefault="004674D5" w:rsidP="004A7CD1">
            <w:r>
              <w:rPr>
                <w:rFonts w:ascii="Roboto Condensed" w:hAnsi="Roboto Condensed"/>
                <w:sz w:val="16"/>
              </w:rPr>
              <w:t>30</w:t>
            </w:r>
          </w:p>
        </w:tc>
      </w:tr>
      <w:tr w:rsidR="004674D5" w14:paraId="766737E8" w14:textId="77777777" w:rsidTr="004A7CD1">
        <w:tc>
          <w:tcPr>
            <w:tcW w:w="1134" w:type="dxa"/>
          </w:tcPr>
          <w:p w14:paraId="7F417A1C" w14:textId="77777777" w:rsidR="004674D5" w:rsidRDefault="004674D5" w:rsidP="004A7CD1">
            <w:r>
              <w:rPr>
                <w:rFonts w:ascii="Roboto Condensed" w:hAnsi="Roboto Condensed"/>
                <w:sz w:val="16"/>
              </w:rPr>
              <w:t>22SZ - 24SZ</w:t>
            </w:r>
          </w:p>
        </w:tc>
        <w:tc>
          <w:tcPr>
            <w:tcW w:w="1900" w:type="dxa"/>
            <w:vMerge/>
          </w:tcPr>
          <w:p w14:paraId="0DF68414" w14:textId="77777777" w:rsidR="004674D5" w:rsidRDefault="004674D5" w:rsidP="004A7CD1"/>
        </w:tc>
        <w:tc>
          <w:tcPr>
            <w:tcW w:w="1418" w:type="dxa"/>
          </w:tcPr>
          <w:p w14:paraId="4535A924" w14:textId="77777777" w:rsidR="004674D5" w:rsidRDefault="004674D5" w:rsidP="004A7CD1">
            <w:r>
              <w:rPr>
                <w:rFonts w:ascii="Roboto Condensed" w:hAnsi="Roboto Condensed"/>
                <w:sz w:val="16"/>
              </w:rPr>
              <w:t>RZW, U, ZN, L, W</w:t>
            </w:r>
          </w:p>
        </w:tc>
        <w:tc>
          <w:tcPr>
            <w:tcW w:w="1359" w:type="dxa"/>
          </w:tcPr>
          <w:p w14:paraId="36A6948F" w14:textId="77777777" w:rsidR="004674D5" w:rsidRDefault="004674D5" w:rsidP="004A7CD1">
            <w:r>
              <w:rPr>
                <w:rFonts w:ascii="Roboto Condensed" w:hAnsi="Roboto Condensed"/>
                <w:sz w:val="16"/>
              </w:rPr>
              <w:t>0.3</w:t>
            </w:r>
          </w:p>
        </w:tc>
        <w:tc>
          <w:tcPr>
            <w:tcW w:w="1171" w:type="dxa"/>
          </w:tcPr>
          <w:p w14:paraId="2F9DFA8E" w14:textId="77777777" w:rsidR="004674D5" w:rsidRDefault="004674D5" w:rsidP="004A7CD1">
            <w:r>
              <w:rPr>
                <w:rFonts w:ascii="Roboto Condensed" w:hAnsi="Roboto Condensed"/>
                <w:sz w:val="16"/>
              </w:rPr>
              <w:t>12.0</w:t>
            </w:r>
          </w:p>
        </w:tc>
        <w:tc>
          <w:tcPr>
            <w:tcW w:w="1265" w:type="dxa"/>
          </w:tcPr>
          <w:p w14:paraId="5AA1F3CC" w14:textId="77777777" w:rsidR="004674D5" w:rsidRDefault="004674D5" w:rsidP="004A7CD1">
            <w:r>
              <w:rPr>
                <w:rFonts w:ascii="Roboto Condensed" w:hAnsi="Roboto Condensed"/>
                <w:sz w:val="16"/>
              </w:rPr>
              <w:t>20.0</w:t>
            </w:r>
          </w:p>
        </w:tc>
        <w:tc>
          <w:tcPr>
            <w:tcW w:w="1265" w:type="dxa"/>
          </w:tcPr>
          <w:p w14:paraId="1212CDA0" w14:textId="77777777" w:rsidR="004674D5" w:rsidRDefault="004674D5" w:rsidP="004A7CD1">
            <w:r>
              <w:rPr>
                <w:rFonts w:ascii="Roboto Condensed" w:hAnsi="Roboto Condensed"/>
                <w:sz w:val="16"/>
              </w:rPr>
              <w:t>30</w:t>
            </w:r>
          </w:p>
        </w:tc>
      </w:tr>
      <w:tr w:rsidR="004674D5" w14:paraId="3E5459B6" w14:textId="77777777" w:rsidTr="004A7CD1">
        <w:tc>
          <w:tcPr>
            <w:tcW w:w="1134" w:type="dxa"/>
          </w:tcPr>
          <w:p w14:paraId="70D8B5BD" w14:textId="77777777" w:rsidR="004674D5" w:rsidRDefault="004674D5" w:rsidP="004A7CD1">
            <w:r>
              <w:rPr>
                <w:rFonts w:ascii="Roboto Condensed" w:hAnsi="Roboto Condensed"/>
                <w:sz w:val="16"/>
              </w:rPr>
              <w:t>25SZ</w:t>
            </w:r>
          </w:p>
        </w:tc>
        <w:tc>
          <w:tcPr>
            <w:tcW w:w="1900" w:type="dxa"/>
            <w:vMerge/>
          </w:tcPr>
          <w:p w14:paraId="44C11A9B" w14:textId="77777777" w:rsidR="004674D5" w:rsidRDefault="004674D5" w:rsidP="004A7CD1"/>
        </w:tc>
        <w:tc>
          <w:tcPr>
            <w:tcW w:w="1418" w:type="dxa"/>
          </w:tcPr>
          <w:p w14:paraId="3F268B65" w14:textId="77777777" w:rsidR="004674D5" w:rsidRDefault="004674D5" w:rsidP="004A7CD1">
            <w:r>
              <w:rPr>
                <w:rFonts w:ascii="Roboto Condensed" w:hAnsi="Roboto Condensed"/>
                <w:sz w:val="16"/>
              </w:rPr>
              <w:t>U, ZN, L, W</w:t>
            </w:r>
          </w:p>
        </w:tc>
        <w:tc>
          <w:tcPr>
            <w:tcW w:w="1359" w:type="dxa"/>
          </w:tcPr>
          <w:p w14:paraId="44BE686C" w14:textId="77777777" w:rsidR="004674D5" w:rsidRDefault="004674D5" w:rsidP="004A7CD1">
            <w:r>
              <w:rPr>
                <w:rFonts w:ascii="Roboto Condensed" w:hAnsi="Roboto Condensed"/>
                <w:sz w:val="16"/>
              </w:rPr>
              <w:t>0.3</w:t>
            </w:r>
          </w:p>
        </w:tc>
        <w:tc>
          <w:tcPr>
            <w:tcW w:w="1171" w:type="dxa"/>
          </w:tcPr>
          <w:p w14:paraId="57B8E30E" w14:textId="77777777" w:rsidR="004674D5" w:rsidRDefault="004674D5" w:rsidP="004A7CD1">
            <w:r>
              <w:rPr>
                <w:rFonts w:ascii="Roboto Condensed" w:hAnsi="Roboto Condensed"/>
                <w:sz w:val="16"/>
              </w:rPr>
              <w:t>12.0</w:t>
            </w:r>
          </w:p>
        </w:tc>
        <w:tc>
          <w:tcPr>
            <w:tcW w:w="1265" w:type="dxa"/>
          </w:tcPr>
          <w:p w14:paraId="6AEB7889" w14:textId="77777777" w:rsidR="004674D5" w:rsidRDefault="004674D5" w:rsidP="004A7CD1">
            <w:r>
              <w:rPr>
                <w:rFonts w:ascii="Roboto Condensed" w:hAnsi="Roboto Condensed"/>
                <w:sz w:val="16"/>
              </w:rPr>
              <w:t>20.0</w:t>
            </w:r>
          </w:p>
        </w:tc>
        <w:tc>
          <w:tcPr>
            <w:tcW w:w="1265" w:type="dxa"/>
          </w:tcPr>
          <w:p w14:paraId="667C018D" w14:textId="77777777" w:rsidR="004674D5" w:rsidRDefault="004674D5" w:rsidP="004A7CD1">
            <w:r>
              <w:rPr>
                <w:rFonts w:ascii="Roboto Condensed" w:hAnsi="Roboto Condensed"/>
                <w:sz w:val="16"/>
              </w:rPr>
              <w:t>30</w:t>
            </w:r>
          </w:p>
        </w:tc>
      </w:tr>
      <w:tr w:rsidR="004674D5" w14:paraId="70EF6609" w14:textId="77777777" w:rsidTr="004A7CD1">
        <w:tc>
          <w:tcPr>
            <w:tcW w:w="1134" w:type="dxa"/>
          </w:tcPr>
          <w:p w14:paraId="45026CA4" w14:textId="77777777" w:rsidR="004674D5" w:rsidRDefault="004674D5" w:rsidP="004A7CD1">
            <w:r>
              <w:rPr>
                <w:rFonts w:ascii="Roboto Condensed" w:hAnsi="Roboto Condensed"/>
                <w:sz w:val="16"/>
              </w:rPr>
              <w:t>26SZ</w:t>
            </w:r>
          </w:p>
        </w:tc>
        <w:tc>
          <w:tcPr>
            <w:tcW w:w="1900" w:type="dxa"/>
            <w:vMerge/>
          </w:tcPr>
          <w:p w14:paraId="090E9B09" w14:textId="77777777" w:rsidR="004674D5" w:rsidRDefault="004674D5" w:rsidP="004A7CD1"/>
        </w:tc>
        <w:tc>
          <w:tcPr>
            <w:tcW w:w="1418" w:type="dxa"/>
          </w:tcPr>
          <w:p w14:paraId="105E5860" w14:textId="77777777" w:rsidR="004674D5" w:rsidRDefault="004674D5" w:rsidP="004A7CD1">
            <w:r>
              <w:rPr>
                <w:rFonts w:ascii="Roboto Condensed" w:hAnsi="Roboto Condensed"/>
                <w:sz w:val="16"/>
              </w:rPr>
              <w:t>RZW, U, ZN, L, W</w:t>
            </w:r>
          </w:p>
        </w:tc>
        <w:tc>
          <w:tcPr>
            <w:tcW w:w="1359" w:type="dxa"/>
          </w:tcPr>
          <w:p w14:paraId="0E7125E2" w14:textId="77777777" w:rsidR="004674D5" w:rsidRDefault="004674D5" w:rsidP="004A7CD1">
            <w:r>
              <w:rPr>
                <w:rFonts w:ascii="Roboto Condensed" w:hAnsi="Roboto Condensed"/>
                <w:sz w:val="16"/>
              </w:rPr>
              <w:t>0.5</w:t>
            </w:r>
          </w:p>
        </w:tc>
        <w:tc>
          <w:tcPr>
            <w:tcW w:w="1171" w:type="dxa"/>
          </w:tcPr>
          <w:p w14:paraId="25C6FBC3" w14:textId="77777777" w:rsidR="004674D5" w:rsidRDefault="004674D5" w:rsidP="004A7CD1">
            <w:r>
              <w:rPr>
                <w:rFonts w:ascii="Roboto Condensed" w:hAnsi="Roboto Condensed"/>
                <w:sz w:val="16"/>
              </w:rPr>
              <w:t>12.0</w:t>
            </w:r>
          </w:p>
        </w:tc>
        <w:tc>
          <w:tcPr>
            <w:tcW w:w="1265" w:type="dxa"/>
          </w:tcPr>
          <w:p w14:paraId="5DB52534" w14:textId="77777777" w:rsidR="004674D5" w:rsidRDefault="004674D5" w:rsidP="004A7CD1">
            <w:r>
              <w:rPr>
                <w:rFonts w:ascii="Roboto Condensed" w:hAnsi="Roboto Condensed"/>
                <w:sz w:val="16"/>
              </w:rPr>
              <w:t>30.0</w:t>
            </w:r>
          </w:p>
        </w:tc>
        <w:tc>
          <w:tcPr>
            <w:tcW w:w="1265" w:type="dxa"/>
          </w:tcPr>
          <w:p w14:paraId="09613308" w14:textId="77777777" w:rsidR="004674D5" w:rsidRDefault="004674D5" w:rsidP="004A7CD1">
            <w:r>
              <w:rPr>
                <w:rFonts w:ascii="Roboto Condensed" w:hAnsi="Roboto Condensed"/>
                <w:sz w:val="16"/>
              </w:rPr>
              <w:t>30</w:t>
            </w:r>
          </w:p>
        </w:tc>
      </w:tr>
      <w:tr w:rsidR="004674D5" w14:paraId="0A6B46E0" w14:textId="77777777" w:rsidTr="004A7CD1">
        <w:tc>
          <w:tcPr>
            <w:tcW w:w="1134" w:type="dxa"/>
          </w:tcPr>
          <w:p w14:paraId="2B2A66F3" w14:textId="77777777" w:rsidR="004674D5" w:rsidRDefault="004674D5" w:rsidP="004A7CD1">
            <w:r>
              <w:rPr>
                <w:rFonts w:ascii="Roboto Condensed" w:hAnsi="Roboto Condensed"/>
                <w:sz w:val="16"/>
              </w:rPr>
              <w:t>27SZ - 28SZ</w:t>
            </w:r>
          </w:p>
        </w:tc>
        <w:tc>
          <w:tcPr>
            <w:tcW w:w="1900" w:type="dxa"/>
            <w:vMerge/>
          </w:tcPr>
          <w:p w14:paraId="14BC3F8A" w14:textId="77777777" w:rsidR="004674D5" w:rsidRDefault="004674D5" w:rsidP="004A7CD1"/>
        </w:tc>
        <w:tc>
          <w:tcPr>
            <w:tcW w:w="1418" w:type="dxa"/>
          </w:tcPr>
          <w:p w14:paraId="14DE3AA5" w14:textId="77777777" w:rsidR="004674D5" w:rsidRDefault="004674D5" w:rsidP="004A7CD1">
            <w:r>
              <w:rPr>
                <w:rFonts w:ascii="Roboto Condensed" w:hAnsi="Roboto Condensed"/>
                <w:sz w:val="16"/>
              </w:rPr>
              <w:t>U, ZN, L, W</w:t>
            </w:r>
          </w:p>
        </w:tc>
        <w:tc>
          <w:tcPr>
            <w:tcW w:w="1359" w:type="dxa"/>
          </w:tcPr>
          <w:p w14:paraId="2C7C978C" w14:textId="77777777" w:rsidR="004674D5" w:rsidRDefault="004674D5" w:rsidP="004A7CD1">
            <w:r>
              <w:rPr>
                <w:rFonts w:ascii="Roboto Condensed" w:hAnsi="Roboto Condensed"/>
                <w:sz w:val="16"/>
              </w:rPr>
              <w:t>0.3</w:t>
            </w:r>
          </w:p>
        </w:tc>
        <w:tc>
          <w:tcPr>
            <w:tcW w:w="1171" w:type="dxa"/>
          </w:tcPr>
          <w:p w14:paraId="42CE93E6" w14:textId="77777777" w:rsidR="004674D5" w:rsidRDefault="004674D5" w:rsidP="004A7CD1">
            <w:r>
              <w:rPr>
                <w:rFonts w:ascii="Roboto Condensed" w:hAnsi="Roboto Condensed"/>
                <w:sz w:val="16"/>
              </w:rPr>
              <w:t>12.0</w:t>
            </w:r>
          </w:p>
        </w:tc>
        <w:tc>
          <w:tcPr>
            <w:tcW w:w="1265" w:type="dxa"/>
          </w:tcPr>
          <w:p w14:paraId="0A0CC7AF" w14:textId="77777777" w:rsidR="004674D5" w:rsidRDefault="004674D5" w:rsidP="004A7CD1">
            <w:r>
              <w:rPr>
                <w:rFonts w:ascii="Roboto Condensed" w:hAnsi="Roboto Condensed"/>
                <w:sz w:val="16"/>
              </w:rPr>
              <w:t>20.0</w:t>
            </w:r>
          </w:p>
        </w:tc>
        <w:tc>
          <w:tcPr>
            <w:tcW w:w="1265" w:type="dxa"/>
          </w:tcPr>
          <w:p w14:paraId="275531FC" w14:textId="77777777" w:rsidR="004674D5" w:rsidRDefault="004674D5" w:rsidP="004A7CD1">
            <w:r>
              <w:rPr>
                <w:rFonts w:ascii="Roboto Condensed" w:hAnsi="Roboto Condensed"/>
                <w:sz w:val="16"/>
              </w:rPr>
              <w:t>30</w:t>
            </w:r>
          </w:p>
        </w:tc>
      </w:tr>
      <w:tr w:rsidR="004674D5" w14:paraId="08076742" w14:textId="77777777" w:rsidTr="004A7CD1">
        <w:tc>
          <w:tcPr>
            <w:tcW w:w="1134" w:type="dxa"/>
          </w:tcPr>
          <w:p w14:paraId="508AA6F0" w14:textId="77777777" w:rsidR="004674D5" w:rsidRDefault="004674D5" w:rsidP="004A7CD1">
            <w:r>
              <w:rPr>
                <w:rFonts w:ascii="Roboto Condensed" w:hAnsi="Roboto Condensed"/>
                <w:sz w:val="16"/>
              </w:rPr>
              <w:t>29SZ</w:t>
            </w:r>
          </w:p>
        </w:tc>
        <w:tc>
          <w:tcPr>
            <w:tcW w:w="1900" w:type="dxa"/>
            <w:vMerge/>
          </w:tcPr>
          <w:p w14:paraId="72331B6D" w14:textId="77777777" w:rsidR="004674D5" w:rsidRDefault="004674D5" w:rsidP="004A7CD1"/>
        </w:tc>
        <w:tc>
          <w:tcPr>
            <w:tcW w:w="1418" w:type="dxa"/>
          </w:tcPr>
          <w:p w14:paraId="2DB0276D" w14:textId="77777777" w:rsidR="004674D5" w:rsidRDefault="004674D5" w:rsidP="004A7CD1">
            <w:r>
              <w:rPr>
                <w:rFonts w:ascii="Roboto Condensed" w:hAnsi="Roboto Condensed"/>
                <w:sz w:val="16"/>
              </w:rPr>
              <w:t>U, ZN, L, W</w:t>
            </w:r>
          </w:p>
        </w:tc>
        <w:tc>
          <w:tcPr>
            <w:tcW w:w="1359" w:type="dxa"/>
          </w:tcPr>
          <w:p w14:paraId="59E539C4" w14:textId="77777777" w:rsidR="004674D5" w:rsidRDefault="004674D5" w:rsidP="004A7CD1">
            <w:r>
              <w:rPr>
                <w:rFonts w:ascii="Roboto Condensed" w:hAnsi="Roboto Condensed"/>
                <w:sz w:val="16"/>
              </w:rPr>
              <w:t>0.5</w:t>
            </w:r>
          </w:p>
        </w:tc>
        <w:tc>
          <w:tcPr>
            <w:tcW w:w="1171" w:type="dxa"/>
          </w:tcPr>
          <w:p w14:paraId="49E604BF" w14:textId="77777777" w:rsidR="004674D5" w:rsidRDefault="004674D5" w:rsidP="004A7CD1">
            <w:r>
              <w:rPr>
                <w:rFonts w:ascii="Roboto Condensed" w:hAnsi="Roboto Condensed"/>
                <w:sz w:val="16"/>
              </w:rPr>
              <w:t>12.0</w:t>
            </w:r>
          </w:p>
        </w:tc>
        <w:tc>
          <w:tcPr>
            <w:tcW w:w="1265" w:type="dxa"/>
          </w:tcPr>
          <w:p w14:paraId="1850E67C" w14:textId="77777777" w:rsidR="004674D5" w:rsidRDefault="004674D5" w:rsidP="004A7CD1">
            <w:r>
              <w:rPr>
                <w:rFonts w:ascii="Roboto Condensed" w:hAnsi="Roboto Condensed"/>
                <w:sz w:val="16"/>
              </w:rPr>
              <w:t>30.0</w:t>
            </w:r>
          </w:p>
        </w:tc>
        <w:tc>
          <w:tcPr>
            <w:tcW w:w="1265" w:type="dxa"/>
          </w:tcPr>
          <w:p w14:paraId="72A6E761" w14:textId="77777777" w:rsidR="004674D5" w:rsidRDefault="004674D5" w:rsidP="004A7CD1">
            <w:r>
              <w:rPr>
                <w:rFonts w:ascii="Roboto Condensed" w:hAnsi="Roboto Condensed"/>
                <w:sz w:val="16"/>
              </w:rPr>
              <w:t>30</w:t>
            </w:r>
          </w:p>
        </w:tc>
      </w:tr>
      <w:tr w:rsidR="004674D5" w14:paraId="7C2CD435" w14:textId="77777777" w:rsidTr="004A7CD1">
        <w:tc>
          <w:tcPr>
            <w:tcW w:w="1134" w:type="dxa"/>
          </w:tcPr>
          <w:p w14:paraId="1F10FB90" w14:textId="77777777" w:rsidR="004674D5" w:rsidRDefault="004674D5" w:rsidP="004A7CD1">
            <w:r>
              <w:rPr>
                <w:rFonts w:ascii="Roboto Condensed" w:hAnsi="Roboto Condensed"/>
                <w:sz w:val="16"/>
              </w:rPr>
              <w:t>30SZ</w:t>
            </w:r>
          </w:p>
        </w:tc>
        <w:tc>
          <w:tcPr>
            <w:tcW w:w="1900" w:type="dxa"/>
            <w:vMerge/>
          </w:tcPr>
          <w:p w14:paraId="698F79B5" w14:textId="77777777" w:rsidR="004674D5" w:rsidRDefault="004674D5" w:rsidP="004A7CD1"/>
        </w:tc>
        <w:tc>
          <w:tcPr>
            <w:tcW w:w="1418" w:type="dxa"/>
          </w:tcPr>
          <w:p w14:paraId="403D1003" w14:textId="77777777" w:rsidR="004674D5" w:rsidRDefault="004674D5" w:rsidP="004A7CD1">
            <w:r>
              <w:rPr>
                <w:rFonts w:ascii="Roboto Condensed" w:hAnsi="Roboto Condensed"/>
                <w:sz w:val="16"/>
              </w:rPr>
              <w:t>RZW, U, ZN, L, W</w:t>
            </w:r>
          </w:p>
        </w:tc>
        <w:tc>
          <w:tcPr>
            <w:tcW w:w="1359" w:type="dxa"/>
          </w:tcPr>
          <w:p w14:paraId="019C1537" w14:textId="77777777" w:rsidR="004674D5" w:rsidRDefault="004674D5" w:rsidP="004A7CD1">
            <w:r>
              <w:rPr>
                <w:rFonts w:ascii="Roboto Condensed" w:hAnsi="Roboto Condensed"/>
                <w:sz w:val="16"/>
              </w:rPr>
              <w:t>0.3</w:t>
            </w:r>
          </w:p>
        </w:tc>
        <w:tc>
          <w:tcPr>
            <w:tcW w:w="1171" w:type="dxa"/>
          </w:tcPr>
          <w:p w14:paraId="5BE69574" w14:textId="77777777" w:rsidR="004674D5" w:rsidRDefault="004674D5" w:rsidP="004A7CD1">
            <w:r>
              <w:rPr>
                <w:rFonts w:ascii="Roboto Condensed" w:hAnsi="Roboto Condensed"/>
                <w:sz w:val="16"/>
              </w:rPr>
              <w:t>12.0</w:t>
            </w:r>
          </w:p>
        </w:tc>
        <w:tc>
          <w:tcPr>
            <w:tcW w:w="1265" w:type="dxa"/>
          </w:tcPr>
          <w:p w14:paraId="38005F01" w14:textId="77777777" w:rsidR="004674D5" w:rsidRDefault="004674D5" w:rsidP="004A7CD1">
            <w:r>
              <w:rPr>
                <w:rFonts w:ascii="Roboto Condensed" w:hAnsi="Roboto Condensed"/>
                <w:sz w:val="16"/>
              </w:rPr>
              <w:t>20.0</w:t>
            </w:r>
          </w:p>
        </w:tc>
        <w:tc>
          <w:tcPr>
            <w:tcW w:w="1265" w:type="dxa"/>
          </w:tcPr>
          <w:p w14:paraId="014982D5" w14:textId="77777777" w:rsidR="004674D5" w:rsidRDefault="004674D5" w:rsidP="004A7CD1">
            <w:r>
              <w:rPr>
                <w:rFonts w:ascii="Roboto Condensed" w:hAnsi="Roboto Condensed"/>
                <w:sz w:val="16"/>
              </w:rPr>
              <w:t>30</w:t>
            </w:r>
          </w:p>
        </w:tc>
      </w:tr>
      <w:tr w:rsidR="004674D5" w14:paraId="28C7DAE9" w14:textId="77777777" w:rsidTr="004A7CD1">
        <w:tc>
          <w:tcPr>
            <w:tcW w:w="1134" w:type="dxa"/>
          </w:tcPr>
          <w:p w14:paraId="5ED5E340" w14:textId="77777777" w:rsidR="004674D5" w:rsidRDefault="004674D5" w:rsidP="004A7CD1">
            <w:r>
              <w:rPr>
                <w:rFonts w:ascii="Roboto Condensed" w:hAnsi="Roboto Condensed"/>
                <w:sz w:val="16"/>
              </w:rPr>
              <w:t>31SZ</w:t>
            </w:r>
          </w:p>
        </w:tc>
        <w:tc>
          <w:tcPr>
            <w:tcW w:w="1900" w:type="dxa"/>
            <w:vMerge/>
          </w:tcPr>
          <w:p w14:paraId="4E7BE624" w14:textId="77777777" w:rsidR="004674D5" w:rsidRDefault="004674D5" w:rsidP="004A7CD1"/>
        </w:tc>
        <w:tc>
          <w:tcPr>
            <w:tcW w:w="1418" w:type="dxa"/>
          </w:tcPr>
          <w:p w14:paraId="0238CF65" w14:textId="77777777" w:rsidR="004674D5" w:rsidRDefault="004674D5" w:rsidP="004A7CD1">
            <w:r>
              <w:rPr>
                <w:rFonts w:ascii="Roboto Condensed" w:hAnsi="Roboto Condensed"/>
                <w:sz w:val="16"/>
              </w:rPr>
              <w:t>U, ZN, L, W</w:t>
            </w:r>
          </w:p>
        </w:tc>
        <w:tc>
          <w:tcPr>
            <w:tcW w:w="1359" w:type="dxa"/>
          </w:tcPr>
          <w:p w14:paraId="587900C6" w14:textId="77777777" w:rsidR="004674D5" w:rsidRDefault="004674D5" w:rsidP="004A7CD1">
            <w:r>
              <w:rPr>
                <w:rFonts w:ascii="Roboto Condensed" w:hAnsi="Roboto Condensed"/>
                <w:sz w:val="16"/>
              </w:rPr>
              <w:t>0.3</w:t>
            </w:r>
          </w:p>
        </w:tc>
        <w:tc>
          <w:tcPr>
            <w:tcW w:w="1171" w:type="dxa"/>
          </w:tcPr>
          <w:p w14:paraId="351F96C8" w14:textId="77777777" w:rsidR="004674D5" w:rsidRDefault="004674D5" w:rsidP="004A7CD1">
            <w:r>
              <w:rPr>
                <w:rFonts w:ascii="Roboto Condensed" w:hAnsi="Roboto Condensed"/>
                <w:sz w:val="16"/>
              </w:rPr>
              <w:t>12.0</w:t>
            </w:r>
          </w:p>
        </w:tc>
        <w:tc>
          <w:tcPr>
            <w:tcW w:w="1265" w:type="dxa"/>
          </w:tcPr>
          <w:p w14:paraId="17E841E3" w14:textId="77777777" w:rsidR="004674D5" w:rsidRDefault="004674D5" w:rsidP="004A7CD1">
            <w:r>
              <w:rPr>
                <w:rFonts w:ascii="Roboto Condensed" w:hAnsi="Roboto Condensed"/>
                <w:sz w:val="16"/>
              </w:rPr>
              <w:t>20.0</w:t>
            </w:r>
          </w:p>
        </w:tc>
        <w:tc>
          <w:tcPr>
            <w:tcW w:w="1265" w:type="dxa"/>
          </w:tcPr>
          <w:p w14:paraId="44346307" w14:textId="77777777" w:rsidR="004674D5" w:rsidRDefault="004674D5" w:rsidP="004A7CD1">
            <w:r>
              <w:rPr>
                <w:rFonts w:ascii="Roboto Condensed" w:hAnsi="Roboto Condensed"/>
                <w:sz w:val="16"/>
              </w:rPr>
              <w:t>30</w:t>
            </w:r>
          </w:p>
        </w:tc>
      </w:tr>
      <w:tr w:rsidR="004674D5" w14:paraId="67A00FBA" w14:textId="77777777" w:rsidTr="004A7CD1">
        <w:tc>
          <w:tcPr>
            <w:tcW w:w="1134" w:type="dxa"/>
          </w:tcPr>
          <w:p w14:paraId="1625EE8B" w14:textId="77777777" w:rsidR="004674D5" w:rsidRDefault="004674D5" w:rsidP="004A7CD1">
            <w:r>
              <w:rPr>
                <w:rFonts w:ascii="Roboto Condensed" w:hAnsi="Roboto Condensed"/>
                <w:sz w:val="16"/>
              </w:rPr>
              <w:t>32SZ - 33SZ</w:t>
            </w:r>
          </w:p>
        </w:tc>
        <w:tc>
          <w:tcPr>
            <w:tcW w:w="1900" w:type="dxa"/>
            <w:vMerge/>
          </w:tcPr>
          <w:p w14:paraId="483D126D" w14:textId="77777777" w:rsidR="004674D5" w:rsidRDefault="004674D5" w:rsidP="004A7CD1"/>
        </w:tc>
        <w:tc>
          <w:tcPr>
            <w:tcW w:w="1418" w:type="dxa"/>
          </w:tcPr>
          <w:p w14:paraId="69F8C7D2" w14:textId="77777777" w:rsidR="004674D5" w:rsidRDefault="004674D5" w:rsidP="004A7CD1">
            <w:r>
              <w:rPr>
                <w:rFonts w:ascii="Roboto Condensed" w:hAnsi="Roboto Condensed"/>
                <w:sz w:val="16"/>
              </w:rPr>
              <w:t>RZW, U, ZN, L, W</w:t>
            </w:r>
          </w:p>
        </w:tc>
        <w:tc>
          <w:tcPr>
            <w:tcW w:w="1359" w:type="dxa"/>
          </w:tcPr>
          <w:p w14:paraId="0816B688" w14:textId="77777777" w:rsidR="004674D5" w:rsidRDefault="004674D5" w:rsidP="004A7CD1">
            <w:r>
              <w:rPr>
                <w:rFonts w:ascii="Roboto Condensed" w:hAnsi="Roboto Condensed"/>
                <w:sz w:val="16"/>
              </w:rPr>
              <w:t>0.3</w:t>
            </w:r>
          </w:p>
        </w:tc>
        <w:tc>
          <w:tcPr>
            <w:tcW w:w="1171" w:type="dxa"/>
          </w:tcPr>
          <w:p w14:paraId="6A6540D1" w14:textId="77777777" w:rsidR="004674D5" w:rsidRDefault="004674D5" w:rsidP="004A7CD1">
            <w:r>
              <w:rPr>
                <w:rFonts w:ascii="Roboto Condensed" w:hAnsi="Roboto Condensed"/>
                <w:sz w:val="16"/>
              </w:rPr>
              <w:t>12.0</w:t>
            </w:r>
          </w:p>
        </w:tc>
        <w:tc>
          <w:tcPr>
            <w:tcW w:w="1265" w:type="dxa"/>
          </w:tcPr>
          <w:p w14:paraId="497481B8" w14:textId="77777777" w:rsidR="004674D5" w:rsidRDefault="004674D5" w:rsidP="004A7CD1">
            <w:r>
              <w:rPr>
                <w:rFonts w:ascii="Roboto Condensed" w:hAnsi="Roboto Condensed"/>
                <w:sz w:val="16"/>
              </w:rPr>
              <w:t>20.0</w:t>
            </w:r>
          </w:p>
        </w:tc>
        <w:tc>
          <w:tcPr>
            <w:tcW w:w="1265" w:type="dxa"/>
          </w:tcPr>
          <w:p w14:paraId="15A149FC" w14:textId="77777777" w:rsidR="004674D5" w:rsidRDefault="004674D5" w:rsidP="004A7CD1">
            <w:r>
              <w:rPr>
                <w:rFonts w:ascii="Roboto Condensed" w:hAnsi="Roboto Condensed"/>
                <w:sz w:val="16"/>
              </w:rPr>
              <w:t>30</w:t>
            </w:r>
          </w:p>
        </w:tc>
      </w:tr>
      <w:tr w:rsidR="004674D5" w14:paraId="68B5BDB1" w14:textId="77777777" w:rsidTr="004A7CD1">
        <w:tc>
          <w:tcPr>
            <w:tcW w:w="1134" w:type="dxa"/>
          </w:tcPr>
          <w:p w14:paraId="028841D8" w14:textId="77777777" w:rsidR="004674D5" w:rsidRDefault="004674D5" w:rsidP="004A7CD1">
            <w:r>
              <w:rPr>
                <w:rFonts w:ascii="Roboto Condensed" w:hAnsi="Roboto Condensed"/>
                <w:sz w:val="16"/>
              </w:rPr>
              <w:lastRenderedPageBreak/>
              <w:t>34SZ</w:t>
            </w:r>
          </w:p>
        </w:tc>
        <w:tc>
          <w:tcPr>
            <w:tcW w:w="1900" w:type="dxa"/>
            <w:vMerge/>
          </w:tcPr>
          <w:p w14:paraId="4052A4D4" w14:textId="77777777" w:rsidR="004674D5" w:rsidRDefault="004674D5" w:rsidP="004A7CD1"/>
        </w:tc>
        <w:tc>
          <w:tcPr>
            <w:tcW w:w="1418" w:type="dxa"/>
          </w:tcPr>
          <w:p w14:paraId="3D8A3D0C" w14:textId="77777777" w:rsidR="004674D5" w:rsidRDefault="004674D5" w:rsidP="004A7CD1">
            <w:r>
              <w:rPr>
                <w:rFonts w:ascii="Roboto Condensed" w:hAnsi="Roboto Condensed"/>
                <w:sz w:val="16"/>
              </w:rPr>
              <w:t>RZW, U, ZN, L, W</w:t>
            </w:r>
          </w:p>
        </w:tc>
        <w:tc>
          <w:tcPr>
            <w:tcW w:w="1359" w:type="dxa"/>
          </w:tcPr>
          <w:p w14:paraId="7B54D2A4" w14:textId="77777777" w:rsidR="004674D5" w:rsidRDefault="004674D5" w:rsidP="004A7CD1">
            <w:r>
              <w:rPr>
                <w:rFonts w:ascii="Roboto Condensed" w:hAnsi="Roboto Condensed"/>
                <w:sz w:val="16"/>
              </w:rPr>
              <w:t>0.5</w:t>
            </w:r>
          </w:p>
        </w:tc>
        <w:tc>
          <w:tcPr>
            <w:tcW w:w="1171" w:type="dxa"/>
          </w:tcPr>
          <w:p w14:paraId="0021E341" w14:textId="77777777" w:rsidR="004674D5" w:rsidRDefault="004674D5" w:rsidP="004A7CD1">
            <w:r>
              <w:rPr>
                <w:rFonts w:ascii="Roboto Condensed" w:hAnsi="Roboto Condensed"/>
                <w:sz w:val="16"/>
              </w:rPr>
              <w:t>12.0</w:t>
            </w:r>
          </w:p>
        </w:tc>
        <w:tc>
          <w:tcPr>
            <w:tcW w:w="1265" w:type="dxa"/>
          </w:tcPr>
          <w:p w14:paraId="2F17E9E3" w14:textId="77777777" w:rsidR="004674D5" w:rsidRDefault="004674D5" w:rsidP="004A7CD1">
            <w:r>
              <w:rPr>
                <w:rFonts w:ascii="Roboto Condensed" w:hAnsi="Roboto Condensed"/>
                <w:sz w:val="16"/>
              </w:rPr>
              <w:t>30.0</w:t>
            </w:r>
          </w:p>
        </w:tc>
        <w:tc>
          <w:tcPr>
            <w:tcW w:w="1265" w:type="dxa"/>
          </w:tcPr>
          <w:p w14:paraId="437488ED" w14:textId="77777777" w:rsidR="004674D5" w:rsidRDefault="004674D5" w:rsidP="004A7CD1">
            <w:r>
              <w:rPr>
                <w:rFonts w:ascii="Roboto Condensed" w:hAnsi="Roboto Condensed"/>
                <w:sz w:val="16"/>
              </w:rPr>
              <w:t>30</w:t>
            </w:r>
          </w:p>
        </w:tc>
      </w:tr>
      <w:tr w:rsidR="004674D5" w14:paraId="0FE4029B" w14:textId="77777777" w:rsidTr="004A7CD1">
        <w:tc>
          <w:tcPr>
            <w:tcW w:w="1134" w:type="dxa"/>
          </w:tcPr>
          <w:p w14:paraId="1F3B2816" w14:textId="77777777" w:rsidR="004674D5" w:rsidRDefault="004674D5" w:rsidP="004A7CD1">
            <w:r>
              <w:rPr>
                <w:rFonts w:ascii="Roboto Condensed" w:hAnsi="Roboto Condensed"/>
                <w:sz w:val="16"/>
              </w:rPr>
              <w:t>35SZ - 36SZ</w:t>
            </w:r>
          </w:p>
        </w:tc>
        <w:tc>
          <w:tcPr>
            <w:tcW w:w="1900" w:type="dxa"/>
            <w:vMerge/>
          </w:tcPr>
          <w:p w14:paraId="3B7DA657" w14:textId="77777777" w:rsidR="004674D5" w:rsidRDefault="004674D5" w:rsidP="004A7CD1"/>
        </w:tc>
        <w:tc>
          <w:tcPr>
            <w:tcW w:w="1418" w:type="dxa"/>
          </w:tcPr>
          <w:p w14:paraId="5E6322FB" w14:textId="77777777" w:rsidR="004674D5" w:rsidRDefault="004674D5" w:rsidP="004A7CD1">
            <w:r>
              <w:rPr>
                <w:rFonts w:ascii="Roboto Condensed" w:hAnsi="Roboto Condensed"/>
                <w:sz w:val="16"/>
              </w:rPr>
              <w:t>RZW, U, ZN, L, W</w:t>
            </w:r>
          </w:p>
        </w:tc>
        <w:tc>
          <w:tcPr>
            <w:tcW w:w="1359" w:type="dxa"/>
          </w:tcPr>
          <w:p w14:paraId="1C41ED0C" w14:textId="77777777" w:rsidR="004674D5" w:rsidRDefault="004674D5" w:rsidP="004A7CD1">
            <w:r>
              <w:rPr>
                <w:rFonts w:ascii="Roboto Condensed" w:hAnsi="Roboto Condensed"/>
                <w:sz w:val="16"/>
              </w:rPr>
              <w:t>0.3</w:t>
            </w:r>
          </w:p>
        </w:tc>
        <w:tc>
          <w:tcPr>
            <w:tcW w:w="1171" w:type="dxa"/>
          </w:tcPr>
          <w:p w14:paraId="282FB47C" w14:textId="77777777" w:rsidR="004674D5" w:rsidRDefault="004674D5" w:rsidP="004A7CD1">
            <w:r>
              <w:rPr>
                <w:rFonts w:ascii="Roboto Condensed" w:hAnsi="Roboto Condensed"/>
                <w:sz w:val="16"/>
              </w:rPr>
              <w:t>12.0</w:t>
            </w:r>
          </w:p>
        </w:tc>
        <w:tc>
          <w:tcPr>
            <w:tcW w:w="1265" w:type="dxa"/>
          </w:tcPr>
          <w:p w14:paraId="492BCBB1" w14:textId="77777777" w:rsidR="004674D5" w:rsidRDefault="004674D5" w:rsidP="004A7CD1">
            <w:r>
              <w:rPr>
                <w:rFonts w:ascii="Roboto Condensed" w:hAnsi="Roboto Condensed"/>
                <w:sz w:val="16"/>
              </w:rPr>
              <w:t>20.0</w:t>
            </w:r>
          </w:p>
        </w:tc>
        <w:tc>
          <w:tcPr>
            <w:tcW w:w="1265" w:type="dxa"/>
          </w:tcPr>
          <w:p w14:paraId="30322C8E" w14:textId="77777777" w:rsidR="004674D5" w:rsidRDefault="004674D5" w:rsidP="004A7CD1">
            <w:r>
              <w:rPr>
                <w:rFonts w:ascii="Roboto Condensed" w:hAnsi="Roboto Condensed"/>
                <w:sz w:val="16"/>
              </w:rPr>
              <w:t>30</w:t>
            </w:r>
          </w:p>
        </w:tc>
      </w:tr>
      <w:tr w:rsidR="004674D5" w14:paraId="4150E25A" w14:textId="77777777" w:rsidTr="004A7CD1">
        <w:tc>
          <w:tcPr>
            <w:tcW w:w="1134" w:type="dxa"/>
          </w:tcPr>
          <w:p w14:paraId="39449E92" w14:textId="77777777" w:rsidR="004674D5" w:rsidRDefault="004674D5" w:rsidP="004A7CD1">
            <w:r>
              <w:rPr>
                <w:rFonts w:ascii="Roboto Condensed" w:hAnsi="Roboto Condensed"/>
                <w:sz w:val="16"/>
              </w:rPr>
              <w:t>37SZ</w:t>
            </w:r>
          </w:p>
        </w:tc>
        <w:tc>
          <w:tcPr>
            <w:tcW w:w="1900" w:type="dxa"/>
            <w:vMerge/>
          </w:tcPr>
          <w:p w14:paraId="18840B9A" w14:textId="77777777" w:rsidR="004674D5" w:rsidRDefault="004674D5" w:rsidP="004A7CD1"/>
        </w:tc>
        <w:tc>
          <w:tcPr>
            <w:tcW w:w="1418" w:type="dxa"/>
          </w:tcPr>
          <w:p w14:paraId="1CBDCE24" w14:textId="77777777" w:rsidR="004674D5" w:rsidRDefault="004674D5" w:rsidP="004A7CD1">
            <w:r>
              <w:rPr>
                <w:rFonts w:ascii="Roboto Condensed" w:hAnsi="Roboto Condensed"/>
                <w:sz w:val="16"/>
              </w:rPr>
              <w:t>U, ZN, L, W</w:t>
            </w:r>
          </w:p>
        </w:tc>
        <w:tc>
          <w:tcPr>
            <w:tcW w:w="1359" w:type="dxa"/>
          </w:tcPr>
          <w:p w14:paraId="389A0196" w14:textId="77777777" w:rsidR="004674D5" w:rsidRDefault="004674D5" w:rsidP="004A7CD1">
            <w:r>
              <w:rPr>
                <w:rFonts w:ascii="Roboto Condensed" w:hAnsi="Roboto Condensed"/>
                <w:sz w:val="16"/>
              </w:rPr>
              <w:t>0.3</w:t>
            </w:r>
          </w:p>
        </w:tc>
        <w:tc>
          <w:tcPr>
            <w:tcW w:w="1171" w:type="dxa"/>
          </w:tcPr>
          <w:p w14:paraId="073BAE6A" w14:textId="77777777" w:rsidR="004674D5" w:rsidRDefault="004674D5" w:rsidP="004A7CD1">
            <w:r>
              <w:rPr>
                <w:rFonts w:ascii="Roboto Condensed" w:hAnsi="Roboto Condensed"/>
                <w:sz w:val="16"/>
              </w:rPr>
              <w:t>12.0</w:t>
            </w:r>
          </w:p>
        </w:tc>
        <w:tc>
          <w:tcPr>
            <w:tcW w:w="1265" w:type="dxa"/>
          </w:tcPr>
          <w:p w14:paraId="179EC099" w14:textId="77777777" w:rsidR="004674D5" w:rsidRDefault="004674D5" w:rsidP="004A7CD1">
            <w:r>
              <w:rPr>
                <w:rFonts w:ascii="Roboto Condensed" w:hAnsi="Roboto Condensed"/>
                <w:sz w:val="16"/>
              </w:rPr>
              <w:t>20.0</w:t>
            </w:r>
          </w:p>
        </w:tc>
        <w:tc>
          <w:tcPr>
            <w:tcW w:w="1265" w:type="dxa"/>
          </w:tcPr>
          <w:p w14:paraId="404F67E0" w14:textId="77777777" w:rsidR="004674D5" w:rsidRDefault="004674D5" w:rsidP="004A7CD1">
            <w:r>
              <w:rPr>
                <w:rFonts w:ascii="Roboto Condensed" w:hAnsi="Roboto Condensed"/>
                <w:sz w:val="16"/>
              </w:rPr>
              <w:t>30</w:t>
            </w:r>
          </w:p>
        </w:tc>
      </w:tr>
      <w:tr w:rsidR="004674D5" w14:paraId="54164F34" w14:textId="77777777" w:rsidTr="004A7CD1">
        <w:tc>
          <w:tcPr>
            <w:tcW w:w="1134" w:type="dxa"/>
          </w:tcPr>
          <w:p w14:paraId="570878B3" w14:textId="77777777" w:rsidR="004674D5" w:rsidRDefault="004674D5" w:rsidP="004A7CD1">
            <w:r>
              <w:rPr>
                <w:rFonts w:ascii="Roboto Condensed" w:hAnsi="Roboto Condensed"/>
                <w:sz w:val="16"/>
              </w:rPr>
              <w:t>38SZ - 39SZ</w:t>
            </w:r>
          </w:p>
        </w:tc>
        <w:tc>
          <w:tcPr>
            <w:tcW w:w="1900" w:type="dxa"/>
            <w:vMerge/>
          </w:tcPr>
          <w:p w14:paraId="7B0B5B57" w14:textId="77777777" w:rsidR="004674D5" w:rsidRDefault="004674D5" w:rsidP="004A7CD1"/>
        </w:tc>
        <w:tc>
          <w:tcPr>
            <w:tcW w:w="1418" w:type="dxa"/>
          </w:tcPr>
          <w:p w14:paraId="7DBC2385" w14:textId="77777777" w:rsidR="004674D5" w:rsidRDefault="004674D5" w:rsidP="004A7CD1">
            <w:r>
              <w:rPr>
                <w:rFonts w:ascii="Roboto Condensed" w:hAnsi="Roboto Condensed"/>
                <w:sz w:val="16"/>
              </w:rPr>
              <w:t>RZW, U, ZN, L, W</w:t>
            </w:r>
          </w:p>
        </w:tc>
        <w:tc>
          <w:tcPr>
            <w:tcW w:w="1359" w:type="dxa"/>
          </w:tcPr>
          <w:p w14:paraId="35AB9C87" w14:textId="77777777" w:rsidR="004674D5" w:rsidRDefault="004674D5" w:rsidP="004A7CD1">
            <w:r>
              <w:rPr>
                <w:rFonts w:ascii="Roboto Condensed" w:hAnsi="Roboto Condensed"/>
                <w:sz w:val="16"/>
              </w:rPr>
              <w:t>0.3</w:t>
            </w:r>
          </w:p>
        </w:tc>
        <w:tc>
          <w:tcPr>
            <w:tcW w:w="1171" w:type="dxa"/>
          </w:tcPr>
          <w:p w14:paraId="13A0C096" w14:textId="77777777" w:rsidR="004674D5" w:rsidRDefault="004674D5" w:rsidP="004A7CD1">
            <w:r>
              <w:rPr>
                <w:rFonts w:ascii="Roboto Condensed" w:hAnsi="Roboto Condensed"/>
                <w:sz w:val="16"/>
              </w:rPr>
              <w:t>12.0</w:t>
            </w:r>
          </w:p>
        </w:tc>
        <w:tc>
          <w:tcPr>
            <w:tcW w:w="1265" w:type="dxa"/>
          </w:tcPr>
          <w:p w14:paraId="1908F04B" w14:textId="77777777" w:rsidR="004674D5" w:rsidRDefault="004674D5" w:rsidP="004A7CD1">
            <w:r>
              <w:rPr>
                <w:rFonts w:ascii="Roboto Condensed" w:hAnsi="Roboto Condensed"/>
                <w:sz w:val="16"/>
              </w:rPr>
              <w:t>20.0</w:t>
            </w:r>
          </w:p>
        </w:tc>
        <w:tc>
          <w:tcPr>
            <w:tcW w:w="1265" w:type="dxa"/>
          </w:tcPr>
          <w:p w14:paraId="06F730C3" w14:textId="77777777" w:rsidR="004674D5" w:rsidRDefault="004674D5" w:rsidP="004A7CD1">
            <w:r>
              <w:rPr>
                <w:rFonts w:ascii="Roboto Condensed" w:hAnsi="Roboto Condensed"/>
                <w:sz w:val="16"/>
              </w:rPr>
              <w:t>30</w:t>
            </w:r>
          </w:p>
        </w:tc>
      </w:tr>
      <w:tr w:rsidR="004674D5" w14:paraId="051471EE" w14:textId="77777777" w:rsidTr="004A7CD1">
        <w:tc>
          <w:tcPr>
            <w:tcW w:w="1134" w:type="dxa"/>
          </w:tcPr>
          <w:p w14:paraId="76E957BA" w14:textId="77777777" w:rsidR="004674D5" w:rsidRDefault="004674D5" w:rsidP="004A7CD1">
            <w:r>
              <w:rPr>
                <w:rFonts w:ascii="Roboto Condensed" w:hAnsi="Roboto Condensed"/>
                <w:sz w:val="16"/>
              </w:rPr>
              <w:t>40SZ - 41SZ</w:t>
            </w:r>
          </w:p>
        </w:tc>
        <w:tc>
          <w:tcPr>
            <w:tcW w:w="1900" w:type="dxa"/>
            <w:vMerge/>
          </w:tcPr>
          <w:p w14:paraId="70D7729A" w14:textId="77777777" w:rsidR="004674D5" w:rsidRDefault="004674D5" w:rsidP="004A7CD1"/>
        </w:tc>
        <w:tc>
          <w:tcPr>
            <w:tcW w:w="1418" w:type="dxa"/>
          </w:tcPr>
          <w:p w14:paraId="14547DDA" w14:textId="77777777" w:rsidR="004674D5" w:rsidRDefault="004674D5" w:rsidP="004A7CD1">
            <w:r>
              <w:rPr>
                <w:rFonts w:ascii="Roboto Condensed" w:hAnsi="Roboto Condensed"/>
                <w:sz w:val="16"/>
              </w:rPr>
              <w:t>U, ZN, L, W</w:t>
            </w:r>
          </w:p>
        </w:tc>
        <w:tc>
          <w:tcPr>
            <w:tcW w:w="1359" w:type="dxa"/>
          </w:tcPr>
          <w:p w14:paraId="086CCA13" w14:textId="77777777" w:rsidR="004674D5" w:rsidRDefault="004674D5" w:rsidP="004A7CD1">
            <w:r>
              <w:rPr>
                <w:rFonts w:ascii="Roboto Condensed" w:hAnsi="Roboto Condensed"/>
                <w:sz w:val="16"/>
              </w:rPr>
              <w:t>0.3</w:t>
            </w:r>
          </w:p>
        </w:tc>
        <w:tc>
          <w:tcPr>
            <w:tcW w:w="1171" w:type="dxa"/>
          </w:tcPr>
          <w:p w14:paraId="5090DF04" w14:textId="77777777" w:rsidR="004674D5" w:rsidRDefault="004674D5" w:rsidP="004A7CD1">
            <w:r>
              <w:rPr>
                <w:rFonts w:ascii="Roboto Condensed" w:hAnsi="Roboto Condensed"/>
                <w:sz w:val="16"/>
              </w:rPr>
              <w:t>12.0</w:t>
            </w:r>
          </w:p>
        </w:tc>
        <w:tc>
          <w:tcPr>
            <w:tcW w:w="1265" w:type="dxa"/>
          </w:tcPr>
          <w:p w14:paraId="60C88B6C" w14:textId="77777777" w:rsidR="004674D5" w:rsidRDefault="004674D5" w:rsidP="004A7CD1">
            <w:r>
              <w:rPr>
                <w:rFonts w:ascii="Roboto Condensed" w:hAnsi="Roboto Condensed"/>
                <w:sz w:val="16"/>
              </w:rPr>
              <w:t>20.0</w:t>
            </w:r>
          </w:p>
        </w:tc>
        <w:tc>
          <w:tcPr>
            <w:tcW w:w="1265" w:type="dxa"/>
          </w:tcPr>
          <w:p w14:paraId="08998874" w14:textId="77777777" w:rsidR="004674D5" w:rsidRDefault="004674D5" w:rsidP="004A7CD1">
            <w:r>
              <w:rPr>
                <w:rFonts w:ascii="Roboto Condensed" w:hAnsi="Roboto Condensed"/>
                <w:sz w:val="16"/>
              </w:rPr>
              <w:t>30</w:t>
            </w:r>
          </w:p>
        </w:tc>
      </w:tr>
      <w:tr w:rsidR="004674D5" w14:paraId="27A90F0E" w14:textId="77777777" w:rsidTr="004A7CD1">
        <w:tc>
          <w:tcPr>
            <w:tcW w:w="1134" w:type="dxa"/>
          </w:tcPr>
          <w:p w14:paraId="7C637C3E" w14:textId="77777777" w:rsidR="004674D5" w:rsidRDefault="004674D5" w:rsidP="004A7CD1">
            <w:r>
              <w:rPr>
                <w:rFonts w:ascii="Roboto Condensed" w:hAnsi="Roboto Condensed"/>
                <w:sz w:val="16"/>
              </w:rPr>
              <w:t>42SZ</w:t>
            </w:r>
          </w:p>
        </w:tc>
        <w:tc>
          <w:tcPr>
            <w:tcW w:w="1900" w:type="dxa"/>
            <w:vMerge/>
          </w:tcPr>
          <w:p w14:paraId="0FA24CFD" w14:textId="77777777" w:rsidR="004674D5" w:rsidRDefault="004674D5" w:rsidP="004A7CD1"/>
        </w:tc>
        <w:tc>
          <w:tcPr>
            <w:tcW w:w="1418" w:type="dxa"/>
          </w:tcPr>
          <w:p w14:paraId="60704021" w14:textId="77777777" w:rsidR="004674D5" w:rsidRDefault="004674D5" w:rsidP="004A7CD1">
            <w:r>
              <w:rPr>
                <w:rFonts w:ascii="Roboto Condensed" w:hAnsi="Roboto Condensed"/>
                <w:sz w:val="16"/>
              </w:rPr>
              <w:t>U, ZN, L, W</w:t>
            </w:r>
          </w:p>
        </w:tc>
        <w:tc>
          <w:tcPr>
            <w:tcW w:w="1359" w:type="dxa"/>
          </w:tcPr>
          <w:p w14:paraId="4D5910FF" w14:textId="77777777" w:rsidR="004674D5" w:rsidRDefault="004674D5" w:rsidP="004A7CD1">
            <w:r>
              <w:rPr>
                <w:rFonts w:ascii="Roboto Condensed" w:hAnsi="Roboto Condensed"/>
                <w:sz w:val="16"/>
              </w:rPr>
              <w:t>0.3</w:t>
            </w:r>
          </w:p>
        </w:tc>
        <w:tc>
          <w:tcPr>
            <w:tcW w:w="1171" w:type="dxa"/>
          </w:tcPr>
          <w:p w14:paraId="6CEDECC3" w14:textId="77777777" w:rsidR="004674D5" w:rsidRDefault="004674D5" w:rsidP="004A7CD1">
            <w:r>
              <w:rPr>
                <w:rFonts w:ascii="Roboto Condensed" w:hAnsi="Roboto Condensed"/>
                <w:sz w:val="16"/>
              </w:rPr>
              <w:t>12.0</w:t>
            </w:r>
          </w:p>
        </w:tc>
        <w:tc>
          <w:tcPr>
            <w:tcW w:w="1265" w:type="dxa"/>
          </w:tcPr>
          <w:p w14:paraId="7EA0E4C7" w14:textId="77777777" w:rsidR="004674D5" w:rsidRDefault="004674D5" w:rsidP="004A7CD1">
            <w:r>
              <w:rPr>
                <w:rFonts w:ascii="Roboto Condensed" w:hAnsi="Roboto Condensed"/>
                <w:sz w:val="16"/>
              </w:rPr>
              <w:t>20.0</w:t>
            </w:r>
          </w:p>
        </w:tc>
        <w:tc>
          <w:tcPr>
            <w:tcW w:w="1265" w:type="dxa"/>
          </w:tcPr>
          <w:p w14:paraId="7D75B4E1" w14:textId="77777777" w:rsidR="004674D5" w:rsidRDefault="004674D5" w:rsidP="004A7CD1">
            <w:r>
              <w:rPr>
                <w:rFonts w:ascii="Roboto Condensed" w:hAnsi="Roboto Condensed"/>
                <w:sz w:val="16"/>
              </w:rPr>
              <w:t>50</w:t>
            </w:r>
          </w:p>
        </w:tc>
      </w:tr>
      <w:tr w:rsidR="004674D5" w14:paraId="6166F6B0" w14:textId="77777777" w:rsidTr="004A7CD1">
        <w:tc>
          <w:tcPr>
            <w:tcW w:w="1134" w:type="dxa"/>
          </w:tcPr>
          <w:p w14:paraId="1BB3548B" w14:textId="77777777" w:rsidR="004674D5" w:rsidRDefault="004674D5" w:rsidP="004A7CD1">
            <w:r>
              <w:rPr>
                <w:rFonts w:ascii="Roboto Condensed" w:hAnsi="Roboto Condensed"/>
                <w:sz w:val="16"/>
              </w:rPr>
              <w:t>43SZ - 46SZ</w:t>
            </w:r>
          </w:p>
        </w:tc>
        <w:tc>
          <w:tcPr>
            <w:tcW w:w="1900" w:type="dxa"/>
            <w:vMerge/>
          </w:tcPr>
          <w:p w14:paraId="49BF24C6" w14:textId="77777777" w:rsidR="004674D5" w:rsidRDefault="004674D5" w:rsidP="004A7CD1"/>
        </w:tc>
        <w:tc>
          <w:tcPr>
            <w:tcW w:w="1418" w:type="dxa"/>
          </w:tcPr>
          <w:p w14:paraId="44F29652" w14:textId="77777777" w:rsidR="004674D5" w:rsidRDefault="004674D5" w:rsidP="004A7CD1">
            <w:r>
              <w:rPr>
                <w:rFonts w:ascii="Roboto Condensed" w:hAnsi="Roboto Condensed"/>
                <w:sz w:val="16"/>
              </w:rPr>
              <w:t>U, ZN, L, W</w:t>
            </w:r>
          </w:p>
        </w:tc>
        <w:tc>
          <w:tcPr>
            <w:tcW w:w="1359" w:type="dxa"/>
          </w:tcPr>
          <w:p w14:paraId="297DB230" w14:textId="77777777" w:rsidR="004674D5" w:rsidRDefault="004674D5" w:rsidP="004A7CD1">
            <w:r>
              <w:rPr>
                <w:rFonts w:ascii="Roboto Condensed" w:hAnsi="Roboto Condensed"/>
                <w:sz w:val="16"/>
              </w:rPr>
              <w:t>0.3</w:t>
            </w:r>
          </w:p>
        </w:tc>
        <w:tc>
          <w:tcPr>
            <w:tcW w:w="1171" w:type="dxa"/>
          </w:tcPr>
          <w:p w14:paraId="5629B294" w14:textId="77777777" w:rsidR="004674D5" w:rsidRDefault="004674D5" w:rsidP="004A7CD1">
            <w:r>
              <w:rPr>
                <w:rFonts w:ascii="Roboto Condensed" w:hAnsi="Roboto Condensed"/>
                <w:sz w:val="16"/>
              </w:rPr>
              <w:t>12.0</w:t>
            </w:r>
          </w:p>
        </w:tc>
        <w:tc>
          <w:tcPr>
            <w:tcW w:w="1265" w:type="dxa"/>
          </w:tcPr>
          <w:p w14:paraId="18B4BB20" w14:textId="77777777" w:rsidR="004674D5" w:rsidRDefault="004674D5" w:rsidP="004A7CD1">
            <w:r>
              <w:rPr>
                <w:rFonts w:ascii="Roboto Condensed" w:hAnsi="Roboto Condensed"/>
                <w:sz w:val="16"/>
              </w:rPr>
              <w:t>20.0</w:t>
            </w:r>
          </w:p>
        </w:tc>
        <w:tc>
          <w:tcPr>
            <w:tcW w:w="1265" w:type="dxa"/>
          </w:tcPr>
          <w:p w14:paraId="687B688E" w14:textId="77777777" w:rsidR="004674D5" w:rsidRDefault="004674D5" w:rsidP="004A7CD1">
            <w:r>
              <w:rPr>
                <w:rFonts w:ascii="Roboto Condensed" w:hAnsi="Roboto Condensed"/>
                <w:sz w:val="16"/>
              </w:rPr>
              <w:t>30</w:t>
            </w:r>
          </w:p>
        </w:tc>
      </w:tr>
      <w:tr w:rsidR="004674D5" w14:paraId="36D777B1" w14:textId="77777777" w:rsidTr="004A7CD1">
        <w:tc>
          <w:tcPr>
            <w:tcW w:w="1134" w:type="dxa"/>
          </w:tcPr>
          <w:p w14:paraId="46129561" w14:textId="77777777" w:rsidR="004674D5" w:rsidRDefault="004674D5" w:rsidP="004A7CD1">
            <w:r>
              <w:rPr>
                <w:rFonts w:ascii="Roboto Condensed" w:hAnsi="Roboto Condensed"/>
                <w:sz w:val="16"/>
              </w:rPr>
              <w:t>47SZ</w:t>
            </w:r>
          </w:p>
        </w:tc>
        <w:tc>
          <w:tcPr>
            <w:tcW w:w="1900" w:type="dxa"/>
            <w:vMerge/>
          </w:tcPr>
          <w:p w14:paraId="51F9831A" w14:textId="77777777" w:rsidR="004674D5" w:rsidRDefault="004674D5" w:rsidP="004A7CD1"/>
        </w:tc>
        <w:tc>
          <w:tcPr>
            <w:tcW w:w="1418" w:type="dxa"/>
          </w:tcPr>
          <w:p w14:paraId="6C27669E" w14:textId="77777777" w:rsidR="004674D5" w:rsidRDefault="004674D5" w:rsidP="004A7CD1">
            <w:r>
              <w:rPr>
                <w:rFonts w:ascii="Roboto Condensed" w:hAnsi="Roboto Condensed"/>
                <w:sz w:val="16"/>
              </w:rPr>
              <w:t>U, ZN, L, W</w:t>
            </w:r>
          </w:p>
        </w:tc>
        <w:tc>
          <w:tcPr>
            <w:tcW w:w="1359" w:type="dxa"/>
          </w:tcPr>
          <w:p w14:paraId="3E98A400" w14:textId="77777777" w:rsidR="004674D5" w:rsidRDefault="004674D5" w:rsidP="004A7CD1">
            <w:r>
              <w:rPr>
                <w:rFonts w:ascii="Roboto Condensed" w:hAnsi="Roboto Condensed"/>
                <w:sz w:val="16"/>
              </w:rPr>
              <w:t>0.3</w:t>
            </w:r>
          </w:p>
        </w:tc>
        <w:tc>
          <w:tcPr>
            <w:tcW w:w="1171" w:type="dxa"/>
          </w:tcPr>
          <w:p w14:paraId="00D85D5C" w14:textId="77777777" w:rsidR="004674D5" w:rsidRDefault="004674D5" w:rsidP="004A7CD1">
            <w:r>
              <w:rPr>
                <w:rFonts w:ascii="Roboto Condensed" w:hAnsi="Roboto Condensed"/>
                <w:sz w:val="16"/>
              </w:rPr>
              <w:t>12.0</w:t>
            </w:r>
          </w:p>
        </w:tc>
        <w:tc>
          <w:tcPr>
            <w:tcW w:w="1265" w:type="dxa"/>
          </w:tcPr>
          <w:p w14:paraId="07823F3C" w14:textId="77777777" w:rsidR="004674D5" w:rsidRDefault="004674D5" w:rsidP="004A7CD1">
            <w:r>
              <w:rPr>
                <w:rFonts w:ascii="Roboto Condensed" w:hAnsi="Roboto Condensed"/>
                <w:sz w:val="16"/>
              </w:rPr>
              <w:t>20.0</w:t>
            </w:r>
          </w:p>
        </w:tc>
        <w:tc>
          <w:tcPr>
            <w:tcW w:w="1265" w:type="dxa"/>
          </w:tcPr>
          <w:p w14:paraId="2AC085BD" w14:textId="77777777" w:rsidR="004674D5" w:rsidRDefault="004674D5" w:rsidP="004A7CD1">
            <w:r>
              <w:rPr>
                <w:rFonts w:ascii="Roboto Condensed" w:hAnsi="Roboto Condensed"/>
                <w:sz w:val="16"/>
              </w:rPr>
              <w:t>40</w:t>
            </w:r>
          </w:p>
        </w:tc>
      </w:tr>
      <w:tr w:rsidR="004674D5" w14:paraId="328E1728" w14:textId="77777777" w:rsidTr="004A7CD1">
        <w:tc>
          <w:tcPr>
            <w:tcW w:w="1134" w:type="dxa"/>
          </w:tcPr>
          <w:p w14:paraId="0317A333" w14:textId="77777777" w:rsidR="004674D5" w:rsidRDefault="004674D5" w:rsidP="004A7CD1">
            <w:r>
              <w:rPr>
                <w:rFonts w:ascii="Roboto Condensed" w:hAnsi="Roboto Condensed"/>
                <w:sz w:val="16"/>
              </w:rPr>
              <w:t>48SZ</w:t>
            </w:r>
          </w:p>
        </w:tc>
        <w:tc>
          <w:tcPr>
            <w:tcW w:w="1900" w:type="dxa"/>
            <w:vMerge/>
          </w:tcPr>
          <w:p w14:paraId="3CDC87E3" w14:textId="77777777" w:rsidR="004674D5" w:rsidRDefault="004674D5" w:rsidP="004A7CD1"/>
        </w:tc>
        <w:tc>
          <w:tcPr>
            <w:tcW w:w="1418" w:type="dxa"/>
          </w:tcPr>
          <w:p w14:paraId="7355D752" w14:textId="77777777" w:rsidR="004674D5" w:rsidRDefault="004674D5" w:rsidP="004A7CD1">
            <w:r>
              <w:rPr>
                <w:rFonts w:ascii="Roboto Condensed" w:hAnsi="Roboto Condensed"/>
                <w:sz w:val="16"/>
              </w:rPr>
              <w:t>U, ZN, L, W</w:t>
            </w:r>
          </w:p>
        </w:tc>
        <w:tc>
          <w:tcPr>
            <w:tcW w:w="1359" w:type="dxa"/>
          </w:tcPr>
          <w:p w14:paraId="3F325D0D" w14:textId="77777777" w:rsidR="004674D5" w:rsidRDefault="004674D5" w:rsidP="004A7CD1">
            <w:r>
              <w:rPr>
                <w:rFonts w:ascii="Roboto Condensed" w:hAnsi="Roboto Condensed"/>
                <w:sz w:val="16"/>
              </w:rPr>
              <w:t>0.3</w:t>
            </w:r>
          </w:p>
        </w:tc>
        <w:tc>
          <w:tcPr>
            <w:tcW w:w="1171" w:type="dxa"/>
          </w:tcPr>
          <w:p w14:paraId="0A2883BB" w14:textId="77777777" w:rsidR="004674D5" w:rsidRDefault="004674D5" w:rsidP="004A7CD1">
            <w:r>
              <w:rPr>
                <w:rFonts w:ascii="Roboto Condensed" w:hAnsi="Roboto Condensed"/>
                <w:sz w:val="16"/>
              </w:rPr>
              <w:t>12.0</w:t>
            </w:r>
          </w:p>
        </w:tc>
        <w:tc>
          <w:tcPr>
            <w:tcW w:w="1265" w:type="dxa"/>
          </w:tcPr>
          <w:p w14:paraId="4F5265C3" w14:textId="77777777" w:rsidR="004674D5" w:rsidRDefault="004674D5" w:rsidP="004A7CD1">
            <w:r>
              <w:rPr>
                <w:rFonts w:ascii="Roboto Condensed" w:hAnsi="Roboto Condensed"/>
                <w:sz w:val="16"/>
              </w:rPr>
              <w:t>20.0</w:t>
            </w:r>
          </w:p>
        </w:tc>
        <w:tc>
          <w:tcPr>
            <w:tcW w:w="1265" w:type="dxa"/>
          </w:tcPr>
          <w:p w14:paraId="2716D8F6" w14:textId="77777777" w:rsidR="004674D5" w:rsidRDefault="004674D5" w:rsidP="004A7CD1">
            <w:r>
              <w:rPr>
                <w:rFonts w:ascii="Roboto Condensed" w:hAnsi="Roboto Condensed"/>
                <w:sz w:val="16"/>
              </w:rPr>
              <w:t>50</w:t>
            </w:r>
          </w:p>
        </w:tc>
      </w:tr>
      <w:tr w:rsidR="004674D5" w14:paraId="7FDCDF05" w14:textId="77777777" w:rsidTr="004A7CD1">
        <w:tc>
          <w:tcPr>
            <w:tcW w:w="1134" w:type="dxa"/>
          </w:tcPr>
          <w:p w14:paraId="101B1F71" w14:textId="77777777" w:rsidR="004674D5" w:rsidRDefault="004674D5" w:rsidP="004A7CD1">
            <w:r>
              <w:rPr>
                <w:rFonts w:ascii="Roboto Condensed" w:hAnsi="Roboto Condensed"/>
                <w:sz w:val="16"/>
              </w:rPr>
              <w:t>49SZ</w:t>
            </w:r>
          </w:p>
        </w:tc>
        <w:tc>
          <w:tcPr>
            <w:tcW w:w="1900" w:type="dxa"/>
            <w:vMerge/>
          </w:tcPr>
          <w:p w14:paraId="7B91F795" w14:textId="77777777" w:rsidR="004674D5" w:rsidRDefault="004674D5" w:rsidP="004A7CD1"/>
        </w:tc>
        <w:tc>
          <w:tcPr>
            <w:tcW w:w="1418" w:type="dxa"/>
          </w:tcPr>
          <w:p w14:paraId="29D3FE8D" w14:textId="77777777" w:rsidR="004674D5" w:rsidRDefault="004674D5" w:rsidP="004A7CD1">
            <w:r>
              <w:rPr>
                <w:rFonts w:ascii="Roboto Condensed" w:hAnsi="Roboto Condensed"/>
                <w:sz w:val="16"/>
              </w:rPr>
              <w:t>RZW, U, ZN, L, W</w:t>
            </w:r>
          </w:p>
        </w:tc>
        <w:tc>
          <w:tcPr>
            <w:tcW w:w="1359" w:type="dxa"/>
          </w:tcPr>
          <w:p w14:paraId="44D91E98" w14:textId="77777777" w:rsidR="004674D5" w:rsidRDefault="004674D5" w:rsidP="004A7CD1">
            <w:r>
              <w:rPr>
                <w:rFonts w:ascii="Roboto Condensed" w:hAnsi="Roboto Condensed"/>
                <w:sz w:val="16"/>
              </w:rPr>
              <w:t>0.3</w:t>
            </w:r>
          </w:p>
        </w:tc>
        <w:tc>
          <w:tcPr>
            <w:tcW w:w="1171" w:type="dxa"/>
          </w:tcPr>
          <w:p w14:paraId="58778FF9" w14:textId="77777777" w:rsidR="004674D5" w:rsidRDefault="004674D5" w:rsidP="004A7CD1">
            <w:r>
              <w:rPr>
                <w:rFonts w:ascii="Roboto Condensed" w:hAnsi="Roboto Condensed"/>
                <w:sz w:val="16"/>
              </w:rPr>
              <w:t>12.0</w:t>
            </w:r>
          </w:p>
        </w:tc>
        <w:tc>
          <w:tcPr>
            <w:tcW w:w="1265" w:type="dxa"/>
          </w:tcPr>
          <w:p w14:paraId="7DDB2CBA" w14:textId="77777777" w:rsidR="004674D5" w:rsidRDefault="004674D5" w:rsidP="004A7CD1">
            <w:r>
              <w:rPr>
                <w:rFonts w:ascii="Roboto Condensed" w:hAnsi="Roboto Condensed"/>
                <w:sz w:val="16"/>
              </w:rPr>
              <w:t>20.0</w:t>
            </w:r>
          </w:p>
        </w:tc>
        <w:tc>
          <w:tcPr>
            <w:tcW w:w="1265" w:type="dxa"/>
          </w:tcPr>
          <w:p w14:paraId="5C4FE3A4" w14:textId="77777777" w:rsidR="004674D5" w:rsidRDefault="004674D5" w:rsidP="004A7CD1">
            <w:r>
              <w:rPr>
                <w:rFonts w:ascii="Roboto Condensed" w:hAnsi="Roboto Condensed"/>
                <w:sz w:val="16"/>
              </w:rPr>
              <w:t>40</w:t>
            </w:r>
          </w:p>
        </w:tc>
      </w:tr>
      <w:tr w:rsidR="004674D5" w14:paraId="32EC9296" w14:textId="77777777" w:rsidTr="004A7CD1">
        <w:tc>
          <w:tcPr>
            <w:tcW w:w="1134" w:type="dxa"/>
          </w:tcPr>
          <w:p w14:paraId="5764B7DA" w14:textId="77777777" w:rsidR="004674D5" w:rsidRDefault="004674D5" w:rsidP="004A7CD1">
            <w:r>
              <w:rPr>
                <w:rFonts w:ascii="Roboto Condensed" w:hAnsi="Roboto Condensed"/>
                <w:sz w:val="16"/>
              </w:rPr>
              <w:t>50SZ - 51SZ</w:t>
            </w:r>
          </w:p>
        </w:tc>
        <w:tc>
          <w:tcPr>
            <w:tcW w:w="1900" w:type="dxa"/>
            <w:vMerge/>
          </w:tcPr>
          <w:p w14:paraId="4DEE1BE8" w14:textId="77777777" w:rsidR="004674D5" w:rsidRDefault="004674D5" w:rsidP="004A7CD1"/>
        </w:tc>
        <w:tc>
          <w:tcPr>
            <w:tcW w:w="1418" w:type="dxa"/>
          </w:tcPr>
          <w:p w14:paraId="42B17AD5" w14:textId="77777777" w:rsidR="004674D5" w:rsidRDefault="004674D5" w:rsidP="004A7CD1">
            <w:r>
              <w:rPr>
                <w:rFonts w:ascii="Roboto Condensed" w:hAnsi="Roboto Condensed"/>
                <w:sz w:val="16"/>
              </w:rPr>
              <w:t>U, ZN, L, W</w:t>
            </w:r>
          </w:p>
        </w:tc>
        <w:tc>
          <w:tcPr>
            <w:tcW w:w="1359" w:type="dxa"/>
          </w:tcPr>
          <w:p w14:paraId="2DC21845" w14:textId="77777777" w:rsidR="004674D5" w:rsidRDefault="004674D5" w:rsidP="004A7CD1">
            <w:r>
              <w:rPr>
                <w:rFonts w:ascii="Roboto Condensed" w:hAnsi="Roboto Condensed"/>
                <w:sz w:val="16"/>
              </w:rPr>
              <w:t>0.3</w:t>
            </w:r>
          </w:p>
        </w:tc>
        <w:tc>
          <w:tcPr>
            <w:tcW w:w="1171" w:type="dxa"/>
          </w:tcPr>
          <w:p w14:paraId="0A29CF35" w14:textId="77777777" w:rsidR="004674D5" w:rsidRDefault="004674D5" w:rsidP="004A7CD1">
            <w:r>
              <w:rPr>
                <w:rFonts w:ascii="Roboto Condensed" w:hAnsi="Roboto Condensed"/>
                <w:sz w:val="16"/>
              </w:rPr>
              <w:t>10.0</w:t>
            </w:r>
          </w:p>
        </w:tc>
        <w:tc>
          <w:tcPr>
            <w:tcW w:w="1265" w:type="dxa"/>
          </w:tcPr>
          <w:p w14:paraId="00FEEA51" w14:textId="77777777" w:rsidR="004674D5" w:rsidRDefault="004674D5" w:rsidP="004A7CD1">
            <w:r>
              <w:rPr>
                <w:rFonts w:ascii="Roboto Condensed" w:hAnsi="Roboto Condensed"/>
                <w:sz w:val="16"/>
              </w:rPr>
              <w:t>20.0</w:t>
            </w:r>
          </w:p>
        </w:tc>
        <w:tc>
          <w:tcPr>
            <w:tcW w:w="1265" w:type="dxa"/>
          </w:tcPr>
          <w:p w14:paraId="4E6FD288" w14:textId="77777777" w:rsidR="004674D5" w:rsidRDefault="004674D5" w:rsidP="004A7CD1">
            <w:r>
              <w:rPr>
                <w:rFonts w:ascii="Roboto Condensed" w:hAnsi="Roboto Condensed"/>
                <w:sz w:val="16"/>
              </w:rPr>
              <w:t>40</w:t>
            </w:r>
          </w:p>
        </w:tc>
      </w:tr>
      <w:tr w:rsidR="004674D5" w14:paraId="4614DA4B" w14:textId="77777777" w:rsidTr="004A7CD1">
        <w:tc>
          <w:tcPr>
            <w:tcW w:w="1134" w:type="dxa"/>
          </w:tcPr>
          <w:p w14:paraId="38C04801" w14:textId="77777777" w:rsidR="004674D5" w:rsidRDefault="004674D5" w:rsidP="004A7CD1">
            <w:r>
              <w:rPr>
                <w:rFonts w:ascii="Roboto Condensed" w:hAnsi="Roboto Condensed"/>
                <w:sz w:val="16"/>
              </w:rPr>
              <w:t>52SZ</w:t>
            </w:r>
          </w:p>
        </w:tc>
        <w:tc>
          <w:tcPr>
            <w:tcW w:w="1900" w:type="dxa"/>
            <w:vMerge/>
          </w:tcPr>
          <w:p w14:paraId="43971B17" w14:textId="77777777" w:rsidR="004674D5" w:rsidRDefault="004674D5" w:rsidP="004A7CD1"/>
        </w:tc>
        <w:tc>
          <w:tcPr>
            <w:tcW w:w="1418" w:type="dxa"/>
          </w:tcPr>
          <w:p w14:paraId="16F71B33" w14:textId="77777777" w:rsidR="004674D5" w:rsidRDefault="004674D5" w:rsidP="004A7CD1">
            <w:r>
              <w:rPr>
                <w:rFonts w:ascii="Roboto Condensed" w:hAnsi="Roboto Condensed"/>
                <w:sz w:val="16"/>
              </w:rPr>
              <w:t>RZW, U, ZN, L, W</w:t>
            </w:r>
          </w:p>
        </w:tc>
        <w:tc>
          <w:tcPr>
            <w:tcW w:w="1359" w:type="dxa"/>
          </w:tcPr>
          <w:p w14:paraId="20DB1ED7" w14:textId="77777777" w:rsidR="004674D5" w:rsidRDefault="004674D5" w:rsidP="004A7CD1">
            <w:r>
              <w:rPr>
                <w:rFonts w:ascii="Roboto Condensed" w:hAnsi="Roboto Condensed"/>
                <w:sz w:val="16"/>
              </w:rPr>
              <w:t>0.3</w:t>
            </w:r>
          </w:p>
        </w:tc>
        <w:tc>
          <w:tcPr>
            <w:tcW w:w="1171" w:type="dxa"/>
          </w:tcPr>
          <w:p w14:paraId="113AD123" w14:textId="77777777" w:rsidR="004674D5" w:rsidRDefault="004674D5" w:rsidP="004A7CD1">
            <w:r>
              <w:rPr>
                <w:rFonts w:ascii="Roboto Condensed" w:hAnsi="Roboto Condensed"/>
                <w:sz w:val="16"/>
              </w:rPr>
              <w:t>12.0</w:t>
            </w:r>
          </w:p>
        </w:tc>
        <w:tc>
          <w:tcPr>
            <w:tcW w:w="1265" w:type="dxa"/>
          </w:tcPr>
          <w:p w14:paraId="1875D394" w14:textId="77777777" w:rsidR="004674D5" w:rsidRDefault="004674D5" w:rsidP="004A7CD1">
            <w:r>
              <w:rPr>
                <w:rFonts w:ascii="Roboto Condensed" w:hAnsi="Roboto Condensed"/>
                <w:sz w:val="16"/>
              </w:rPr>
              <w:t>20.0</w:t>
            </w:r>
          </w:p>
        </w:tc>
        <w:tc>
          <w:tcPr>
            <w:tcW w:w="1265" w:type="dxa"/>
          </w:tcPr>
          <w:p w14:paraId="7B42A084" w14:textId="77777777" w:rsidR="004674D5" w:rsidRDefault="004674D5" w:rsidP="004A7CD1">
            <w:r>
              <w:rPr>
                <w:rFonts w:ascii="Roboto Condensed" w:hAnsi="Roboto Condensed"/>
                <w:sz w:val="16"/>
              </w:rPr>
              <w:t>30</w:t>
            </w:r>
          </w:p>
        </w:tc>
      </w:tr>
      <w:tr w:rsidR="004674D5" w14:paraId="189F9640" w14:textId="77777777" w:rsidTr="004A7CD1">
        <w:tc>
          <w:tcPr>
            <w:tcW w:w="9514" w:type="dxa"/>
            <w:gridSpan w:val="7"/>
            <w:shd w:val="clear" w:color="auto" w:fill="808080"/>
            <w:vAlign w:val="center"/>
          </w:tcPr>
          <w:p w14:paraId="29075048" w14:textId="77777777" w:rsidR="004674D5" w:rsidRDefault="004674D5" w:rsidP="004A7CD1">
            <w:pPr>
              <w:jc w:val="center"/>
            </w:pPr>
            <w:r>
              <w:rPr>
                <w:rFonts w:ascii="Roboto Condensed" w:hAnsi="Roboto Condensed"/>
                <w:b/>
                <w:sz w:val="20"/>
              </w:rPr>
              <w:t>SU – STREFA USŁUGOWA</w:t>
            </w:r>
          </w:p>
        </w:tc>
      </w:tr>
      <w:tr w:rsidR="004674D5" w14:paraId="56F0C20E" w14:textId="77777777" w:rsidTr="004A7CD1">
        <w:tc>
          <w:tcPr>
            <w:tcW w:w="1134" w:type="dxa"/>
          </w:tcPr>
          <w:p w14:paraId="3D53E2A7" w14:textId="77777777" w:rsidR="004674D5" w:rsidRDefault="004674D5" w:rsidP="004A7CD1">
            <w:r>
              <w:rPr>
                <w:rFonts w:ascii="Roboto Condensed" w:hAnsi="Roboto Condensed"/>
                <w:sz w:val="16"/>
              </w:rPr>
              <w:t>1SU</w:t>
            </w:r>
          </w:p>
        </w:tc>
        <w:tc>
          <w:tcPr>
            <w:tcW w:w="1900" w:type="dxa"/>
            <w:vMerge w:val="restart"/>
            <w:vAlign w:val="center"/>
          </w:tcPr>
          <w:p w14:paraId="562AEC7F" w14:textId="77777777" w:rsidR="004674D5" w:rsidRPr="00363680" w:rsidRDefault="004674D5" w:rsidP="004A7CD1">
            <w:pPr>
              <w:jc w:val="center"/>
            </w:pPr>
            <w:r w:rsidRPr="00363680">
              <w:rPr>
                <w:rFonts w:ascii="Roboto Condensed" w:hAnsi="Roboto Condensed"/>
                <w:sz w:val="16"/>
              </w:rPr>
              <w:t>teren usług,</w:t>
            </w:r>
            <w:r w:rsidRPr="00363680">
              <w:rPr>
                <w:rFonts w:ascii="Roboto Condensed" w:hAnsi="Roboto Condensed"/>
                <w:sz w:val="16"/>
              </w:rPr>
              <w:br/>
              <w:t>teren komunikacji,</w:t>
            </w:r>
            <w:r w:rsidRPr="00363680">
              <w:rPr>
                <w:rFonts w:ascii="Roboto Condensed" w:hAnsi="Roboto Condensed"/>
                <w:sz w:val="16"/>
              </w:rPr>
              <w:br/>
              <w:t>teren zieleni urządzonej,</w:t>
            </w:r>
            <w:r w:rsidRPr="00363680">
              <w:rPr>
                <w:rFonts w:ascii="Roboto Condensed" w:hAnsi="Roboto Condensed"/>
                <w:sz w:val="16"/>
              </w:rPr>
              <w:br/>
              <w:t>teren ogrodów działkowych,</w:t>
            </w:r>
            <w:r w:rsidRPr="00363680">
              <w:rPr>
                <w:rFonts w:ascii="Roboto Condensed" w:hAnsi="Roboto Condensed"/>
                <w:sz w:val="16"/>
              </w:rPr>
              <w:br/>
              <w:t>teren infrastruktury technicznej (2</w:t>
            </w:r>
          </w:p>
        </w:tc>
        <w:tc>
          <w:tcPr>
            <w:tcW w:w="1418" w:type="dxa"/>
          </w:tcPr>
          <w:p w14:paraId="47BF9715" w14:textId="77777777" w:rsidR="004674D5" w:rsidRDefault="004674D5" w:rsidP="004A7CD1">
            <w:r>
              <w:rPr>
                <w:rFonts w:ascii="Roboto Condensed" w:hAnsi="Roboto Condensed"/>
                <w:sz w:val="16"/>
              </w:rPr>
              <w:t>ZN, L</w:t>
            </w:r>
          </w:p>
        </w:tc>
        <w:tc>
          <w:tcPr>
            <w:tcW w:w="1359" w:type="dxa"/>
          </w:tcPr>
          <w:p w14:paraId="1C13DD65" w14:textId="77777777" w:rsidR="004674D5" w:rsidRDefault="004674D5" w:rsidP="004A7CD1">
            <w:r>
              <w:rPr>
                <w:rFonts w:ascii="Roboto Condensed" w:hAnsi="Roboto Condensed"/>
                <w:sz w:val="16"/>
              </w:rPr>
              <w:t>0.8</w:t>
            </w:r>
          </w:p>
        </w:tc>
        <w:tc>
          <w:tcPr>
            <w:tcW w:w="1171" w:type="dxa"/>
          </w:tcPr>
          <w:p w14:paraId="41211A39" w14:textId="77777777" w:rsidR="004674D5" w:rsidRDefault="004674D5" w:rsidP="004A7CD1">
            <w:r>
              <w:rPr>
                <w:rFonts w:ascii="Roboto Condensed" w:hAnsi="Roboto Condensed"/>
                <w:sz w:val="16"/>
              </w:rPr>
              <w:t>10.0</w:t>
            </w:r>
          </w:p>
        </w:tc>
        <w:tc>
          <w:tcPr>
            <w:tcW w:w="1265" w:type="dxa"/>
          </w:tcPr>
          <w:p w14:paraId="2DF7CED4" w14:textId="77777777" w:rsidR="004674D5" w:rsidRDefault="004674D5" w:rsidP="004A7CD1">
            <w:r>
              <w:rPr>
                <w:rFonts w:ascii="Roboto Condensed" w:hAnsi="Roboto Condensed"/>
                <w:sz w:val="16"/>
              </w:rPr>
              <w:t>40.0</w:t>
            </w:r>
          </w:p>
        </w:tc>
        <w:tc>
          <w:tcPr>
            <w:tcW w:w="1265" w:type="dxa"/>
          </w:tcPr>
          <w:p w14:paraId="16C677DB" w14:textId="77777777" w:rsidR="004674D5" w:rsidRDefault="004674D5" w:rsidP="004A7CD1">
            <w:r>
              <w:rPr>
                <w:rFonts w:ascii="Roboto Condensed" w:hAnsi="Roboto Condensed"/>
                <w:sz w:val="16"/>
              </w:rPr>
              <w:t>30</w:t>
            </w:r>
          </w:p>
        </w:tc>
      </w:tr>
      <w:tr w:rsidR="004674D5" w14:paraId="300935FF" w14:textId="77777777" w:rsidTr="004A7CD1">
        <w:tc>
          <w:tcPr>
            <w:tcW w:w="1134" w:type="dxa"/>
          </w:tcPr>
          <w:p w14:paraId="6D518772" w14:textId="77777777" w:rsidR="004674D5" w:rsidRDefault="004674D5" w:rsidP="004A7CD1">
            <w:r>
              <w:rPr>
                <w:rFonts w:ascii="Roboto Condensed" w:hAnsi="Roboto Condensed"/>
                <w:sz w:val="16"/>
              </w:rPr>
              <w:t>2SU</w:t>
            </w:r>
          </w:p>
        </w:tc>
        <w:tc>
          <w:tcPr>
            <w:tcW w:w="1900" w:type="dxa"/>
            <w:vMerge/>
          </w:tcPr>
          <w:p w14:paraId="6BC623FC" w14:textId="77777777" w:rsidR="004674D5" w:rsidRDefault="004674D5" w:rsidP="004A7CD1"/>
        </w:tc>
        <w:tc>
          <w:tcPr>
            <w:tcW w:w="1418" w:type="dxa"/>
          </w:tcPr>
          <w:p w14:paraId="2B5F7941" w14:textId="77777777" w:rsidR="004674D5" w:rsidRDefault="004674D5" w:rsidP="004A7CD1">
            <w:r>
              <w:rPr>
                <w:rFonts w:ascii="Roboto Condensed" w:hAnsi="Roboto Condensed"/>
                <w:sz w:val="16"/>
              </w:rPr>
              <w:t>ZN</w:t>
            </w:r>
          </w:p>
        </w:tc>
        <w:tc>
          <w:tcPr>
            <w:tcW w:w="1359" w:type="dxa"/>
          </w:tcPr>
          <w:p w14:paraId="08BB6C16" w14:textId="77777777" w:rsidR="004674D5" w:rsidRDefault="004674D5" w:rsidP="004A7CD1">
            <w:r>
              <w:rPr>
                <w:rFonts w:ascii="Roboto Condensed" w:hAnsi="Roboto Condensed"/>
                <w:sz w:val="16"/>
              </w:rPr>
              <w:t>0.5</w:t>
            </w:r>
          </w:p>
        </w:tc>
        <w:tc>
          <w:tcPr>
            <w:tcW w:w="1171" w:type="dxa"/>
          </w:tcPr>
          <w:p w14:paraId="192E47AF" w14:textId="77777777" w:rsidR="004674D5" w:rsidRDefault="004674D5" w:rsidP="004A7CD1">
            <w:r>
              <w:rPr>
                <w:rFonts w:ascii="Roboto Condensed" w:hAnsi="Roboto Condensed"/>
                <w:sz w:val="16"/>
              </w:rPr>
              <w:t>12.0</w:t>
            </w:r>
          </w:p>
        </w:tc>
        <w:tc>
          <w:tcPr>
            <w:tcW w:w="1265" w:type="dxa"/>
          </w:tcPr>
          <w:p w14:paraId="1F80C730" w14:textId="77777777" w:rsidR="004674D5" w:rsidRDefault="004674D5" w:rsidP="004A7CD1">
            <w:r>
              <w:rPr>
                <w:rFonts w:ascii="Roboto Condensed" w:hAnsi="Roboto Condensed"/>
                <w:sz w:val="16"/>
              </w:rPr>
              <w:t>30.0</w:t>
            </w:r>
          </w:p>
        </w:tc>
        <w:tc>
          <w:tcPr>
            <w:tcW w:w="1265" w:type="dxa"/>
          </w:tcPr>
          <w:p w14:paraId="2A664246" w14:textId="77777777" w:rsidR="004674D5" w:rsidRDefault="004674D5" w:rsidP="004A7CD1">
            <w:r>
              <w:rPr>
                <w:rFonts w:ascii="Roboto Condensed" w:hAnsi="Roboto Condensed"/>
                <w:sz w:val="16"/>
              </w:rPr>
              <w:t>30</w:t>
            </w:r>
          </w:p>
        </w:tc>
      </w:tr>
      <w:tr w:rsidR="004674D5" w14:paraId="2F0EE714" w14:textId="77777777" w:rsidTr="004A7CD1">
        <w:tc>
          <w:tcPr>
            <w:tcW w:w="1134" w:type="dxa"/>
          </w:tcPr>
          <w:p w14:paraId="6C6944CF" w14:textId="77777777" w:rsidR="004674D5" w:rsidRDefault="004674D5" w:rsidP="004A7CD1">
            <w:r>
              <w:rPr>
                <w:rFonts w:ascii="Roboto Condensed" w:hAnsi="Roboto Condensed"/>
                <w:sz w:val="16"/>
              </w:rPr>
              <w:t>3SU</w:t>
            </w:r>
          </w:p>
        </w:tc>
        <w:tc>
          <w:tcPr>
            <w:tcW w:w="1900" w:type="dxa"/>
            <w:vMerge/>
          </w:tcPr>
          <w:p w14:paraId="1D81BCDA" w14:textId="77777777" w:rsidR="004674D5" w:rsidRDefault="004674D5" w:rsidP="004A7CD1"/>
        </w:tc>
        <w:tc>
          <w:tcPr>
            <w:tcW w:w="1418" w:type="dxa"/>
          </w:tcPr>
          <w:p w14:paraId="1536B038" w14:textId="77777777" w:rsidR="004674D5" w:rsidRDefault="004674D5" w:rsidP="004A7CD1">
            <w:r>
              <w:rPr>
                <w:rFonts w:ascii="Roboto Condensed" w:hAnsi="Roboto Condensed"/>
                <w:sz w:val="16"/>
              </w:rPr>
              <w:t>-</w:t>
            </w:r>
          </w:p>
        </w:tc>
        <w:tc>
          <w:tcPr>
            <w:tcW w:w="1359" w:type="dxa"/>
          </w:tcPr>
          <w:p w14:paraId="6E131095" w14:textId="77777777" w:rsidR="004674D5" w:rsidRDefault="004674D5" w:rsidP="004A7CD1">
            <w:r>
              <w:rPr>
                <w:rFonts w:ascii="Roboto Condensed" w:hAnsi="Roboto Condensed"/>
                <w:sz w:val="16"/>
              </w:rPr>
              <w:t>0.5</w:t>
            </w:r>
          </w:p>
        </w:tc>
        <w:tc>
          <w:tcPr>
            <w:tcW w:w="1171" w:type="dxa"/>
          </w:tcPr>
          <w:p w14:paraId="6C7025D4" w14:textId="77777777" w:rsidR="004674D5" w:rsidRDefault="004674D5" w:rsidP="004A7CD1">
            <w:r>
              <w:rPr>
                <w:rFonts w:ascii="Roboto Condensed" w:hAnsi="Roboto Condensed"/>
                <w:sz w:val="16"/>
              </w:rPr>
              <w:t>12.0</w:t>
            </w:r>
          </w:p>
        </w:tc>
        <w:tc>
          <w:tcPr>
            <w:tcW w:w="1265" w:type="dxa"/>
          </w:tcPr>
          <w:p w14:paraId="2568200B" w14:textId="77777777" w:rsidR="004674D5" w:rsidRDefault="004674D5" w:rsidP="004A7CD1">
            <w:r>
              <w:rPr>
                <w:rFonts w:ascii="Roboto Condensed" w:hAnsi="Roboto Condensed"/>
                <w:sz w:val="16"/>
              </w:rPr>
              <w:t>30.0</w:t>
            </w:r>
          </w:p>
        </w:tc>
        <w:tc>
          <w:tcPr>
            <w:tcW w:w="1265" w:type="dxa"/>
          </w:tcPr>
          <w:p w14:paraId="26A1FA5F" w14:textId="77777777" w:rsidR="004674D5" w:rsidRDefault="004674D5" w:rsidP="004A7CD1">
            <w:r>
              <w:rPr>
                <w:rFonts w:ascii="Roboto Condensed" w:hAnsi="Roboto Condensed"/>
                <w:sz w:val="16"/>
              </w:rPr>
              <w:t>30</w:t>
            </w:r>
          </w:p>
        </w:tc>
      </w:tr>
      <w:tr w:rsidR="004674D5" w14:paraId="29959277" w14:textId="77777777" w:rsidTr="004A7CD1">
        <w:tc>
          <w:tcPr>
            <w:tcW w:w="1134" w:type="dxa"/>
          </w:tcPr>
          <w:p w14:paraId="69C3B890" w14:textId="77777777" w:rsidR="004674D5" w:rsidRDefault="004674D5" w:rsidP="004A7CD1">
            <w:r>
              <w:rPr>
                <w:rFonts w:ascii="Roboto Condensed" w:hAnsi="Roboto Condensed"/>
                <w:sz w:val="16"/>
              </w:rPr>
              <w:t>4SU</w:t>
            </w:r>
          </w:p>
        </w:tc>
        <w:tc>
          <w:tcPr>
            <w:tcW w:w="1900" w:type="dxa"/>
            <w:vMerge/>
          </w:tcPr>
          <w:p w14:paraId="148C6566" w14:textId="77777777" w:rsidR="004674D5" w:rsidRDefault="004674D5" w:rsidP="004A7CD1"/>
        </w:tc>
        <w:tc>
          <w:tcPr>
            <w:tcW w:w="1418" w:type="dxa"/>
          </w:tcPr>
          <w:p w14:paraId="691AC1E9" w14:textId="77777777" w:rsidR="004674D5" w:rsidRDefault="004674D5" w:rsidP="004A7CD1">
            <w:r>
              <w:rPr>
                <w:rFonts w:ascii="Roboto Condensed" w:hAnsi="Roboto Condensed"/>
                <w:sz w:val="16"/>
              </w:rPr>
              <w:t>ZN</w:t>
            </w:r>
          </w:p>
        </w:tc>
        <w:tc>
          <w:tcPr>
            <w:tcW w:w="1359" w:type="dxa"/>
          </w:tcPr>
          <w:p w14:paraId="428DE8E7" w14:textId="77777777" w:rsidR="004674D5" w:rsidRDefault="004674D5" w:rsidP="004A7CD1">
            <w:r>
              <w:rPr>
                <w:rFonts w:ascii="Roboto Condensed" w:hAnsi="Roboto Condensed"/>
                <w:sz w:val="16"/>
              </w:rPr>
              <w:t>0.5</w:t>
            </w:r>
          </w:p>
        </w:tc>
        <w:tc>
          <w:tcPr>
            <w:tcW w:w="1171" w:type="dxa"/>
          </w:tcPr>
          <w:p w14:paraId="592CB6EA" w14:textId="77777777" w:rsidR="004674D5" w:rsidRDefault="004674D5" w:rsidP="004A7CD1">
            <w:r>
              <w:rPr>
                <w:rFonts w:ascii="Roboto Condensed" w:hAnsi="Roboto Condensed"/>
                <w:sz w:val="16"/>
              </w:rPr>
              <w:t>10.0</w:t>
            </w:r>
          </w:p>
        </w:tc>
        <w:tc>
          <w:tcPr>
            <w:tcW w:w="1265" w:type="dxa"/>
          </w:tcPr>
          <w:p w14:paraId="23721669" w14:textId="77777777" w:rsidR="004674D5" w:rsidRDefault="004674D5" w:rsidP="004A7CD1">
            <w:r>
              <w:rPr>
                <w:rFonts w:ascii="Roboto Condensed" w:hAnsi="Roboto Condensed"/>
                <w:sz w:val="16"/>
              </w:rPr>
              <w:t>30.0</w:t>
            </w:r>
          </w:p>
        </w:tc>
        <w:tc>
          <w:tcPr>
            <w:tcW w:w="1265" w:type="dxa"/>
          </w:tcPr>
          <w:p w14:paraId="6AD28718" w14:textId="77777777" w:rsidR="004674D5" w:rsidRDefault="004674D5" w:rsidP="004A7CD1">
            <w:r>
              <w:rPr>
                <w:rFonts w:ascii="Roboto Condensed" w:hAnsi="Roboto Condensed"/>
                <w:sz w:val="16"/>
              </w:rPr>
              <w:t>30</w:t>
            </w:r>
          </w:p>
        </w:tc>
      </w:tr>
      <w:tr w:rsidR="004674D5" w14:paraId="43797ADE" w14:textId="77777777" w:rsidTr="004A7CD1">
        <w:tc>
          <w:tcPr>
            <w:tcW w:w="1134" w:type="dxa"/>
          </w:tcPr>
          <w:p w14:paraId="6A20A4B0" w14:textId="77777777" w:rsidR="004674D5" w:rsidRDefault="004674D5" w:rsidP="004A7CD1">
            <w:r>
              <w:rPr>
                <w:rFonts w:ascii="Roboto Condensed" w:hAnsi="Roboto Condensed"/>
                <w:sz w:val="16"/>
              </w:rPr>
              <w:t>5SU</w:t>
            </w:r>
          </w:p>
        </w:tc>
        <w:tc>
          <w:tcPr>
            <w:tcW w:w="1900" w:type="dxa"/>
            <w:vMerge/>
          </w:tcPr>
          <w:p w14:paraId="015ADC64" w14:textId="77777777" w:rsidR="004674D5" w:rsidRDefault="004674D5" w:rsidP="004A7CD1"/>
        </w:tc>
        <w:tc>
          <w:tcPr>
            <w:tcW w:w="1418" w:type="dxa"/>
          </w:tcPr>
          <w:p w14:paraId="15C5A3C0" w14:textId="77777777" w:rsidR="004674D5" w:rsidRDefault="004674D5" w:rsidP="004A7CD1">
            <w:r>
              <w:rPr>
                <w:rFonts w:ascii="Roboto Condensed" w:hAnsi="Roboto Condensed"/>
                <w:sz w:val="16"/>
              </w:rPr>
              <w:t>PEF</w:t>
            </w:r>
          </w:p>
        </w:tc>
        <w:tc>
          <w:tcPr>
            <w:tcW w:w="1359" w:type="dxa"/>
          </w:tcPr>
          <w:p w14:paraId="5A27B1CD" w14:textId="77777777" w:rsidR="004674D5" w:rsidRDefault="004674D5" w:rsidP="004A7CD1">
            <w:r>
              <w:rPr>
                <w:rFonts w:ascii="Roboto Condensed" w:hAnsi="Roboto Condensed"/>
                <w:sz w:val="16"/>
              </w:rPr>
              <w:t>0.8</w:t>
            </w:r>
          </w:p>
        </w:tc>
        <w:tc>
          <w:tcPr>
            <w:tcW w:w="1171" w:type="dxa"/>
          </w:tcPr>
          <w:p w14:paraId="3FDCDB87" w14:textId="77777777" w:rsidR="004674D5" w:rsidRDefault="004674D5" w:rsidP="004A7CD1">
            <w:r>
              <w:rPr>
                <w:rFonts w:ascii="Roboto Condensed" w:hAnsi="Roboto Condensed"/>
                <w:sz w:val="16"/>
              </w:rPr>
              <w:t>10.0</w:t>
            </w:r>
          </w:p>
        </w:tc>
        <w:tc>
          <w:tcPr>
            <w:tcW w:w="1265" w:type="dxa"/>
          </w:tcPr>
          <w:p w14:paraId="16DEA84E" w14:textId="77777777" w:rsidR="004674D5" w:rsidRDefault="004674D5" w:rsidP="004A7CD1">
            <w:r>
              <w:rPr>
                <w:rFonts w:ascii="Roboto Condensed" w:hAnsi="Roboto Condensed"/>
                <w:sz w:val="16"/>
              </w:rPr>
              <w:t>50.0</w:t>
            </w:r>
          </w:p>
        </w:tc>
        <w:tc>
          <w:tcPr>
            <w:tcW w:w="1265" w:type="dxa"/>
          </w:tcPr>
          <w:p w14:paraId="76EB7F24" w14:textId="77777777" w:rsidR="004674D5" w:rsidRDefault="004674D5" w:rsidP="004A7CD1">
            <w:r>
              <w:rPr>
                <w:rFonts w:ascii="Roboto Condensed" w:hAnsi="Roboto Condensed"/>
                <w:sz w:val="16"/>
              </w:rPr>
              <w:t>30</w:t>
            </w:r>
          </w:p>
        </w:tc>
      </w:tr>
      <w:tr w:rsidR="004674D5" w14:paraId="78898BE4" w14:textId="77777777" w:rsidTr="004A7CD1">
        <w:tc>
          <w:tcPr>
            <w:tcW w:w="1134" w:type="dxa"/>
          </w:tcPr>
          <w:p w14:paraId="266B7AFB" w14:textId="77777777" w:rsidR="004674D5" w:rsidRDefault="004674D5" w:rsidP="004A7CD1">
            <w:r>
              <w:rPr>
                <w:rFonts w:ascii="Roboto Condensed" w:hAnsi="Roboto Condensed"/>
                <w:sz w:val="16"/>
              </w:rPr>
              <w:t>6SU</w:t>
            </w:r>
          </w:p>
        </w:tc>
        <w:tc>
          <w:tcPr>
            <w:tcW w:w="1900" w:type="dxa"/>
            <w:vMerge/>
          </w:tcPr>
          <w:p w14:paraId="0459AAFB" w14:textId="77777777" w:rsidR="004674D5" w:rsidRDefault="004674D5" w:rsidP="004A7CD1"/>
        </w:tc>
        <w:tc>
          <w:tcPr>
            <w:tcW w:w="1418" w:type="dxa"/>
          </w:tcPr>
          <w:p w14:paraId="7F0110B5" w14:textId="77777777" w:rsidR="004674D5" w:rsidRDefault="004674D5" w:rsidP="004A7CD1">
            <w:r>
              <w:rPr>
                <w:rFonts w:ascii="Roboto Condensed" w:hAnsi="Roboto Condensed"/>
                <w:sz w:val="16"/>
              </w:rPr>
              <w:t>PS, ZN</w:t>
            </w:r>
          </w:p>
        </w:tc>
        <w:tc>
          <w:tcPr>
            <w:tcW w:w="1359" w:type="dxa"/>
          </w:tcPr>
          <w:p w14:paraId="66EAF26D" w14:textId="77777777" w:rsidR="004674D5" w:rsidRDefault="004674D5" w:rsidP="004A7CD1">
            <w:r>
              <w:rPr>
                <w:rFonts w:ascii="Roboto Condensed" w:hAnsi="Roboto Condensed"/>
                <w:sz w:val="16"/>
              </w:rPr>
              <w:t>0.8</w:t>
            </w:r>
          </w:p>
        </w:tc>
        <w:tc>
          <w:tcPr>
            <w:tcW w:w="1171" w:type="dxa"/>
          </w:tcPr>
          <w:p w14:paraId="5E633768" w14:textId="77777777" w:rsidR="004674D5" w:rsidRDefault="004674D5" w:rsidP="004A7CD1">
            <w:r>
              <w:rPr>
                <w:rFonts w:ascii="Roboto Condensed" w:hAnsi="Roboto Condensed"/>
                <w:sz w:val="16"/>
              </w:rPr>
              <w:t>10.0</w:t>
            </w:r>
          </w:p>
        </w:tc>
        <w:tc>
          <w:tcPr>
            <w:tcW w:w="1265" w:type="dxa"/>
          </w:tcPr>
          <w:p w14:paraId="1F517BA2" w14:textId="77777777" w:rsidR="004674D5" w:rsidRDefault="004674D5" w:rsidP="004A7CD1">
            <w:r>
              <w:rPr>
                <w:rFonts w:ascii="Roboto Condensed" w:hAnsi="Roboto Condensed"/>
                <w:sz w:val="16"/>
              </w:rPr>
              <w:t>50.0</w:t>
            </w:r>
          </w:p>
        </w:tc>
        <w:tc>
          <w:tcPr>
            <w:tcW w:w="1265" w:type="dxa"/>
          </w:tcPr>
          <w:p w14:paraId="1400AA14" w14:textId="77777777" w:rsidR="004674D5" w:rsidRDefault="004674D5" w:rsidP="004A7CD1">
            <w:r>
              <w:rPr>
                <w:rFonts w:ascii="Roboto Condensed" w:hAnsi="Roboto Condensed"/>
                <w:sz w:val="16"/>
              </w:rPr>
              <w:t>30</w:t>
            </w:r>
          </w:p>
        </w:tc>
      </w:tr>
      <w:tr w:rsidR="004674D5" w14:paraId="32419F9A" w14:textId="77777777" w:rsidTr="004A7CD1">
        <w:tc>
          <w:tcPr>
            <w:tcW w:w="1134" w:type="dxa"/>
          </w:tcPr>
          <w:p w14:paraId="4FC8A6BC" w14:textId="77777777" w:rsidR="004674D5" w:rsidRDefault="004674D5" w:rsidP="004A7CD1">
            <w:r>
              <w:rPr>
                <w:rFonts w:ascii="Roboto Condensed" w:hAnsi="Roboto Condensed"/>
                <w:sz w:val="16"/>
              </w:rPr>
              <w:t>7SU</w:t>
            </w:r>
          </w:p>
        </w:tc>
        <w:tc>
          <w:tcPr>
            <w:tcW w:w="1900" w:type="dxa"/>
            <w:vMerge/>
          </w:tcPr>
          <w:p w14:paraId="5FB14C57" w14:textId="77777777" w:rsidR="004674D5" w:rsidRDefault="004674D5" w:rsidP="004A7CD1"/>
        </w:tc>
        <w:tc>
          <w:tcPr>
            <w:tcW w:w="1418" w:type="dxa"/>
          </w:tcPr>
          <w:p w14:paraId="2FCAA1D6" w14:textId="77777777" w:rsidR="004674D5" w:rsidRDefault="004674D5" w:rsidP="004A7CD1">
            <w:r>
              <w:rPr>
                <w:rFonts w:ascii="Roboto Condensed" w:hAnsi="Roboto Condensed"/>
                <w:sz w:val="16"/>
              </w:rPr>
              <w:t>-</w:t>
            </w:r>
          </w:p>
        </w:tc>
        <w:tc>
          <w:tcPr>
            <w:tcW w:w="1359" w:type="dxa"/>
          </w:tcPr>
          <w:p w14:paraId="0BAF6EBB" w14:textId="77777777" w:rsidR="004674D5" w:rsidRDefault="004674D5" w:rsidP="004A7CD1">
            <w:r>
              <w:rPr>
                <w:rFonts w:ascii="Roboto Condensed" w:hAnsi="Roboto Condensed"/>
                <w:sz w:val="16"/>
              </w:rPr>
              <w:t>0.5</w:t>
            </w:r>
          </w:p>
        </w:tc>
        <w:tc>
          <w:tcPr>
            <w:tcW w:w="1171" w:type="dxa"/>
          </w:tcPr>
          <w:p w14:paraId="6437A332" w14:textId="77777777" w:rsidR="004674D5" w:rsidRDefault="004674D5" w:rsidP="004A7CD1">
            <w:r>
              <w:rPr>
                <w:rFonts w:ascii="Roboto Condensed" w:hAnsi="Roboto Condensed"/>
                <w:sz w:val="16"/>
              </w:rPr>
              <w:t>25.0</w:t>
            </w:r>
          </w:p>
        </w:tc>
        <w:tc>
          <w:tcPr>
            <w:tcW w:w="1265" w:type="dxa"/>
          </w:tcPr>
          <w:p w14:paraId="457C95E5" w14:textId="77777777" w:rsidR="004674D5" w:rsidRDefault="004674D5" w:rsidP="004A7CD1">
            <w:r>
              <w:rPr>
                <w:rFonts w:ascii="Roboto Condensed" w:hAnsi="Roboto Condensed"/>
                <w:sz w:val="16"/>
              </w:rPr>
              <w:t>30.0</w:t>
            </w:r>
          </w:p>
        </w:tc>
        <w:tc>
          <w:tcPr>
            <w:tcW w:w="1265" w:type="dxa"/>
          </w:tcPr>
          <w:p w14:paraId="578F5F23" w14:textId="77777777" w:rsidR="004674D5" w:rsidRDefault="004674D5" w:rsidP="004A7CD1">
            <w:r>
              <w:rPr>
                <w:rFonts w:ascii="Roboto Condensed" w:hAnsi="Roboto Condensed"/>
                <w:sz w:val="16"/>
              </w:rPr>
              <w:t>30</w:t>
            </w:r>
          </w:p>
        </w:tc>
      </w:tr>
      <w:tr w:rsidR="004674D5" w14:paraId="4E83E1D0" w14:textId="77777777" w:rsidTr="004A7CD1">
        <w:tc>
          <w:tcPr>
            <w:tcW w:w="1134" w:type="dxa"/>
          </w:tcPr>
          <w:p w14:paraId="1A94A147" w14:textId="77777777" w:rsidR="004674D5" w:rsidRDefault="004674D5" w:rsidP="004A7CD1">
            <w:r>
              <w:rPr>
                <w:rFonts w:ascii="Roboto Condensed" w:hAnsi="Roboto Condensed"/>
                <w:sz w:val="16"/>
              </w:rPr>
              <w:t>8SU</w:t>
            </w:r>
          </w:p>
        </w:tc>
        <w:tc>
          <w:tcPr>
            <w:tcW w:w="1900" w:type="dxa"/>
            <w:vMerge/>
          </w:tcPr>
          <w:p w14:paraId="52FBDB76" w14:textId="77777777" w:rsidR="004674D5" w:rsidRDefault="004674D5" w:rsidP="004A7CD1"/>
        </w:tc>
        <w:tc>
          <w:tcPr>
            <w:tcW w:w="1418" w:type="dxa"/>
          </w:tcPr>
          <w:p w14:paraId="231F2053" w14:textId="77777777" w:rsidR="004674D5" w:rsidRDefault="004674D5" w:rsidP="004A7CD1">
            <w:r>
              <w:rPr>
                <w:rFonts w:ascii="Roboto Condensed" w:hAnsi="Roboto Condensed"/>
                <w:sz w:val="16"/>
              </w:rPr>
              <w:t>PEF, ZN</w:t>
            </w:r>
          </w:p>
        </w:tc>
        <w:tc>
          <w:tcPr>
            <w:tcW w:w="1359" w:type="dxa"/>
          </w:tcPr>
          <w:p w14:paraId="7C27DD8D" w14:textId="77777777" w:rsidR="004674D5" w:rsidRDefault="004674D5" w:rsidP="004A7CD1">
            <w:r>
              <w:rPr>
                <w:rFonts w:ascii="Roboto Condensed" w:hAnsi="Roboto Condensed"/>
                <w:sz w:val="16"/>
              </w:rPr>
              <w:t>0.5</w:t>
            </w:r>
          </w:p>
        </w:tc>
        <w:tc>
          <w:tcPr>
            <w:tcW w:w="1171" w:type="dxa"/>
          </w:tcPr>
          <w:p w14:paraId="206B5C6A" w14:textId="77777777" w:rsidR="004674D5" w:rsidRDefault="004674D5" w:rsidP="004A7CD1">
            <w:r>
              <w:rPr>
                <w:rFonts w:ascii="Roboto Condensed" w:hAnsi="Roboto Condensed"/>
                <w:sz w:val="16"/>
              </w:rPr>
              <w:t>15.0</w:t>
            </w:r>
          </w:p>
        </w:tc>
        <w:tc>
          <w:tcPr>
            <w:tcW w:w="1265" w:type="dxa"/>
          </w:tcPr>
          <w:p w14:paraId="51C52174" w14:textId="77777777" w:rsidR="004674D5" w:rsidRDefault="004674D5" w:rsidP="004A7CD1">
            <w:r>
              <w:rPr>
                <w:rFonts w:ascii="Roboto Condensed" w:hAnsi="Roboto Condensed"/>
                <w:sz w:val="16"/>
              </w:rPr>
              <w:t>30.0</w:t>
            </w:r>
          </w:p>
        </w:tc>
        <w:tc>
          <w:tcPr>
            <w:tcW w:w="1265" w:type="dxa"/>
          </w:tcPr>
          <w:p w14:paraId="12A13BE8" w14:textId="77777777" w:rsidR="004674D5" w:rsidRDefault="004674D5" w:rsidP="004A7CD1">
            <w:r>
              <w:rPr>
                <w:rFonts w:ascii="Roboto Condensed" w:hAnsi="Roboto Condensed"/>
                <w:sz w:val="16"/>
              </w:rPr>
              <w:t>30</w:t>
            </w:r>
          </w:p>
        </w:tc>
      </w:tr>
      <w:tr w:rsidR="004674D5" w14:paraId="093155C7" w14:textId="77777777" w:rsidTr="004A7CD1">
        <w:tc>
          <w:tcPr>
            <w:tcW w:w="1134" w:type="dxa"/>
          </w:tcPr>
          <w:p w14:paraId="347ABAAF" w14:textId="77777777" w:rsidR="004674D5" w:rsidRDefault="004674D5" w:rsidP="004A7CD1">
            <w:r>
              <w:rPr>
                <w:rFonts w:ascii="Roboto Condensed" w:hAnsi="Roboto Condensed"/>
                <w:sz w:val="16"/>
              </w:rPr>
              <w:t>9SU</w:t>
            </w:r>
          </w:p>
        </w:tc>
        <w:tc>
          <w:tcPr>
            <w:tcW w:w="1900" w:type="dxa"/>
            <w:vMerge/>
          </w:tcPr>
          <w:p w14:paraId="6358A869" w14:textId="77777777" w:rsidR="004674D5" w:rsidRDefault="004674D5" w:rsidP="004A7CD1"/>
        </w:tc>
        <w:tc>
          <w:tcPr>
            <w:tcW w:w="1418" w:type="dxa"/>
          </w:tcPr>
          <w:p w14:paraId="5B41A001" w14:textId="77777777" w:rsidR="004674D5" w:rsidRDefault="004674D5" w:rsidP="004A7CD1">
            <w:r>
              <w:rPr>
                <w:rFonts w:ascii="Roboto Condensed" w:hAnsi="Roboto Condensed"/>
                <w:sz w:val="16"/>
              </w:rPr>
              <w:t>ZN</w:t>
            </w:r>
          </w:p>
        </w:tc>
        <w:tc>
          <w:tcPr>
            <w:tcW w:w="1359" w:type="dxa"/>
          </w:tcPr>
          <w:p w14:paraId="7FA43AB9" w14:textId="77777777" w:rsidR="004674D5" w:rsidRDefault="004674D5" w:rsidP="004A7CD1">
            <w:r>
              <w:rPr>
                <w:rFonts w:ascii="Roboto Condensed" w:hAnsi="Roboto Condensed"/>
                <w:sz w:val="16"/>
              </w:rPr>
              <w:t>0.8</w:t>
            </w:r>
          </w:p>
        </w:tc>
        <w:tc>
          <w:tcPr>
            <w:tcW w:w="1171" w:type="dxa"/>
          </w:tcPr>
          <w:p w14:paraId="5A6DCEC8" w14:textId="77777777" w:rsidR="004674D5" w:rsidRDefault="004674D5" w:rsidP="004A7CD1">
            <w:r>
              <w:rPr>
                <w:rFonts w:ascii="Roboto Condensed" w:hAnsi="Roboto Condensed"/>
                <w:sz w:val="16"/>
              </w:rPr>
              <w:t>10.0</w:t>
            </w:r>
          </w:p>
        </w:tc>
        <w:tc>
          <w:tcPr>
            <w:tcW w:w="1265" w:type="dxa"/>
          </w:tcPr>
          <w:p w14:paraId="41A2A6FF" w14:textId="77777777" w:rsidR="004674D5" w:rsidRDefault="004674D5" w:rsidP="004A7CD1">
            <w:r>
              <w:rPr>
                <w:rFonts w:ascii="Roboto Condensed" w:hAnsi="Roboto Condensed"/>
                <w:sz w:val="16"/>
              </w:rPr>
              <w:t>40.0</w:t>
            </w:r>
          </w:p>
        </w:tc>
        <w:tc>
          <w:tcPr>
            <w:tcW w:w="1265" w:type="dxa"/>
          </w:tcPr>
          <w:p w14:paraId="17ED6466" w14:textId="77777777" w:rsidR="004674D5" w:rsidRDefault="004674D5" w:rsidP="004A7CD1">
            <w:r>
              <w:rPr>
                <w:rFonts w:ascii="Roboto Condensed" w:hAnsi="Roboto Condensed"/>
                <w:sz w:val="16"/>
              </w:rPr>
              <w:t>30</w:t>
            </w:r>
          </w:p>
        </w:tc>
      </w:tr>
      <w:tr w:rsidR="004674D5" w14:paraId="72AFFFCD" w14:textId="77777777" w:rsidTr="004A7CD1">
        <w:tc>
          <w:tcPr>
            <w:tcW w:w="1134" w:type="dxa"/>
          </w:tcPr>
          <w:p w14:paraId="44B47A06" w14:textId="77777777" w:rsidR="004674D5" w:rsidRDefault="004674D5" w:rsidP="004A7CD1">
            <w:r>
              <w:rPr>
                <w:rFonts w:ascii="Roboto Condensed" w:hAnsi="Roboto Condensed"/>
                <w:sz w:val="16"/>
              </w:rPr>
              <w:t>10SU</w:t>
            </w:r>
          </w:p>
        </w:tc>
        <w:tc>
          <w:tcPr>
            <w:tcW w:w="1900" w:type="dxa"/>
            <w:vMerge/>
          </w:tcPr>
          <w:p w14:paraId="5ABA2400" w14:textId="77777777" w:rsidR="004674D5" w:rsidRDefault="004674D5" w:rsidP="004A7CD1"/>
        </w:tc>
        <w:tc>
          <w:tcPr>
            <w:tcW w:w="1418" w:type="dxa"/>
          </w:tcPr>
          <w:p w14:paraId="3203FC74" w14:textId="77777777" w:rsidR="004674D5" w:rsidRDefault="004674D5" w:rsidP="004A7CD1">
            <w:r>
              <w:rPr>
                <w:rFonts w:ascii="Roboto Condensed" w:hAnsi="Roboto Condensed"/>
                <w:sz w:val="16"/>
              </w:rPr>
              <w:t>ZN</w:t>
            </w:r>
          </w:p>
        </w:tc>
        <w:tc>
          <w:tcPr>
            <w:tcW w:w="1359" w:type="dxa"/>
          </w:tcPr>
          <w:p w14:paraId="5DF8A98F" w14:textId="77777777" w:rsidR="004674D5" w:rsidRDefault="004674D5" w:rsidP="004A7CD1">
            <w:r>
              <w:rPr>
                <w:rFonts w:ascii="Roboto Condensed" w:hAnsi="Roboto Condensed"/>
                <w:sz w:val="16"/>
              </w:rPr>
              <w:t>0.8</w:t>
            </w:r>
          </w:p>
        </w:tc>
        <w:tc>
          <w:tcPr>
            <w:tcW w:w="1171" w:type="dxa"/>
          </w:tcPr>
          <w:p w14:paraId="278DAE5D" w14:textId="77777777" w:rsidR="004674D5" w:rsidRDefault="004674D5" w:rsidP="004A7CD1">
            <w:r>
              <w:rPr>
                <w:rFonts w:ascii="Roboto Condensed" w:hAnsi="Roboto Condensed"/>
                <w:sz w:val="16"/>
              </w:rPr>
              <w:t>10.0</w:t>
            </w:r>
          </w:p>
        </w:tc>
        <w:tc>
          <w:tcPr>
            <w:tcW w:w="1265" w:type="dxa"/>
          </w:tcPr>
          <w:p w14:paraId="0166F058" w14:textId="77777777" w:rsidR="004674D5" w:rsidRDefault="004674D5" w:rsidP="004A7CD1">
            <w:r>
              <w:rPr>
                <w:rFonts w:ascii="Roboto Condensed" w:hAnsi="Roboto Condensed"/>
                <w:sz w:val="16"/>
              </w:rPr>
              <w:t>50.0</w:t>
            </w:r>
          </w:p>
        </w:tc>
        <w:tc>
          <w:tcPr>
            <w:tcW w:w="1265" w:type="dxa"/>
          </w:tcPr>
          <w:p w14:paraId="651F092D" w14:textId="77777777" w:rsidR="004674D5" w:rsidRDefault="004674D5" w:rsidP="004A7CD1">
            <w:r>
              <w:rPr>
                <w:rFonts w:ascii="Roboto Condensed" w:hAnsi="Roboto Condensed"/>
                <w:sz w:val="16"/>
              </w:rPr>
              <w:t>30</w:t>
            </w:r>
          </w:p>
        </w:tc>
      </w:tr>
      <w:tr w:rsidR="004674D5" w14:paraId="760F2F98" w14:textId="77777777" w:rsidTr="004A7CD1">
        <w:tc>
          <w:tcPr>
            <w:tcW w:w="1134" w:type="dxa"/>
          </w:tcPr>
          <w:p w14:paraId="64F55BD3" w14:textId="77777777" w:rsidR="004674D5" w:rsidRDefault="004674D5" w:rsidP="004A7CD1">
            <w:r>
              <w:rPr>
                <w:rFonts w:ascii="Roboto Condensed" w:hAnsi="Roboto Condensed"/>
                <w:sz w:val="16"/>
              </w:rPr>
              <w:t>11SU</w:t>
            </w:r>
          </w:p>
        </w:tc>
        <w:tc>
          <w:tcPr>
            <w:tcW w:w="1900" w:type="dxa"/>
            <w:vMerge/>
          </w:tcPr>
          <w:p w14:paraId="33D08D56" w14:textId="77777777" w:rsidR="004674D5" w:rsidRDefault="004674D5" w:rsidP="004A7CD1"/>
        </w:tc>
        <w:tc>
          <w:tcPr>
            <w:tcW w:w="1418" w:type="dxa"/>
          </w:tcPr>
          <w:p w14:paraId="62CAF45B" w14:textId="77777777" w:rsidR="004674D5" w:rsidRDefault="004674D5" w:rsidP="004A7CD1">
            <w:r>
              <w:rPr>
                <w:rFonts w:ascii="Roboto Condensed" w:hAnsi="Roboto Condensed"/>
                <w:sz w:val="16"/>
              </w:rPr>
              <w:t>PS</w:t>
            </w:r>
          </w:p>
        </w:tc>
        <w:tc>
          <w:tcPr>
            <w:tcW w:w="1359" w:type="dxa"/>
          </w:tcPr>
          <w:p w14:paraId="1F0D3847" w14:textId="77777777" w:rsidR="004674D5" w:rsidRDefault="004674D5" w:rsidP="004A7CD1">
            <w:r>
              <w:rPr>
                <w:rFonts w:ascii="Roboto Condensed" w:hAnsi="Roboto Condensed"/>
                <w:sz w:val="16"/>
              </w:rPr>
              <w:t>1.0</w:t>
            </w:r>
          </w:p>
        </w:tc>
        <w:tc>
          <w:tcPr>
            <w:tcW w:w="1171" w:type="dxa"/>
          </w:tcPr>
          <w:p w14:paraId="5934C0E0" w14:textId="77777777" w:rsidR="004674D5" w:rsidRDefault="004674D5" w:rsidP="004A7CD1">
            <w:r>
              <w:rPr>
                <w:rFonts w:ascii="Roboto Condensed" w:hAnsi="Roboto Condensed"/>
                <w:sz w:val="16"/>
              </w:rPr>
              <w:t>10.0</w:t>
            </w:r>
          </w:p>
        </w:tc>
        <w:tc>
          <w:tcPr>
            <w:tcW w:w="1265" w:type="dxa"/>
          </w:tcPr>
          <w:p w14:paraId="57D83D58" w14:textId="77777777" w:rsidR="004674D5" w:rsidRDefault="004674D5" w:rsidP="004A7CD1">
            <w:r>
              <w:rPr>
                <w:rFonts w:ascii="Roboto Condensed" w:hAnsi="Roboto Condensed"/>
                <w:sz w:val="16"/>
              </w:rPr>
              <w:t>50.0</w:t>
            </w:r>
          </w:p>
        </w:tc>
        <w:tc>
          <w:tcPr>
            <w:tcW w:w="1265" w:type="dxa"/>
          </w:tcPr>
          <w:p w14:paraId="1DB64F5C" w14:textId="77777777" w:rsidR="004674D5" w:rsidRDefault="004674D5" w:rsidP="004A7CD1">
            <w:r>
              <w:rPr>
                <w:rFonts w:ascii="Roboto Condensed" w:hAnsi="Roboto Condensed"/>
                <w:sz w:val="16"/>
              </w:rPr>
              <w:t>30</w:t>
            </w:r>
          </w:p>
        </w:tc>
      </w:tr>
      <w:tr w:rsidR="004674D5" w14:paraId="13ADDD31" w14:textId="77777777" w:rsidTr="004A7CD1">
        <w:tc>
          <w:tcPr>
            <w:tcW w:w="1134" w:type="dxa"/>
          </w:tcPr>
          <w:p w14:paraId="3FA1DCBF" w14:textId="77777777" w:rsidR="004674D5" w:rsidRDefault="004674D5" w:rsidP="004A7CD1">
            <w:r>
              <w:rPr>
                <w:rFonts w:ascii="Roboto Condensed" w:hAnsi="Roboto Condensed"/>
                <w:sz w:val="16"/>
              </w:rPr>
              <w:t>12SU</w:t>
            </w:r>
          </w:p>
        </w:tc>
        <w:tc>
          <w:tcPr>
            <w:tcW w:w="1900" w:type="dxa"/>
            <w:vMerge/>
          </w:tcPr>
          <w:p w14:paraId="3F9E4F0C" w14:textId="77777777" w:rsidR="004674D5" w:rsidRDefault="004674D5" w:rsidP="004A7CD1"/>
        </w:tc>
        <w:tc>
          <w:tcPr>
            <w:tcW w:w="1418" w:type="dxa"/>
          </w:tcPr>
          <w:p w14:paraId="374B5A06" w14:textId="77777777" w:rsidR="004674D5" w:rsidRDefault="004674D5" w:rsidP="004A7CD1">
            <w:r>
              <w:rPr>
                <w:rFonts w:ascii="Roboto Condensed" w:hAnsi="Roboto Condensed"/>
                <w:sz w:val="16"/>
              </w:rPr>
              <w:t>ZN</w:t>
            </w:r>
          </w:p>
        </w:tc>
        <w:tc>
          <w:tcPr>
            <w:tcW w:w="1359" w:type="dxa"/>
          </w:tcPr>
          <w:p w14:paraId="60C969C6" w14:textId="77777777" w:rsidR="004674D5" w:rsidRDefault="004674D5" w:rsidP="004A7CD1">
            <w:r>
              <w:rPr>
                <w:rFonts w:ascii="Roboto Condensed" w:hAnsi="Roboto Condensed"/>
                <w:sz w:val="16"/>
              </w:rPr>
              <w:t>0.8</w:t>
            </w:r>
          </w:p>
        </w:tc>
        <w:tc>
          <w:tcPr>
            <w:tcW w:w="1171" w:type="dxa"/>
          </w:tcPr>
          <w:p w14:paraId="29EBC9B7" w14:textId="77777777" w:rsidR="004674D5" w:rsidRDefault="004674D5" w:rsidP="004A7CD1">
            <w:r>
              <w:rPr>
                <w:rFonts w:ascii="Roboto Condensed" w:hAnsi="Roboto Condensed"/>
                <w:sz w:val="16"/>
              </w:rPr>
              <w:t>10.0</w:t>
            </w:r>
          </w:p>
        </w:tc>
        <w:tc>
          <w:tcPr>
            <w:tcW w:w="1265" w:type="dxa"/>
          </w:tcPr>
          <w:p w14:paraId="55A643D3" w14:textId="77777777" w:rsidR="004674D5" w:rsidRDefault="004674D5" w:rsidP="004A7CD1">
            <w:r>
              <w:rPr>
                <w:rFonts w:ascii="Roboto Condensed" w:hAnsi="Roboto Condensed"/>
                <w:sz w:val="16"/>
              </w:rPr>
              <w:t>50.0</w:t>
            </w:r>
          </w:p>
        </w:tc>
        <w:tc>
          <w:tcPr>
            <w:tcW w:w="1265" w:type="dxa"/>
          </w:tcPr>
          <w:p w14:paraId="6684E764" w14:textId="77777777" w:rsidR="004674D5" w:rsidRDefault="004674D5" w:rsidP="004A7CD1">
            <w:r>
              <w:rPr>
                <w:rFonts w:ascii="Roboto Condensed" w:hAnsi="Roboto Condensed"/>
                <w:sz w:val="16"/>
              </w:rPr>
              <w:t>30</w:t>
            </w:r>
          </w:p>
        </w:tc>
      </w:tr>
      <w:tr w:rsidR="004674D5" w14:paraId="5DF840DB" w14:textId="77777777" w:rsidTr="004A7CD1">
        <w:tc>
          <w:tcPr>
            <w:tcW w:w="1134" w:type="dxa"/>
          </w:tcPr>
          <w:p w14:paraId="100B6FEE" w14:textId="77777777" w:rsidR="004674D5" w:rsidRDefault="004674D5" w:rsidP="004A7CD1">
            <w:r>
              <w:rPr>
                <w:rFonts w:ascii="Roboto Condensed" w:hAnsi="Roboto Condensed"/>
                <w:sz w:val="16"/>
              </w:rPr>
              <w:t>13SU</w:t>
            </w:r>
          </w:p>
        </w:tc>
        <w:tc>
          <w:tcPr>
            <w:tcW w:w="1900" w:type="dxa"/>
            <w:vMerge/>
          </w:tcPr>
          <w:p w14:paraId="21D1A9BF" w14:textId="77777777" w:rsidR="004674D5" w:rsidRDefault="004674D5" w:rsidP="004A7CD1"/>
        </w:tc>
        <w:tc>
          <w:tcPr>
            <w:tcW w:w="1418" w:type="dxa"/>
          </w:tcPr>
          <w:p w14:paraId="0369C547" w14:textId="77777777" w:rsidR="004674D5" w:rsidRDefault="004674D5" w:rsidP="004A7CD1">
            <w:r>
              <w:rPr>
                <w:rFonts w:ascii="Roboto Condensed" w:hAnsi="Roboto Condensed"/>
                <w:sz w:val="16"/>
              </w:rPr>
              <w:t>ZN</w:t>
            </w:r>
          </w:p>
        </w:tc>
        <w:tc>
          <w:tcPr>
            <w:tcW w:w="1359" w:type="dxa"/>
          </w:tcPr>
          <w:p w14:paraId="0BC1F3D0" w14:textId="77777777" w:rsidR="004674D5" w:rsidRDefault="004674D5" w:rsidP="004A7CD1">
            <w:r>
              <w:rPr>
                <w:rFonts w:ascii="Roboto Condensed" w:hAnsi="Roboto Condensed"/>
                <w:sz w:val="16"/>
              </w:rPr>
              <w:t>0.5</w:t>
            </w:r>
          </w:p>
        </w:tc>
        <w:tc>
          <w:tcPr>
            <w:tcW w:w="1171" w:type="dxa"/>
          </w:tcPr>
          <w:p w14:paraId="2AB31CD3" w14:textId="77777777" w:rsidR="004674D5" w:rsidRDefault="004674D5" w:rsidP="004A7CD1">
            <w:r>
              <w:rPr>
                <w:rFonts w:ascii="Roboto Condensed" w:hAnsi="Roboto Condensed"/>
                <w:sz w:val="16"/>
              </w:rPr>
              <w:t>10.0</w:t>
            </w:r>
          </w:p>
        </w:tc>
        <w:tc>
          <w:tcPr>
            <w:tcW w:w="1265" w:type="dxa"/>
          </w:tcPr>
          <w:p w14:paraId="34658F36" w14:textId="77777777" w:rsidR="004674D5" w:rsidRDefault="004674D5" w:rsidP="004A7CD1">
            <w:r>
              <w:rPr>
                <w:rFonts w:ascii="Roboto Condensed" w:hAnsi="Roboto Condensed"/>
                <w:sz w:val="16"/>
              </w:rPr>
              <w:t>30.0</w:t>
            </w:r>
          </w:p>
        </w:tc>
        <w:tc>
          <w:tcPr>
            <w:tcW w:w="1265" w:type="dxa"/>
          </w:tcPr>
          <w:p w14:paraId="3733EC2D" w14:textId="77777777" w:rsidR="004674D5" w:rsidRDefault="004674D5" w:rsidP="004A7CD1">
            <w:r>
              <w:rPr>
                <w:rFonts w:ascii="Roboto Condensed" w:hAnsi="Roboto Condensed"/>
                <w:sz w:val="16"/>
              </w:rPr>
              <w:t>30</w:t>
            </w:r>
          </w:p>
        </w:tc>
      </w:tr>
      <w:tr w:rsidR="004674D5" w14:paraId="189CEEFA" w14:textId="77777777" w:rsidTr="004A7CD1">
        <w:tc>
          <w:tcPr>
            <w:tcW w:w="1134" w:type="dxa"/>
          </w:tcPr>
          <w:p w14:paraId="17DCE87A" w14:textId="77777777" w:rsidR="004674D5" w:rsidRDefault="004674D5" w:rsidP="004A7CD1">
            <w:r>
              <w:rPr>
                <w:rFonts w:ascii="Roboto Condensed" w:hAnsi="Roboto Condensed"/>
                <w:sz w:val="16"/>
              </w:rPr>
              <w:t>14SU</w:t>
            </w:r>
          </w:p>
        </w:tc>
        <w:tc>
          <w:tcPr>
            <w:tcW w:w="1900" w:type="dxa"/>
            <w:vMerge/>
          </w:tcPr>
          <w:p w14:paraId="10CF5EC6" w14:textId="77777777" w:rsidR="004674D5" w:rsidRDefault="004674D5" w:rsidP="004A7CD1"/>
        </w:tc>
        <w:tc>
          <w:tcPr>
            <w:tcW w:w="1418" w:type="dxa"/>
          </w:tcPr>
          <w:p w14:paraId="7E738C38" w14:textId="77777777" w:rsidR="004674D5" w:rsidRDefault="004674D5" w:rsidP="004A7CD1">
            <w:r>
              <w:rPr>
                <w:rFonts w:ascii="Roboto Condensed" w:hAnsi="Roboto Condensed"/>
                <w:sz w:val="16"/>
              </w:rPr>
              <w:t>-</w:t>
            </w:r>
          </w:p>
        </w:tc>
        <w:tc>
          <w:tcPr>
            <w:tcW w:w="1359" w:type="dxa"/>
          </w:tcPr>
          <w:p w14:paraId="31D74CB0" w14:textId="77777777" w:rsidR="004674D5" w:rsidRDefault="004674D5" w:rsidP="004A7CD1">
            <w:r>
              <w:rPr>
                <w:rFonts w:ascii="Roboto Condensed" w:hAnsi="Roboto Condensed"/>
                <w:sz w:val="16"/>
              </w:rPr>
              <w:t>0.2</w:t>
            </w:r>
          </w:p>
        </w:tc>
        <w:tc>
          <w:tcPr>
            <w:tcW w:w="1171" w:type="dxa"/>
          </w:tcPr>
          <w:p w14:paraId="2BA5B7A8" w14:textId="77777777" w:rsidR="004674D5" w:rsidRDefault="004674D5" w:rsidP="004A7CD1">
            <w:r>
              <w:rPr>
                <w:rFonts w:ascii="Roboto Condensed" w:hAnsi="Roboto Condensed"/>
                <w:sz w:val="16"/>
              </w:rPr>
              <w:t>12.0</w:t>
            </w:r>
          </w:p>
        </w:tc>
        <w:tc>
          <w:tcPr>
            <w:tcW w:w="1265" w:type="dxa"/>
          </w:tcPr>
          <w:p w14:paraId="0F8378F5" w14:textId="77777777" w:rsidR="004674D5" w:rsidRDefault="004674D5" w:rsidP="004A7CD1">
            <w:r>
              <w:rPr>
                <w:rFonts w:ascii="Roboto Condensed" w:hAnsi="Roboto Condensed"/>
                <w:sz w:val="16"/>
              </w:rPr>
              <w:t>20.0</w:t>
            </w:r>
          </w:p>
        </w:tc>
        <w:tc>
          <w:tcPr>
            <w:tcW w:w="1265" w:type="dxa"/>
          </w:tcPr>
          <w:p w14:paraId="41C40913" w14:textId="77777777" w:rsidR="004674D5" w:rsidRDefault="004674D5" w:rsidP="004A7CD1">
            <w:r>
              <w:rPr>
                <w:rFonts w:ascii="Roboto Condensed" w:hAnsi="Roboto Condensed"/>
                <w:sz w:val="16"/>
              </w:rPr>
              <w:t>30</w:t>
            </w:r>
          </w:p>
        </w:tc>
      </w:tr>
      <w:tr w:rsidR="004674D5" w14:paraId="48AD2668" w14:textId="77777777" w:rsidTr="004A7CD1">
        <w:tc>
          <w:tcPr>
            <w:tcW w:w="1134" w:type="dxa"/>
          </w:tcPr>
          <w:p w14:paraId="5788B4D3" w14:textId="77777777" w:rsidR="004674D5" w:rsidRDefault="004674D5" w:rsidP="004A7CD1">
            <w:r>
              <w:rPr>
                <w:rFonts w:ascii="Roboto Condensed" w:hAnsi="Roboto Condensed"/>
                <w:sz w:val="16"/>
              </w:rPr>
              <w:t>15SU</w:t>
            </w:r>
          </w:p>
        </w:tc>
        <w:tc>
          <w:tcPr>
            <w:tcW w:w="1900" w:type="dxa"/>
            <w:vMerge/>
          </w:tcPr>
          <w:p w14:paraId="328DF1D9" w14:textId="77777777" w:rsidR="004674D5" w:rsidRDefault="004674D5" w:rsidP="004A7CD1"/>
        </w:tc>
        <w:tc>
          <w:tcPr>
            <w:tcW w:w="1418" w:type="dxa"/>
          </w:tcPr>
          <w:p w14:paraId="0A83DA97" w14:textId="77777777" w:rsidR="004674D5" w:rsidRDefault="004674D5" w:rsidP="004A7CD1">
            <w:r>
              <w:rPr>
                <w:rFonts w:ascii="Roboto Condensed" w:hAnsi="Roboto Condensed"/>
                <w:sz w:val="16"/>
              </w:rPr>
              <w:t>-</w:t>
            </w:r>
          </w:p>
        </w:tc>
        <w:tc>
          <w:tcPr>
            <w:tcW w:w="1359" w:type="dxa"/>
          </w:tcPr>
          <w:p w14:paraId="7F6594A4" w14:textId="77777777" w:rsidR="004674D5" w:rsidRDefault="004674D5" w:rsidP="004A7CD1">
            <w:r>
              <w:rPr>
                <w:rFonts w:ascii="Roboto Condensed" w:hAnsi="Roboto Condensed"/>
                <w:sz w:val="16"/>
              </w:rPr>
              <w:t>1.0</w:t>
            </w:r>
          </w:p>
        </w:tc>
        <w:tc>
          <w:tcPr>
            <w:tcW w:w="1171" w:type="dxa"/>
          </w:tcPr>
          <w:p w14:paraId="770443D9" w14:textId="77777777" w:rsidR="004674D5" w:rsidRDefault="004674D5" w:rsidP="004A7CD1">
            <w:r>
              <w:rPr>
                <w:rFonts w:ascii="Roboto Condensed" w:hAnsi="Roboto Condensed"/>
                <w:sz w:val="16"/>
              </w:rPr>
              <w:t>15.0</w:t>
            </w:r>
          </w:p>
        </w:tc>
        <w:tc>
          <w:tcPr>
            <w:tcW w:w="1265" w:type="dxa"/>
          </w:tcPr>
          <w:p w14:paraId="79ABC7CD" w14:textId="77777777" w:rsidR="004674D5" w:rsidRDefault="004674D5" w:rsidP="004A7CD1">
            <w:r>
              <w:rPr>
                <w:rFonts w:ascii="Roboto Condensed" w:hAnsi="Roboto Condensed"/>
                <w:sz w:val="16"/>
              </w:rPr>
              <w:t>70.0</w:t>
            </w:r>
          </w:p>
        </w:tc>
        <w:tc>
          <w:tcPr>
            <w:tcW w:w="1265" w:type="dxa"/>
          </w:tcPr>
          <w:p w14:paraId="4E1CF9EF" w14:textId="77777777" w:rsidR="004674D5" w:rsidRDefault="004674D5" w:rsidP="004A7CD1">
            <w:r>
              <w:rPr>
                <w:rFonts w:ascii="Roboto Condensed" w:hAnsi="Roboto Condensed"/>
                <w:sz w:val="16"/>
              </w:rPr>
              <w:t>30</w:t>
            </w:r>
          </w:p>
        </w:tc>
      </w:tr>
      <w:tr w:rsidR="004674D5" w14:paraId="6BAA76D3" w14:textId="77777777" w:rsidTr="004A7CD1">
        <w:tc>
          <w:tcPr>
            <w:tcW w:w="1134" w:type="dxa"/>
          </w:tcPr>
          <w:p w14:paraId="35A742CB" w14:textId="77777777" w:rsidR="004674D5" w:rsidRDefault="004674D5" w:rsidP="004A7CD1">
            <w:r>
              <w:rPr>
                <w:rFonts w:ascii="Roboto Condensed" w:hAnsi="Roboto Condensed"/>
                <w:sz w:val="16"/>
              </w:rPr>
              <w:t>16SU</w:t>
            </w:r>
          </w:p>
        </w:tc>
        <w:tc>
          <w:tcPr>
            <w:tcW w:w="1900" w:type="dxa"/>
            <w:vMerge/>
          </w:tcPr>
          <w:p w14:paraId="6CBA2582" w14:textId="77777777" w:rsidR="004674D5" w:rsidRDefault="004674D5" w:rsidP="004A7CD1"/>
        </w:tc>
        <w:tc>
          <w:tcPr>
            <w:tcW w:w="1418" w:type="dxa"/>
          </w:tcPr>
          <w:p w14:paraId="3C3DDC2C" w14:textId="77777777" w:rsidR="004674D5" w:rsidRDefault="004674D5" w:rsidP="004A7CD1">
            <w:r>
              <w:rPr>
                <w:rFonts w:ascii="Roboto Condensed" w:hAnsi="Roboto Condensed"/>
                <w:sz w:val="16"/>
              </w:rPr>
              <w:t>-</w:t>
            </w:r>
          </w:p>
        </w:tc>
        <w:tc>
          <w:tcPr>
            <w:tcW w:w="1359" w:type="dxa"/>
          </w:tcPr>
          <w:p w14:paraId="2C3445D9" w14:textId="77777777" w:rsidR="004674D5" w:rsidRDefault="004674D5" w:rsidP="004A7CD1">
            <w:r>
              <w:rPr>
                <w:rFonts w:ascii="Roboto Condensed" w:hAnsi="Roboto Condensed"/>
                <w:sz w:val="16"/>
              </w:rPr>
              <w:t>1.2</w:t>
            </w:r>
          </w:p>
        </w:tc>
        <w:tc>
          <w:tcPr>
            <w:tcW w:w="1171" w:type="dxa"/>
          </w:tcPr>
          <w:p w14:paraId="6C6862B5" w14:textId="77777777" w:rsidR="004674D5" w:rsidRDefault="004674D5" w:rsidP="004A7CD1">
            <w:r>
              <w:rPr>
                <w:rFonts w:ascii="Roboto Condensed" w:hAnsi="Roboto Condensed"/>
                <w:sz w:val="16"/>
              </w:rPr>
              <w:t>15.0</w:t>
            </w:r>
          </w:p>
        </w:tc>
        <w:tc>
          <w:tcPr>
            <w:tcW w:w="1265" w:type="dxa"/>
          </w:tcPr>
          <w:p w14:paraId="7B9FA187" w14:textId="77777777" w:rsidR="004674D5" w:rsidRDefault="004674D5" w:rsidP="004A7CD1">
            <w:r>
              <w:rPr>
                <w:rFonts w:ascii="Roboto Condensed" w:hAnsi="Roboto Condensed"/>
                <w:sz w:val="16"/>
              </w:rPr>
              <w:t>60.0</w:t>
            </w:r>
          </w:p>
        </w:tc>
        <w:tc>
          <w:tcPr>
            <w:tcW w:w="1265" w:type="dxa"/>
          </w:tcPr>
          <w:p w14:paraId="3604A7E9" w14:textId="77777777" w:rsidR="004674D5" w:rsidRDefault="004674D5" w:rsidP="004A7CD1">
            <w:r>
              <w:rPr>
                <w:rFonts w:ascii="Roboto Condensed" w:hAnsi="Roboto Condensed"/>
                <w:sz w:val="16"/>
              </w:rPr>
              <w:t>30</w:t>
            </w:r>
          </w:p>
        </w:tc>
      </w:tr>
      <w:tr w:rsidR="004674D5" w14:paraId="0BF77999" w14:textId="77777777" w:rsidTr="004A7CD1">
        <w:tc>
          <w:tcPr>
            <w:tcW w:w="1134" w:type="dxa"/>
          </w:tcPr>
          <w:p w14:paraId="059D6D0C" w14:textId="77777777" w:rsidR="004674D5" w:rsidRDefault="004674D5" w:rsidP="004A7CD1">
            <w:r>
              <w:rPr>
                <w:rFonts w:ascii="Roboto Condensed" w:hAnsi="Roboto Condensed"/>
                <w:sz w:val="16"/>
              </w:rPr>
              <w:t>17SU</w:t>
            </w:r>
          </w:p>
        </w:tc>
        <w:tc>
          <w:tcPr>
            <w:tcW w:w="1900" w:type="dxa"/>
            <w:vMerge/>
          </w:tcPr>
          <w:p w14:paraId="036D2A86" w14:textId="77777777" w:rsidR="004674D5" w:rsidRDefault="004674D5" w:rsidP="004A7CD1"/>
        </w:tc>
        <w:tc>
          <w:tcPr>
            <w:tcW w:w="1418" w:type="dxa"/>
          </w:tcPr>
          <w:p w14:paraId="0E04FCE6" w14:textId="77777777" w:rsidR="004674D5" w:rsidRDefault="004674D5" w:rsidP="004A7CD1">
            <w:r>
              <w:rPr>
                <w:rFonts w:ascii="Roboto Condensed" w:hAnsi="Roboto Condensed"/>
                <w:sz w:val="16"/>
              </w:rPr>
              <w:t>-</w:t>
            </w:r>
          </w:p>
        </w:tc>
        <w:tc>
          <w:tcPr>
            <w:tcW w:w="1359" w:type="dxa"/>
          </w:tcPr>
          <w:p w14:paraId="7066A917" w14:textId="77777777" w:rsidR="004674D5" w:rsidRDefault="004674D5" w:rsidP="004A7CD1">
            <w:r>
              <w:rPr>
                <w:rFonts w:ascii="Roboto Condensed" w:hAnsi="Roboto Condensed"/>
                <w:sz w:val="16"/>
              </w:rPr>
              <w:t>0.2</w:t>
            </w:r>
          </w:p>
        </w:tc>
        <w:tc>
          <w:tcPr>
            <w:tcW w:w="1171" w:type="dxa"/>
          </w:tcPr>
          <w:p w14:paraId="2D71D7A2" w14:textId="77777777" w:rsidR="004674D5" w:rsidRDefault="004674D5" w:rsidP="004A7CD1">
            <w:r>
              <w:rPr>
                <w:rFonts w:ascii="Roboto Condensed" w:hAnsi="Roboto Condensed"/>
                <w:sz w:val="16"/>
              </w:rPr>
              <w:t>15.0</w:t>
            </w:r>
          </w:p>
        </w:tc>
        <w:tc>
          <w:tcPr>
            <w:tcW w:w="1265" w:type="dxa"/>
          </w:tcPr>
          <w:p w14:paraId="036A3A7F" w14:textId="77777777" w:rsidR="004674D5" w:rsidRDefault="004674D5" w:rsidP="004A7CD1">
            <w:r>
              <w:rPr>
                <w:rFonts w:ascii="Roboto Condensed" w:hAnsi="Roboto Condensed"/>
                <w:sz w:val="16"/>
              </w:rPr>
              <w:t>10.0</w:t>
            </w:r>
          </w:p>
        </w:tc>
        <w:tc>
          <w:tcPr>
            <w:tcW w:w="1265" w:type="dxa"/>
          </w:tcPr>
          <w:p w14:paraId="1D52C90B" w14:textId="77777777" w:rsidR="004674D5" w:rsidRDefault="004674D5" w:rsidP="004A7CD1">
            <w:r>
              <w:rPr>
                <w:rFonts w:ascii="Roboto Condensed" w:hAnsi="Roboto Condensed"/>
                <w:sz w:val="16"/>
              </w:rPr>
              <w:t>30</w:t>
            </w:r>
          </w:p>
        </w:tc>
      </w:tr>
      <w:tr w:rsidR="004674D5" w14:paraId="1EC13957" w14:textId="77777777" w:rsidTr="004A7CD1">
        <w:tc>
          <w:tcPr>
            <w:tcW w:w="1134" w:type="dxa"/>
          </w:tcPr>
          <w:p w14:paraId="3000AAD0" w14:textId="77777777" w:rsidR="004674D5" w:rsidRDefault="004674D5" w:rsidP="004A7CD1">
            <w:r>
              <w:rPr>
                <w:rFonts w:ascii="Roboto Condensed" w:hAnsi="Roboto Condensed"/>
                <w:sz w:val="16"/>
              </w:rPr>
              <w:t>18SU</w:t>
            </w:r>
          </w:p>
        </w:tc>
        <w:tc>
          <w:tcPr>
            <w:tcW w:w="1900" w:type="dxa"/>
            <w:vMerge/>
          </w:tcPr>
          <w:p w14:paraId="24A5CB4D" w14:textId="77777777" w:rsidR="004674D5" w:rsidRDefault="004674D5" w:rsidP="004A7CD1"/>
        </w:tc>
        <w:tc>
          <w:tcPr>
            <w:tcW w:w="1418" w:type="dxa"/>
          </w:tcPr>
          <w:p w14:paraId="0775055E" w14:textId="77777777" w:rsidR="004674D5" w:rsidRDefault="004674D5" w:rsidP="004A7CD1">
            <w:r>
              <w:rPr>
                <w:rFonts w:ascii="Roboto Condensed" w:hAnsi="Roboto Condensed"/>
                <w:sz w:val="16"/>
              </w:rPr>
              <w:t>-</w:t>
            </w:r>
          </w:p>
        </w:tc>
        <w:tc>
          <w:tcPr>
            <w:tcW w:w="1359" w:type="dxa"/>
          </w:tcPr>
          <w:p w14:paraId="2F5BAA10" w14:textId="77777777" w:rsidR="004674D5" w:rsidRDefault="004674D5" w:rsidP="004A7CD1">
            <w:r>
              <w:rPr>
                <w:rFonts w:ascii="Roboto Condensed" w:hAnsi="Roboto Condensed"/>
                <w:sz w:val="16"/>
              </w:rPr>
              <w:t>0.8</w:t>
            </w:r>
          </w:p>
        </w:tc>
        <w:tc>
          <w:tcPr>
            <w:tcW w:w="1171" w:type="dxa"/>
          </w:tcPr>
          <w:p w14:paraId="6A97E327" w14:textId="77777777" w:rsidR="004674D5" w:rsidRDefault="004674D5" w:rsidP="004A7CD1">
            <w:r>
              <w:rPr>
                <w:rFonts w:ascii="Roboto Condensed" w:hAnsi="Roboto Condensed"/>
                <w:sz w:val="16"/>
              </w:rPr>
              <w:t>10.0</w:t>
            </w:r>
          </w:p>
        </w:tc>
        <w:tc>
          <w:tcPr>
            <w:tcW w:w="1265" w:type="dxa"/>
          </w:tcPr>
          <w:p w14:paraId="5FF249F9" w14:textId="77777777" w:rsidR="004674D5" w:rsidRDefault="004674D5" w:rsidP="004A7CD1">
            <w:r>
              <w:rPr>
                <w:rFonts w:ascii="Roboto Condensed" w:hAnsi="Roboto Condensed"/>
                <w:sz w:val="16"/>
              </w:rPr>
              <w:t>50.0</w:t>
            </w:r>
          </w:p>
        </w:tc>
        <w:tc>
          <w:tcPr>
            <w:tcW w:w="1265" w:type="dxa"/>
          </w:tcPr>
          <w:p w14:paraId="6D0CCA7E" w14:textId="77777777" w:rsidR="004674D5" w:rsidRDefault="004674D5" w:rsidP="004A7CD1">
            <w:r>
              <w:rPr>
                <w:rFonts w:ascii="Roboto Condensed" w:hAnsi="Roboto Condensed"/>
                <w:sz w:val="16"/>
              </w:rPr>
              <w:t>30</w:t>
            </w:r>
          </w:p>
        </w:tc>
      </w:tr>
      <w:tr w:rsidR="004674D5" w14:paraId="0663AA49" w14:textId="77777777" w:rsidTr="004A7CD1">
        <w:tc>
          <w:tcPr>
            <w:tcW w:w="1134" w:type="dxa"/>
          </w:tcPr>
          <w:p w14:paraId="75C171EE" w14:textId="77777777" w:rsidR="004674D5" w:rsidRDefault="004674D5" w:rsidP="004A7CD1">
            <w:r>
              <w:rPr>
                <w:rFonts w:ascii="Roboto Condensed" w:hAnsi="Roboto Condensed"/>
                <w:sz w:val="16"/>
              </w:rPr>
              <w:t>19SU</w:t>
            </w:r>
          </w:p>
        </w:tc>
        <w:tc>
          <w:tcPr>
            <w:tcW w:w="1900" w:type="dxa"/>
            <w:vMerge/>
          </w:tcPr>
          <w:p w14:paraId="193CA190" w14:textId="77777777" w:rsidR="004674D5" w:rsidRDefault="004674D5" w:rsidP="004A7CD1"/>
        </w:tc>
        <w:tc>
          <w:tcPr>
            <w:tcW w:w="1418" w:type="dxa"/>
          </w:tcPr>
          <w:p w14:paraId="460ECC95" w14:textId="77777777" w:rsidR="004674D5" w:rsidRDefault="004674D5" w:rsidP="004A7CD1">
            <w:r>
              <w:rPr>
                <w:rFonts w:ascii="Roboto Condensed" w:hAnsi="Roboto Condensed"/>
                <w:sz w:val="16"/>
              </w:rPr>
              <w:t>-</w:t>
            </w:r>
          </w:p>
        </w:tc>
        <w:tc>
          <w:tcPr>
            <w:tcW w:w="1359" w:type="dxa"/>
          </w:tcPr>
          <w:p w14:paraId="40CB3D9B" w14:textId="77777777" w:rsidR="004674D5" w:rsidRDefault="004674D5" w:rsidP="004A7CD1">
            <w:r>
              <w:rPr>
                <w:rFonts w:ascii="Roboto Condensed" w:hAnsi="Roboto Condensed"/>
                <w:sz w:val="16"/>
              </w:rPr>
              <w:t>1.2</w:t>
            </w:r>
          </w:p>
        </w:tc>
        <w:tc>
          <w:tcPr>
            <w:tcW w:w="1171" w:type="dxa"/>
          </w:tcPr>
          <w:p w14:paraId="5007361B" w14:textId="77777777" w:rsidR="004674D5" w:rsidRDefault="004674D5" w:rsidP="004A7CD1">
            <w:r>
              <w:rPr>
                <w:rFonts w:ascii="Roboto Condensed" w:hAnsi="Roboto Condensed"/>
                <w:sz w:val="16"/>
              </w:rPr>
              <w:t>15.0</w:t>
            </w:r>
          </w:p>
        </w:tc>
        <w:tc>
          <w:tcPr>
            <w:tcW w:w="1265" w:type="dxa"/>
          </w:tcPr>
          <w:p w14:paraId="3FB378A2" w14:textId="77777777" w:rsidR="004674D5" w:rsidRDefault="004674D5" w:rsidP="004A7CD1">
            <w:r>
              <w:rPr>
                <w:rFonts w:ascii="Roboto Condensed" w:hAnsi="Roboto Condensed"/>
                <w:sz w:val="16"/>
              </w:rPr>
              <w:t>60.0</w:t>
            </w:r>
          </w:p>
        </w:tc>
        <w:tc>
          <w:tcPr>
            <w:tcW w:w="1265" w:type="dxa"/>
          </w:tcPr>
          <w:p w14:paraId="6327BBFC" w14:textId="77777777" w:rsidR="004674D5" w:rsidRDefault="004674D5" w:rsidP="004A7CD1">
            <w:r>
              <w:rPr>
                <w:rFonts w:ascii="Roboto Condensed" w:hAnsi="Roboto Condensed"/>
                <w:sz w:val="16"/>
              </w:rPr>
              <w:t>30</w:t>
            </w:r>
          </w:p>
        </w:tc>
      </w:tr>
      <w:tr w:rsidR="004674D5" w14:paraId="354EC005" w14:textId="77777777" w:rsidTr="004A7CD1">
        <w:tc>
          <w:tcPr>
            <w:tcW w:w="1134" w:type="dxa"/>
          </w:tcPr>
          <w:p w14:paraId="38887009" w14:textId="77777777" w:rsidR="004674D5" w:rsidRDefault="004674D5" w:rsidP="004A7CD1">
            <w:r>
              <w:rPr>
                <w:rFonts w:ascii="Roboto Condensed" w:hAnsi="Roboto Condensed"/>
                <w:sz w:val="16"/>
              </w:rPr>
              <w:t>20SU</w:t>
            </w:r>
          </w:p>
        </w:tc>
        <w:tc>
          <w:tcPr>
            <w:tcW w:w="1900" w:type="dxa"/>
            <w:vMerge/>
          </w:tcPr>
          <w:p w14:paraId="653EE7FA" w14:textId="77777777" w:rsidR="004674D5" w:rsidRDefault="004674D5" w:rsidP="004A7CD1"/>
        </w:tc>
        <w:tc>
          <w:tcPr>
            <w:tcW w:w="1418" w:type="dxa"/>
          </w:tcPr>
          <w:p w14:paraId="39565270" w14:textId="77777777" w:rsidR="004674D5" w:rsidRDefault="004674D5" w:rsidP="004A7CD1">
            <w:r>
              <w:rPr>
                <w:rFonts w:ascii="Roboto Condensed" w:hAnsi="Roboto Condensed"/>
                <w:sz w:val="16"/>
              </w:rPr>
              <w:t>-</w:t>
            </w:r>
          </w:p>
        </w:tc>
        <w:tc>
          <w:tcPr>
            <w:tcW w:w="1359" w:type="dxa"/>
          </w:tcPr>
          <w:p w14:paraId="3FA56CC0" w14:textId="77777777" w:rsidR="004674D5" w:rsidRDefault="004674D5" w:rsidP="004A7CD1">
            <w:r>
              <w:rPr>
                <w:rFonts w:ascii="Roboto Condensed" w:hAnsi="Roboto Condensed"/>
                <w:sz w:val="16"/>
              </w:rPr>
              <w:t>0.8</w:t>
            </w:r>
          </w:p>
        </w:tc>
        <w:tc>
          <w:tcPr>
            <w:tcW w:w="1171" w:type="dxa"/>
          </w:tcPr>
          <w:p w14:paraId="4849E854" w14:textId="77777777" w:rsidR="004674D5" w:rsidRDefault="004674D5" w:rsidP="004A7CD1">
            <w:r>
              <w:rPr>
                <w:rFonts w:ascii="Roboto Condensed" w:hAnsi="Roboto Condensed"/>
                <w:sz w:val="16"/>
              </w:rPr>
              <w:t>10.0</w:t>
            </w:r>
          </w:p>
        </w:tc>
        <w:tc>
          <w:tcPr>
            <w:tcW w:w="1265" w:type="dxa"/>
          </w:tcPr>
          <w:p w14:paraId="5662AB8A" w14:textId="77777777" w:rsidR="004674D5" w:rsidRDefault="004674D5" w:rsidP="004A7CD1">
            <w:r>
              <w:rPr>
                <w:rFonts w:ascii="Roboto Condensed" w:hAnsi="Roboto Condensed"/>
                <w:sz w:val="16"/>
              </w:rPr>
              <w:t>40.0</w:t>
            </w:r>
          </w:p>
        </w:tc>
        <w:tc>
          <w:tcPr>
            <w:tcW w:w="1265" w:type="dxa"/>
          </w:tcPr>
          <w:p w14:paraId="225BC2D9" w14:textId="77777777" w:rsidR="004674D5" w:rsidRDefault="004674D5" w:rsidP="004A7CD1">
            <w:r>
              <w:rPr>
                <w:rFonts w:ascii="Roboto Condensed" w:hAnsi="Roboto Condensed"/>
                <w:sz w:val="16"/>
              </w:rPr>
              <w:t>30</w:t>
            </w:r>
          </w:p>
        </w:tc>
      </w:tr>
      <w:tr w:rsidR="004674D5" w14:paraId="53DAD51C" w14:textId="77777777" w:rsidTr="004A7CD1">
        <w:tc>
          <w:tcPr>
            <w:tcW w:w="1134" w:type="dxa"/>
          </w:tcPr>
          <w:p w14:paraId="29295AB5" w14:textId="77777777" w:rsidR="004674D5" w:rsidRDefault="004674D5" w:rsidP="004A7CD1">
            <w:r>
              <w:rPr>
                <w:rFonts w:ascii="Roboto Condensed" w:hAnsi="Roboto Condensed"/>
                <w:sz w:val="16"/>
              </w:rPr>
              <w:t>21SU</w:t>
            </w:r>
          </w:p>
        </w:tc>
        <w:tc>
          <w:tcPr>
            <w:tcW w:w="1900" w:type="dxa"/>
            <w:vMerge/>
          </w:tcPr>
          <w:p w14:paraId="328991E5" w14:textId="77777777" w:rsidR="004674D5" w:rsidRDefault="004674D5" w:rsidP="004A7CD1"/>
        </w:tc>
        <w:tc>
          <w:tcPr>
            <w:tcW w:w="1418" w:type="dxa"/>
          </w:tcPr>
          <w:p w14:paraId="62AEC43F" w14:textId="77777777" w:rsidR="004674D5" w:rsidRDefault="004674D5" w:rsidP="004A7CD1">
            <w:r>
              <w:rPr>
                <w:rFonts w:ascii="Roboto Condensed" w:hAnsi="Roboto Condensed"/>
                <w:sz w:val="16"/>
              </w:rPr>
              <w:t>-</w:t>
            </w:r>
          </w:p>
        </w:tc>
        <w:tc>
          <w:tcPr>
            <w:tcW w:w="1359" w:type="dxa"/>
          </w:tcPr>
          <w:p w14:paraId="65AB9EB8" w14:textId="77777777" w:rsidR="004674D5" w:rsidRDefault="004674D5" w:rsidP="004A7CD1">
            <w:r>
              <w:rPr>
                <w:rFonts w:ascii="Roboto Condensed" w:hAnsi="Roboto Condensed"/>
                <w:sz w:val="16"/>
              </w:rPr>
              <w:t>1.0</w:t>
            </w:r>
          </w:p>
        </w:tc>
        <w:tc>
          <w:tcPr>
            <w:tcW w:w="1171" w:type="dxa"/>
          </w:tcPr>
          <w:p w14:paraId="03F4E006" w14:textId="77777777" w:rsidR="004674D5" w:rsidRDefault="004674D5" w:rsidP="004A7CD1">
            <w:r>
              <w:rPr>
                <w:rFonts w:ascii="Roboto Condensed" w:hAnsi="Roboto Condensed"/>
                <w:sz w:val="16"/>
              </w:rPr>
              <w:t>10.0</w:t>
            </w:r>
          </w:p>
        </w:tc>
        <w:tc>
          <w:tcPr>
            <w:tcW w:w="1265" w:type="dxa"/>
          </w:tcPr>
          <w:p w14:paraId="6442FE39" w14:textId="77777777" w:rsidR="004674D5" w:rsidRDefault="004674D5" w:rsidP="004A7CD1">
            <w:r>
              <w:rPr>
                <w:rFonts w:ascii="Roboto Condensed" w:hAnsi="Roboto Condensed"/>
                <w:sz w:val="16"/>
              </w:rPr>
              <w:t>50.0</w:t>
            </w:r>
          </w:p>
        </w:tc>
        <w:tc>
          <w:tcPr>
            <w:tcW w:w="1265" w:type="dxa"/>
          </w:tcPr>
          <w:p w14:paraId="791FCBD0" w14:textId="77777777" w:rsidR="004674D5" w:rsidRDefault="004674D5" w:rsidP="004A7CD1">
            <w:r>
              <w:rPr>
                <w:rFonts w:ascii="Roboto Condensed" w:hAnsi="Roboto Condensed"/>
                <w:sz w:val="16"/>
              </w:rPr>
              <w:t>30</w:t>
            </w:r>
          </w:p>
        </w:tc>
      </w:tr>
      <w:tr w:rsidR="004674D5" w14:paraId="5031B7F7" w14:textId="77777777" w:rsidTr="004A7CD1">
        <w:tc>
          <w:tcPr>
            <w:tcW w:w="1134" w:type="dxa"/>
          </w:tcPr>
          <w:p w14:paraId="0D2E7867" w14:textId="77777777" w:rsidR="004674D5" w:rsidRDefault="004674D5" w:rsidP="004A7CD1">
            <w:r>
              <w:rPr>
                <w:rFonts w:ascii="Roboto Condensed" w:hAnsi="Roboto Condensed"/>
                <w:sz w:val="16"/>
              </w:rPr>
              <w:t>22SU</w:t>
            </w:r>
          </w:p>
        </w:tc>
        <w:tc>
          <w:tcPr>
            <w:tcW w:w="1900" w:type="dxa"/>
            <w:vMerge/>
          </w:tcPr>
          <w:p w14:paraId="4ACDCA1B" w14:textId="77777777" w:rsidR="004674D5" w:rsidRDefault="004674D5" w:rsidP="004A7CD1"/>
        </w:tc>
        <w:tc>
          <w:tcPr>
            <w:tcW w:w="1418" w:type="dxa"/>
          </w:tcPr>
          <w:p w14:paraId="53CF3A9C" w14:textId="77777777" w:rsidR="004674D5" w:rsidRDefault="004674D5" w:rsidP="004A7CD1">
            <w:r>
              <w:rPr>
                <w:rFonts w:ascii="Roboto Condensed" w:hAnsi="Roboto Condensed"/>
                <w:sz w:val="16"/>
              </w:rPr>
              <w:t>ZN, L, W</w:t>
            </w:r>
          </w:p>
        </w:tc>
        <w:tc>
          <w:tcPr>
            <w:tcW w:w="1359" w:type="dxa"/>
          </w:tcPr>
          <w:p w14:paraId="5008537B" w14:textId="77777777" w:rsidR="004674D5" w:rsidRDefault="004674D5" w:rsidP="004A7CD1">
            <w:r>
              <w:rPr>
                <w:rFonts w:ascii="Roboto Condensed" w:hAnsi="Roboto Condensed"/>
                <w:sz w:val="16"/>
              </w:rPr>
              <w:t>0.8</w:t>
            </w:r>
          </w:p>
        </w:tc>
        <w:tc>
          <w:tcPr>
            <w:tcW w:w="1171" w:type="dxa"/>
          </w:tcPr>
          <w:p w14:paraId="6A77633B" w14:textId="77777777" w:rsidR="004674D5" w:rsidRDefault="004674D5" w:rsidP="004A7CD1">
            <w:r>
              <w:rPr>
                <w:rFonts w:ascii="Roboto Condensed" w:hAnsi="Roboto Condensed"/>
                <w:sz w:val="16"/>
              </w:rPr>
              <w:t>10.0</w:t>
            </w:r>
          </w:p>
        </w:tc>
        <w:tc>
          <w:tcPr>
            <w:tcW w:w="1265" w:type="dxa"/>
          </w:tcPr>
          <w:p w14:paraId="0126CE91" w14:textId="77777777" w:rsidR="004674D5" w:rsidRDefault="004674D5" w:rsidP="004A7CD1">
            <w:r>
              <w:rPr>
                <w:rFonts w:ascii="Roboto Condensed" w:hAnsi="Roboto Condensed"/>
                <w:sz w:val="16"/>
              </w:rPr>
              <w:t>40.0</w:t>
            </w:r>
          </w:p>
        </w:tc>
        <w:tc>
          <w:tcPr>
            <w:tcW w:w="1265" w:type="dxa"/>
          </w:tcPr>
          <w:p w14:paraId="48CF3504" w14:textId="77777777" w:rsidR="004674D5" w:rsidRDefault="004674D5" w:rsidP="004A7CD1">
            <w:r>
              <w:rPr>
                <w:rFonts w:ascii="Roboto Condensed" w:hAnsi="Roboto Condensed"/>
                <w:sz w:val="16"/>
              </w:rPr>
              <w:t>30</w:t>
            </w:r>
          </w:p>
        </w:tc>
      </w:tr>
      <w:tr w:rsidR="004674D5" w14:paraId="16A5C4EC" w14:textId="77777777" w:rsidTr="004A7CD1">
        <w:tc>
          <w:tcPr>
            <w:tcW w:w="1134" w:type="dxa"/>
          </w:tcPr>
          <w:p w14:paraId="1E6B580C" w14:textId="77777777" w:rsidR="004674D5" w:rsidRDefault="004674D5" w:rsidP="004A7CD1">
            <w:r>
              <w:rPr>
                <w:rFonts w:ascii="Roboto Condensed" w:hAnsi="Roboto Condensed"/>
                <w:sz w:val="16"/>
              </w:rPr>
              <w:t>23SU</w:t>
            </w:r>
          </w:p>
        </w:tc>
        <w:tc>
          <w:tcPr>
            <w:tcW w:w="1900" w:type="dxa"/>
            <w:vMerge/>
          </w:tcPr>
          <w:p w14:paraId="171D8B9E" w14:textId="77777777" w:rsidR="004674D5" w:rsidRDefault="004674D5" w:rsidP="004A7CD1"/>
        </w:tc>
        <w:tc>
          <w:tcPr>
            <w:tcW w:w="1418" w:type="dxa"/>
          </w:tcPr>
          <w:p w14:paraId="6381FC45" w14:textId="77777777" w:rsidR="004674D5" w:rsidRDefault="004674D5" w:rsidP="004A7CD1">
            <w:r>
              <w:rPr>
                <w:rFonts w:ascii="Roboto Condensed" w:hAnsi="Roboto Condensed"/>
                <w:sz w:val="16"/>
              </w:rPr>
              <w:t>ZN, L</w:t>
            </w:r>
          </w:p>
        </w:tc>
        <w:tc>
          <w:tcPr>
            <w:tcW w:w="1359" w:type="dxa"/>
          </w:tcPr>
          <w:p w14:paraId="0CB7D509" w14:textId="77777777" w:rsidR="004674D5" w:rsidRDefault="004674D5" w:rsidP="004A7CD1">
            <w:r>
              <w:rPr>
                <w:rFonts w:ascii="Roboto Condensed" w:hAnsi="Roboto Condensed"/>
                <w:sz w:val="16"/>
              </w:rPr>
              <w:t>0.5</w:t>
            </w:r>
          </w:p>
        </w:tc>
        <w:tc>
          <w:tcPr>
            <w:tcW w:w="1171" w:type="dxa"/>
          </w:tcPr>
          <w:p w14:paraId="03747850" w14:textId="77777777" w:rsidR="004674D5" w:rsidRDefault="004674D5" w:rsidP="004A7CD1">
            <w:r>
              <w:rPr>
                <w:rFonts w:ascii="Roboto Condensed" w:hAnsi="Roboto Condensed"/>
                <w:sz w:val="16"/>
              </w:rPr>
              <w:t>10.0</w:t>
            </w:r>
          </w:p>
        </w:tc>
        <w:tc>
          <w:tcPr>
            <w:tcW w:w="1265" w:type="dxa"/>
          </w:tcPr>
          <w:p w14:paraId="263857D3" w14:textId="77777777" w:rsidR="004674D5" w:rsidRDefault="004674D5" w:rsidP="004A7CD1">
            <w:r>
              <w:rPr>
                <w:rFonts w:ascii="Roboto Condensed" w:hAnsi="Roboto Condensed"/>
                <w:sz w:val="16"/>
              </w:rPr>
              <w:t>30.0</w:t>
            </w:r>
          </w:p>
        </w:tc>
        <w:tc>
          <w:tcPr>
            <w:tcW w:w="1265" w:type="dxa"/>
          </w:tcPr>
          <w:p w14:paraId="5A8E0D6C" w14:textId="77777777" w:rsidR="004674D5" w:rsidRDefault="004674D5" w:rsidP="004A7CD1">
            <w:r>
              <w:rPr>
                <w:rFonts w:ascii="Roboto Condensed" w:hAnsi="Roboto Condensed"/>
                <w:sz w:val="16"/>
              </w:rPr>
              <w:t>30</w:t>
            </w:r>
          </w:p>
        </w:tc>
      </w:tr>
      <w:tr w:rsidR="004674D5" w14:paraId="33D53999" w14:textId="77777777" w:rsidTr="004A7CD1">
        <w:tc>
          <w:tcPr>
            <w:tcW w:w="1134" w:type="dxa"/>
          </w:tcPr>
          <w:p w14:paraId="70805FA8" w14:textId="77777777" w:rsidR="004674D5" w:rsidRDefault="004674D5" w:rsidP="004A7CD1">
            <w:r>
              <w:rPr>
                <w:rFonts w:ascii="Roboto Condensed" w:hAnsi="Roboto Condensed"/>
                <w:sz w:val="16"/>
              </w:rPr>
              <w:t>24SU</w:t>
            </w:r>
          </w:p>
        </w:tc>
        <w:tc>
          <w:tcPr>
            <w:tcW w:w="1900" w:type="dxa"/>
            <w:vMerge/>
          </w:tcPr>
          <w:p w14:paraId="07E2ACA4" w14:textId="77777777" w:rsidR="004674D5" w:rsidRDefault="004674D5" w:rsidP="004A7CD1"/>
        </w:tc>
        <w:tc>
          <w:tcPr>
            <w:tcW w:w="1418" w:type="dxa"/>
          </w:tcPr>
          <w:p w14:paraId="1E05C5C1" w14:textId="77777777" w:rsidR="004674D5" w:rsidRDefault="004674D5" w:rsidP="004A7CD1">
            <w:r>
              <w:rPr>
                <w:rFonts w:ascii="Roboto Condensed" w:hAnsi="Roboto Condensed"/>
                <w:sz w:val="16"/>
              </w:rPr>
              <w:t>ZN</w:t>
            </w:r>
          </w:p>
        </w:tc>
        <w:tc>
          <w:tcPr>
            <w:tcW w:w="1359" w:type="dxa"/>
          </w:tcPr>
          <w:p w14:paraId="5E803D1A" w14:textId="77777777" w:rsidR="004674D5" w:rsidRDefault="004674D5" w:rsidP="004A7CD1">
            <w:r>
              <w:rPr>
                <w:rFonts w:ascii="Roboto Condensed" w:hAnsi="Roboto Condensed"/>
                <w:sz w:val="16"/>
              </w:rPr>
              <w:t>1.0</w:t>
            </w:r>
          </w:p>
        </w:tc>
        <w:tc>
          <w:tcPr>
            <w:tcW w:w="1171" w:type="dxa"/>
          </w:tcPr>
          <w:p w14:paraId="78B4ECED" w14:textId="77777777" w:rsidR="004674D5" w:rsidRDefault="004674D5" w:rsidP="004A7CD1">
            <w:r>
              <w:rPr>
                <w:rFonts w:ascii="Roboto Condensed" w:hAnsi="Roboto Condensed"/>
                <w:sz w:val="16"/>
              </w:rPr>
              <w:t>10.0</w:t>
            </w:r>
          </w:p>
        </w:tc>
        <w:tc>
          <w:tcPr>
            <w:tcW w:w="1265" w:type="dxa"/>
          </w:tcPr>
          <w:p w14:paraId="4FF2422C" w14:textId="77777777" w:rsidR="004674D5" w:rsidRDefault="004674D5" w:rsidP="004A7CD1">
            <w:r>
              <w:rPr>
                <w:rFonts w:ascii="Roboto Condensed" w:hAnsi="Roboto Condensed"/>
                <w:sz w:val="16"/>
              </w:rPr>
              <w:t>50.0</w:t>
            </w:r>
          </w:p>
        </w:tc>
        <w:tc>
          <w:tcPr>
            <w:tcW w:w="1265" w:type="dxa"/>
          </w:tcPr>
          <w:p w14:paraId="1BE1786A" w14:textId="77777777" w:rsidR="004674D5" w:rsidRDefault="004674D5" w:rsidP="004A7CD1">
            <w:r>
              <w:rPr>
                <w:rFonts w:ascii="Roboto Condensed" w:hAnsi="Roboto Condensed"/>
                <w:sz w:val="16"/>
              </w:rPr>
              <w:t>30</w:t>
            </w:r>
          </w:p>
        </w:tc>
      </w:tr>
      <w:tr w:rsidR="004674D5" w14:paraId="2D6829D0" w14:textId="77777777" w:rsidTr="004A7CD1">
        <w:tc>
          <w:tcPr>
            <w:tcW w:w="1134" w:type="dxa"/>
          </w:tcPr>
          <w:p w14:paraId="160F7A2D" w14:textId="77777777" w:rsidR="004674D5" w:rsidRDefault="004674D5" w:rsidP="004A7CD1">
            <w:r>
              <w:rPr>
                <w:rFonts w:ascii="Roboto Condensed" w:hAnsi="Roboto Condensed"/>
                <w:sz w:val="16"/>
              </w:rPr>
              <w:t>25SU</w:t>
            </w:r>
          </w:p>
        </w:tc>
        <w:tc>
          <w:tcPr>
            <w:tcW w:w="1900" w:type="dxa"/>
            <w:vMerge/>
          </w:tcPr>
          <w:p w14:paraId="6ACED0C9" w14:textId="77777777" w:rsidR="004674D5" w:rsidRDefault="004674D5" w:rsidP="004A7CD1"/>
        </w:tc>
        <w:tc>
          <w:tcPr>
            <w:tcW w:w="1418" w:type="dxa"/>
          </w:tcPr>
          <w:p w14:paraId="1B2C90F4" w14:textId="77777777" w:rsidR="004674D5" w:rsidRDefault="004674D5" w:rsidP="004A7CD1">
            <w:r>
              <w:rPr>
                <w:rFonts w:ascii="Roboto Condensed" w:hAnsi="Roboto Condensed"/>
                <w:sz w:val="16"/>
              </w:rPr>
              <w:t>-</w:t>
            </w:r>
          </w:p>
        </w:tc>
        <w:tc>
          <w:tcPr>
            <w:tcW w:w="1359" w:type="dxa"/>
          </w:tcPr>
          <w:p w14:paraId="17C1A3B4" w14:textId="77777777" w:rsidR="004674D5" w:rsidRDefault="004674D5" w:rsidP="004A7CD1">
            <w:r>
              <w:rPr>
                <w:rFonts w:ascii="Roboto Condensed" w:hAnsi="Roboto Condensed"/>
                <w:sz w:val="16"/>
              </w:rPr>
              <w:t>0.5</w:t>
            </w:r>
          </w:p>
        </w:tc>
        <w:tc>
          <w:tcPr>
            <w:tcW w:w="1171" w:type="dxa"/>
          </w:tcPr>
          <w:p w14:paraId="7AB1F9AB" w14:textId="77777777" w:rsidR="004674D5" w:rsidRDefault="004674D5" w:rsidP="004A7CD1">
            <w:r>
              <w:rPr>
                <w:rFonts w:ascii="Roboto Condensed" w:hAnsi="Roboto Condensed"/>
                <w:sz w:val="16"/>
              </w:rPr>
              <w:t>12.0</w:t>
            </w:r>
          </w:p>
        </w:tc>
        <w:tc>
          <w:tcPr>
            <w:tcW w:w="1265" w:type="dxa"/>
          </w:tcPr>
          <w:p w14:paraId="18C407B0" w14:textId="77777777" w:rsidR="004674D5" w:rsidRDefault="004674D5" w:rsidP="004A7CD1">
            <w:r>
              <w:rPr>
                <w:rFonts w:ascii="Roboto Condensed" w:hAnsi="Roboto Condensed"/>
                <w:sz w:val="16"/>
              </w:rPr>
              <w:t>30.0</w:t>
            </w:r>
          </w:p>
        </w:tc>
        <w:tc>
          <w:tcPr>
            <w:tcW w:w="1265" w:type="dxa"/>
          </w:tcPr>
          <w:p w14:paraId="3367BA70" w14:textId="77777777" w:rsidR="004674D5" w:rsidRDefault="004674D5" w:rsidP="004A7CD1">
            <w:r>
              <w:rPr>
                <w:rFonts w:ascii="Roboto Condensed" w:hAnsi="Roboto Condensed"/>
                <w:sz w:val="16"/>
              </w:rPr>
              <w:t>30</w:t>
            </w:r>
          </w:p>
        </w:tc>
      </w:tr>
      <w:tr w:rsidR="004674D5" w14:paraId="68F617FA" w14:textId="77777777" w:rsidTr="004A7CD1">
        <w:tc>
          <w:tcPr>
            <w:tcW w:w="1134" w:type="dxa"/>
          </w:tcPr>
          <w:p w14:paraId="1018E336" w14:textId="77777777" w:rsidR="004674D5" w:rsidRDefault="004674D5" w:rsidP="004A7CD1">
            <w:r>
              <w:rPr>
                <w:rFonts w:ascii="Roboto Condensed" w:hAnsi="Roboto Condensed"/>
                <w:sz w:val="16"/>
              </w:rPr>
              <w:t>26SU</w:t>
            </w:r>
          </w:p>
        </w:tc>
        <w:tc>
          <w:tcPr>
            <w:tcW w:w="1900" w:type="dxa"/>
            <w:vMerge/>
          </w:tcPr>
          <w:p w14:paraId="25D14F82" w14:textId="77777777" w:rsidR="004674D5" w:rsidRDefault="004674D5" w:rsidP="004A7CD1"/>
        </w:tc>
        <w:tc>
          <w:tcPr>
            <w:tcW w:w="1418" w:type="dxa"/>
          </w:tcPr>
          <w:p w14:paraId="69E3ED3D" w14:textId="77777777" w:rsidR="004674D5" w:rsidRDefault="004674D5" w:rsidP="004A7CD1">
            <w:r>
              <w:rPr>
                <w:rFonts w:ascii="Roboto Condensed" w:hAnsi="Roboto Condensed"/>
                <w:sz w:val="16"/>
              </w:rPr>
              <w:t>-</w:t>
            </w:r>
          </w:p>
        </w:tc>
        <w:tc>
          <w:tcPr>
            <w:tcW w:w="1359" w:type="dxa"/>
          </w:tcPr>
          <w:p w14:paraId="68113425" w14:textId="77777777" w:rsidR="004674D5" w:rsidRDefault="004674D5" w:rsidP="004A7CD1">
            <w:r>
              <w:rPr>
                <w:rFonts w:ascii="Roboto Condensed" w:hAnsi="Roboto Condensed"/>
                <w:sz w:val="16"/>
              </w:rPr>
              <w:t>0.2</w:t>
            </w:r>
          </w:p>
        </w:tc>
        <w:tc>
          <w:tcPr>
            <w:tcW w:w="1171" w:type="dxa"/>
          </w:tcPr>
          <w:p w14:paraId="770A5A5C" w14:textId="77777777" w:rsidR="004674D5" w:rsidRDefault="004674D5" w:rsidP="004A7CD1">
            <w:r>
              <w:rPr>
                <w:rFonts w:ascii="Roboto Condensed" w:hAnsi="Roboto Condensed"/>
                <w:sz w:val="16"/>
              </w:rPr>
              <w:t>20.0</w:t>
            </w:r>
          </w:p>
        </w:tc>
        <w:tc>
          <w:tcPr>
            <w:tcW w:w="1265" w:type="dxa"/>
          </w:tcPr>
          <w:p w14:paraId="63398357" w14:textId="77777777" w:rsidR="004674D5" w:rsidRDefault="004674D5" w:rsidP="004A7CD1">
            <w:r>
              <w:rPr>
                <w:rFonts w:ascii="Roboto Condensed" w:hAnsi="Roboto Condensed"/>
                <w:sz w:val="16"/>
              </w:rPr>
              <w:t>10.0</w:t>
            </w:r>
          </w:p>
        </w:tc>
        <w:tc>
          <w:tcPr>
            <w:tcW w:w="1265" w:type="dxa"/>
          </w:tcPr>
          <w:p w14:paraId="30708DA1" w14:textId="77777777" w:rsidR="004674D5" w:rsidRDefault="004674D5" w:rsidP="004A7CD1">
            <w:r>
              <w:rPr>
                <w:rFonts w:ascii="Roboto Condensed" w:hAnsi="Roboto Condensed"/>
                <w:sz w:val="16"/>
              </w:rPr>
              <w:t>30</w:t>
            </w:r>
          </w:p>
        </w:tc>
      </w:tr>
      <w:tr w:rsidR="004674D5" w14:paraId="384EE3BC" w14:textId="77777777" w:rsidTr="004A7CD1">
        <w:tc>
          <w:tcPr>
            <w:tcW w:w="9514" w:type="dxa"/>
            <w:gridSpan w:val="7"/>
            <w:shd w:val="clear" w:color="auto" w:fill="808080"/>
            <w:vAlign w:val="center"/>
          </w:tcPr>
          <w:p w14:paraId="4402BE64" w14:textId="77777777" w:rsidR="004674D5" w:rsidRDefault="004674D5" w:rsidP="004A7CD1">
            <w:pPr>
              <w:jc w:val="center"/>
            </w:pPr>
            <w:r>
              <w:rPr>
                <w:rFonts w:ascii="Roboto Condensed" w:hAnsi="Roboto Condensed"/>
                <w:b/>
                <w:sz w:val="20"/>
              </w:rPr>
              <w:t>SP – STREFA GOSPODARCZA</w:t>
            </w:r>
          </w:p>
        </w:tc>
      </w:tr>
      <w:tr w:rsidR="004674D5" w14:paraId="3E012D20" w14:textId="77777777" w:rsidTr="004A7CD1">
        <w:tc>
          <w:tcPr>
            <w:tcW w:w="1134" w:type="dxa"/>
          </w:tcPr>
          <w:p w14:paraId="4583823B" w14:textId="77777777" w:rsidR="004674D5" w:rsidRDefault="004674D5" w:rsidP="004A7CD1">
            <w:r>
              <w:rPr>
                <w:rFonts w:ascii="Roboto Condensed" w:hAnsi="Roboto Condensed"/>
                <w:sz w:val="16"/>
              </w:rPr>
              <w:t>1SP</w:t>
            </w:r>
          </w:p>
        </w:tc>
        <w:tc>
          <w:tcPr>
            <w:tcW w:w="1900" w:type="dxa"/>
            <w:vMerge w:val="restart"/>
            <w:vAlign w:val="center"/>
          </w:tcPr>
          <w:p w14:paraId="6127F097" w14:textId="77777777" w:rsidR="004674D5" w:rsidRPr="00363680" w:rsidRDefault="004674D5" w:rsidP="004A7CD1">
            <w:pPr>
              <w:jc w:val="center"/>
            </w:pPr>
            <w:r w:rsidRPr="00363680">
              <w:rPr>
                <w:rFonts w:ascii="Roboto Condensed" w:hAnsi="Roboto Condensed"/>
                <w:sz w:val="16"/>
              </w:rPr>
              <w:t>teren produkcji,</w:t>
            </w:r>
            <w:r w:rsidRPr="00363680">
              <w:rPr>
                <w:rFonts w:ascii="Roboto Condensed" w:hAnsi="Roboto Condensed"/>
                <w:sz w:val="16"/>
              </w:rPr>
              <w:br/>
              <w:t>teren komunikacji,</w:t>
            </w:r>
            <w:r w:rsidRPr="00363680">
              <w:rPr>
                <w:rFonts w:ascii="Roboto Condensed" w:hAnsi="Roboto Condensed"/>
                <w:sz w:val="16"/>
              </w:rPr>
              <w:br/>
              <w:t>teren zieleni urządzonej,</w:t>
            </w:r>
            <w:r w:rsidRPr="00363680">
              <w:rPr>
                <w:rFonts w:ascii="Roboto Condensed" w:hAnsi="Roboto Condensed"/>
                <w:sz w:val="16"/>
              </w:rPr>
              <w:br/>
              <w:t>teren ogrodów działkowych,</w:t>
            </w:r>
            <w:r w:rsidRPr="00363680">
              <w:rPr>
                <w:rFonts w:ascii="Roboto Condensed" w:hAnsi="Roboto Condensed"/>
                <w:sz w:val="16"/>
              </w:rPr>
              <w:br/>
              <w:t>teren infrastruktury technicznej (2</w:t>
            </w:r>
          </w:p>
        </w:tc>
        <w:tc>
          <w:tcPr>
            <w:tcW w:w="1418" w:type="dxa"/>
          </w:tcPr>
          <w:p w14:paraId="5445C4EB" w14:textId="77777777" w:rsidR="004674D5" w:rsidRDefault="004674D5" w:rsidP="004A7CD1">
            <w:r>
              <w:rPr>
                <w:rFonts w:ascii="Roboto Condensed" w:hAnsi="Roboto Condensed"/>
                <w:sz w:val="16"/>
              </w:rPr>
              <w:t>U, ZN, L</w:t>
            </w:r>
          </w:p>
        </w:tc>
        <w:tc>
          <w:tcPr>
            <w:tcW w:w="1359" w:type="dxa"/>
          </w:tcPr>
          <w:p w14:paraId="13A05313" w14:textId="77777777" w:rsidR="004674D5" w:rsidRDefault="004674D5" w:rsidP="004A7CD1">
            <w:r>
              <w:rPr>
                <w:rFonts w:ascii="Roboto Condensed" w:hAnsi="Roboto Condensed"/>
                <w:sz w:val="16"/>
              </w:rPr>
              <w:t>0.8</w:t>
            </w:r>
          </w:p>
        </w:tc>
        <w:tc>
          <w:tcPr>
            <w:tcW w:w="1171" w:type="dxa"/>
          </w:tcPr>
          <w:p w14:paraId="089FC25E" w14:textId="77777777" w:rsidR="004674D5" w:rsidRDefault="004674D5" w:rsidP="004A7CD1">
            <w:r>
              <w:rPr>
                <w:rFonts w:ascii="Roboto Condensed" w:hAnsi="Roboto Condensed"/>
                <w:sz w:val="16"/>
              </w:rPr>
              <w:t>10.0</w:t>
            </w:r>
          </w:p>
        </w:tc>
        <w:tc>
          <w:tcPr>
            <w:tcW w:w="1265" w:type="dxa"/>
          </w:tcPr>
          <w:p w14:paraId="73F0480B" w14:textId="77777777" w:rsidR="004674D5" w:rsidRDefault="004674D5" w:rsidP="004A7CD1">
            <w:r>
              <w:rPr>
                <w:rFonts w:ascii="Roboto Condensed" w:hAnsi="Roboto Condensed"/>
                <w:sz w:val="16"/>
              </w:rPr>
              <w:t>50.0</w:t>
            </w:r>
          </w:p>
        </w:tc>
        <w:tc>
          <w:tcPr>
            <w:tcW w:w="1265" w:type="dxa"/>
          </w:tcPr>
          <w:p w14:paraId="6408BB2A" w14:textId="77777777" w:rsidR="004674D5" w:rsidRDefault="004674D5" w:rsidP="004A7CD1">
            <w:r>
              <w:rPr>
                <w:rFonts w:ascii="Roboto Condensed" w:hAnsi="Roboto Condensed"/>
                <w:sz w:val="16"/>
              </w:rPr>
              <w:t>20</w:t>
            </w:r>
          </w:p>
        </w:tc>
      </w:tr>
      <w:tr w:rsidR="004674D5" w14:paraId="25DEA0D4" w14:textId="77777777" w:rsidTr="004A7CD1">
        <w:tc>
          <w:tcPr>
            <w:tcW w:w="1134" w:type="dxa"/>
          </w:tcPr>
          <w:p w14:paraId="4E2CE98F" w14:textId="77777777" w:rsidR="004674D5" w:rsidRDefault="004674D5" w:rsidP="004A7CD1">
            <w:r>
              <w:rPr>
                <w:rFonts w:ascii="Roboto Condensed" w:hAnsi="Roboto Condensed"/>
                <w:sz w:val="16"/>
              </w:rPr>
              <w:t>2SP</w:t>
            </w:r>
          </w:p>
        </w:tc>
        <w:tc>
          <w:tcPr>
            <w:tcW w:w="1900" w:type="dxa"/>
            <w:vMerge/>
          </w:tcPr>
          <w:p w14:paraId="2C08F0FC" w14:textId="77777777" w:rsidR="004674D5" w:rsidRDefault="004674D5" w:rsidP="004A7CD1"/>
        </w:tc>
        <w:tc>
          <w:tcPr>
            <w:tcW w:w="1418" w:type="dxa"/>
          </w:tcPr>
          <w:p w14:paraId="6E11CBCF" w14:textId="77777777" w:rsidR="004674D5" w:rsidRDefault="004674D5" w:rsidP="004A7CD1">
            <w:r>
              <w:rPr>
                <w:rFonts w:ascii="Roboto Condensed" w:hAnsi="Roboto Condensed"/>
                <w:sz w:val="16"/>
              </w:rPr>
              <w:t>U</w:t>
            </w:r>
          </w:p>
        </w:tc>
        <w:tc>
          <w:tcPr>
            <w:tcW w:w="1359" w:type="dxa"/>
          </w:tcPr>
          <w:p w14:paraId="3BC4C35A" w14:textId="77777777" w:rsidR="004674D5" w:rsidRDefault="004674D5" w:rsidP="004A7CD1">
            <w:r>
              <w:rPr>
                <w:rFonts w:ascii="Roboto Condensed" w:hAnsi="Roboto Condensed"/>
                <w:sz w:val="16"/>
              </w:rPr>
              <w:t>0.8</w:t>
            </w:r>
          </w:p>
        </w:tc>
        <w:tc>
          <w:tcPr>
            <w:tcW w:w="1171" w:type="dxa"/>
          </w:tcPr>
          <w:p w14:paraId="068736FB" w14:textId="77777777" w:rsidR="004674D5" w:rsidRDefault="004674D5" w:rsidP="004A7CD1">
            <w:r>
              <w:rPr>
                <w:rFonts w:ascii="Roboto Condensed" w:hAnsi="Roboto Condensed"/>
                <w:sz w:val="16"/>
              </w:rPr>
              <w:t>10.0</w:t>
            </w:r>
          </w:p>
        </w:tc>
        <w:tc>
          <w:tcPr>
            <w:tcW w:w="1265" w:type="dxa"/>
          </w:tcPr>
          <w:p w14:paraId="0C54E226" w14:textId="77777777" w:rsidR="004674D5" w:rsidRDefault="004674D5" w:rsidP="004A7CD1">
            <w:r>
              <w:rPr>
                <w:rFonts w:ascii="Roboto Condensed" w:hAnsi="Roboto Condensed"/>
                <w:sz w:val="16"/>
              </w:rPr>
              <w:t>50.0</w:t>
            </w:r>
          </w:p>
        </w:tc>
        <w:tc>
          <w:tcPr>
            <w:tcW w:w="1265" w:type="dxa"/>
          </w:tcPr>
          <w:p w14:paraId="2F7490AA" w14:textId="77777777" w:rsidR="004674D5" w:rsidRDefault="004674D5" w:rsidP="004A7CD1">
            <w:r>
              <w:rPr>
                <w:rFonts w:ascii="Roboto Condensed" w:hAnsi="Roboto Condensed"/>
                <w:sz w:val="16"/>
              </w:rPr>
              <w:t>20</w:t>
            </w:r>
          </w:p>
        </w:tc>
      </w:tr>
      <w:tr w:rsidR="004674D5" w14:paraId="7ADC9497" w14:textId="77777777" w:rsidTr="004A7CD1">
        <w:tc>
          <w:tcPr>
            <w:tcW w:w="1134" w:type="dxa"/>
          </w:tcPr>
          <w:p w14:paraId="68CC9B09" w14:textId="77777777" w:rsidR="004674D5" w:rsidRDefault="004674D5" w:rsidP="004A7CD1">
            <w:r>
              <w:rPr>
                <w:rFonts w:ascii="Roboto Condensed" w:hAnsi="Roboto Condensed"/>
                <w:sz w:val="16"/>
              </w:rPr>
              <w:t>3SP</w:t>
            </w:r>
          </w:p>
        </w:tc>
        <w:tc>
          <w:tcPr>
            <w:tcW w:w="1900" w:type="dxa"/>
            <w:vMerge/>
          </w:tcPr>
          <w:p w14:paraId="0C64A70D" w14:textId="77777777" w:rsidR="004674D5" w:rsidRDefault="004674D5" w:rsidP="004A7CD1"/>
        </w:tc>
        <w:tc>
          <w:tcPr>
            <w:tcW w:w="1418" w:type="dxa"/>
          </w:tcPr>
          <w:p w14:paraId="0C695E17" w14:textId="77777777" w:rsidR="004674D5" w:rsidRDefault="004674D5" w:rsidP="004A7CD1">
            <w:r>
              <w:rPr>
                <w:rFonts w:ascii="Roboto Condensed" w:hAnsi="Roboto Condensed"/>
                <w:sz w:val="16"/>
              </w:rPr>
              <w:t>U, ZN, L</w:t>
            </w:r>
          </w:p>
        </w:tc>
        <w:tc>
          <w:tcPr>
            <w:tcW w:w="1359" w:type="dxa"/>
          </w:tcPr>
          <w:p w14:paraId="414B4CF5" w14:textId="77777777" w:rsidR="004674D5" w:rsidRDefault="004674D5" w:rsidP="004A7CD1">
            <w:r>
              <w:rPr>
                <w:rFonts w:ascii="Roboto Condensed" w:hAnsi="Roboto Condensed"/>
                <w:sz w:val="16"/>
              </w:rPr>
              <w:t>0.8</w:t>
            </w:r>
          </w:p>
        </w:tc>
        <w:tc>
          <w:tcPr>
            <w:tcW w:w="1171" w:type="dxa"/>
          </w:tcPr>
          <w:p w14:paraId="00D41A1D" w14:textId="77777777" w:rsidR="004674D5" w:rsidRDefault="004674D5" w:rsidP="004A7CD1">
            <w:r>
              <w:rPr>
                <w:rFonts w:ascii="Roboto Condensed" w:hAnsi="Roboto Condensed"/>
                <w:sz w:val="16"/>
              </w:rPr>
              <w:t>10.0</w:t>
            </w:r>
          </w:p>
        </w:tc>
        <w:tc>
          <w:tcPr>
            <w:tcW w:w="1265" w:type="dxa"/>
          </w:tcPr>
          <w:p w14:paraId="63FA8C78" w14:textId="77777777" w:rsidR="004674D5" w:rsidRDefault="004674D5" w:rsidP="004A7CD1">
            <w:r>
              <w:rPr>
                <w:rFonts w:ascii="Roboto Condensed" w:hAnsi="Roboto Condensed"/>
                <w:sz w:val="16"/>
              </w:rPr>
              <w:t>50.0</w:t>
            </w:r>
          </w:p>
        </w:tc>
        <w:tc>
          <w:tcPr>
            <w:tcW w:w="1265" w:type="dxa"/>
          </w:tcPr>
          <w:p w14:paraId="1DEBD1CE" w14:textId="77777777" w:rsidR="004674D5" w:rsidRDefault="004674D5" w:rsidP="004A7CD1">
            <w:r>
              <w:rPr>
                <w:rFonts w:ascii="Roboto Condensed" w:hAnsi="Roboto Condensed"/>
                <w:sz w:val="16"/>
              </w:rPr>
              <w:t>20</w:t>
            </w:r>
          </w:p>
        </w:tc>
      </w:tr>
      <w:tr w:rsidR="004674D5" w14:paraId="59BEB2AF" w14:textId="77777777" w:rsidTr="004A7CD1">
        <w:tc>
          <w:tcPr>
            <w:tcW w:w="1134" w:type="dxa"/>
          </w:tcPr>
          <w:p w14:paraId="7B3D4D01" w14:textId="77777777" w:rsidR="004674D5" w:rsidRDefault="004674D5" w:rsidP="004A7CD1">
            <w:r>
              <w:rPr>
                <w:rFonts w:ascii="Roboto Condensed" w:hAnsi="Roboto Condensed"/>
                <w:sz w:val="16"/>
              </w:rPr>
              <w:t>4SP</w:t>
            </w:r>
          </w:p>
        </w:tc>
        <w:tc>
          <w:tcPr>
            <w:tcW w:w="1900" w:type="dxa"/>
            <w:vMerge/>
          </w:tcPr>
          <w:p w14:paraId="79C00BC8" w14:textId="77777777" w:rsidR="004674D5" w:rsidRDefault="004674D5" w:rsidP="004A7CD1"/>
        </w:tc>
        <w:tc>
          <w:tcPr>
            <w:tcW w:w="1418" w:type="dxa"/>
          </w:tcPr>
          <w:p w14:paraId="5790F190" w14:textId="77777777" w:rsidR="004674D5" w:rsidRDefault="004674D5" w:rsidP="004A7CD1">
            <w:r>
              <w:rPr>
                <w:rFonts w:ascii="Roboto Condensed" w:hAnsi="Roboto Condensed"/>
                <w:sz w:val="16"/>
              </w:rPr>
              <w:t>U</w:t>
            </w:r>
          </w:p>
        </w:tc>
        <w:tc>
          <w:tcPr>
            <w:tcW w:w="1359" w:type="dxa"/>
          </w:tcPr>
          <w:p w14:paraId="6E900F88" w14:textId="77777777" w:rsidR="004674D5" w:rsidRDefault="004674D5" w:rsidP="004A7CD1">
            <w:r>
              <w:rPr>
                <w:rFonts w:ascii="Roboto Condensed" w:hAnsi="Roboto Condensed"/>
                <w:sz w:val="16"/>
              </w:rPr>
              <w:t>1.0</w:t>
            </w:r>
          </w:p>
        </w:tc>
        <w:tc>
          <w:tcPr>
            <w:tcW w:w="1171" w:type="dxa"/>
          </w:tcPr>
          <w:p w14:paraId="27B0B5AA" w14:textId="77777777" w:rsidR="004674D5" w:rsidRDefault="004674D5" w:rsidP="004A7CD1">
            <w:r>
              <w:rPr>
                <w:rFonts w:ascii="Roboto Condensed" w:hAnsi="Roboto Condensed"/>
                <w:sz w:val="16"/>
              </w:rPr>
              <w:t>10.0</w:t>
            </w:r>
          </w:p>
        </w:tc>
        <w:tc>
          <w:tcPr>
            <w:tcW w:w="1265" w:type="dxa"/>
          </w:tcPr>
          <w:p w14:paraId="41360BE8" w14:textId="77777777" w:rsidR="004674D5" w:rsidRDefault="004674D5" w:rsidP="004A7CD1">
            <w:r>
              <w:rPr>
                <w:rFonts w:ascii="Roboto Condensed" w:hAnsi="Roboto Condensed"/>
                <w:sz w:val="16"/>
              </w:rPr>
              <w:t>60.0</w:t>
            </w:r>
          </w:p>
        </w:tc>
        <w:tc>
          <w:tcPr>
            <w:tcW w:w="1265" w:type="dxa"/>
          </w:tcPr>
          <w:p w14:paraId="51739241" w14:textId="77777777" w:rsidR="004674D5" w:rsidRDefault="004674D5" w:rsidP="004A7CD1">
            <w:r>
              <w:rPr>
                <w:rFonts w:ascii="Roboto Condensed" w:hAnsi="Roboto Condensed"/>
                <w:sz w:val="16"/>
              </w:rPr>
              <w:t>20</w:t>
            </w:r>
          </w:p>
        </w:tc>
      </w:tr>
      <w:tr w:rsidR="004674D5" w14:paraId="4B3EF415" w14:textId="77777777" w:rsidTr="004A7CD1">
        <w:tc>
          <w:tcPr>
            <w:tcW w:w="1134" w:type="dxa"/>
          </w:tcPr>
          <w:p w14:paraId="03D9D312" w14:textId="77777777" w:rsidR="004674D5" w:rsidRDefault="004674D5" w:rsidP="004A7CD1">
            <w:r>
              <w:rPr>
                <w:rFonts w:ascii="Roboto Condensed" w:hAnsi="Roboto Condensed"/>
                <w:sz w:val="16"/>
              </w:rPr>
              <w:t>5SP</w:t>
            </w:r>
          </w:p>
        </w:tc>
        <w:tc>
          <w:tcPr>
            <w:tcW w:w="1900" w:type="dxa"/>
            <w:vMerge/>
          </w:tcPr>
          <w:p w14:paraId="568317CE" w14:textId="77777777" w:rsidR="004674D5" w:rsidRDefault="004674D5" w:rsidP="004A7CD1"/>
        </w:tc>
        <w:tc>
          <w:tcPr>
            <w:tcW w:w="1418" w:type="dxa"/>
          </w:tcPr>
          <w:p w14:paraId="7E351180" w14:textId="77777777" w:rsidR="004674D5" w:rsidRDefault="004674D5" w:rsidP="004A7CD1">
            <w:r>
              <w:rPr>
                <w:rFonts w:ascii="Roboto Condensed" w:hAnsi="Roboto Condensed"/>
                <w:sz w:val="16"/>
              </w:rPr>
              <w:t>U, ZN, L</w:t>
            </w:r>
          </w:p>
        </w:tc>
        <w:tc>
          <w:tcPr>
            <w:tcW w:w="1359" w:type="dxa"/>
          </w:tcPr>
          <w:p w14:paraId="54ED4945" w14:textId="77777777" w:rsidR="004674D5" w:rsidRDefault="004674D5" w:rsidP="004A7CD1">
            <w:r>
              <w:rPr>
                <w:rFonts w:ascii="Roboto Condensed" w:hAnsi="Roboto Condensed"/>
                <w:sz w:val="16"/>
              </w:rPr>
              <w:t>0.8</w:t>
            </w:r>
          </w:p>
        </w:tc>
        <w:tc>
          <w:tcPr>
            <w:tcW w:w="1171" w:type="dxa"/>
          </w:tcPr>
          <w:p w14:paraId="2E20B9F4" w14:textId="77777777" w:rsidR="004674D5" w:rsidRDefault="004674D5" w:rsidP="004A7CD1">
            <w:r>
              <w:rPr>
                <w:rFonts w:ascii="Roboto Condensed" w:hAnsi="Roboto Condensed"/>
                <w:sz w:val="16"/>
              </w:rPr>
              <w:t>10.0</w:t>
            </w:r>
          </w:p>
        </w:tc>
        <w:tc>
          <w:tcPr>
            <w:tcW w:w="1265" w:type="dxa"/>
          </w:tcPr>
          <w:p w14:paraId="388A8FF8" w14:textId="77777777" w:rsidR="004674D5" w:rsidRDefault="004674D5" w:rsidP="004A7CD1">
            <w:r>
              <w:rPr>
                <w:rFonts w:ascii="Roboto Condensed" w:hAnsi="Roboto Condensed"/>
                <w:sz w:val="16"/>
              </w:rPr>
              <w:t>50.0</w:t>
            </w:r>
          </w:p>
        </w:tc>
        <w:tc>
          <w:tcPr>
            <w:tcW w:w="1265" w:type="dxa"/>
          </w:tcPr>
          <w:p w14:paraId="36C1FE20" w14:textId="77777777" w:rsidR="004674D5" w:rsidRDefault="004674D5" w:rsidP="004A7CD1">
            <w:r>
              <w:rPr>
                <w:rFonts w:ascii="Roboto Condensed" w:hAnsi="Roboto Condensed"/>
                <w:sz w:val="16"/>
              </w:rPr>
              <w:t>20</w:t>
            </w:r>
          </w:p>
        </w:tc>
      </w:tr>
      <w:tr w:rsidR="004674D5" w14:paraId="0E637D05" w14:textId="77777777" w:rsidTr="004A7CD1">
        <w:tc>
          <w:tcPr>
            <w:tcW w:w="1134" w:type="dxa"/>
          </w:tcPr>
          <w:p w14:paraId="49269708" w14:textId="77777777" w:rsidR="004674D5" w:rsidRDefault="004674D5" w:rsidP="004A7CD1">
            <w:r>
              <w:rPr>
                <w:rFonts w:ascii="Roboto Condensed" w:hAnsi="Roboto Condensed"/>
                <w:sz w:val="16"/>
              </w:rPr>
              <w:t>6SP</w:t>
            </w:r>
          </w:p>
        </w:tc>
        <w:tc>
          <w:tcPr>
            <w:tcW w:w="1900" w:type="dxa"/>
            <w:vMerge/>
          </w:tcPr>
          <w:p w14:paraId="687CD9BB" w14:textId="77777777" w:rsidR="004674D5" w:rsidRDefault="004674D5" w:rsidP="004A7CD1"/>
        </w:tc>
        <w:tc>
          <w:tcPr>
            <w:tcW w:w="1418" w:type="dxa"/>
          </w:tcPr>
          <w:p w14:paraId="18B9D43F" w14:textId="77777777" w:rsidR="004674D5" w:rsidRDefault="004674D5" w:rsidP="004A7CD1">
            <w:r>
              <w:rPr>
                <w:rFonts w:ascii="Roboto Condensed" w:hAnsi="Roboto Condensed"/>
                <w:sz w:val="16"/>
              </w:rPr>
              <w:t>U</w:t>
            </w:r>
          </w:p>
        </w:tc>
        <w:tc>
          <w:tcPr>
            <w:tcW w:w="1359" w:type="dxa"/>
          </w:tcPr>
          <w:p w14:paraId="2C102B49" w14:textId="77777777" w:rsidR="004674D5" w:rsidRDefault="004674D5" w:rsidP="004A7CD1">
            <w:r>
              <w:rPr>
                <w:rFonts w:ascii="Roboto Condensed" w:hAnsi="Roboto Condensed"/>
                <w:sz w:val="16"/>
              </w:rPr>
              <w:t>0.8</w:t>
            </w:r>
          </w:p>
        </w:tc>
        <w:tc>
          <w:tcPr>
            <w:tcW w:w="1171" w:type="dxa"/>
          </w:tcPr>
          <w:p w14:paraId="0359646B" w14:textId="77777777" w:rsidR="004674D5" w:rsidRDefault="004674D5" w:rsidP="004A7CD1">
            <w:r>
              <w:rPr>
                <w:rFonts w:ascii="Roboto Condensed" w:hAnsi="Roboto Condensed"/>
                <w:sz w:val="16"/>
              </w:rPr>
              <w:t>10.0</w:t>
            </w:r>
          </w:p>
        </w:tc>
        <w:tc>
          <w:tcPr>
            <w:tcW w:w="1265" w:type="dxa"/>
          </w:tcPr>
          <w:p w14:paraId="176E08A2" w14:textId="77777777" w:rsidR="004674D5" w:rsidRDefault="004674D5" w:rsidP="004A7CD1">
            <w:r>
              <w:rPr>
                <w:rFonts w:ascii="Roboto Condensed" w:hAnsi="Roboto Condensed"/>
                <w:sz w:val="16"/>
              </w:rPr>
              <w:t>50.0</w:t>
            </w:r>
          </w:p>
        </w:tc>
        <w:tc>
          <w:tcPr>
            <w:tcW w:w="1265" w:type="dxa"/>
          </w:tcPr>
          <w:p w14:paraId="734DE552" w14:textId="77777777" w:rsidR="004674D5" w:rsidRDefault="004674D5" w:rsidP="004A7CD1">
            <w:r>
              <w:rPr>
                <w:rFonts w:ascii="Roboto Condensed" w:hAnsi="Roboto Condensed"/>
                <w:sz w:val="16"/>
              </w:rPr>
              <w:t>20</w:t>
            </w:r>
          </w:p>
        </w:tc>
      </w:tr>
      <w:tr w:rsidR="004674D5" w14:paraId="1D3BDBED" w14:textId="77777777" w:rsidTr="004A7CD1">
        <w:tc>
          <w:tcPr>
            <w:tcW w:w="1134" w:type="dxa"/>
          </w:tcPr>
          <w:p w14:paraId="19BFD09B" w14:textId="77777777" w:rsidR="004674D5" w:rsidRDefault="004674D5" w:rsidP="004A7CD1">
            <w:r>
              <w:rPr>
                <w:rFonts w:ascii="Roboto Condensed" w:hAnsi="Roboto Condensed"/>
                <w:sz w:val="16"/>
              </w:rPr>
              <w:t>7SP</w:t>
            </w:r>
          </w:p>
        </w:tc>
        <w:tc>
          <w:tcPr>
            <w:tcW w:w="1900" w:type="dxa"/>
            <w:vMerge/>
          </w:tcPr>
          <w:p w14:paraId="6EB28F17" w14:textId="77777777" w:rsidR="004674D5" w:rsidRDefault="004674D5" w:rsidP="004A7CD1"/>
        </w:tc>
        <w:tc>
          <w:tcPr>
            <w:tcW w:w="1418" w:type="dxa"/>
          </w:tcPr>
          <w:p w14:paraId="53285BD1" w14:textId="77777777" w:rsidR="004674D5" w:rsidRDefault="004674D5" w:rsidP="004A7CD1">
            <w:r>
              <w:rPr>
                <w:rFonts w:ascii="Roboto Condensed" w:hAnsi="Roboto Condensed"/>
                <w:sz w:val="16"/>
              </w:rPr>
              <w:t>U</w:t>
            </w:r>
          </w:p>
        </w:tc>
        <w:tc>
          <w:tcPr>
            <w:tcW w:w="1359" w:type="dxa"/>
          </w:tcPr>
          <w:p w14:paraId="4E574182" w14:textId="77777777" w:rsidR="004674D5" w:rsidRDefault="004674D5" w:rsidP="004A7CD1">
            <w:r>
              <w:rPr>
                <w:rFonts w:ascii="Roboto Condensed" w:hAnsi="Roboto Condensed"/>
                <w:sz w:val="16"/>
              </w:rPr>
              <w:t>0.8</w:t>
            </w:r>
          </w:p>
        </w:tc>
        <w:tc>
          <w:tcPr>
            <w:tcW w:w="1171" w:type="dxa"/>
          </w:tcPr>
          <w:p w14:paraId="0478F73D" w14:textId="77777777" w:rsidR="004674D5" w:rsidRDefault="004674D5" w:rsidP="004A7CD1">
            <w:r>
              <w:rPr>
                <w:rFonts w:ascii="Roboto Condensed" w:hAnsi="Roboto Condensed"/>
                <w:sz w:val="16"/>
              </w:rPr>
              <w:t>10.0</w:t>
            </w:r>
          </w:p>
        </w:tc>
        <w:tc>
          <w:tcPr>
            <w:tcW w:w="1265" w:type="dxa"/>
          </w:tcPr>
          <w:p w14:paraId="2FB19EED" w14:textId="77777777" w:rsidR="004674D5" w:rsidRDefault="004674D5" w:rsidP="004A7CD1">
            <w:r>
              <w:rPr>
                <w:rFonts w:ascii="Roboto Condensed" w:hAnsi="Roboto Condensed"/>
                <w:sz w:val="16"/>
              </w:rPr>
              <w:t>40.0</w:t>
            </w:r>
          </w:p>
        </w:tc>
        <w:tc>
          <w:tcPr>
            <w:tcW w:w="1265" w:type="dxa"/>
          </w:tcPr>
          <w:p w14:paraId="4C2AB3AD" w14:textId="77777777" w:rsidR="004674D5" w:rsidRDefault="004674D5" w:rsidP="004A7CD1">
            <w:r>
              <w:rPr>
                <w:rFonts w:ascii="Roboto Condensed" w:hAnsi="Roboto Condensed"/>
                <w:sz w:val="16"/>
              </w:rPr>
              <w:t>20</w:t>
            </w:r>
          </w:p>
        </w:tc>
      </w:tr>
      <w:tr w:rsidR="004674D5" w14:paraId="2D562DB3" w14:textId="77777777" w:rsidTr="004A7CD1">
        <w:tc>
          <w:tcPr>
            <w:tcW w:w="1134" w:type="dxa"/>
          </w:tcPr>
          <w:p w14:paraId="1C70D20A" w14:textId="77777777" w:rsidR="004674D5" w:rsidRDefault="004674D5" w:rsidP="004A7CD1">
            <w:r>
              <w:rPr>
                <w:rFonts w:ascii="Roboto Condensed" w:hAnsi="Roboto Condensed"/>
                <w:sz w:val="16"/>
              </w:rPr>
              <w:lastRenderedPageBreak/>
              <w:t>8SP</w:t>
            </w:r>
          </w:p>
        </w:tc>
        <w:tc>
          <w:tcPr>
            <w:tcW w:w="1900" w:type="dxa"/>
            <w:vMerge/>
          </w:tcPr>
          <w:p w14:paraId="2F36934A" w14:textId="77777777" w:rsidR="004674D5" w:rsidRDefault="004674D5" w:rsidP="004A7CD1"/>
        </w:tc>
        <w:tc>
          <w:tcPr>
            <w:tcW w:w="1418" w:type="dxa"/>
          </w:tcPr>
          <w:p w14:paraId="5BBD4690" w14:textId="77777777" w:rsidR="004674D5" w:rsidRDefault="004674D5" w:rsidP="004A7CD1">
            <w:r>
              <w:rPr>
                <w:rFonts w:ascii="Roboto Condensed" w:hAnsi="Roboto Condensed"/>
                <w:sz w:val="16"/>
              </w:rPr>
              <w:t>U, ZN, L</w:t>
            </w:r>
          </w:p>
        </w:tc>
        <w:tc>
          <w:tcPr>
            <w:tcW w:w="1359" w:type="dxa"/>
          </w:tcPr>
          <w:p w14:paraId="0748E380" w14:textId="77777777" w:rsidR="004674D5" w:rsidRDefault="004674D5" w:rsidP="004A7CD1">
            <w:r>
              <w:rPr>
                <w:rFonts w:ascii="Roboto Condensed" w:hAnsi="Roboto Condensed"/>
                <w:sz w:val="16"/>
              </w:rPr>
              <w:t>0.8</w:t>
            </w:r>
          </w:p>
        </w:tc>
        <w:tc>
          <w:tcPr>
            <w:tcW w:w="1171" w:type="dxa"/>
          </w:tcPr>
          <w:p w14:paraId="124C492B" w14:textId="77777777" w:rsidR="004674D5" w:rsidRDefault="004674D5" w:rsidP="004A7CD1">
            <w:r>
              <w:rPr>
                <w:rFonts w:ascii="Roboto Condensed" w:hAnsi="Roboto Condensed"/>
                <w:sz w:val="16"/>
              </w:rPr>
              <w:t>10.0</w:t>
            </w:r>
          </w:p>
        </w:tc>
        <w:tc>
          <w:tcPr>
            <w:tcW w:w="1265" w:type="dxa"/>
          </w:tcPr>
          <w:p w14:paraId="139FBBC8" w14:textId="77777777" w:rsidR="004674D5" w:rsidRDefault="004674D5" w:rsidP="004A7CD1">
            <w:r>
              <w:rPr>
                <w:rFonts w:ascii="Roboto Condensed" w:hAnsi="Roboto Condensed"/>
                <w:sz w:val="16"/>
              </w:rPr>
              <w:t>50.0</w:t>
            </w:r>
          </w:p>
        </w:tc>
        <w:tc>
          <w:tcPr>
            <w:tcW w:w="1265" w:type="dxa"/>
          </w:tcPr>
          <w:p w14:paraId="71F3B43B" w14:textId="77777777" w:rsidR="004674D5" w:rsidRDefault="004674D5" w:rsidP="004A7CD1">
            <w:r>
              <w:rPr>
                <w:rFonts w:ascii="Roboto Condensed" w:hAnsi="Roboto Condensed"/>
                <w:sz w:val="16"/>
              </w:rPr>
              <w:t>20</w:t>
            </w:r>
          </w:p>
        </w:tc>
      </w:tr>
      <w:tr w:rsidR="004674D5" w14:paraId="4A6C3BDF" w14:textId="77777777" w:rsidTr="004A7CD1">
        <w:tc>
          <w:tcPr>
            <w:tcW w:w="1134" w:type="dxa"/>
          </w:tcPr>
          <w:p w14:paraId="5E240604" w14:textId="77777777" w:rsidR="004674D5" w:rsidRDefault="004674D5" w:rsidP="004A7CD1">
            <w:r>
              <w:rPr>
                <w:rFonts w:ascii="Roboto Condensed" w:hAnsi="Roboto Condensed"/>
                <w:sz w:val="16"/>
              </w:rPr>
              <w:t>9SP</w:t>
            </w:r>
          </w:p>
        </w:tc>
        <w:tc>
          <w:tcPr>
            <w:tcW w:w="1900" w:type="dxa"/>
            <w:vMerge/>
          </w:tcPr>
          <w:p w14:paraId="2707A710" w14:textId="77777777" w:rsidR="004674D5" w:rsidRDefault="004674D5" w:rsidP="004A7CD1"/>
        </w:tc>
        <w:tc>
          <w:tcPr>
            <w:tcW w:w="1418" w:type="dxa"/>
          </w:tcPr>
          <w:p w14:paraId="6BA0E1F5" w14:textId="77777777" w:rsidR="004674D5" w:rsidRDefault="004674D5" w:rsidP="004A7CD1">
            <w:r>
              <w:rPr>
                <w:rFonts w:ascii="Roboto Condensed" w:hAnsi="Roboto Condensed"/>
                <w:sz w:val="16"/>
              </w:rPr>
              <w:t>U, ZN, W</w:t>
            </w:r>
          </w:p>
        </w:tc>
        <w:tc>
          <w:tcPr>
            <w:tcW w:w="1359" w:type="dxa"/>
          </w:tcPr>
          <w:p w14:paraId="16096958" w14:textId="77777777" w:rsidR="004674D5" w:rsidRDefault="004674D5" w:rsidP="004A7CD1">
            <w:r>
              <w:rPr>
                <w:rFonts w:ascii="Roboto Condensed" w:hAnsi="Roboto Condensed"/>
                <w:sz w:val="16"/>
              </w:rPr>
              <w:t>1.5</w:t>
            </w:r>
          </w:p>
        </w:tc>
        <w:tc>
          <w:tcPr>
            <w:tcW w:w="1171" w:type="dxa"/>
          </w:tcPr>
          <w:p w14:paraId="021B19D5" w14:textId="77777777" w:rsidR="004674D5" w:rsidRDefault="004674D5" w:rsidP="004A7CD1">
            <w:r>
              <w:rPr>
                <w:rFonts w:ascii="Roboto Condensed" w:hAnsi="Roboto Condensed"/>
                <w:sz w:val="16"/>
              </w:rPr>
              <w:t>12.0</w:t>
            </w:r>
          </w:p>
        </w:tc>
        <w:tc>
          <w:tcPr>
            <w:tcW w:w="1265" w:type="dxa"/>
          </w:tcPr>
          <w:p w14:paraId="64BAB115" w14:textId="77777777" w:rsidR="004674D5" w:rsidRDefault="004674D5" w:rsidP="004A7CD1">
            <w:r>
              <w:rPr>
                <w:rFonts w:ascii="Roboto Condensed" w:hAnsi="Roboto Condensed"/>
                <w:sz w:val="16"/>
              </w:rPr>
              <w:t>70.0</w:t>
            </w:r>
          </w:p>
        </w:tc>
        <w:tc>
          <w:tcPr>
            <w:tcW w:w="1265" w:type="dxa"/>
          </w:tcPr>
          <w:p w14:paraId="69284F04" w14:textId="77777777" w:rsidR="004674D5" w:rsidRDefault="004674D5" w:rsidP="004A7CD1">
            <w:r>
              <w:rPr>
                <w:rFonts w:ascii="Roboto Condensed" w:hAnsi="Roboto Condensed"/>
                <w:sz w:val="16"/>
              </w:rPr>
              <w:t>20</w:t>
            </w:r>
          </w:p>
        </w:tc>
      </w:tr>
      <w:tr w:rsidR="004674D5" w14:paraId="49F3A75E" w14:textId="77777777" w:rsidTr="004A7CD1">
        <w:tc>
          <w:tcPr>
            <w:tcW w:w="1134" w:type="dxa"/>
          </w:tcPr>
          <w:p w14:paraId="3541B7AC" w14:textId="77777777" w:rsidR="004674D5" w:rsidRDefault="004674D5" w:rsidP="004A7CD1">
            <w:r>
              <w:rPr>
                <w:rFonts w:ascii="Roboto Condensed" w:hAnsi="Roboto Condensed"/>
                <w:sz w:val="16"/>
              </w:rPr>
              <w:t>10SP</w:t>
            </w:r>
          </w:p>
        </w:tc>
        <w:tc>
          <w:tcPr>
            <w:tcW w:w="1900" w:type="dxa"/>
            <w:vMerge/>
          </w:tcPr>
          <w:p w14:paraId="35301D46" w14:textId="77777777" w:rsidR="004674D5" w:rsidRDefault="004674D5" w:rsidP="004A7CD1"/>
        </w:tc>
        <w:tc>
          <w:tcPr>
            <w:tcW w:w="1418" w:type="dxa"/>
          </w:tcPr>
          <w:p w14:paraId="11DFCD77" w14:textId="77777777" w:rsidR="004674D5" w:rsidRDefault="004674D5" w:rsidP="004A7CD1">
            <w:r>
              <w:rPr>
                <w:rFonts w:ascii="Roboto Condensed" w:hAnsi="Roboto Condensed"/>
                <w:sz w:val="16"/>
              </w:rPr>
              <w:t>U, ZN, L</w:t>
            </w:r>
          </w:p>
        </w:tc>
        <w:tc>
          <w:tcPr>
            <w:tcW w:w="1359" w:type="dxa"/>
          </w:tcPr>
          <w:p w14:paraId="51DA0933" w14:textId="77777777" w:rsidR="004674D5" w:rsidRDefault="004674D5" w:rsidP="004A7CD1">
            <w:r>
              <w:rPr>
                <w:rFonts w:ascii="Roboto Condensed" w:hAnsi="Roboto Condensed"/>
                <w:sz w:val="16"/>
              </w:rPr>
              <w:t>1.0</w:t>
            </w:r>
          </w:p>
        </w:tc>
        <w:tc>
          <w:tcPr>
            <w:tcW w:w="1171" w:type="dxa"/>
          </w:tcPr>
          <w:p w14:paraId="349FC17F" w14:textId="77777777" w:rsidR="004674D5" w:rsidRDefault="004674D5" w:rsidP="004A7CD1">
            <w:r>
              <w:rPr>
                <w:rFonts w:ascii="Roboto Condensed" w:hAnsi="Roboto Condensed"/>
                <w:sz w:val="16"/>
              </w:rPr>
              <w:t>15.0</w:t>
            </w:r>
          </w:p>
        </w:tc>
        <w:tc>
          <w:tcPr>
            <w:tcW w:w="1265" w:type="dxa"/>
          </w:tcPr>
          <w:p w14:paraId="6FCEE20D" w14:textId="77777777" w:rsidR="004674D5" w:rsidRDefault="004674D5" w:rsidP="004A7CD1">
            <w:r>
              <w:rPr>
                <w:rFonts w:ascii="Roboto Condensed" w:hAnsi="Roboto Condensed"/>
                <w:sz w:val="16"/>
              </w:rPr>
              <w:t>35.0</w:t>
            </w:r>
          </w:p>
        </w:tc>
        <w:tc>
          <w:tcPr>
            <w:tcW w:w="1265" w:type="dxa"/>
          </w:tcPr>
          <w:p w14:paraId="6EC30069" w14:textId="77777777" w:rsidR="004674D5" w:rsidRDefault="004674D5" w:rsidP="004A7CD1">
            <w:r>
              <w:rPr>
                <w:rFonts w:ascii="Roboto Condensed" w:hAnsi="Roboto Condensed"/>
                <w:sz w:val="16"/>
              </w:rPr>
              <w:t>20</w:t>
            </w:r>
          </w:p>
        </w:tc>
      </w:tr>
      <w:tr w:rsidR="004674D5" w14:paraId="0891CD81" w14:textId="77777777" w:rsidTr="004A7CD1">
        <w:tc>
          <w:tcPr>
            <w:tcW w:w="1134" w:type="dxa"/>
          </w:tcPr>
          <w:p w14:paraId="2368984B" w14:textId="77777777" w:rsidR="004674D5" w:rsidRDefault="004674D5" w:rsidP="004A7CD1">
            <w:r>
              <w:rPr>
                <w:rFonts w:ascii="Roboto Condensed" w:hAnsi="Roboto Condensed"/>
                <w:sz w:val="16"/>
              </w:rPr>
              <w:t>11SP</w:t>
            </w:r>
          </w:p>
        </w:tc>
        <w:tc>
          <w:tcPr>
            <w:tcW w:w="1900" w:type="dxa"/>
            <w:vMerge/>
          </w:tcPr>
          <w:p w14:paraId="7EA7323C" w14:textId="77777777" w:rsidR="004674D5" w:rsidRDefault="004674D5" w:rsidP="004A7CD1"/>
        </w:tc>
        <w:tc>
          <w:tcPr>
            <w:tcW w:w="1418" w:type="dxa"/>
          </w:tcPr>
          <w:p w14:paraId="6F3F2274" w14:textId="77777777" w:rsidR="004674D5" w:rsidRDefault="004674D5" w:rsidP="004A7CD1">
            <w:r>
              <w:rPr>
                <w:rFonts w:ascii="Roboto Condensed" w:hAnsi="Roboto Condensed"/>
                <w:sz w:val="16"/>
              </w:rPr>
              <w:t>U, ZN</w:t>
            </w:r>
          </w:p>
        </w:tc>
        <w:tc>
          <w:tcPr>
            <w:tcW w:w="1359" w:type="dxa"/>
          </w:tcPr>
          <w:p w14:paraId="6419A351" w14:textId="77777777" w:rsidR="004674D5" w:rsidRDefault="004674D5" w:rsidP="004A7CD1">
            <w:r>
              <w:rPr>
                <w:rFonts w:ascii="Roboto Condensed" w:hAnsi="Roboto Condensed"/>
                <w:sz w:val="16"/>
              </w:rPr>
              <w:t>1.0</w:t>
            </w:r>
          </w:p>
        </w:tc>
        <w:tc>
          <w:tcPr>
            <w:tcW w:w="1171" w:type="dxa"/>
          </w:tcPr>
          <w:p w14:paraId="469B38E9" w14:textId="77777777" w:rsidR="004674D5" w:rsidRDefault="004674D5" w:rsidP="004A7CD1">
            <w:r>
              <w:rPr>
                <w:rFonts w:ascii="Roboto Condensed" w:hAnsi="Roboto Condensed"/>
                <w:sz w:val="16"/>
              </w:rPr>
              <w:t>15.0</w:t>
            </w:r>
          </w:p>
        </w:tc>
        <w:tc>
          <w:tcPr>
            <w:tcW w:w="1265" w:type="dxa"/>
          </w:tcPr>
          <w:p w14:paraId="4BE31E5B" w14:textId="77777777" w:rsidR="004674D5" w:rsidRDefault="004674D5" w:rsidP="004A7CD1">
            <w:r>
              <w:rPr>
                <w:rFonts w:ascii="Roboto Condensed" w:hAnsi="Roboto Condensed"/>
                <w:sz w:val="16"/>
              </w:rPr>
              <w:t>35.0</w:t>
            </w:r>
          </w:p>
        </w:tc>
        <w:tc>
          <w:tcPr>
            <w:tcW w:w="1265" w:type="dxa"/>
          </w:tcPr>
          <w:p w14:paraId="63106F7C" w14:textId="77777777" w:rsidR="004674D5" w:rsidRDefault="004674D5" w:rsidP="004A7CD1">
            <w:r>
              <w:rPr>
                <w:rFonts w:ascii="Roboto Condensed" w:hAnsi="Roboto Condensed"/>
                <w:sz w:val="16"/>
              </w:rPr>
              <w:t>20</w:t>
            </w:r>
          </w:p>
        </w:tc>
      </w:tr>
      <w:tr w:rsidR="004674D5" w14:paraId="72775ED9" w14:textId="77777777" w:rsidTr="004A7CD1">
        <w:tc>
          <w:tcPr>
            <w:tcW w:w="1134" w:type="dxa"/>
          </w:tcPr>
          <w:p w14:paraId="5C857F17" w14:textId="77777777" w:rsidR="004674D5" w:rsidRDefault="004674D5" w:rsidP="004A7CD1">
            <w:r>
              <w:rPr>
                <w:rFonts w:ascii="Roboto Condensed" w:hAnsi="Roboto Condensed"/>
                <w:sz w:val="16"/>
              </w:rPr>
              <w:t>12SP</w:t>
            </w:r>
          </w:p>
        </w:tc>
        <w:tc>
          <w:tcPr>
            <w:tcW w:w="1900" w:type="dxa"/>
            <w:vMerge/>
          </w:tcPr>
          <w:p w14:paraId="08697C29" w14:textId="77777777" w:rsidR="004674D5" w:rsidRDefault="004674D5" w:rsidP="004A7CD1"/>
        </w:tc>
        <w:tc>
          <w:tcPr>
            <w:tcW w:w="1418" w:type="dxa"/>
          </w:tcPr>
          <w:p w14:paraId="51CCEC76" w14:textId="77777777" w:rsidR="004674D5" w:rsidRDefault="004674D5" w:rsidP="004A7CD1">
            <w:r>
              <w:rPr>
                <w:rFonts w:ascii="Roboto Condensed" w:hAnsi="Roboto Condensed"/>
                <w:sz w:val="16"/>
              </w:rPr>
              <w:t>U, ZN</w:t>
            </w:r>
          </w:p>
        </w:tc>
        <w:tc>
          <w:tcPr>
            <w:tcW w:w="1359" w:type="dxa"/>
          </w:tcPr>
          <w:p w14:paraId="3D985438" w14:textId="77777777" w:rsidR="004674D5" w:rsidRDefault="004674D5" w:rsidP="004A7CD1">
            <w:r>
              <w:rPr>
                <w:rFonts w:ascii="Roboto Condensed" w:hAnsi="Roboto Condensed"/>
                <w:sz w:val="16"/>
              </w:rPr>
              <w:t>1.0</w:t>
            </w:r>
          </w:p>
        </w:tc>
        <w:tc>
          <w:tcPr>
            <w:tcW w:w="1171" w:type="dxa"/>
          </w:tcPr>
          <w:p w14:paraId="17E3AAA8" w14:textId="77777777" w:rsidR="004674D5" w:rsidRDefault="004674D5" w:rsidP="004A7CD1">
            <w:r>
              <w:rPr>
                <w:rFonts w:ascii="Roboto Condensed" w:hAnsi="Roboto Condensed"/>
                <w:sz w:val="16"/>
              </w:rPr>
              <w:t>10.0</w:t>
            </w:r>
          </w:p>
        </w:tc>
        <w:tc>
          <w:tcPr>
            <w:tcW w:w="1265" w:type="dxa"/>
          </w:tcPr>
          <w:p w14:paraId="1416BF5B" w14:textId="77777777" w:rsidR="004674D5" w:rsidRDefault="004674D5" w:rsidP="004A7CD1">
            <w:r>
              <w:rPr>
                <w:rFonts w:ascii="Roboto Condensed" w:hAnsi="Roboto Condensed"/>
                <w:sz w:val="16"/>
              </w:rPr>
              <w:t>60.0</w:t>
            </w:r>
          </w:p>
        </w:tc>
        <w:tc>
          <w:tcPr>
            <w:tcW w:w="1265" w:type="dxa"/>
          </w:tcPr>
          <w:p w14:paraId="47B7D51C" w14:textId="77777777" w:rsidR="004674D5" w:rsidRDefault="004674D5" w:rsidP="004A7CD1">
            <w:r>
              <w:rPr>
                <w:rFonts w:ascii="Roboto Condensed" w:hAnsi="Roboto Condensed"/>
                <w:sz w:val="16"/>
              </w:rPr>
              <w:t>30</w:t>
            </w:r>
          </w:p>
        </w:tc>
      </w:tr>
      <w:tr w:rsidR="004674D5" w14:paraId="73FD039E" w14:textId="77777777" w:rsidTr="004A7CD1">
        <w:tc>
          <w:tcPr>
            <w:tcW w:w="1134" w:type="dxa"/>
          </w:tcPr>
          <w:p w14:paraId="687E9634" w14:textId="77777777" w:rsidR="004674D5" w:rsidRDefault="004674D5" w:rsidP="004A7CD1">
            <w:r>
              <w:rPr>
                <w:rFonts w:ascii="Roboto Condensed" w:hAnsi="Roboto Condensed"/>
                <w:sz w:val="16"/>
              </w:rPr>
              <w:t>13SP</w:t>
            </w:r>
          </w:p>
        </w:tc>
        <w:tc>
          <w:tcPr>
            <w:tcW w:w="1900" w:type="dxa"/>
            <w:vMerge/>
          </w:tcPr>
          <w:p w14:paraId="5B552DF8" w14:textId="77777777" w:rsidR="004674D5" w:rsidRDefault="004674D5" w:rsidP="004A7CD1"/>
        </w:tc>
        <w:tc>
          <w:tcPr>
            <w:tcW w:w="1418" w:type="dxa"/>
          </w:tcPr>
          <w:p w14:paraId="6DD15E34" w14:textId="77777777" w:rsidR="004674D5" w:rsidRDefault="004674D5" w:rsidP="004A7CD1">
            <w:r>
              <w:rPr>
                <w:rFonts w:ascii="Roboto Condensed" w:hAnsi="Roboto Condensed"/>
                <w:sz w:val="16"/>
              </w:rPr>
              <w:t>U</w:t>
            </w:r>
          </w:p>
        </w:tc>
        <w:tc>
          <w:tcPr>
            <w:tcW w:w="1359" w:type="dxa"/>
          </w:tcPr>
          <w:p w14:paraId="1417EC4D" w14:textId="77777777" w:rsidR="004674D5" w:rsidRDefault="004674D5" w:rsidP="004A7CD1">
            <w:r>
              <w:rPr>
                <w:rFonts w:ascii="Roboto Condensed" w:hAnsi="Roboto Condensed"/>
                <w:sz w:val="16"/>
              </w:rPr>
              <w:t>0.8</w:t>
            </w:r>
          </w:p>
        </w:tc>
        <w:tc>
          <w:tcPr>
            <w:tcW w:w="1171" w:type="dxa"/>
          </w:tcPr>
          <w:p w14:paraId="74D0FFBD" w14:textId="77777777" w:rsidR="004674D5" w:rsidRDefault="004674D5" w:rsidP="004A7CD1">
            <w:r>
              <w:rPr>
                <w:rFonts w:ascii="Roboto Condensed" w:hAnsi="Roboto Condensed"/>
                <w:sz w:val="16"/>
              </w:rPr>
              <w:t>10.0</w:t>
            </w:r>
          </w:p>
        </w:tc>
        <w:tc>
          <w:tcPr>
            <w:tcW w:w="1265" w:type="dxa"/>
          </w:tcPr>
          <w:p w14:paraId="10EFF797" w14:textId="77777777" w:rsidR="004674D5" w:rsidRDefault="004674D5" w:rsidP="004A7CD1">
            <w:r>
              <w:rPr>
                <w:rFonts w:ascii="Roboto Condensed" w:hAnsi="Roboto Condensed"/>
                <w:sz w:val="16"/>
              </w:rPr>
              <w:t>50.0</w:t>
            </w:r>
          </w:p>
        </w:tc>
        <w:tc>
          <w:tcPr>
            <w:tcW w:w="1265" w:type="dxa"/>
          </w:tcPr>
          <w:p w14:paraId="60FA0E21" w14:textId="77777777" w:rsidR="004674D5" w:rsidRDefault="004674D5" w:rsidP="004A7CD1">
            <w:r>
              <w:rPr>
                <w:rFonts w:ascii="Roboto Condensed" w:hAnsi="Roboto Condensed"/>
                <w:sz w:val="16"/>
              </w:rPr>
              <w:t>20</w:t>
            </w:r>
          </w:p>
        </w:tc>
      </w:tr>
      <w:tr w:rsidR="004674D5" w14:paraId="0E54C8CA" w14:textId="77777777" w:rsidTr="004A7CD1">
        <w:tc>
          <w:tcPr>
            <w:tcW w:w="1134" w:type="dxa"/>
          </w:tcPr>
          <w:p w14:paraId="4C80B95C" w14:textId="77777777" w:rsidR="004674D5" w:rsidRDefault="004674D5" w:rsidP="004A7CD1">
            <w:r>
              <w:rPr>
                <w:rFonts w:ascii="Roboto Condensed" w:hAnsi="Roboto Condensed"/>
                <w:sz w:val="16"/>
              </w:rPr>
              <w:t>14SP</w:t>
            </w:r>
          </w:p>
        </w:tc>
        <w:tc>
          <w:tcPr>
            <w:tcW w:w="1900" w:type="dxa"/>
            <w:vMerge/>
          </w:tcPr>
          <w:p w14:paraId="0153ED18" w14:textId="77777777" w:rsidR="004674D5" w:rsidRDefault="004674D5" w:rsidP="004A7CD1"/>
        </w:tc>
        <w:tc>
          <w:tcPr>
            <w:tcW w:w="1418" w:type="dxa"/>
          </w:tcPr>
          <w:p w14:paraId="0BBB7010" w14:textId="77777777" w:rsidR="004674D5" w:rsidRDefault="004674D5" w:rsidP="004A7CD1">
            <w:r>
              <w:rPr>
                <w:rFonts w:ascii="Roboto Condensed" w:hAnsi="Roboto Condensed"/>
                <w:sz w:val="16"/>
              </w:rPr>
              <w:t>U, ZN</w:t>
            </w:r>
          </w:p>
        </w:tc>
        <w:tc>
          <w:tcPr>
            <w:tcW w:w="1359" w:type="dxa"/>
          </w:tcPr>
          <w:p w14:paraId="30C6CE16" w14:textId="77777777" w:rsidR="004674D5" w:rsidRDefault="004674D5" w:rsidP="004A7CD1">
            <w:r>
              <w:rPr>
                <w:rFonts w:ascii="Roboto Condensed" w:hAnsi="Roboto Condensed"/>
                <w:sz w:val="16"/>
              </w:rPr>
              <w:t>0.8</w:t>
            </w:r>
          </w:p>
        </w:tc>
        <w:tc>
          <w:tcPr>
            <w:tcW w:w="1171" w:type="dxa"/>
          </w:tcPr>
          <w:p w14:paraId="55DCF0C7" w14:textId="77777777" w:rsidR="004674D5" w:rsidRDefault="004674D5" w:rsidP="004A7CD1">
            <w:r>
              <w:rPr>
                <w:rFonts w:ascii="Roboto Condensed" w:hAnsi="Roboto Condensed"/>
                <w:sz w:val="16"/>
              </w:rPr>
              <w:t>10.0</w:t>
            </w:r>
          </w:p>
        </w:tc>
        <w:tc>
          <w:tcPr>
            <w:tcW w:w="1265" w:type="dxa"/>
          </w:tcPr>
          <w:p w14:paraId="180DEF21" w14:textId="77777777" w:rsidR="004674D5" w:rsidRDefault="004674D5" w:rsidP="004A7CD1">
            <w:r>
              <w:rPr>
                <w:rFonts w:ascii="Roboto Condensed" w:hAnsi="Roboto Condensed"/>
                <w:sz w:val="16"/>
              </w:rPr>
              <w:t>50.0</w:t>
            </w:r>
          </w:p>
        </w:tc>
        <w:tc>
          <w:tcPr>
            <w:tcW w:w="1265" w:type="dxa"/>
          </w:tcPr>
          <w:p w14:paraId="699B8546" w14:textId="77777777" w:rsidR="004674D5" w:rsidRDefault="004674D5" w:rsidP="004A7CD1">
            <w:r>
              <w:rPr>
                <w:rFonts w:ascii="Roboto Condensed" w:hAnsi="Roboto Condensed"/>
                <w:sz w:val="16"/>
              </w:rPr>
              <w:t>20</w:t>
            </w:r>
          </w:p>
        </w:tc>
      </w:tr>
      <w:tr w:rsidR="004674D5" w14:paraId="1501F2B0" w14:textId="77777777" w:rsidTr="004A7CD1">
        <w:tc>
          <w:tcPr>
            <w:tcW w:w="1134" w:type="dxa"/>
          </w:tcPr>
          <w:p w14:paraId="65A7B89C" w14:textId="77777777" w:rsidR="004674D5" w:rsidRDefault="004674D5" w:rsidP="004A7CD1">
            <w:r>
              <w:rPr>
                <w:rFonts w:ascii="Roboto Condensed" w:hAnsi="Roboto Condensed"/>
                <w:sz w:val="16"/>
              </w:rPr>
              <w:t>15SP</w:t>
            </w:r>
          </w:p>
        </w:tc>
        <w:tc>
          <w:tcPr>
            <w:tcW w:w="1900" w:type="dxa"/>
            <w:vMerge/>
          </w:tcPr>
          <w:p w14:paraId="6E622098" w14:textId="77777777" w:rsidR="004674D5" w:rsidRDefault="004674D5" w:rsidP="004A7CD1"/>
        </w:tc>
        <w:tc>
          <w:tcPr>
            <w:tcW w:w="1418" w:type="dxa"/>
          </w:tcPr>
          <w:p w14:paraId="458964F3" w14:textId="77777777" w:rsidR="004674D5" w:rsidRDefault="004674D5" w:rsidP="004A7CD1">
            <w:r>
              <w:rPr>
                <w:rFonts w:ascii="Roboto Condensed" w:hAnsi="Roboto Condensed"/>
                <w:sz w:val="16"/>
              </w:rPr>
              <w:t>U, ZN</w:t>
            </w:r>
          </w:p>
        </w:tc>
        <w:tc>
          <w:tcPr>
            <w:tcW w:w="1359" w:type="dxa"/>
          </w:tcPr>
          <w:p w14:paraId="42F29053" w14:textId="77777777" w:rsidR="004674D5" w:rsidRDefault="004674D5" w:rsidP="004A7CD1">
            <w:r>
              <w:rPr>
                <w:rFonts w:ascii="Roboto Condensed" w:hAnsi="Roboto Condensed"/>
                <w:sz w:val="16"/>
              </w:rPr>
              <w:t>1.0</w:t>
            </w:r>
          </w:p>
        </w:tc>
        <w:tc>
          <w:tcPr>
            <w:tcW w:w="1171" w:type="dxa"/>
          </w:tcPr>
          <w:p w14:paraId="6E979605" w14:textId="77777777" w:rsidR="004674D5" w:rsidRDefault="004674D5" w:rsidP="004A7CD1">
            <w:r>
              <w:rPr>
                <w:rFonts w:ascii="Roboto Condensed" w:hAnsi="Roboto Condensed"/>
                <w:sz w:val="16"/>
              </w:rPr>
              <w:t>10.0</w:t>
            </w:r>
          </w:p>
        </w:tc>
        <w:tc>
          <w:tcPr>
            <w:tcW w:w="1265" w:type="dxa"/>
          </w:tcPr>
          <w:p w14:paraId="48631DCD" w14:textId="77777777" w:rsidR="004674D5" w:rsidRDefault="004674D5" w:rsidP="004A7CD1">
            <w:r>
              <w:rPr>
                <w:rFonts w:ascii="Roboto Condensed" w:hAnsi="Roboto Condensed"/>
                <w:sz w:val="16"/>
              </w:rPr>
              <w:t>60.0</w:t>
            </w:r>
          </w:p>
        </w:tc>
        <w:tc>
          <w:tcPr>
            <w:tcW w:w="1265" w:type="dxa"/>
          </w:tcPr>
          <w:p w14:paraId="1D7B0F2D" w14:textId="77777777" w:rsidR="004674D5" w:rsidRDefault="004674D5" w:rsidP="004A7CD1">
            <w:r>
              <w:rPr>
                <w:rFonts w:ascii="Roboto Condensed" w:hAnsi="Roboto Condensed"/>
                <w:sz w:val="16"/>
              </w:rPr>
              <w:t>20</w:t>
            </w:r>
          </w:p>
        </w:tc>
      </w:tr>
      <w:tr w:rsidR="004674D5" w14:paraId="72CAC5B8" w14:textId="77777777" w:rsidTr="004A7CD1">
        <w:tc>
          <w:tcPr>
            <w:tcW w:w="1134" w:type="dxa"/>
          </w:tcPr>
          <w:p w14:paraId="06C80C67" w14:textId="77777777" w:rsidR="004674D5" w:rsidRDefault="004674D5" w:rsidP="004A7CD1">
            <w:r>
              <w:rPr>
                <w:rFonts w:ascii="Roboto Condensed" w:hAnsi="Roboto Condensed"/>
                <w:sz w:val="16"/>
              </w:rPr>
              <w:t>16SP</w:t>
            </w:r>
          </w:p>
        </w:tc>
        <w:tc>
          <w:tcPr>
            <w:tcW w:w="1900" w:type="dxa"/>
            <w:vMerge/>
          </w:tcPr>
          <w:p w14:paraId="43908351" w14:textId="77777777" w:rsidR="004674D5" w:rsidRDefault="004674D5" w:rsidP="004A7CD1"/>
        </w:tc>
        <w:tc>
          <w:tcPr>
            <w:tcW w:w="1418" w:type="dxa"/>
          </w:tcPr>
          <w:p w14:paraId="1A0A813C" w14:textId="77777777" w:rsidR="004674D5" w:rsidRDefault="004674D5" w:rsidP="004A7CD1">
            <w:r>
              <w:rPr>
                <w:rFonts w:ascii="Roboto Condensed" w:hAnsi="Roboto Condensed"/>
                <w:sz w:val="16"/>
              </w:rPr>
              <w:t>U, ZN</w:t>
            </w:r>
          </w:p>
        </w:tc>
        <w:tc>
          <w:tcPr>
            <w:tcW w:w="1359" w:type="dxa"/>
          </w:tcPr>
          <w:p w14:paraId="200CA73A" w14:textId="77777777" w:rsidR="004674D5" w:rsidRDefault="004674D5" w:rsidP="004A7CD1">
            <w:r>
              <w:rPr>
                <w:rFonts w:ascii="Roboto Condensed" w:hAnsi="Roboto Condensed"/>
                <w:sz w:val="16"/>
              </w:rPr>
              <w:t>0.8</w:t>
            </w:r>
          </w:p>
        </w:tc>
        <w:tc>
          <w:tcPr>
            <w:tcW w:w="1171" w:type="dxa"/>
          </w:tcPr>
          <w:p w14:paraId="20781A0A" w14:textId="77777777" w:rsidR="004674D5" w:rsidRDefault="004674D5" w:rsidP="004A7CD1">
            <w:r>
              <w:rPr>
                <w:rFonts w:ascii="Roboto Condensed" w:hAnsi="Roboto Condensed"/>
                <w:sz w:val="16"/>
              </w:rPr>
              <w:t>10.0</w:t>
            </w:r>
          </w:p>
        </w:tc>
        <w:tc>
          <w:tcPr>
            <w:tcW w:w="1265" w:type="dxa"/>
          </w:tcPr>
          <w:p w14:paraId="3A8BAD6D" w14:textId="77777777" w:rsidR="004674D5" w:rsidRDefault="004674D5" w:rsidP="004A7CD1">
            <w:r>
              <w:rPr>
                <w:rFonts w:ascii="Roboto Condensed" w:hAnsi="Roboto Condensed"/>
                <w:sz w:val="16"/>
              </w:rPr>
              <w:t>50.0</w:t>
            </w:r>
          </w:p>
        </w:tc>
        <w:tc>
          <w:tcPr>
            <w:tcW w:w="1265" w:type="dxa"/>
          </w:tcPr>
          <w:p w14:paraId="1B89067E" w14:textId="77777777" w:rsidR="004674D5" w:rsidRDefault="004674D5" w:rsidP="004A7CD1">
            <w:r>
              <w:rPr>
                <w:rFonts w:ascii="Roboto Condensed" w:hAnsi="Roboto Condensed"/>
                <w:sz w:val="16"/>
              </w:rPr>
              <w:t>20</w:t>
            </w:r>
          </w:p>
        </w:tc>
      </w:tr>
      <w:tr w:rsidR="004674D5" w14:paraId="749BEF4E" w14:textId="77777777" w:rsidTr="004A7CD1">
        <w:tc>
          <w:tcPr>
            <w:tcW w:w="1134" w:type="dxa"/>
          </w:tcPr>
          <w:p w14:paraId="68101BA7" w14:textId="77777777" w:rsidR="004674D5" w:rsidRDefault="004674D5" w:rsidP="004A7CD1">
            <w:r>
              <w:rPr>
                <w:rFonts w:ascii="Roboto Condensed" w:hAnsi="Roboto Condensed"/>
                <w:sz w:val="16"/>
              </w:rPr>
              <w:t>17SP</w:t>
            </w:r>
          </w:p>
        </w:tc>
        <w:tc>
          <w:tcPr>
            <w:tcW w:w="1900" w:type="dxa"/>
            <w:vMerge/>
          </w:tcPr>
          <w:p w14:paraId="4D01C097" w14:textId="77777777" w:rsidR="004674D5" w:rsidRDefault="004674D5" w:rsidP="004A7CD1"/>
        </w:tc>
        <w:tc>
          <w:tcPr>
            <w:tcW w:w="1418" w:type="dxa"/>
          </w:tcPr>
          <w:p w14:paraId="57464269" w14:textId="77777777" w:rsidR="004674D5" w:rsidRDefault="004674D5" w:rsidP="004A7CD1">
            <w:r>
              <w:rPr>
                <w:rFonts w:ascii="Roboto Condensed" w:hAnsi="Roboto Condensed"/>
                <w:sz w:val="16"/>
              </w:rPr>
              <w:t>U, ZN</w:t>
            </w:r>
          </w:p>
        </w:tc>
        <w:tc>
          <w:tcPr>
            <w:tcW w:w="1359" w:type="dxa"/>
          </w:tcPr>
          <w:p w14:paraId="3D6EA304" w14:textId="77777777" w:rsidR="004674D5" w:rsidRDefault="004674D5" w:rsidP="004A7CD1">
            <w:r>
              <w:rPr>
                <w:rFonts w:ascii="Roboto Condensed" w:hAnsi="Roboto Condensed"/>
                <w:sz w:val="16"/>
              </w:rPr>
              <w:t>1.0</w:t>
            </w:r>
          </w:p>
        </w:tc>
        <w:tc>
          <w:tcPr>
            <w:tcW w:w="1171" w:type="dxa"/>
          </w:tcPr>
          <w:p w14:paraId="5870A75E" w14:textId="77777777" w:rsidR="004674D5" w:rsidRDefault="004674D5" w:rsidP="004A7CD1">
            <w:r>
              <w:rPr>
                <w:rFonts w:ascii="Roboto Condensed" w:hAnsi="Roboto Condensed"/>
                <w:sz w:val="16"/>
              </w:rPr>
              <w:t>10.0</w:t>
            </w:r>
          </w:p>
        </w:tc>
        <w:tc>
          <w:tcPr>
            <w:tcW w:w="1265" w:type="dxa"/>
          </w:tcPr>
          <w:p w14:paraId="74D1B5F5" w14:textId="77777777" w:rsidR="004674D5" w:rsidRDefault="004674D5" w:rsidP="004A7CD1">
            <w:r>
              <w:rPr>
                <w:rFonts w:ascii="Roboto Condensed" w:hAnsi="Roboto Condensed"/>
                <w:sz w:val="16"/>
              </w:rPr>
              <w:t>60.0</w:t>
            </w:r>
          </w:p>
        </w:tc>
        <w:tc>
          <w:tcPr>
            <w:tcW w:w="1265" w:type="dxa"/>
          </w:tcPr>
          <w:p w14:paraId="2C3E7F07" w14:textId="77777777" w:rsidR="004674D5" w:rsidRDefault="004674D5" w:rsidP="004A7CD1">
            <w:r>
              <w:rPr>
                <w:rFonts w:ascii="Roboto Condensed" w:hAnsi="Roboto Condensed"/>
                <w:sz w:val="16"/>
              </w:rPr>
              <w:t>20</w:t>
            </w:r>
          </w:p>
        </w:tc>
      </w:tr>
      <w:tr w:rsidR="004674D5" w14:paraId="687CF204" w14:textId="77777777" w:rsidTr="004A7CD1">
        <w:tc>
          <w:tcPr>
            <w:tcW w:w="1134" w:type="dxa"/>
          </w:tcPr>
          <w:p w14:paraId="1D387348" w14:textId="77777777" w:rsidR="004674D5" w:rsidRDefault="004674D5" w:rsidP="004A7CD1">
            <w:r>
              <w:rPr>
                <w:rFonts w:ascii="Roboto Condensed" w:hAnsi="Roboto Condensed"/>
                <w:sz w:val="16"/>
              </w:rPr>
              <w:t>18SP</w:t>
            </w:r>
          </w:p>
        </w:tc>
        <w:tc>
          <w:tcPr>
            <w:tcW w:w="1900" w:type="dxa"/>
            <w:vMerge/>
          </w:tcPr>
          <w:p w14:paraId="19AB5305" w14:textId="77777777" w:rsidR="004674D5" w:rsidRDefault="004674D5" w:rsidP="004A7CD1"/>
        </w:tc>
        <w:tc>
          <w:tcPr>
            <w:tcW w:w="1418" w:type="dxa"/>
          </w:tcPr>
          <w:p w14:paraId="5C9CB3B1" w14:textId="77777777" w:rsidR="004674D5" w:rsidRDefault="004674D5" w:rsidP="004A7CD1">
            <w:r>
              <w:rPr>
                <w:rFonts w:ascii="Roboto Condensed" w:hAnsi="Roboto Condensed"/>
                <w:sz w:val="16"/>
              </w:rPr>
              <w:t>U</w:t>
            </w:r>
          </w:p>
        </w:tc>
        <w:tc>
          <w:tcPr>
            <w:tcW w:w="1359" w:type="dxa"/>
          </w:tcPr>
          <w:p w14:paraId="02A67515" w14:textId="77777777" w:rsidR="004674D5" w:rsidRDefault="004674D5" w:rsidP="004A7CD1">
            <w:r>
              <w:rPr>
                <w:rFonts w:ascii="Roboto Condensed" w:hAnsi="Roboto Condensed"/>
                <w:sz w:val="16"/>
              </w:rPr>
              <w:t>0.8</w:t>
            </w:r>
          </w:p>
        </w:tc>
        <w:tc>
          <w:tcPr>
            <w:tcW w:w="1171" w:type="dxa"/>
          </w:tcPr>
          <w:p w14:paraId="46E649B2" w14:textId="77777777" w:rsidR="004674D5" w:rsidRDefault="004674D5" w:rsidP="004A7CD1">
            <w:r>
              <w:rPr>
                <w:rFonts w:ascii="Roboto Condensed" w:hAnsi="Roboto Condensed"/>
                <w:sz w:val="16"/>
              </w:rPr>
              <w:t>12.0</w:t>
            </w:r>
          </w:p>
        </w:tc>
        <w:tc>
          <w:tcPr>
            <w:tcW w:w="1265" w:type="dxa"/>
          </w:tcPr>
          <w:p w14:paraId="0BA60BCF" w14:textId="77777777" w:rsidR="004674D5" w:rsidRDefault="004674D5" w:rsidP="004A7CD1">
            <w:r>
              <w:rPr>
                <w:rFonts w:ascii="Roboto Condensed" w:hAnsi="Roboto Condensed"/>
                <w:sz w:val="16"/>
              </w:rPr>
              <w:t>50.0</w:t>
            </w:r>
          </w:p>
        </w:tc>
        <w:tc>
          <w:tcPr>
            <w:tcW w:w="1265" w:type="dxa"/>
          </w:tcPr>
          <w:p w14:paraId="7C1FBC04" w14:textId="77777777" w:rsidR="004674D5" w:rsidRDefault="004674D5" w:rsidP="004A7CD1">
            <w:r>
              <w:rPr>
                <w:rFonts w:ascii="Roboto Condensed" w:hAnsi="Roboto Condensed"/>
                <w:sz w:val="16"/>
              </w:rPr>
              <w:t>20</w:t>
            </w:r>
          </w:p>
        </w:tc>
      </w:tr>
      <w:tr w:rsidR="004674D5" w14:paraId="69A50FB8" w14:textId="77777777" w:rsidTr="004A7CD1">
        <w:tc>
          <w:tcPr>
            <w:tcW w:w="1134" w:type="dxa"/>
          </w:tcPr>
          <w:p w14:paraId="1C5D7A5E" w14:textId="77777777" w:rsidR="004674D5" w:rsidRDefault="004674D5" w:rsidP="004A7CD1">
            <w:r>
              <w:rPr>
                <w:rFonts w:ascii="Roboto Condensed" w:hAnsi="Roboto Condensed"/>
                <w:sz w:val="16"/>
              </w:rPr>
              <w:t>19SP</w:t>
            </w:r>
          </w:p>
        </w:tc>
        <w:tc>
          <w:tcPr>
            <w:tcW w:w="1900" w:type="dxa"/>
            <w:vMerge/>
          </w:tcPr>
          <w:p w14:paraId="492C25BD" w14:textId="77777777" w:rsidR="004674D5" w:rsidRDefault="004674D5" w:rsidP="004A7CD1"/>
        </w:tc>
        <w:tc>
          <w:tcPr>
            <w:tcW w:w="1418" w:type="dxa"/>
          </w:tcPr>
          <w:p w14:paraId="3DB0A957" w14:textId="77777777" w:rsidR="004674D5" w:rsidRDefault="004674D5" w:rsidP="004A7CD1">
            <w:r>
              <w:rPr>
                <w:rFonts w:ascii="Roboto Condensed" w:hAnsi="Roboto Condensed"/>
                <w:sz w:val="16"/>
              </w:rPr>
              <w:t>U, ZN</w:t>
            </w:r>
          </w:p>
        </w:tc>
        <w:tc>
          <w:tcPr>
            <w:tcW w:w="1359" w:type="dxa"/>
          </w:tcPr>
          <w:p w14:paraId="3D5D34BD" w14:textId="77777777" w:rsidR="004674D5" w:rsidRDefault="004674D5" w:rsidP="004A7CD1">
            <w:r>
              <w:rPr>
                <w:rFonts w:ascii="Roboto Condensed" w:hAnsi="Roboto Condensed"/>
                <w:sz w:val="16"/>
              </w:rPr>
              <w:t>1.0</w:t>
            </w:r>
          </w:p>
        </w:tc>
        <w:tc>
          <w:tcPr>
            <w:tcW w:w="1171" w:type="dxa"/>
          </w:tcPr>
          <w:p w14:paraId="3BBD1119" w14:textId="77777777" w:rsidR="004674D5" w:rsidRDefault="004674D5" w:rsidP="004A7CD1">
            <w:r>
              <w:rPr>
                <w:rFonts w:ascii="Roboto Condensed" w:hAnsi="Roboto Condensed"/>
                <w:sz w:val="16"/>
              </w:rPr>
              <w:t>12.0</w:t>
            </w:r>
          </w:p>
        </w:tc>
        <w:tc>
          <w:tcPr>
            <w:tcW w:w="1265" w:type="dxa"/>
          </w:tcPr>
          <w:p w14:paraId="5F45CF23" w14:textId="77777777" w:rsidR="004674D5" w:rsidRDefault="004674D5" w:rsidP="004A7CD1">
            <w:r>
              <w:rPr>
                <w:rFonts w:ascii="Roboto Condensed" w:hAnsi="Roboto Condensed"/>
                <w:sz w:val="16"/>
              </w:rPr>
              <w:t>60.0</w:t>
            </w:r>
          </w:p>
        </w:tc>
        <w:tc>
          <w:tcPr>
            <w:tcW w:w="1265" w:type="dxa"/>
          </w:tcPr>
          <w:p w14:paraId="14285081" w14:textId="77777777" w:rsidR="004674D5" w:rsidRDefault="004674D5" w:rsidP="004A7CD1">
            <w:r>
              <w:rPr>
                <w:rFonts w:ascii="Roboto Condensed" w:hAnsi="Roboto Condensed"/>
                <w:sz w:val="16"/>
              </w:rPr>
              <w:t>20</w:t>
            </w:r>
          </w:p>
        </w:tc>
      </w:tr>
      <w:tr w:rsidR="004674D5" w14:paraId="50599D92" w14:textId="77777777" w:rsidTr="004A7CD1">
        <w:tc>
          <w:tcPr>
            <w:tcW w:w="1134" w:type="dxa"/>
          </w:tcPr>
          <w:p w14:paraId="7C590225" w14:textId="77777777" w:rsidR="004674D5" w:rsidRDefault="004674D5" w:rsidP="004A7CD1">
            <w:r>
              <w:rPr>
                <w:rFonts w:ascii="Roboto Condensed" w:hAnsi="Roboto Condensed"/>
                <w:sz w:val="16"/>
              </w:rPr>
              <w:t>20SP</w:t>
            </w:r>
          </w:p>
        </w:tc>
        <w:tc>
          <w:tcPr>
            <w:tcW w:w="1900" w:type="dxa"/>
            <w:vMerge/>
          </w:tcPr>
          <w:p w14:paraId="7DB452C1" w14:textId="77777777" w:rsidR="004674D5" w:rsidRDefault="004674D5" w:rsidP="004A7CD1"/>
        </w:tc>
        <w:tc>
          <w:tcPr>
            <w:tcW w:w="1418" w:type="dxa"/>
          </w:tcPr>
          <w:p w14:paraId="09D7A622" w14:textId="77777777" w:rsidR="004674D5" w:rsidRDefault="004674D5" w:rsidP="004A7CD1">
            <w:r>
              <w:rPr>
                <w:rFonts w:ascii="Roboto Condensed" w:hAnsi="Roboto Condensed"/>
                <w:sz w:val="16"/>
              </w:rPr>
              <w:t>U</w:t>
            </w:r>
          </w:p>
        </w:tc>
        <w:tc>
          <w:tcPr>
            <w:tcW w:w="1359" w:type="dxa"/>
          </w:tcPr>
          <w:p w14:paraId="310D2F1C" w14:textId="77777777" w:rsidR="004674D5" w:rsidRDefault="004674D5" w:rsidP="004A7CD1">
            <w:r>
              <w:rPr>
                <w:rFonts w:ascii="Roboto Condensed" w:hAnsi="Roboto Condensed"/>
                <w:sz w:val="16"/>
              </w:rPr>
              <w:t>1.2</w:t>
            </w:r>
          </w:p>
        </w:tc>
        <w:tc>
          <w:tcPr>
            <w:tcW w:w="1171" w:type="dxa"/>
          </w:tcPr>
          <w:p w14:paraId="61D506F5" w14:textId="77777777" w:rsidR="004674D5" w:rsidRDefault="004674D5" w:rsidP="004A7CD1">
            <w:r>
              <w:rPr>
                <w:rFonts w:ascii="Roboto Condensed" w:hAnsi="Roboto Condensed"/>
                <w:sz w:val="16"/>
              </w:rPr>
              <w:t>12.0</w:t>
            </w:r>
          </w:p>
        </w:tc>
        <w:tc>
          <w:tcPr>
            <w:tcW w:w="1265" w:type="dxa"/>
          </w:tcPr>
          <w:p w14:paraId="4478D146" w14:textId="77777777" w:rsidR="004674D5" w:rsidRDefault="004674D5" w:rsidP="004A7CD1">
            <w:r>
              <w:rPr>
                <w:rFonts w:ascii="Roboto Condensed" w:hAnsi="Roboto Condensed"/>
                <w:sz w:val="16"/>
              </w:rPr>
              <w:t>60.0</w:t>
            </w:r>
          </w:p>
        </w:tc>
        <w:tc>
          <w:tcPr>
            <w:tcW w:w="1265" w:type="dxa"/>
          </w:tcPr>
          <w:p w14:paraId="6A015653" w14:textId="77777777" w:rsidR="004674D5" w:rsidRDefault="004674D5" w:rsidP="004A7CD1">
            <w:r>
              <w:rPr>
                <w:rFonts w:ascii="Roboto Condensed" w:hAnsi="Roboto Condensed"/>
                <w:sz w:val="16"/>
              </w:rPr>
              <w:t>20</w:t>
            </w:r>
          </w:p>
        </w:tc>
      </w:tr>
      <w:tr w:rsidR="004674D5" w14:paraId="309B406E" w14:textId="77777777" w:rsidTr="004A7CD1">
        <w:tc>
          <w:tcPr>
            <w:tcW w:w="1134" w:type="dxa"/>
          </w:tcPr>
          <w:p w14:paraId="18FEC7B4" w14:textId="77777777" w:rsidR="004674D5" w:rsidRDefault="004674D5" w:rsidP="004A7CD1">
            <w:r>
              <w:rPr>
                <w:rFonts w:ascii="Roboto Condensed" w:hAnsi="Roboto Condensed"/>
                <w:sz w:val="16"/>
              </w:rPr>
              <w:t>21SP</w:t>
            </w:r>
          </w:p>
        </w:tc>
        <w:tc>
          <w:tcPr>
            <w:tcW w:w="1900" w:type="dxa"/>
            <w:vMerge/>
          </w:tcPr>
          <w:p w14:paraId="013FF9D2" w14:textId="77777777" w:rsidR="004674D5" w:rsidRDefault="004674D5" w:rsidP="004A7CD1"/>
        </w:tc>
        <w:tc>
          <w:tcPr>
            <w:tcW w:w="1418" w:type="dxa"/>
          </w:tcPr>
          <w:p w14:paraId="0E5F8DF6" w14:textId="77777777" w:rsidR="004674D5" w:rsidRDefault="004674D5" w:rsidP="004A7CD1">
            <w:r>
              <w:rPr>
                <w:rFonts w:ascii="Roboto Condensed" w:hAnsi="Roboto Condensed"/>
                <w:sz w:val="16"/>
              </w:rPr>
              <w:t>U, ZN</w:t>
            </w:r>
          </w:p>
        </w:tc>
        <w:tc>
          <w:tcPr>
            <w:tcW w:w="1359" w:type="dxa"/>
          </w:tcPr>
          <w:p w14:paraId="02D5D157" w14:textId="77777777" w:rsidR="004674D5" w:rsidRDefault="004674D5" w:rsidP="004A7CD1">
            <w:r>
              <w:rPr>
                <w:rFonts w:ascii="Roboto Condensed" w:hAnsi="Roboto Condensed"/>
                <w:sz w:val="16"/>
              </w:rPr>
              <w:t>1.0</w:t>
            </w:r>
          </w:p>
        </w:tc>
        <w:tc>
          <w:tcPr>
            <w:tcW w:w="1171" w:type="dxa"/>
          </w:tcPr>
          <w:p w14:paraId="5FCCB3B5" w14:textId="77777777" w:rsidR="004674D5" w:rsidRDefault="004674D5" w:rsidP="004A7CD1">
            <w:r>
              <w:rPr>
                <w:rFonts w:ascii="Roboto Condensed" w:hAnsi="Roboto Condensed"/>
                <w:sz w:val="16"/>
              </w:rPr>
              <w:t>12.0</w:t>
            </w:r>
          </w:p>
        </w:tc>
        <w:tc>
          <w:tcPr>
            <w:tcW w:w="1265" w:type="dxa"/>
          </w:tcPr>
          <w:p w14:paraId="4B1718AF" w14:textId="77777777" w:rsidR="004674D5" w:rsidRDefault="004674D5" w:rsidP="004A7CD1">
            <w:r>
              <w:rPr>
                <w:rFonts w:ascii="Roboto Condensed" w:hAnsi="Roboto Condensed"/>
                <w:sz w:val="16"/>
              </w:rPr>
              <w:t>60.0</w:t>
            </w:r>
          </w:p>
        </w:tc>
        <w:tc>
          <w:tcPr>
            <w:tcW w:w="1265" w:type="dxa"/>
          </w:tcPr>
          <w:p w14:paraId="501AD647" w14:textId="77777777" w:rsidR="004674D5" w:rsidRDefault="004674D5" w:rsidP="004A7CD1">
            <w:r>
              <w:rPr>
                <w:rFonts w:ascii="Roboto Condensed" w:hAnsi="Roboto Condensed"/>
                <w:sz w:val="16"/>
              </w:rPr>
              <w:t>20</w:t>
            </w:r>
          </w:p>
        </w:tc>
      </w:tr>
      <w:tr w:rsidR="004674D5" w14:paraId="6A87685E" w14:textId="77777777" w:rsidTr="004A7CD1">
        <w:tc>
          <w:tcPr>
            <w:tcW w:w="1134" w:type="dxa"/>
          </w:tcPr>
          <w:p w14:paraId="4F037F3F" w14:textId="77777777" w:rsidR="004674D5" w:rsidRDefault="004674D5" w:rsidP="004A7CD1">
            <w:r>
              <w:rPr>
                <w:rFonts w:ascii="Roboto Condensed" w:hAnsi="Roboto Condensed"/>
                <w:sz w:val="16"/>
              </w:rPr>
              <w:t>22SP</w:t>
            </w:r>
          </w:p>
        </w:tc>
        <w:tc>
          <w:tcPr>
            <w:tcW w:w="1900" w:type="dxa"/>
            <w:vMerge/>
          </w:tcPr>
          <w:p w14:paraId="54357212" w14:textId="77777777" w:rsidR="004674D5" w:rsidRDefault="004674D5" w:rsidP="004A7CD1"/>
        </w:tc>
        <w:tc>
          <w:tcPr>
            <w:tcW w:w="1418" w:type="dxa"/>
          </w:tcPr>
          <w:p w14:paraId="216602BE" w14:textId="77777777" w:rsidR="004674D5" w:rsidRDefault="004674D5" w:rsidP="004A7CD1">
            <w:r>
              <w:rPr>
                <w:rFonts w:ascii="Roboto Condensed" w:hAnsi="Roboto Condensed"/>
                <w:sz w:val="16"/>
              </w:rPr>
              <w:t>U</w:t>
            </w:r>
          </w:p>
        </w:tc>
        <w:tc>
          <w:tcPr>
            <w:tcW w:w="1359" w:type="dxa"/>
          </w:tcPr>
          <w:p w14:paraId="61840392" w14:textId="77777777" w:rsidR="004674D5" w:rsidRDefault="004674D5" w:rsidP="004A7CD1">
            <w:r>
              <w:rPr>
                <w:rFonts w:ascii="Roboto Condensed" w:hAnsi="Roboto Condensed"/>
                <w:sz w:val="16"/>
              </w:rPr>
              <w:t>1.0</w:t>
            </w:r>
          </w:p>
        </w:tc>
        <w:tc>
          <w:tcPr>
            <w:tcW w:w="1171" w:type="dxa"/>
          </w:tcPr>
          <w:p w14:paraId="2089DBFF" w14:textId="77777777" w:rsidR="004674D5" w:rsidRDefault="004674D5" w:rsidP="004A7CD1">
            <w:r>
              <w:rPr>
                <w:rFonts w:ascii="Roboto Condensed" w:hAnsi="Roboto Condensed"/>
                <w:sz w:val="16"/>
              </w:rPr>
              <w:t>10.0</w:t>
            </w:r>
          </w:p>
        </w:tc>
        <w:tc>
          <w:tcPr>
            <w:tcW w:w="1265" w:type="dxa"/>
          </w:tcPr>
          <w:p w14:paraId="63C984F3" w14:textId="77777777" w:rsidR="004674D5" w:rsidRDefault="004674D5" w:rsidP="004A7CD1">
            <w:r>
              <w:rPr>
                <w:rFonts w:ascii="Roboto Condensed" w:hAnsi="Roboto Condensed"/>
                <w:sz w:val="16"/>
              </w:rPr>
              <w:t>60.0</w:t>
            </w:r>
          </w:p>
        </w:tc>
        <w:tc>
          <w:tcPr>
            <w:tcW w:w="1265" w:type="dxa"/>
          </w:tcPr>
          <w:p w14:paraId="44FE4AC6" w14:textId="77777777" w:rsidR="004674D5" w:rsidRDefault="004674D5" w:rsidP="004A7CD1">
            <w:r>
              <w:rPr>
                <w:rFonts w:ascii="Roboto Condensed" w:hAnsi="Roboto Condensed"/>
                <w:sz w:val="16"/>
              </w:rPr>
              <w:t>20</w:t>
            </w:r>
          </w:p>
        </w:tc>
      </w:tr>
      <w:tr w:rsidR="004674D5" w14:paraId="5E256DB3" w14:textId="77777777" w:rsidTr="004A7CD1">
        <w:tc>
          <w:tcPr>
            <w:tcW w:w="1134" w:type="dxa"/>
          </w:tcPr>
          <w:p w14:paraId="67BBC134" w14:textId="77777777" w:rsidR="004674D5" w:rsidRDefault="004674D5" w:rsidP="004A7CD1">
            <w:r>
              <w:rPr>
                <w:rFonts w:ascii="Roboto Condensed" w:hAnsi="Roboto Condensed"/>
                <w:sz w:val="16"/>
              </w:rPr>
              <w:t>23SP</w:t>
            </w:r>
          </w:p>
        </w:tc>
        <w:tc>
          <w:tcPr>
            <w:tcW w:w="1900" w:type="dxa"/>
            <w:vMerge/>
          </w:tcPr>
          <w:p w14:paraId="28EFC6AD" w14:textId="77777777" w:rsidR="004674D5" w:rsidRDefault="004674D5" w:rsidP="004A7CD1"/>
        </w:tc>
        <w:tc>
          <w:tcPr>
            <w:tcW w:w="1418" w:type="dxa"/>
          </w:tcPr>
          <w:p w14:paraId="11A5AC13" w14:textId="77777777" w:rsidR="004674D5" w:rsidRDefault="004674D5" w:rsidP="004A7CD1">
            <w:r>
              <w:rPr>
                <w:rFonts w:ascii="Roboto Condensed" w:hAnsi="Roboto Condensed"/>
                <w:sz w:val="16"/>
              </w:rPr>
              <w:t>U</w:t>
            </w:r>
          </w:p>
        </w:tc>
        <w:tc>
          <w:tcPr>
            <w:tcW w:w="1359" w:type="dxa"/>
          </w:tcPr>
          <w:p w14:paraId="1BC7047C" w14:textId="77777777" w:rsidR="004674D5" w:rsidRDefault="004674D5" w:rsidP="004A7CD1">
            <w:r>
              <w:rPr>
                <w:rFonts w:ascii="Roboto Condensed" w:hAnsi="Roboto Condensed"/>
                <w:sz w:val="16"/>
              </w:rPr>
              <w:t>0.8</w:t>
            </w:r>
          </w:p>
        </w:tc>
        <w:tc>
          <w:tcPr>
            <w:tcW w:w="1171" w:type="dxa"/>
          </w:tcPr>
          <w:p w14:paraId="3D03C9A3" w14:textId="77777777" w:rsidR="004674D5" w:rsidRDefault="004674D5" w:rsidP="004A7CD1">
            <w:r>
              <w:rPr>
                <w:rFonts w:ascii="Roboto Condensed" w:hAnsi="Roboto Condensed"/>
                <w:sz w:val="16"/>
              </w:rPr>
              <w:t>12.0</w:t>
            </w:r>
          </w:p>
        </w:tc>
        <w:tc>
          <w:tcPr>
            <w:tcW w:w="1265" w:type="dxa"/>
          </w:tcPr>
          <w:p w14:paraId="555B3BB8" w14:textId="77777777" w:rsidR="004674D5" w:rsidRDefault="004674D5" w:rsidP="004A7CD1">
            <w:r>
              <w:rPr>
                <w:rFonts w:ascii="Roboto Condensed" w:hAnsi="Roboto Condensed"/>
                <w:sz w:val="16"/>
              </w:rPr>
              <w:t>50.0</w:t>
            </w:r>
          </w:p>
        </w:tc>
        <w:tc>
          <w:tcPr>
            <w:tcW w:w="1265" w:type="dxa"/>
          </w:tcPr>
          <w:p w14:paraId="280EE2F4" w14:textId="77777777" w:rsidR="004674D5" w:rsidRDefault="004674D5" w:rsidP="004A7CD1">
            <w:r>
              <w:rPr>
                <w:rFonts w:ascii="Roboto Condensed" w:hAnsi="Roboto Condensed"/>
                <w:sz w:val="16"/>
              </w:rPr>
              <w:t>20</w:t>
            </w:r>
          </w:p>
        </w:tc>
      </w:tr>
      <w:tr w:rsidR="004674D5" w14:paraId="50DCFB3D" w14:textId="77777777" w:rsidTr="004A7CD1">
        <w:tc>
          <w:tcPr>
            <w:tcW w:w="1134" w:type="dxa"/>
          </w:tcPr>
          <w:p w14:paraId="5CEE5BAB" w14:textId="77777777" w:rsidR="004674D5" w:rsidRDefault="004674D5" w:rsidP="004A7CD1">
            <w:r>
              <w:rPr>
                <w:rFonts w:ascii="Roboto Condensed" w:hAnsi="Roboto Condensed"/>
                <w:sz w:val="16"/>
              </w:rPr>
              <w:t>24SP</w:t>
            </w:r>
          </w:p>
        </w:tc>
        <w:tc>
          <w:tcPr>
            <w:tcW w:w="1900" w:type="dxa"/>
            <w:vMerge/>
          </w:tcPr>
          <w:p w14:paraId="3F3FA1B0" w14:textId="77777777" w:rsidR="004674D5" w:rsidRDefault="004674D5" w:rsidP="004A7CD1"/>
        </w:tc>
        <w:tc>
          <w:tcPr>
            <w:tcW w:w="1418" w:type="dxa"/>
          </w:tcPr>
          <w:p w14:paraId="072AAC5E" w14:textId="77777777" w:rsidR="004674D5" w:rsidRDefault="004674D5" w:rsidP="004A7CD1">
            <w:r>
              <w:rPr>
                <w:rFonts w:ascii="Roboto Condensed" w:hAnsi="Roboto Condensed"/>
                <w:sz w:val="16"/>
              </w:rPr>
              <w:t>U</w:t>
            </w:r>
          </w:p>
        </w:tc>
        <w:tc>
          <w:tcPr>
            <w:tcW w:w="1359" w:type="dxa"/>
          </w:tcPr>
          <w:p w14:paraId="0B2333F2" w14:textId="77777777" w:rsidR="004674D5" w:rsidRDefault="004674D5" w:rsidP="004A7CD1">
            <w:r>
              <w:rPr>
                <w:rFonts w:ascii="Roboto Condensed" w:hAnsi="Roboto Condensed"/>
                <w:sz w:val="16"/>
              </w:rPr>
              <w:t>1.0</w:t>
            </w:r>
          </w:p>
        </w:tc>
        <w:tc>
          <w:tcPr>
            <w:tcW w:w="1171" w:type="dxa"/>
          </w:tcPr>
          <w:p w14:paraId="608C7B51" w14:textId="77777777" w:rsidR="004674D5" w:rsidRDefault="004674D5" w:rsidP="004A7CD1">
            <w:r>
              <w:rPr>
                <w:rFonts w:ascii="Roboto Condensed" w:hAnsi="Roboto Condensed"/>
                <w:sz w:val="16"/>
              </w:rPr>
              <w:t>10.0</w:t>
            </w:r>
          </w:p>
        </w:tc>
        <w:tc>
          <w:tcPr>
            <w:tcW w:w="1265" w:type="dxa"/>
          </w:tcPr>
          <w:p w14:paraId="0863B94E" w14:textId="77777777" w:rsidR="004674D5" w:rsidRDefault="004674D5" w:rsidP="004A7CD1">
            <w:r>
              <w:rPr>
                <w:rFonts w:ascii="Roboto Condensed" w:hAnsi="Roboto Condensed"/>
                <w:sz w:val="16"/>
              </w:rPr>
              <w:t>60.0</w:t>
            </w:r>
          </w:p>
        </w:tc>
        <w:tc>
          <w:tcPr>
            <w:tcW w:w="1265" w:type="dxa"/>
          </w:tcPr>
          <w:p w14:paraId="74C8A7DF" w14:textId="77777777" w:rsidR="004674D5" w:rsidRDefault="004674D5" w:rsidP="004A7CD1">
            <w:r>
              <w:rPr>
                <w:rFonts w:ascii="Roboto Condensed" w:hAnsi="Roboto Condensed"/>
                <w:sz w:val="16"/>
              </w:rPr>
              <w:t>20</w:t>
            </w:r>
          </w:p>
        </w:tc>
      </w:tr>
      <w:tr w:rsidR="004674D5" w14:paraId="3E5FAAB8" w14:textId="77777777" w:rsidTr="004A7CD1">
        <w:tc>
          <w:tcPr>
            <w:tcW w:w="1134" w:type="dxa"/>
          </w:tcPr>
          <w:p w14:paraId="489F3C49" w14:textId="77777777" w:rsidR="004674D5" w:rsidRDefault="004674D5" w:rsidP="004A7CD1">
            <w:r>
              <w:rPr>
                <w:rFonts w:ascii="Roboto Condensed" w:hAnsi="Roboto Condensed"/>
                <w:sz w:val="16"/>
              </w:rPr>
              <w:t>25SP</w:t>
            </w:r>
          </w:p>
        </w:tc>
        <w:tc>
          <w:tcPr>
            <w:tcW w:w="1900" w:type="dxa"/>
            <w:vMerge/>
          </w:tcPr>
          <w:p w14:paraId="1FD8904B" w14:textId="77777777" w:rsidR="004674D5" w:rsidRDefault="004674D5" w:rsidP="004A7CD1"/>
        </w:tc>
        <w:tc>
          <w:tcPr>
            <w:tcW w:w="1418" w:type="dxa"/>
          </w:tcPr>
          <w:p w14:paraId="52244391" w14:textId="77777777" w:rsidR="004674D5" w:rsidRDefault="004674D5" w:rsidP="004A7CD1">
            <w:r>
              <w:rPr>
                <w:rFonts w:ascii="Roboto Condensed" w:hAnsi="Roboto Condensed"/>
                <w:sz w:val="16"/>
              </w:rPr>
              <w:t>U, ZN</w:t>
            </w:r>
          </w:p>
        </w:tc>
        <w:tc>
          <w:tcPr>
            <w:tcW w:w="1359" w:type="dxa"/>
          </w:tcPr>
          <w:p w14:paraId="544105F7" w14:textId="77777777" w:rsidR="004674D5" w:rsidRDefault="004674D5" w:rsidP="004A7CD1">
            <w:r>
              <w:rPr>
                <w:rFonts w:ascii="Roboto Condensed" w:hAnsi="Roboto Condensed"/>
                <w:sz w:val="16"/>
              </w:rPr>
              <w:t>0.8</w:t>
            </w:r>
          </w:p>
        </w:tc>
        <w:tc>
          <w:tcPr>
            <w:tcW w:w="1171" w:type="dxa"/>
          </w:tcPr>
          <w:p w14:paraId="5D8EAAF9" w14:textId="77777777" w:rsidR="004674D5" w:rsidRDefault="004674D5" w:rsidP="004A7CD1">
            <w:r>
              <w:rPr>
                <w:rFonts w:ascii="Roboto Condensed" w:hAnsi="Roboto Condensed"/>
                <w:sz w:val="16"/>
              </w:rPr>
              <w:t>10.0</w:t>
            </w:r>
          </w:p>
        </w:tc>
        <w:tc>
          <w:tcPr>
            <w:tcW w:w="1265" w:type="dxa"/>
          </w:tcPr>
          <w:p w14:paraId="4541EEEB" w14:textId="77777777" w:rsidR="004674D5" w:rsidRDefault="004674D5" w:rsidP="004A7CD1">
            <w:r>
              <w:rPr>
                <w:rFonts w:ascii="Roboto Condensed" w:hAnsi="Roboto Condensed"/>
                <w:sz w:val="16"/>
              </w:rPr>
              <w:t>50.0</w:t>
            </w:r>
          </w:p>
        </w:tc>
        <w:tc>
          <w:tcPr>
            <w:tcW w:w="1265" w:type="dxa"/>
          </w:tcPr>
          <w:p w14:paraId="0D778CC2" w14:textId="77777777" w:rsidR="004674D5" w:rsidRDefault="004674D5" w:rsidP="004A7CD1">
            <w:r>
              <w:rPr>
                <w:rFonts w:ascii="Roboto Condensed" w:hAnsi="Roboto Condensed"/>
                <w:sz w:val="16"/>
              </w:rPr>
              <w:t>20</w:t>
            </w:r>
          </w:p>
        </w:tc>
      </w:tr>
      <w:tr w:rsidR="004674D5" w14:paraId="65EB0B09" w14:textId="77777777" w:rsidTr="004A7CD1">
        <w:tc>
          <w:tcPr>
            <w:tcW w:w="1134" w:type="dxa"/>
          </w:tcPr>
          <w:p w14:paraId="7725302E" w14:textId="77777777" w:rsidR="004674D5" w:rsidRDefault="004674D5" w:rsidP="004A7CD1">
            <w:r>
              <w:rPr>
                <w:rFonts w:ascii="Roboto Condensed" w:hAnsi="Roboto Condensed"/>
                <w:sz w:val="16"/>
              </w:rPr>
              <w:t>26SP</w:t>
            </w:r>
          </w:p>
        </w:tc>
        <w:tc>
          <w:tcPr>
            <w:tcW w:w="1900" w:type="dxa"/>
            <w:vMerge/>
          </w:tcPr>
          <w:p w14:paraId="68B63EA8" w14:textId="77777777" w:rsidR="004674D5" w:rsidRDefault="004674D5" w:rsidP="004A7CD1"/>
        </w:tc>
        <w:tc>
          <w:tcPr>
            <w:tcW w:w="1418" w:type="dxa"/>
          </w:tcPr>
          <w:p w14:paraId="328EAD3E" w14:textId="77777777" w:rsidR="004674D5" w:rsidRDefault="004674D5" w:rsidP="004A7CD1">
            <w:r>
              <w:rPr>
                <w:rFonts w:ascii="Roboto Condensed" w:hAnsi="Roboto Condensed"/>
                <w:sz w:val="16"/>
              </w:rPr>
              <w:t>U, ZN</w:t>
            </w:r>
          </w:p>
        </w:tc>
        <w:tc>
          <w:tcPr>
            <w:tcW w:w="1359" w:type="dxa"/>
          </w:tcPr>
          <w:p w14:paraId="2698E0D1" w14:textId="77777777" w:rsidR="004674D5" w:rsidRDefault="004674D5" w:rsidP="004A7CD1">
            <w:r>
              <w:rPr>
                <w:rFonts w:ascii="Roboto Condensed" w:hAnsi="Roboto Condensed"/>
                <w:sz w:val="16"/>
              </w:rPr>
              <w:t>1.0</w:t>
            </w:r>
          </w:p>
        </w:tc>
        <w:tc>
          <w:tcPr>
            <w:tcW w:w="1171" w:type="dxa"/>
          </w:tcPr>
          <w:p w14:paraId="51F57BBB" w14:textId="77777777" w:rsidR="004674D5" w:rsidRDefault="004674D5" w:rsidP="004A7CD1">
            <w:r>
              <w:rPr>
                <w:rFonts w:ascii="Roboto Condensed" w:hAnsi="Roboto Condensed"/>
                <w:sz w:val="16"/>
              </w:rPr>
              <w:t>12.0</w:t>
            </w:r>
          </w:p>
        </w:tc>
        <w:tc>
          <w:tcPr>
            <w:tcW w:w="1265" w:type="dxa"/>
          </w:tcPr>
          <w:p w14:paraId="51988B8D" w14:textId="77777777" w:rsidR="004674D5" w:rsidRDefault="004674D5" w:rsidP="004A7CD1">
            <w:r>
              <w:rPr>
                <w:rFonts w:ascii="Roboto Condensed" w:hAnsi="Roboto Condensed"/>
                <w:sz w:val="16"/>
              </w:rPr>
              <w:t>60.0</w:t>
            </w:r>
          </w:p>
        </w:tc>
        <w:tc>
          <w:tcPr>
            <w:tcW w:w="1265" w:type="dxa"/>
          </w:tcPr>
          <w:p w14:paraId="642E7929" w14:textId="77777777" w:rsidR="004674D5" w:rsidRDefault="004674D5" w:rsidP="004A7CD1">
            <w:r>
              <w:rPr>
                <w:rFonts w:ascii="Roboto Condensed" w:hAnsi="Roboto Condensed"/>
                <w:sz w:val="16"/>
              </w:rPr>
              <w:t>20</w:t>
            </w:r>
          </w:p>
        </w:tc>
      </w:tr>
      <w:tr w:rsidR="004674D5" w14:paraId="5DABD8DB" w14:textId="77777777" w:rsidTr="004A7CD1">
        <w:tc>
          <w:tcPr>
            <w:tcW w:w="1134" w:type="dxa"/>
          </w:tcPr>
          <w:p w14:paraId="05133CC1" w14:textId="77777777" w:rsidR="004674D5" w:rsidRDefault="004674D5" w:rsidP="004A7CD1">
            <w:r>
              <w:rPr>
                <w:rFonts w:ascii="Roboto Condensed" w:hAnsi="Roboto Condensed"/>
                <w:sz w:val="16"/>
              </w:rPr>
              <w:t>27SP - 28SP</w:t>
            </w:r>
          </w:p>
        </w:tc>
        <w:tc>
          <w:tcPr>
            <w:tcW w:w="1900" w:type="dxa"/>
            <w:vMerge/>
          </w:tcPr>
          <w:p w14:paraId="4E0E5B7B" w14:textId="77777777" w:rsidR="004674D5" w:rsidRDefault="004674D5" w:rsidP="004A7CD1"/>
        </w:tc>
        <w:tc>
          <w:tcPr>
            <w:tcW w:w="1418" w:type="dxa"/>
          </w:tcPr>
          <w:p w14:paraId="17D84D56" w14:textId="77777777" w:rsidR="004674D5" w:rsidRDefault="004674D5" w:rsidP="004A7CD1">
            <w:r>
              <w:rPr>
                <w:rFonts w:ascii="Roboto Condensed" w:hAnsi="Roboto Condensed"/>
                <w:sz w:val="16"/>
              </w:rPr>
              <w:t>U, ZN</w:t>
            </w:r>
          </w:p>
        </w:tc>
        <w:tc>
          <w:tcPr>
            <w:tcW w:w="1359" w:type="dxa"/>
          </w:tcPr>
          <w:p w14:paraId="601B92F0" w14:textId="77777777" w:rsidR="004674D5" w:rsidRDefault="004674D5" w:rsidP="004A7CD1">
            <w:r>
              <w:rPr>
                <w:rFonts w:ascii="Roboto Condensed" w:hAnsi="Roboto Condensed"/>
                <w:sz w:val="16"/>
              </w:rPr>
              <w:t>0.8</w:t>
            </w:r>
          </w:p>
        </w:tc>
        <w:tc>
          <w:tcPr>
            <w:tcW w:w="1171" w:type="dxa"/>
          </w:tcPr>
          <w:p w14:paraId="1CE0F1F5" w14:textId="77777777" w:rsidR="004674D5" w:rsidRDefault="004674D5" w:rsidP="004A7CD1">
            <w:r>
              <w:rPr>
                <w:rFonts w:ascii="Roboto Condensed" w:hAnsi="Roboto Condensed"/>
                <w:sz w:val="16"/>
              </w:rPr>
              <w:t>10.0</w:t>
            </w:r>
          </w:p>
        </w:tc>
        <w:tc>
          <w:tcPr>
            <w:tcW w:w="1265" w:type="dxa"/>
          </w:tcPr>
          <w:p w14:paraId="7CAF05A3" w14:textId="77777777" w:rsidR="004674D5" w:rsidRDefault="004674D5" w:rsidP="004A7CD1">
            <w:r>
              <w:rPr>
                <w:rFonts w:ascii="Roboto Condensed" w:hAnsi="Roboto Condensed"/>
                <w:sz w:val="16"/>
              </w:rPr>
              <w:t>50.0</w:t>
            </w:r>
          </w:p>
        </w:tc>
        <w:tc>
          <w:tcPr>
            <w:tcW w:w="1265" w:type="dxa"/>
          </w:tcPr>
          <w:p w14:paraId="617842E9" w14:textId="77777777" w:rsidR="004674D5" w:rsidRDefault="004674D5" w:rsidP="004A7CD1">
            <w:r>
              <w:rPr>
                <w:rFonts w:ascii="Roboto Condensed" w:hAnsi="Roboto Condensed"/>
                <w:sz w:val="16"/>
              </w:rPr>
              <w:t>20</w:t>
            </w:r>
          </w:p>
        </w:tc>
      </w:tr>
      <w:tr w:rsidR="004674D5" w14:paraId="592AFD06" w14:textId="77777777" w:rsidTr="004A7CD1">
        <w:tc>
          <w:tcPr>
            <w:tcW w:w="1134" w:type="dxa"/>
          </w:tcPr>
          <w:p w14:paraId="24AB3F33" w14:textId="77777777" w:rsidR="004674D5" w:rsidRDefault="004674D5" w:rsidP="004A7CD1">
            <w:r>
              <w:rPr>
                <w:rFonts w:ascii="Roboto Condensed" w:hAnsi="Roboto Condensed"/>
                <w:sz w:val="16"/>
              </w:rPr>
              <w:t>29SP</w:t>
            </w:r>
          </w:p>
        </w:tc>
        <w:tc>
          <w:tcPr>
            <w:tcW w:w="1900" w:type="dxa"/>
            <w:vMerge/>
          </w:tcPr>
          <w:p w14:paraId="58A441BF" w14:textId="77777777" w:rsidR="004674D5" w:rsidRDefault="004674D5" w:rsidP="004A7CD1"/>
        </w:tc>
        <w:tc>
          <w:tcPr>
            <w:tcW w:w="1418" w:type="dxa"/>
          </w:tcPr>
          <w:p w14:paraId="307B1B66" w14:textId="77777777" w:rsidR="004674D5" w:rsidRDefault="004674D5" w:rsidP="004A7CD1">
            <w:r>
              <w:rPr>
                <w:rFonts w:ascii="Roboto Condensed" w:hAnsi="Roboto Condensed"/>
                <w:sz w:val="16"/>
              </w:rPr>
              <w:t>U, ZN</w:t>
            </w:r>
          </w:p>
        </w:tc>
        <w:tc>
          <w:tcPr>
            <w:tcW w:w="1359" w:type="dxa"/>
          </w:tcPr>
          <w:p w14:paraId="7DD6D7D1" w14:textId="77777777" w:rsidR="004674D5" w:rsidRDefault="004674D5" w:rsidP="004A7CD1">
            <w:r>
              <w:rPr>
                <w:rFonts w:ascii="Roboto Condensed" w:hAnsi="Roboto Condensed"/>
                <w:sz w:val="16"/>
              </w:rPr>
              <w:t>1.0</w:t>
            </w:r>
          </w:p>
        </w:tc>
        <w:tc>
          <w:tcPr>
            <w:tcW w:w="1171" w:type="dxa"/>
          </w:tcPr>
          <w:p w14:paraId="36225CDF" w14:textId="77777777" w:rsidR="004674D5" w:rsidRDefault="004674D5" w:rsidP="004A7CD1">
            <w:r>
              <w:rPr>
                <w:rFonts w:ascii="Roboto Condensed" w:hAnsi="Roboto Condensed"/>
                <w:sz w:val="16"/>
              </w:rPr>
              <w:t>20.0</w:t>
            </w:r>
          </w:p>
        </w:tc>
        <w:tc>
          <w:tcPr>
            <w:tcW w:w="1265" w:type="dxa"/>
          </w:tcPr>
          <w:p w14:paraId="5F5198DF" w14:textId="77777777" w:rsidR="004674D5" w:rsidRDefault="004674D5" w:rsidP="004A7CD1">
            <w:r>
              <w:rPr>
                <w:rFonts w:ascii="Roboto Condensed" w:hAnsi="Roboto Condensed"/>
                <w:sz w:val="16"/>
              </w:rPr>
              <w:t>60.0</w:t>
            </w:r>
          </w:p>
        </w:tc>
        <w:tc>
          <w:tcPr>
            <w:tcW w:w="1265" w:type="dxa"/>
          </w:tcPr>
          <w:p w14:paraId="58629640" w14:textId="77777777" w:rsidR="004674D5" w:rsidRDefault="004674D5" w:rsidP="004A7CD1">
            <w:r>
              <w:rPr>
                <w:rFonts w:ascii="Roboto Condensed" w:hAnsi="Roboto Condensed"/>
                <w:sz w:val="16"/>
              </w:rPr>
              <w:t>20</w:t>
            </w:r>
          </w:p>
        </w:tc>
      </w:tr>
      <w:tr w:rsidR="004674D5" w14:paraId="64862F05" w14:textId="77777777" w:rsidTr="004A7CD1">
        <w:tc>
          <w:tcPr>
            <w:tcW w:w="1134" w:type="dxa"/>
          </w:tcPr>
          <w:p w14:paraId="6139BEF9" w14:textId="77777777" w:rsidR="004674D5" w:rsidRDefault="004674D5" w:rsidP="004A7CD1">
            <w:r>
              <w:rPr>
                <w:rFonts w:ascii="Roboto Condensed" w:hAnsi="Roboto Condensed"/>
                <w:sz w:val="16"/>
              </w:rPr>
              <w:t>30SP</w:t>
            </w:r>
          </w:p>
        </w:tc>
        <w:tc>
          <w:tcPr>
            <w:tcW w:w="1900" w:type="dxa"/>
            <w:vMerge/>
          </w:tcPr>
          <w:p w14:paraId="7F603098" w14:textId="77777777" w:rsidR="004674D5" w:rsidRDefault="004674D5" w:rsidP="004A7CD1"/>
        </w:tc>
        <w:tc>
          <w:tcPr>
            <w:tcW w:w="1418" w:type="dxa"/>
          </w:tcPr>
          <w:p w14:paraId="283524C4" w14:textId="77777777" w:rsidR="004674D5" w:rsidRDefault="004674D5" w:rsidP="004A7CD1">
            <w:r>
              <w:rPr>
                <w:rFonts w:ascii="Roboto Condensed" w:hAnsi="Roboto Condensed"/>
                <w:sz w:val="16"/>
              </w:rPr>
              <w:t>U, ZN, L</w:t>
            </w:r>
          </w:p>
        </w:tc>
        <w:tc>
          <w:tcPr>
            <w:tcW w:w="1359" w:type="dxa"/>
          </w:tcPr>
          <w:p w14:paraId="19D03C43" w14:textId="77777777" w:rsidR="004674D5" w:rsidRDefault="004674D5" w:rsidP="004A7CD1">
            <w:r>
              <w:rPr>
                <w:rFonts w:ascii="Roboto Condensed" w:hAnsi="Roboto Condensed"/>
                <w:sz w:val="16"/>
              </w:rPr>
              <w:t>0.8</w:t>
            </w:r>
          </w:p>
        </w:tc>
        <w:tc>
          <w:tcPr>
            <w:tcW w:w="1171" w:type="dxa"/>
          </w:tcPr>
          <w:p w14:paraId="64A48DA3" w14:textId="77777777" w:rsidR="004674D5" w:rsidRDefault="004674D5" w:rsidP="004A7CD1">
            <w:r>
              <w:rPr>
                <w:rFonts w:ascii="Roboto Condensed" w:hAnsi="Roboto Condensed"/>
                <w:sz w:val="16"/>
              </w:rPr>
              <w:t>10.0</w:t>
            </w:r>
          </w:p>
        </w:tc>
        <w:tc>
          <w:tcPr>
            <w:tcW w:w="1265" w:type="dxa"/>
          </w:tcPr>
          <w:p w14:paraId="17DA8201" w14:textId="77777777" w:rsidR="004674D5" w:rsidRDefault="004674D5" w:rsidP="004A7CD1">
            <w:r>
              <w:rPr>
                <w:rFonts w:ascii="Roboto Condensed" w:hAnsi="Roboto Condensed"/>
                <w:sz w:val="16"/>
              </w:rPr>
              <w:t>50.0</w:t>
            </w:r>
          </w:p>
        </w:tc>
        <w:tc>
          <w:tcPr>
            <w:tcW w:w="1265" w:type="dxa"/>
          </w:tcPr>
          <w:p w14:paraId="34BA2765" w14:textId="77777777" w:rsidR="004674D5" w:rsidRDefault="004674D5" w:rsidP="004A7CD1">
            <w:r>
              <w:rPr>
                <w:rFonts w:ascii="Roboto Condensed" w:hAnsi="Roboto Condensed"/>
                <w:sz w:val="16"/>
              </w:rPr>
              <w:t>20</w:t>
            </w:r>
          </w:p>
        </w:tc>
      </w:tr>
      <w:tr w:rsidR="004674D5" w14:paraId="125624BE" w14:textId="77777777" w:rsidTr="004A7CD1">
        <w:tc>
          <w:tcPr>
            <w:tcW w:w="1134" w:type="dxa"/>
          </w:tcPr>
          <w:p w14:paraId="0AC6D126" w14:textId="77777777" w:rsidR="004674D5" w:rsidRDefault="004674D5" w:rsidP="004A7CD1">
            <w:r>
              <w:rPr>
                <w:rFonts w:ascii="Roboto Condensed" w:hAnsi="Roboto Condensed"/>
                <w:sz w:val="16"/>
              </w:rPr>
              <w:t>31SP</w:t>
            </w:r>
          </w:p>
        </w:tc>
        <w:tc>
          <w:tcPr>
            <w:tcW w:w="1900" w:type="dxa"/>
            <w:vMerge/>
          </w:tcPr>
          <w:p w14:paraId="08525BBA" w14:textId="77777777" w:rsidR="004674D5" w:rsidRDefault="004674D5" w:rsidP="004A7CD1"/>
        </w:tc>
        <w:tc>
          <w:tcPr>
            <w:tcW w:w="1418" w:type="dxa"/>
          </w:tcPr>
          <w:p w14:paraId="5A959588" w14:textId="77777777" w:rsidR="004674D5" w:rsidRDefault="004674D5" w:rsidP="004A7CD1">
            <w:r>
              <w:rPr>
                <w:rFonts w:ascii="Roboto Condensed" w:hAnsi="Roboto Condensed"/>
                <w:sz w:val="16"/>
              </w:rPr>
              <w:t>U, ZN</w:t>
            </w:r>
          </w:p>
        </w:tc>
        <w:tc>
          <w:tcPr>
            <w:tcW w:w="1359" w:type="dxa"/>
          </w:tcPr>
          <w:p w14:paraId="37966DA1" w14:textId="77777777" w:rsidR="004674D5" w:rsidRDefault="004674D5" w:rsidP="004A7CD1">
            <w:r>
              <w:rPr>
                <w:rFonts w:ascii="Roboto Condensed" w:hAnsi="Roboto Condensed"/>
                <w:sz w:val="16"/>
              </w:rPr>
              <w:t>1.0</w:t>
            </w:r>
          </w:p>
        </w:tc>
        <w:tc>
          <w:tcPr>
            <w:tcW w:w="1171" w:type="dxa"/>
          </w:tcPr>
          <w:p w14:paraId="20F8908F" w14:textId="77777777" w:rsidR="004674D5" w:rsidRDefault="004674D5" w:rsidP="004A7CD1">
            <w:r>
              <w:rPr>
                <w:rFonts w:ascii="Roboto Condensed" w:hAnsi="Roboto Condensed"/>
                <w:sz w:val="16"/>
              </w:rPr>
              <w:t>10.0</w:t>
            </w:r>
          </w:p>
        </w:tc>
        <w:tc>
          <w:tcPr>
            <w:tcW w:w="1265" w:type="dxa"/>
          </w:tcPr>
          <w:p w14:paraId="7ACE73F8" w14:textId="77777777" w:rsidR="004674D5" w:rsidRDefault="004674D5" w:rsidP="004A7CD1">
            <w:r>
              <w:rPr>
                <w:rFonts w:ascii="Roboto Condensed" w:hAnsi="Roboto Condensed"/>
                <w:sz w:val="16"/>
              </w:rPr>
              <w:t>60.0</w:t>
            </w:r>
          </w:p>
        </w:tc>
        <w:tc>
          <w:tcPr>
            <w:tcW w:w="1265" w:type="dxa"/>
          </w:tcPr>
          <w:p w14:paraId="5D43EFDF" w14:textId="77777777" w:rsidR="004674D5" w:rsidRDefault="004674D5" w:rsidP="004A7CD1">
            <w:r>
              <w:rPr>
                <w:rFonts w:ascii="Roboto Condensed" w:hAnsi="Roboto Condensed"/>
                <w:sz w:val="16"/>
              </w:rPr>
              <w:t>20</w:t>
            </w:r>
          </w:p>
        </w:tc>
      </w:tr>
      <w:tr w:rsidR="004674D5" w14:paraId="298419C1" w14:textId="77777777" w:rsidTr="004A7CD1">
        <w:tc>
          <w:tcPr>
            <w:tcW w:w="1134" w:type="dxa"/>
          </w:tcPr>
          <w:p w14:paraId="0DCC41A0" w14:textId="77777777" w:rsidR="004674D5" w:rsidRDefault="004674D5" w:rsidP="004A7CD1">
            <w:r>
              <w:rPr>
                <w:rFonts w:ascii="Roboto Condensed" w:hAnsi="Roboto Condensed"/>
                <w:sz w:val="16"/>
              </w:rPr>
              <w:t>32SP</w:t>
            </w:r>
          </w:p>
        </w:tc>
        <w:tc>
          <w:tcPr>
            <w:tcW w:w="1900" w:type="dxa"/>
            <w:vMerge/>
          </w:tcPr>
          <w:p w14:paraId="6FFE5E3B" w14:textId="77777777" w:rsidR="004674D5" w:rsidRDefault="004674D5" w:rsidP="004A7CD1"/>
        </w:tc>
        <w:tc>
          <w:tcPr>
            <w:tcW w:w="1418" w:type="dxa"/>
          </w:tcPr>
          <w:p w14:paraId="0C71E5BD" w14:textId="77777777" w:rsidR="004674D5" w:rsidRDefault="004674D5" w:rsidP="004A7CD1">
            <w:r>
              <w:rPr>
                <w:rFonts w:ascii="Roboto Condensed" w:hAnsi="Roboto Condensed"/>
                <w:sz w:val="16"/>
              </w:rPr>
              <w:t>U, ZN, L</w:t>
            </w:r>
          </w:p>
        </w:tc>
        <w:tc>
          <w:tcPr>
            <w:tcW w:w="1359" w:type="dxa"/>
          </w:tcPr>
          <w:p w14:paraId="08873125" w14:textId="77777777" w:rsidR="004674D5" w:rsidRDefault="004674D5" w:rsidP="004A7CD1">
            <w:r>
              <w:rPr>
                <w:rFonts w:ascii="Roboto Condensed" w:hAnsi="Roboto Condensed"/>
                <w:sz w:val="16"/>
              </w:rPr>
              <w:t>0.8</w:t>
            </w:r>
          </w:p>
        </w:tc>
        <w:tc>
          <w:tcPr>
            <w:tcW w:w="1171" w:type="dxa"/>
          </w:tcPr>
          <w:p w14:paraId="457515BC" w14:textId="77777777" w:rsidR="004674D5" w:rsidRDefault="004674D5" w:rsidP="004A7CD1">
            <w:r>
              <w:rPr>
                <w:rFonts w:ascii="Roboto Condensed" w:hAnsi="Roboto Condensed"/>
                <w:sz w:val="16"/>
              </w:rPr>
              <w:t>10.0</w:t>
            </w:r>
          </w:p>
        </w:tc>
        <w:tc>
          <w:tcPr>
            <w:tcW w:w="1265" w:type="dxa"/>
          </w:tcPr>
          <w:p w14:paraId="37CF971A" w14:textId="77777777" w:rsidR="004674D5" w:rsidRDefault="004674D5" w:rsidP="004A7CD1">
            <w:r>
              <w:rPr>
                <w:rFonts w:ascii="Roboto Condensed" w:hAnsi="Roboto Condensed"/>
                <w:sz w:val="16"/>
              </w:rPr>
              <w:t>50.0</w:t>
            </w:r>
          </w:p>
        </w:tc>
        <w:tc>
          <w:tcPr>
            <w:tcW w:w="1265" w:type="dxa"/>
          </w:tcPr>
          <w:p w14:paraId="31E49710" w14:textId="77777777" w:rsidR="004674D5" w:rsidRDefault="004674D5" w:rsidP="004A7CD1">
            <w:r>
              <w:rPr>
                <w:rFonts w:ascii="Roboto Condensed" w:hAnsi="Roboto Condensed"/>
                <w:sz w:val="16"/>
              </w:rPr>
              <w:t>20</w:t>
            </w:r>
          </w:p>
        </w:tc>
      </w:tr>
      <w:tr w:rsidR="004674D5" w14:paraId="7086CE4E" w14:textId="77777777" w:rsidTr="004A7CD1">
        <w:tc>
          <w:tcPr>
            <w:tcW w:w="9514" w:type="dxa"/>
            <w:gridSpan w:val="7"/>
            <w:shd w:val="clear" w:color="auto" w:fill="808080"/>
            <w:vAlign w:val="center"/>
          </w:tcPr>
          <w:p w14:paraId="4BDCCBE4" w14:textId="77777777" w:rsidR="004674D5" w:rsidRDefault="004674D5" w:rsidP="004A7CD1">
            <w:pPr>
              <w:jc w:val="center"/>
            </w:pPr>
            <w:r>
              <w:rPr>
                <w:rFonts w:ascii="Roboto Condensed" w:hAnsi="Roboto Condensed"/>
                <w:b/>
                <w:sz w:val="20"/>
              </w:rPr>
              <w:t>SR – STREFA PRODUKCJI ROLNICZEJ</w:t>
            </w:r>
          </w:p>
        </w:tc>
      </w:tr>
      <w:tr w:rsidR="004674D5" w14:paraId="75DD8C92" w14:textId="77777777" w:rsidTr="004A7CD1">
        <w:tc>
          <w:tcPr>
            <w:tcW w:w="1134" w:type="dxa"/>
          </w:tcPr>
          <w:p w14:paraId="7EA5766D" w14:textId="77777777" w:rsidR="004674D5" w:rsidRDefault="004674D5" w:rsidP="004A7CD1">
            <w:r>
              <w:rPr>
                <w:rFonts w:ascii="Roboto Condensed" w:hAnsi="Roboto Condensed"/>
                <w:sz w:val="16"/>
              </w:rPr>
              <w:t>1SR</w:t>
            </w:r>
          </w:p>
        </w:tc>
        <w:tc>
          <w:tcPr>
            <w:tcW w:w="1900" w:type="dxa"/>
            <w:vMerge w:val="restart"/>
            <w:vAlign w:val="center"/>
          </w:tcPr>
          <w:p w14:paraId="2CBD299C" w14:textId="77777777" w:rsidR="004674D5" w:rsidRPr="00363680" w:rsidRDefault="004674D5" w:rsidP="004A7CD1">
            <w:pPr>
              <w:jc w:val="center"/>
            </w:pPr>
            <w:r w:rsidRPr="00363680">
              <w:rPr>
                <w:rFonts w:ascii="Roboto Condensed" w:hAnsi="Roboto Condensed"/>
                <w:sz w:val="16"/>
              </w:rPr>
              <w:t>teren produkcji w gospodarstwach rolnych,</w:t>
            </w:r>
            <w:r w:rsidRPr="00363680">
              <w:rPr>
                <w:rFonts w:ascii="Roboto Condensed" w:hAnsi="Roboto Condensed"/>
                <w:sz w:val="16"/>
              </w:rPr>
              <w:br/>
              <w:t>teren wielkotowarowej produkcji rolnej,</w:t>
            </w:r>
            <w:r w:rsidRPr="00363680">
              <w:rPr>
                <w:rFonts w:ascii="Roboto Condensed" w:hAnsi="Roboto Condensed"/>
                <w:sz w:val="16"/>
              </w:rPr>
              <w:br/>
              <w:t>teren akwakultury i obsługi rybactwa,</w:t>
            </w:r>
            <w:r w:rsidRPr="00363680">
              <w:rPr>
                <w:rFonts w:ascii="Roboto Condensed" w:hAnsi="Roboto Condensed"/>
                <w:sz w:val="16"/>
              </w:rPr>
              <w:br/>
              <w:t>teren komunikacji,</w:t>
            </w:r>
            <w:r w:rsidRPr="00363680">
              <w:rPr>
                <w:rFonts w:ascii="Roboto Condensed" w:hAnsi="Roboto Condensed"/>
                <w:sz w:val="16"/>
              </w:rPr>
              <w:br/>
              <w:t>teren ogrodów działkowych,</w:t>
            </w:r>
            <w:r w:rsidRPr="00363680">
              <w:rPr>
                <w:rFonts w:ascii="Roboto Condensed" w:hAnsi="Roboto Condensed"/>
                <w:sz w:val="16"/>
              </w:rPr>
              <w:br/>
              <w:t>teren infrastruktury technicznej (2</w:t>
            </w:r>
          </w:p>
        </w:tc>
        <w:tc>
          <w:tcPr>
            <w:tcW w:w="1418" w:type="dxa"/>
          </w:tcPr>
          <w:p w14:paraId="6FF222CE" w14:textId="77777777" w:rsidR="004674D5" w:rsidRDefault="004674D5" w:rsidP="004A7CD1">
            <w:r>
              <w:rPr>
                <w:rFonts w:ascii="Roboto Condensed" w:hAnsi="Roboto Condensed"/>
                <w:sz w:val="16"/>
              </w:rPr>
              <w:t>RN, PEF, ZN, L, W</w:t>
            </w:r>
          </w:p>
        </w:tc>
        <w:tc>
          <w:tcPr>
            <w:tcW w:w="1359" w:type="dxa"/>
          </w:tcPr>
          <w:p w14:paraId="372E3092" w14:textId="77777777" w:rsidR="004674D5" w:rsidRDefault="004674D5" w:rsidP="004A7CD1">
            <w:r>
              <w:rPr>
                <w:rFonts w:ascii="Roboto Condensed" w:hAnsi="Roboto Condensed"/>
                <w:sz w:val="16"/>
              </w:rPr>
              <w:t>0.6</w:t>
            </w:r>
          </w:p>
        </w:tc>
        <w:tc>
          <w:tcPr>
            <w:tcW w:w="1171" w:type="dxa"/>
          </w:tcPr>
          <w:p w14:paraId="020A3513" w14:textId="77777777" w:rsidR="004674D5" w:rsidRDefault="004674D5" w:rsidP="004A7CD1">
            <w:r>
              <w:rPr>
                <w:rFonts w:ascii="Roboto Condensed" w:hAnsi="Roboto Condensed"/>
                <w:sz w:val="16"/>
              </w:rPr>
              <w:t>15.0</w:t>
            </w:r>
          </w:p>
        </w:tc>
        <w:tc>
          <w:tcPr>
            <w:tcW w:w="1265" w:type="dxa"/>
          </w:tcPr>
          <w:p w14:paraId="5CA2B9D2" w14:textId="77777777" w:rsidR="004674D5" w:rsidRDefault="004674D5" w:rsidP="004A7CD1">
            <w:r>
              <w:rPr>
                <w:rFonts w:ascii="Roboto Condensed" w:hAnsi="Roboto Condensed"/>
                <w:sz w:val="16"/>
              </w:rPr>
              <w:t>50.0</w:t>
            </w:r>
          </w:p>
        </w:tc>
        <w:tc>
          <w:tcPr>
            <w:tcW w:w="1265" w:type="dxa"/>
          </w:tcPr>
          <w:p w14:paraId="69BF95AA" w14:textId="77777777" w:rsidR="004674D5" w:rsidRDefault="004674D5" w:rsidP="004A7CD1">
            <w:r>
              <w:rPr>
                <w:rFonts w:ascii="Roboto Condensed" w:hAnsi="Roboto Condensed"/>
                <w:sz w:val="16"/>
              </w:rPr>
              <w:t>30</w:t>
            </w:r>
          </w:p>
        </w:tc>
      </w:tr>
      <w:tr w:rsidR="004674D5" w14:paraId="632BF042" w14:textId="77777777" w:rsidTr="004A7CD1">
        <w:tc>
          <w:tcPr>
            <w:tcW w:w="1134" w:type="dxa"/>
          </w:tcPr>
          <w:p w14:paraId="4F66B9DE" w14:textId="77777777" w:rsidR="004674D5" w:rsidRDefault="004674D5" w:rsidP="004A7CD1">
            <w:r>
              <w:rPr>
                <w:rFonts w:ascii="Roboto Condensed" w:hAnsi="Roboto Condensed"/>
                <w:sz w:val="16"/>
              </w:rPr>
              <w:t>2SR</w:t>
            </w:r>
          </w:p>
        </w:tc>
        <w:tc>
          <w:tcPr>
            <w:tcW w:w="1900" w:type="dxa"/>
            <w:vMerge/>
          </w:tcPr>
          <w:p w14:paraId="32F56B2A" w14:textId="77777777" w:rsidR="004674D5" w:rsidRDefault="004674D5" w:rsidP="004A7CD1"/>
        </w:tc>
        <w:tc>
          <w:tcPr>
            <w:tcW w:w="1418" w:type="dxa"/>
          </w:tcPr>
          <w:p w14:paraId="0C1D0B38" w14:textId="77777777" w:rsidR="004674D5" w:rsidRDefault="004674D5" w:rsidP="004A7CD1">
            <w:r>
              <w:rPr>
                <w:rFonts w:ascii="Roboto Condensed" w:hAnsi="Roboto Condensed"/>
                <w:sz w:val="16"/>
              </w:rPr>
              <w:t>RN, PEW, ZN</w:t>
            </w:r>
          </w:p>
        </w:tc>
        <w:tc>
          <w:tcPr>
            <w:tcW w:w="1359" w:type="dxa"/>
          </w:tcPr>
          <w:p w14:paraId="51441878" w14:textId="77777777" w:rsidR="004674D5" w:rsidRDefault="004674D5" w:rsidP="004A7CD1">
            <w:r>
              <w:rPr>
                <w:rFonts w:ascii="Roboto Condensed" w:hAnsi="Roboto Condensed"/>
                <w:sz w:val="16"/>
              </w:rPr>
              <w:t>0.6</w:t>
            </w:r>
          </w:p>
        </w:tc>
        <w:tc>
          <w:tcPr>
            <w:tcW w:w="1171" w:type="dxa"/>
          </w:tcPr>
          <w:p w14:paraId="3C6B851E" w14:textId="77777777" w:rsidR="004674D5" w:rsidRDefault="004674D5" w:rsidP="004A7CD1">
            <w:r>
              <w:rPr>
                <w:rFonts w:ascii="Roboto Condensed" w:hAnsi="Roboto Condensed"/>
                <w:sz w:val="16"/>
              </w:rPr>
              <w:t>100.0</w:t>
            </w:r>
          </w:p>
        </w:tc>
        <w:tc>
          <w:tcPr>
            <w:tcW w:w="1265" w:type="dxa"/>
          </w:tcPr>
          <w:p w14:paraId="03DE9B5B" w14:textId="77777777" w:rsidR="004674D5" w:rsidRDefault="004674D5" w:rsidP="004A7CD1">
            <w:r>
              <w:rPr>
                <w:rFonts w:ascii="Roboto Condensed" w:hAnsi="Roboto Condensed"/>
                <w:sz w:val="16"/>
              </w:rPr>
              <w:t>50.0</w:t>
            </w:r>
          </w:p>
        </w:tc>
        <w:tc>
          <w:tcPr>
            <w:tcW w:w="1265" w:type="dxa"/>
          </w:tcPr>
          <w:p w14:paraId="0DFAA22A" w14:textId="77777777" w:rsidR="004674D5" w:rsidRDefault="004674D5" w:rsidP="004A7CD1">
            <w:r>
              <w:rPr>
                <w:rFonts w:ascii="Roboto Condensed" w:hAnsi="Roboto Condensed"/>
                <w:sz w:val="16"/>
              </w:rPr>
              <w:t>30</w:t>
            </w:r>
          </w:p>
        </w:tc>
      </w:tr>
      <w:tr w:rsidR="004674D5" w14:paraId="4ACA8F2D" w14:textId="77777777" w:rsidTr="004A7CD1">
        <w:tc>
          <w:tcPr>
            <w:tcW w:w="1134" w:type="dxa"/>
          </w:tcPr>
          <w:p w14:paraId="27AD0D5D" w14:textId="77777777" w:rsidR="004674D5" w:rsidRDefault="004674D5" w:rsidP="004A7CD1">
            <w:r>
              <w:rPr>
                <w:rFonts w:ascii="Roboto Condensed" w:hAnsi="Roboto Condensed"/>
                <w:sz w:val="16"/>
              </w:rPr>
              <w:t>3SR</w:t>
            </w:r>
          </w:p>
        </w:tc>
        <w:tc>
          <w:tcPr>
            <w:tcW w:w="1900" w:type="dxa"/>
            <w:vMerge/>
          </w:tcPr>
          <w:p w14:paraId="34E66627" w14:textId="77777777" w:rsidR="004674D5" w:rsidRDefault="004674D5" w:rsidP="004A7CD1"/>
        </w:tc>
        <w:tc>
          <w:tcPr>
            <w:tcW w:w="1418" w:type="dxa"/>
          </w:tcPr>
          <w:p w14:paraId="05E9B6F2" w14:textId="77777777" w:rsidR="004674D5" w:rsidRDefault="004674D5" w:rsidP="004A7CD1">
            <w:r>
              <w:rPr>
                <w:rFonts w:ascii="Roboto Condensed" w:hAnsi="Roboto Condensed"/>
                <w:sz w:val="16"/>
              </w:rPr>
              <w:t>RN, PEF, ZN, L, W</w:t>
            </w:r>
          </w:p>
        </w:tc>
        <w:tc>
          <w:tcPr>
            <w:tcW w:w="1359" w:type="dxa"/>
          </w:tcPr>
          <w:p w14:paraId="721C0E0B" w14:textId="77777777" w:rsidR="004674D5" w:rsidRDefault="004674D5" w:rsidP="004A7CD1">
            <w:r>
              <w:rPr>
                <w:rFonts w:ascii="Roboto Condensed" w:hAnsi="Roboto Condensed"/>
                <w:sz w:val="16"/>
              </w:rPr>
              <w:t>0.6</w:t>
            </w:r>
          </w:p>
        </w:tc>
        <w:tc>
          <w:tcPr>
            <w:tcW w:w="1171" w:type="dxa"/>
          </w:tcPr>
          <w:p w14:paraId="3953BBAD" w14:textId="77777777" w:rsidR="004674D5" w:rsidRDefault="004674D5" w:rsidP="004A7CD1">
            <w:r>
              <w:rPr>
                <w:rFonts w:ascii="Roboto Condensed" w:hAnsi="Roboto Condensed"/>
                <w:sz w:val="16"/>
              </w:rPr>
              <w:t>15.0</w:t>
            </w:r>
          </w:p>
        </w:tc>
        <w:tc>
          <w:tcPr>
            <w:tcW w:w="1265" w:type="dxa"/>
          </w:tcPr>
          <w:p w14:paraId="5C53A31A" w14:textId="77777777" w:rsidR="004674D5" w:rsidRDefault="004674D5" w:rsidP="004A7CD1">
            <w:r>
              <w:rPr>
                <w:rFonts w:ascii="Roboto Condensed" w:hAnsi="Roboto Condensed"/>
                <w:sz w:val="16"/>
              </w:rPr>
              <w:t>50.0</w:t>
            </w:r>
          </w:p>
        </w:tc>
        <w:tc>
          <w:tcPr>
            <w:tcW w:w="1265" w:type="dxa"/>
          </w:tcPr>
          <w:p w14:paraId="0FA512AF" w14:textId="77777777" w:rsidR="004674D5" w:rsidRDefault="004674D5" w:rsidP="004A7CD1">
            <w:r>
              <w:rPr>
                <w:rFonts w:ascii="Roboto Condensed" w:hAnsi="Roboto Condensed"/>
                <w:sz w:val="16"/>
              </w:rPr>
              <w:t>30</w:t>
            </w:r>
          </w:p>
        </w:tc>
      </w:tr>
      <w:tr w:rsidR="004674D5" w14:paraId="6730A680" w14:textId="77777777" w:rsidTr="004A7CD1">
        <w:tc>
          <w:tcPr>
            <w:tcW w:w="1134" w:type="dxa"/>
          </w:tcPr>
          <w:p w14:paraId="57E395C0" w14:textId="77777777" w:rsidR="004674D5" w:rsidRDefault="004674D5" w:rsidP="004A7CD1">
            <w:r>
              <w:rPr>
                <w:rFonts w:ascii="Roboto Condensed" w:hAnsi="Roboto Condensed"/>
                <w:sz w:val="16"/>
              </w:rPr>
              <w:t>4SR</w:t>
            </w:r>
          </w:p>
        </w:tc>
        <w:tc>
          <w:tcPr>
            <w:tcW w:w="1900" w:type="dxa"/>
            <w:vMerge/>
          </w:tcPr>
          <w:p w14:paraId="50F4CFE0" w14:textId="77777777" w:rsidR="004674D5" w:rsidRDefault="004674D5" w:rsidP="004A7CD1"/>
        </w:tc>
        <w:tc>
          <w:tcPr>
            <w:tcW w:w="1418" w:type="dxa"/>
          </w:tcPr>
          <w:p w14:paraId="5AD79825" w14:textId="77777777" w:rsidR="004674D5" w:rsidRDefault="004674D5" w:rsidP="004A7CD1">
            <w:r>
              <w:rPr>
                <w:rFonts w:ascii="Roboto Condensed" w:hAnsi="Roboto Condensed"/>
                <w:sz w:val="16"/>
              </w:rPr>
              <w:t>RN, PEW, ZN</w:t>
            </w:r>
          </w:p>
        </w:tc>
        <w:tc>
          <w:tcPr>
            <w:tcW w:w="1359" w:type="dxa"/>
          </w:tcPr>
          <w:p w14:paraId="1BF4A021" w14:textId="77777777" w:rsidR="004674D5" w:rsidRDefault="004674D5" w:rsidP="004A7CD1">
            <w:r>
              <w:rPr>
                <w:rFonts w:ascii="Roboto Condensed" w:hAnsi="Roboto Condensed"/>
                <w:sz w:val="16"/>
              </w:rPr>
              <w:t>0.6</w:t>
            </w:r>
          </w:p>
        </w:tc>
        <w:tc>
          <w:tcPr>
            <w:tcW w:w="1171" w:type="dxa"/>
          </w:tcPr>
          <w:p w14:paraId="12AFDFEB" w14:textId="77777777" w:rsidR="004674D5" w:rsidRDefault="004674D5" w:rsidP="004A7CD1">
            <w:r>
              <w:rPr>
                <w:rFonts w:ascii="Roboto Condensed" w:hAnsi="Roboto Condensed"/>
                <w:sz w:val="16"/>
              </w:rPr>
              <w:t>100.0</w:t>
            </w:r>
          </w:p>
        </w:tc>
        <w:tc>
          <w:tcPr>
            <w:tcW w:w="1265" w:type="dxa"/>
          </w:tcPr>
          <w:p w14:paraId="002DEA41" w14:textId="77777777" w:rsidR="004674D5" w:rsidRDefault="004674D5" w:rsidP="004A7CD1">
            <w:r>
              <w:rPr>
                <w:rFonts w:ascii="Roboto Condensed" w:hAnsi="Roboto Condensed"/>
                <w:sz w:val="16"/>
              </w:rPr>
              <w:t>50.0</w:t>
            </w:r>
          </w:p>
        </w:tc>
        <w:tc>
          <w:tcPr>
            <w:tcW w:w="1265" w:type="dxa"/>
          </w:tcPr>
          <w:p w14:paraId="7C8075B5" w14:textId="77777777" w:rsidR="004674D5" w:rsidRDefault="004674D5" w:rsidP="004A7CD1">
            <w:r>
              <w:rPr>
                <w:rFonts w:ascii="Roboto Condensed" w:hAnsi="Roboto Condensed"/>
                <w:sz w:val="16"/>
              </w:rPr>
              <w:t>30</w:t>
            </w:r>
          </w:p>
        </w:tc>
      </w:tr>
      <w:tr w:rsidR="004674D5" w14:paraId="1D4781B5" w14:textId="77777777" w:rsidTr="004A7CD1">
        <w:tc>
          <w:tcPr>
            <w:tcW w:w="1134" w:type="dxa"/>
          </w:tcPr>
          <w:p w14:paraId="50706D91" w14:textId="77777777" w:rsidR="004674D5" w:rsidRDefault="004674D5" w:rsidP="004A7CD1">
            <w:r>
              <w:rPr>
                <w:rFonts w:ascii="Roboto Condensed" w:hAnsi="Roboto Condensed"/>
                <w:sz w:val="16"/>
              </w:rPr>
              <w:t>5SR</w:t>
            </w:r>
          </w:p>
        </w:tc>
        <w:tc>
          <w:tcPr>
            <w:tcW w:w="1900" w:type="dxa"/>
            <w:vMerge/>
          </w:tcPr>
          <w:p w14:paraId="04283131" w14:textId="77777777" w:rsidR="004674D5" w:rsidRDefault="004674D5" w:rsidP="004A7CD1"/>
        </w:tc>
        <w:tc>
          <w:tcPr>
            <w:tcW w:w="1418" w:type="dxa"/>
          </w:tcPr>
          <w:p w14:paraId="14F3CC4A" w14:textId="77777777" w:rsidR="004674D5" w:rsidRDefault="004674D5" w:rsidP="004A7CD1">
            <w:r>
              <w:rPr>
                <w:rFonts w:ascii="Roboto Condensed" w:hAnsi="Roboto Condensed"/>
                <w:sz w:val="16"/>
              </w:rPr>
              <w:t>RN, PEF, ZN, L, W</w:t>
            </w:r>
          </w:p>
        </w:tc>
        <w:tc>
          <w:tcPr>
            <w:tcW w:w="1359" w:type="dxa"/>
          </w:tcPr>
          <w:p w14:paraId="67F10228" w14:textId="77777777" w:rsidR="004674D5" w:rsidRDefault="004674D5" w:rsidP="004A7CD1">
            <w:r>
              <w:rPr>
                <w:rFonts w:ascii="Roboto Condensed" w:hAnsi="Roboto Condensed"/>
                <w:sz w:val="16"/>
              </w:rPr>
              <w:t>0.6</w:t>
            </w:r>
          </w:p>
        </w:tc>
        <w:tc>
          <w:tcPr>
            <w:tcW w:w="1171" w:type="dxa"/>
          </w:tcPr>
          <w:p w14:paraId="23EC991E" w14:textId="77777777" w:rsidR="004674D5" w:rsidRDefault="004674D5" w:rsidP="004A7CD1">
            <w:r>
              <w:rPr>
                <w:rFonts w:ascii="Roboto Condensed" w:hAnsi="Roboto Condensed"/>
                <w:sz w:val="16"/>
              </w:rPr>
              <w:t>15.0</w:t>
            </w:r>
          </w:p>
        </w:tc>
        <w:tc>
          <w:tcPr>
            <w:tcW w:w="1265" w:type="dxa"/>
          </w:tcPr>
          <w:p w14:paraId="46BACC8B" w14:textId="77777777" w:rsidR="004674D5" w:rsidRDefault="004674D5" w:rsidP="004A7CD1">
            <w:r>
              <w:rPr>
                <w:rFonts w:ascii="Roboto Condensed" w:hAnsi="Roboto Condensed"/>
                <w:sz w:val="16"/>
              </w:rPr>
              <w:t>50.0</w:t>
            </w:r>
          </w:p>
        </w:tc>
        <w:tc>
          <w:tcPr>
            <w:tcW w:w="1265" w:type="dxa"/>
          </w:tcPr>
          <w:p w14:paraId="0745D6A1" w14:textId="77777777" w:rsidR="004674D5" w:rsidRDefault="004674D5" w:rsidP="004A7CD1">
            <w:r>
              <w:rPr>
                <w:rFonts w:ascii="Roboto Condensed" w:hAnsi="Roboto Condensed"/>
                <w:sz w:val="16"/>
              </w:rPr>
              <w:t>30</w:t>
            </w:r>
          </w:p>
        </w:tc>
      </w:tr>
      <w:tr w:rsidR="004674D5" w14:paraId="3C562EA3" w14:textId="77777777" w:rsidTr="004A7CD1">
        <w:tc>
          <w:tcPr>
            <w:tcW w:w="1134" w:type="dxa"/>
          </w:tcPr>
          <w:p w14:paraId="5B47BE77" w14:textId="77777777" w:rsidR="004674D5" w:rsidRDefault="004674D5" w:rsidP="004A7CD1">
            <w:r>
              <w:rPr>
                <w:rFonts w:ascii="Roboto Condensed" w:hAnsi="Roboto Condensed"/>
                <w:sz w:val="16"/>
              </w:rPr>
              <w:t>6SR</w:t>
            </w:r>
          </w:p>
        </w:tc>
        <w:tc>
          <w:tcPr>
            <w:tcW w:w="1900" w:type="dxa"/>
            <w:vMerge/>
          </w:tcPr>
          <w:p w14:paraId="6A62C088" w14:textId="77777777" w:rsidR="004674D5" w:rsidRDefault="004674D5" w:rsidP="004A7CD1"/>
        </w:tc>
        <w:tc>
          <w:tcPr>
            <w:tcW w:w="1418" w:type="dxa"/>
          </w:tcPr>
          <w:p w14:paraId="6981116C" w14:textId="77777777" w:rsidR="004674D5" w:rsidRDefault="004674D5" w:rsidP="004A7CD1">
            <w:r>
              <w:rPr>
                <w:rFonts w:ascii="Roboto Condensed" w:hAnsi="Roboto Condensed"/>
                <w:sz w:val="16"/>
              </w:rPr>
              <w:t>RN, PEW, ZN</w:t>
            </w:r>
          </w:p>
        </w:tc>
        <w:tc>
          <w:tcPr>
            <w:tcW w:w="1359" w:type="dxa"/>
          </w:tcPr>
          <w:p w14:paraId="17864B48" w14:textId="77777777" w:rsidR="004674D5" w:rsidRDefault="004674D5" w:rsidP="004A7CD1">
            <w:r>
              <w:rPr>
                <w:rFonts w:ascii="Roboto Condensed" w:hAnsi="Roboto Condensed"/>
                <w:sz w:val="16"/>
              </w:rPr>
              <w:t>0.6</w:t>
            </w:r>
          </w:p>
        </w:tc>
        <w:tc>
          <w:tcPr>
            <w:tcW w:w="1171" w:type="dxa"/>
          </w:tcPr>
          <w:p w14:paraId="1602C3FA" w14:textId="77777777" w:rsidR="004674D5" w:rsidRDefault="004674D5" w:rsidP="004A7CD1">
            <w:r>
              <w:rPr>
                <w:rFonts w:ascii="Roboto Condensed" w:hAnsi="Roboto Condensed"/>
                <w:sz w:val="16"/>
              </w:rPr>
              <w:t>150.0</w:t>
            </w:r>
          </w:p>
        </w:tc>
        <w:tc>
          <w:tcPr>
            <w:tcW w:w="1265" w:type="dxa"/>
          </w:tcPr>
          <w:p w14:paraId="032517DA" w14:textId="77777777" w:rsidR="004674D5" w:rsidRDefault="004674D5" w:rsidP="004A7CD1">
            <w:r>
              <w:rPr>
                <w:rFonts w:ascii="Roboto Condensed" w:hAnsi="Roboto Condensed"/>
                <w:sz w:val="16"/>
              </w:rPr>
              <w:t>50.0</w:t>
            </w:r>
          </w:p>
        </w:tc>
        <w:tc>
          <w:tcPr>
            <w:tcW w:w="1265" w:type="dxa"/>
          </w:tcPr>
          <w:p w14:paraId="4110CB5B" w14:textId="77777777" w:rsidR="004674D5" w:rsidRDefault="004674D5" w:rsidP="004A7CD1">
            <w:r>
              <w:rPr>
                <w:rFonts w:ascii="Roboto Condensed" w:hAnsi="Roboto Condensed"/>
                <w:sz w:val="16"/>
              </w:rPr>
              <w:t>30</w:t>
            </w:r>
          </w:p>
        </w:tc>
      </w:tr>
      <w:tr w:rsidR="004674D5" w14:paraId="6CEAB757" w14:textId="77777777" w:rsidTr="004A7CD1">
        <w:tc>
          <w:tcPr>
            <w:tcW w:w="1134" w:type="dxa"/>
          </w:tcPr>
          <w:p w14:paraId="5148061F" w14:textId="77777777" w:rsidR="004674D5" w:rsidRDefault="004674D5" w:rsidP="004A7CD1">
            <w:r>
              <w:rPr>
                <w:rFonts w:ascii="Roboto Condensed" w:hAnsi="Roboto Condensed"/>
                <w:sz w:val="16"/>
              </w:rPr>
              <w:t>7SR</w:t>
            </w:r>
          </w:p>
        </w:tc>
        <w:tc>
          <w:tcPr>
            <w:tcW w:w="1900" w:type="dxa"/>
            <w:vMerge/>
          </w:tcPr>
          <w:p w14:paraId="531FA41C" w14:textId="77777777" w:rsidR="004674D5" w:rsidRDefault="004674D5" w:rsidP="004A7CD1"/>
        </w:tc>
        <w:tc>
          <w:tcPr>
            <w:tcW w:w="1418" w:type="dxa"/>
          </w:tcPr>
          <w:p w14:paraId="7FE79FA2" w14:textId="77777777" w:rsidR="004674D5" w:rsidRDefault="004674D5" w:rsidP="004A7CD1">
            <w:r>
              <w:rPr>
                <w:rFonts w:ascii="Roboto Condensed" w:hAnsi="Roboto Condensed"/>
                <w:sz w:val="16"/>
              </w:rPr>
              <w:t>RN, ZN, L, W</w:t>
            </w:r>
          </w:p>
        </w:tc>
        <w:tc>
          <w:tcPr>
            <w:tcW w:w="1359" w:type="dxa"/>
          </w:tcPr>
          <w:p w14:paraId="73E40568" w14:textId="77777777" w:rsidR="004674D5" w:rsidRDefault="004674D5" w:rsidP="004A7CD1">
            <w:r>
              <w:rPr>
                <w:rFonts w:ascii="Roboto Condensed" w:hAnsi="Roboto Condensed"/>
                <w:sz w:val="16"/>
              </w:rPr>
              <w:t>0.6</w:t>
            </w:r>
          </w:p>
        </w:tc>
        <w:tc>
          <w:tcPr>
            <w:tcW w:w="1171" w:type="dxa"/>
          </w:tcPr>
          <w:p w14:paraId="0DB054DB" w14:textId="77777777" w:rsidR="004674D5" w:rsidRDefault="004674D5" w:rsidP="004A7CD1">
            <w:r>
              <w:rPr>
                <w:rFonts w:ascii="Roboto Condensed" w:hAnsi="Roboto Condensed"/>
                <w:sz w:val="16"/>
              </w:rPr>
              <w:t>15.0</w:t>
            </w:r>
          </w:p>
        </w:tc>
        <w:tc>
          <w:tcPr>
            <w:tcW w:w="1265" w:type="dxa"/>
          </w:tcPr>
          <w:p w14:paraId="40B40297" w14:textId="77777777" w:rsidR="004674D5" w:rsidRDefault="004674D5" w:rsidP="004A7CD1">
            <w:r>
              <w:rPr>
                <w:rFonts w:ascii="Roboto Condensed" w:hAnsi="Roboto Condensed"/>
                <w:sz w:val="16"/>
              </w:rPr>
              <w:t>50.0</w:t>
            </w:r>
          </w:p>
        </w:tc>
        <w:tc>
          <w:tcPr>
            <w:tcW w:w="1265" w:type="dxa"/>
          </w:tcPr>
          <w:p w14:paraId="54D43B10" w14:textId="77777777" w:rsidR="004674D5" w:rsidRDefault="004674D5" w:rsidP="004A7CD1">
            <w:r>
              <w:rPr>
                <w:rFonts w:ascii="Roboto Condensed" w:hAnsi="Roboto Condensed"/>
                <w:sz w:val="16"/>
              </w:rPr>
              <w:t>30</w:t>
            </w:r>
          </w:p>
        </w:tc>
      </w:tr>
      <w:tr w:rsidR="004674D5" w14:paraId="6253042D" w14:textId="77777777" w:rsidTr="004A7CD1">
        <w:tc>
          <w:tcPr>
            <w:tcW w:w="1134" w:type="dxa"/>
          </w:tcPr>
          <w:p w14:paraId="03887F58" w14:textId="77777777" w:rsidR="004674D5" w:rsidRDefault="004674D5" w:rsidP="004A7CD1">
            <w:r>
              <w:rPr>
                <w:rFonts w:ascii="Roboto Condensed" w:hAnsi="Roboto Condensed"/>
                <w:sz w:val="16"/>
              </w:rPr>
              <w:t>8SR - 10SR</w:t>
            </w:r>
          </w:p>
        </w:tc>
        <w:tc>
          <w:tcPr>
            <w:tcW w:w="1900" w:type="dxa"/>
            <w:vMerge/>
          </w:tcPr>
          <w:p w14:paraId="2689F477" w14:textId="77777777" w:rsidR="004674D5" w:rsidRDefault="004674D5" w:rsidP="004A7CD1"/>
        </w:tc>
        <w:tc>
          <w:tcPr>
            <w:tcW w:w="1418" w:type="dxa"/>
          </w:tcPr>
          <w:p w14:paraId="15743421" w14:textId="77777777" w:rsidR="004674D5" w:rsidRDefault="004674D5" w:rsidP="004A7CD1">
            <w:r>
              <w:rPr>
                <w:rFonts w:ascii="Roboto Condensed" w:hAnsi="Roboto Condensed"/>
                <w:sz w:val="16"/>
              </w:rPr>
              <w:t>RN, PEF, ZN, L, W</w:t>
            </w:r>
          </w:p>
        </w:tc>
        <w:tc>
          <w:tcPr>
            <w:tcW w:w="1359" w:type="dxa"/>
          </w:tcPr>
          <w:p w14:paraId="260080A0" w14:textId="77777777" w:rsidR="004674D5" w:rsidRDefault="004674D5" w:rsidP="004A7CD1">
            <w:r>
              <w:rPr>
                <w:rFonts w:ascii="Roboto Condensed" w:hAnsi="Roboto Condensed"/>
                <w:sz w:val="16"/>
              </w:rPr>
              <w:t>0.6</w:t>
            </w:r>
          </w:p>
        </w:tc>
        <w:tc>
          <w:tcPr>
            <w:tcW w:w="1171" w:type="dxa"/>
          </w:tcPr>
          <w:p w14:paraId="7C533B29" w14:textId="77777777" w:rsidR="004674D5" w:rsidRDefault="004674D5" w:rsidP="004A7CD1">
            <w:r>
              <w:rPr>
                <w:rFonts w:ascii="Roboto Condensed" w:hAnsi="Roboto Condensed"/>
                <w:sz w:val="16"/>
              </w:rPr>
              <w:t>15.0</w:t>
            </w:r>
          </w:p>
        </w:tc>
        <w:tc>
          <w:tcPr>
            <w:tcW w:w="1265" w:type="dxa"/>
          </w:tcPr>
          <w:p w14:paraId="20118736" w14:textId="77777777" w:rsidR="004674D5" w:rsidRDefault="004674D5" w:rsidP="004A7CD1">
            <w:r>
              <w:rPr>
                <w:rFonts w:ascii="Roboto Condensed" w:hAnsi="Roboto Condensed"/>
                <w:sz w:val="16"/>
              </w:rPr>
              <w:t>50.0</w:t>
            </w:r>
          </w:p>
        </w:tc>
        <w:tc>
          <w:tcPr>
            <w:tcW w:w="1265" w:type="dxa"/>
          </w:tcPr>
          <w:p w14:paraId="5B7CEB12" w14:textId="77777777" w:rsidR="004674D5" w:rsidRDefault="004674D5" w:rsidP="004A7CD1">
            <w:r>
              <w:rPr>
                <w:rFonts w:ascii="Roboto Condensed" w:hAnsi="Roboto Condensed"/>
                <w:sz w:val="16"/>
              </w:rPr>
              <w:t>30</w:t>
            </w:r>
          </w:p>
        </w:tc>
      </w:tr>
      <w:tr w:rsidR="004674D5" w14:paraId="4EA0DA83" w14:textId="77777777" w:rsidTr="004A7CD1">
        <w:tc>
          <w:tcPr>
            <w:tcW w:w="1134" w:type="dxa"/>
          </w:tcPr>
          <w:p w14:paraId="25D42F1B" w14:textId="77777777" w:rsidR="004674D5" w:rsidRDefault="004674D5" w:rsidP="004A7CD1">
            <w:r>
              <w:rPr>
                <w:rFonts w:ascii="Roboto Condensed" w:hAnsi="Roboto Condensed"/>
                <w:sz w:val="16"/>
              </w:rPr>
              <w:t>11SR</w:t>
            </w:r>
          </w:p>
        </w:tc>
        <w:tc>
          <w:tcPr>
            <w:tcW w:w="1900" w:type="dxa"/>
            <w:vMerge/>
          </w:tcPr>
          <w:p w14:paraId="581FE2D8" w14:textId="77777777" w:rsidR="004674D5" w:rsidRDefault="004674D5" w:rsidP="004A7CD1"/>
        </w:tc>
        <w:tc>
          <w:tcPr>
            <w:tcW w:w="1418" w:type="dxa"/>
          </w:tcPr>
          <w:p w14:paraId="5A4E4F9C" w14:textId="77777777" w:rsidR="004674D5" w:rsidRDefault="004674D5" w:rsidP="004A7CD1">
            <w:r>
              <w:rPr>
                <w:rFonts w:ascii="Roboto Condensed" w:hAnsi="Roboto Condensed"/>
                <w:sz w:val="16"/>
              </w:rPr>
              <w:t>ZN, L</w:t>
            </w:r>
          </w:p>
        </w:tc>
        <w:tc>
          <w:tcPr>
            <w:tcW w:w="1359" w:type="dxa"/>
          </w:tcPr>
          <w:p w14:paraId="0950F708" w14:textId="77777777" w:rsidR="004674D5" w:rsidRDefault="004674D5" w:rsidP="004A7CD1">
            <w:r>
              <w:rPr>
                <w:rFonts w:ascii="Roboto Condensed" w:hAnsi="Roboto Condensed"/>
                <w:sz w:val="16"/>
              </w:rPr>
              <w:t>0.6</w:t>
            </w:r>
          </w:p>
        </w:tc>
        <w:tc>
          <w:tcPr>
            <w:tcW w:w="1171" w:type="dxa"/>
          </w:tcPr>
          <w:p w14:paraId="02219BD7" w14:textId="77777777" w:rsidR="004674D5" w:rsidRDefault="004674D5" w:rsidP="004A7CD1">
            <w:r>
              <w:rPr>
                <w:rFonts w:ascii="Roboto Condensed" w:hAnsi="Roboto Condensed"/>
                <w:sz w:val="16"/>
              </w:rPr>
              <w:t>15.0</w:t>
            </w:r>
          </w:p>
        </w:tc>
        <w:tc>
          <w:tcPr>
            <w:tcW w:w="1265" w:type="dxa"/>
          </w:tcPr>
          <w:p w14:paraId="5E6447D8" w14:textId="77777777" w:rsidR="004674D5" w:rsidRDefault="004674D5" w:rsidP="004A7CD1">
            <w:r>
              <w:rPr>
                <w:rFonts w:ascii="Roboto Condensed" w:hAnsi="Roboto Condensed"/>
                <w:sz w:val="16"/>
              </w:rPr>
              <w:t>50.0</w:t>
            </w:r>
          </w:p>
        </w:tc>
        <w:tc>
          <w:tcPr>
            <w:tcW w:w="1265" w:type="dxa"/>
          </w:tcPr>
          <w:p w14:paraId="482500EA" w14:textId="77777777" w:rsidR="004674D5" w:rsidRDefault="004674D5" w:rsidP="004A7CD1">
            <w:r>
              <w:rPr>
                <w:rFonts w:ascii="Roboto Condensed" w:hAnsi="Roboto Condensed"/>
                <w:sz w:val="16"/>
              </w:rPr>
              <w:t>30</w:t>
            </w:r>
          </w:p>
        </w:tc>
      </w:tr>
      <w:tr w:rsidR="004674D5" w14:paraId="61FC8DB5" w14:textId="77777777" w:rsidTr="004A7CD1">
        <w:tc>
          <w:tcPr>
            <w:tcW w:w="1134" w:type="dxa"/>
          </w:tcPr>
          <w:p w14:paraId="0BEBB4B3" w14:textId="77777777" w:rsidR="004674D5" w:rsidRDefault="004674D5" w:rsidP="004A7CD1">
            <w:r>
              <w:rPr>
                <w:rFonts w:ascii="Roboto Condensed" w:hAnsi="Roboto Condensed"/>
                <w:sz w:val="16"/>
              </w:rPr>
              <w:t>12SR</w:t>
            </w:r>
          </w:p>
        </w:tc>
        <w:tc>
          <w:tcPr>
            <w:tcW w:w="1900" w:type="dxa"/>
            <w:vMerge/>
          </w:tcPr>
          <w:p w14:paraId="6C7FFA16" w14:textId="77777777" w:rsidR="004674D5" w:rsidRDefault="004674D5" w:rsidP="004A7CD1"/>
        </w:tc>
        <w:tc>
          <w:tcPr>
            <w:tcW w:w="1418" w:type="dxa"/>
          </w:tcPr>
          <w:p w14:paraId="04AA0DA4" w14:textId="77777777" w:rsidR="004674D5" w:rsidRDefault="004674D5" w:rsidP="004A7CD1">
            <w:r>
              <w:rPr>
                <w:rFonts w:ascii="Roboto Condensed" w:hAnsi="Roboto Condensed"/>
                <w:sz w:val="16"/>
              </w:rPr>
              <w:t>RN, PEF, ZN, L, W</w:t>
            </w:r>
          </w:p>
        </w:tc>
        <w:tc>
          <w:tcPr>
            <w:tcW w:w="1359" w:type="dxa"/>
          </w:tcPr>
          <w:p w14:paraId="0AD9F292" w14:textId="77777777" w:rsidR="004674D5" w:rsidRDefault="004674D5" w:rsidP="004A7CD1">
            <w:r>
              <w:rPr>
                <w:rFonts w:ascii="Roboto Condensed" w:hAnsi="Roboto Condensed"/>
                <w:sz w:val="16"/>
              </w:rPr>
              <w:t>0.6</w:t>
            </w:r>
          </w:p>
        </w:tc>
        <w:tc>
          <w:tcPr>
            <w:tcW w:w="1171" w:type="dxa"/>
          </w:tcPr>
          <w:p w14:paraId="663B8209" w14:textId="77777777" w:rsidR="004674D5" w:rsidRDefault="004674D5" w:rsidP="004A7CD1">
            <w:r>
              <w:rPr>
                <w:rFonts w:ascii="Roboto Condensed" w:hAnsi="Roboto Condensed"/>
                <w:sz w:val="16"/>
              </w:rPr>
              <w:t>15.0</w:t>
            </w:r>
          </w:p>
        </w:tc>
        <w:tc>
          <w:tcPr>
            <w:tcW w:w="1265" w:type="dxa"/>
          </w:tcPr>
          <w:p w14:paraId="13F8798D" w14:textId="77777777" w:rsidR="004674D5" w:rsidRDefault="004674D5" w:rsidP="004A7CD1">
            <w:r>
              <w:rPr>
                <w:rFonts w:ascii="Roboto Condensed" w:hAnsi="Roboto Condensed"/>
                <w:sz w:val="16"/>
              </w:rPr>
              <w:t>50.0</w:t>
            </w:r>
          </w:p>
        </w:tc>
        <w:tc>
          <w:tcPr>
            <w:tcW w:w="1265" w:type="dxa"/>
          </w:tcPr>
          <w:p w14:paraId="3E5BC760" w14:textId="77777777" w:rsidR="004674D5" w:rsidRDefault="004674D5" w:rsidP="004A7CD1">
            <w:r>
              <w:rPr>
                <w:rFonts w:ascii="Roboto Condensed" w:hAnsi="Roboto Condensed"/>
                <w:sz w:val="16"/>
              </w:rPr>
              <w:t>30</w:t>
            </w:r>
          </w:p>
        </w:tc>
      </w:tr>
      <w:tr w:rsidR="004674D5" w14:paraId="537652C6" w14:textId="77777777" w:rsidTr="004A7CD1">
        <w:tc>
          <w:tcPr>
            <w:tcW w:w="1134" w:type="dxa"/>
          </w:tcPr>
          <w:p w14:paraId="30D53ECF" w14:textId="77777777" w:rsidR="004674D5" w:rsidRDefault="004674D5" w:rsidP="004A7CD1">
            <w:r>
              <w:rPr>
                <w:rFonts w:ascii="Roboto Condensed" w:hAnsi="Roboto Condensed"/>
                <w:sz w:val="16"/>
              </w:rPr>
              <w:t>13SR</w:t>
            </w:r>
          </w:p>
        </w:tc>
        <w:tc>
          <w:tcPr>
            <w:tcW w:w="1900" w:type="dxa"/>
            <w:vMerge/>
          </w:tcPr>
          <w:p w14:paraId="7FD74DCF" w14:textId="77777777" w:rsidR="004674D5" w:rsidRDefault="004674D5" w:rsidP="004A7CD1"/>
        </w:tc>
        <w:tc>
          <w:tcPr>
            <w:tcW w:w="1418" w:type="dxa"/>
          </w:tcPr>
          <w:p w14:paraId="01D0EA66" w14:textId="77777777" w:rsidR="004674D5" w:rsidRPr="00363680" w:rsidRDefault="004674D5" w:rsidP="004A7CD1">
            <w:r w:rsidRPr="00363680">
              <w:rPr>
                <w:rFonts w:ascii="Roboto Condensed" w:hAnsi="Roboto Condensed"/>
                <w:sz w:val="16"/>
              </w:rPr>
              <w:t>RN, PEW, PEF, ZN, L, W</w:t>
            </w:r>
          </w:p>
        </w:tc>
        <w:tc>
          <w:tcPr>
            <w:tcW w:w="1359" w:type="dxa"/>
          </w:tcPr>
          <w:p w14:paraId="46BD099F" w14:textId="77777777" w:rsidR="004674D5" w:rsidRDefault="004674D5" w:rsidP="004A7CD1">
            <w:r>
              <w:rPr>
                <w:rFonts w:ascii="Roboto Condensed" w:hAnsi="Roboto Condensed"/>
                <w:sz w:val="16"/>
              </w:rPr>
              <w:t>0.6</w:t>
            </w:r>
          </w:p>
        </w:tc>
        <w:tc>
          <w:tcPr>
            <w:tcW w:w="1171" w:type="dxa"/>
          </w:tcPr>
          <w:p w14:paraId="5D26E5F0" w14:textId="77777777" w:rsidR="004674D5" w:rsidRDefault="004674D5" w:rsidP="004A7CD1">
            <w:r>
              <w:rPr>
                <w:rFonts w:ascii="Roboto Condensed" w:hAnsi="Roboto Condensed"/>
                <w:sz w:val="16"/>
              </w:rPr>
              <w:t>15.0</w:t>
            </w:r>
          </w:p>
        </w:tc>
        <w:tc>
          <w:tcPr>
            <w:tcW w:w="1265" w:type="dxa"/>
          </w:tcPr>
          <w:p w14:paraId="38501C7A" w14:textId="77777777" w:rsidR="004674D5" w:rsidRDefault="004674D5" w:rsidP="004A7CD1">
            <w:r>
              <w:rPr>
                <w:rFonts w:ascii="Roboto Condensed" w:hAnsi="Roboto Condensed"/>
                <w:sz w:val="16"/>
              </w:rPr>
              <w:t>50.0</w:t>
            </w:r>
          </w:p>
        </w:tc>
        <w:tc>
          <w:tcPr>
            <w:tcW w:w="1265" w:type="dxa"/>
          </w:tcPr>
          <w:p w14:paraId="74614A8F" w14:textId="77777777" w:rsidR="004674D5" w:rsidRDefault="004674D5" w:rsidP="004A7CD1">
            <w:r>
              <w:rPr>
                <w:rFonts w:ascii="Roboto Condensed" w:hAnsi="Roboto Condensed"/>
                <w:sz w:val="16"/>
              </w:rPr>
              <w:t>30</w:t>
            </w:r>
          </w:p>
        </w:tc>
      </w:tr>
      <w:tr w:rsidR="004674D5" w14:paraId="51425F89" w14:textId="77777777" w:rsidTr="004A7CD1">
        <w:tc>
          <w:tcPr>
            <w:tcW w:w="1134" w:type="dxa"/>
          </w:tcPr>
          <w:p w14:paraId="7D525576" w14:textId="77777777" w:rsidR="004674D5" w:rsidRDefault="004674D5" w:rsidP="004A7CD1">
            <w:r>
              <w:rPr>
                <w:rFonts w:ascii="Roboto Condensed" w:hAnsi="Roboto Condensed"/>
                <w:sz w:val="16"/>
              </w:rPr>
              <w:t>14SR - 15SR</w:t>
            </w:r>
          </w:p>
        </w:tc>
        <w:tc>
          <w:tcPr>
            <w:tcW w:w="1900" w:type="dxa"/>
            <w:vMerge/>
          </w:tcPr>
          <w:p w14:paraId="5AA58068" w14:textId="77777777" w:rsidR="004674D5" w:rsidRDefault="004674D5" w:rsidP="004A7CD1"/>
        </w:tc>
        <w:tc>
          <w:tcPr>
            <w:tcW w:w="1418" w:type="dxa"/>
          </w:tcPr>
          <w:p w14:paraId="1A3C0F64" w14:textId="77777777" w:rsidR="004674D5" w:rsidRDefault="004674D5" w:rsidP="004A7CD1">
            <w:r>
              <w:rPr>
                <w:rFonts w:ascii="Roboto Condensed" w:hAnsi="Roboto Condensed"/>
                <w:sz w:val="16"/>
              </w:rPr>
              <w:t>RN, PEF, ZN, L, W</w:t>
            </w:r>
          </w:p>
        </w:tc>
        <w:tc>
          <w:tcPr>
            <w:tcW w:w="1359" w:type="dxa"/>
          </w:tcPr>
          <w:p w14:paraId="0D27419A" w14:textId="77777777" w:rsidR="004674D5" w:rsidRDefault="004674D5" w:rsidP="004A7CD1">
            <w:r>
              <w:rPr>
                <w:rFonts w:ascii="Roboto Condensed" w:hAnsi="Roboto Condensed"/>
                <w:sz w:val="16"/>
              </w:rPr>
              <w:t>0.6</w:t>
            </w:r>
          </w:p>
        </w:tc>
        <w:tc>
          <w:tcPr>
            <w:tcW w:w="1171" w:type="dxa"/>
          </w:tcPr>
          <w:p w14:paraId="360C755B" w14:textId="77777777" w:rsidR="004674D5" w:rsidRDefault="004674D5" w:rsidP="004A7CD1">
            <w:r>
              <w:rPr>
                <w:rFonts w:ascii="Roboto Condensed" w:hAnsi="Roboto Condensed"/>
                <w:sz w:val="16"/>
              </w:rPr>
              <w:t>15.0</w:t>
            </w:r>
          </w:p>
        </w:tc>
        <w:tc>
          <w:tcPr>
            <w:tcW w:w="1265" w:type="dxa"/>
          </w:tcPr>
          <w:p w14:paraId="16FEF7AE" w14:textId="77777777" w:rsidR="004674D5" w:rsidRDefault="004674D5" w:rsidP="004A7CD1">
            <w:r>
              <w:rPr>
                <w:rFonts w:ascii="Roboto Condensed" w:hAnsi="Roboto Condensed"/>
                <w:sz w:val="16"/>
              </w:rPr>
              <w:t>50.0</w:t>
            </w:r>
          </w:p>
        </w:tc>
        <w:tc>
          <w:tcPr>
            <w:tcW w:w="1265" w:type="dxa"/>
          </w:tcPr>
          <w:p w14:paraId="4E709CF6" w14:textId="77777777" w:rsidR="004674D5" w:rsidRDefault="004674D5" w:rsidP="004A7CD1">
            <w:r>
              <w:rPr>
                <w:rFonts w:ascii="Roboto Condensed" w:hAnsi="Roboto Condensed"/>
                <w:sz w:val="16"/>
              </w:rPr>
              <w:t>30</w:t>
            </w:r>
          </w:p>
        </w:tc>
      </w:tr>
      <w:tr w:rsidR="004674D5" w14:paraId="4B24E4AA" w14:textId="77777777" w:rsidTr="004A7CD1">
        <w:tc>
          <w:tcPr>
            <w:tcW w:w="1134" w:type="dxa"/>
          </w:tcPr>
          <w:p w14:paraId="7A57E042" w14:textId="77777777" w:rsidR="004674D5" w:rsidRDefault="004674D5" w:rsidP="004A7CD1">
            <w:r>
              <w:rPr>
                <w:rFonts w:ascii="Roboto Condensed" w:hAnsi="Roboto Condensed"/>
                <w:sz w:val="16"/>
              </w:rPr>
              <w:t>16SR</w:t>
            </w:r>
          </w:p>
        </w:tc>
        <w:tc>
          <w:tcPr>
            <w:tcW w:w="1900" w:type="dxa"/>
            <w:vMerge/>
          </w:tcPr>
          <w:p w14:paraId="18434DD9" w14:textId="77777777" w:rsidR="004674D5" w:rsidRDefault="004674D5" w:rsidP="004A7CD1"/>
        </w:tc>
        <w:tc>
          <w:tcPr>
            <w:tcW w:w="1418" w:type="dxa"/>
          </w:tcPr>
          <w:p w14:paraId="690E39B3" w14:textId="77777777" w:rsidR="004674D5" w:rsidRDefault="004674D5" w:rsidP="004A7CD1">
            <w:r>
              <w:rPr>
                <w:rFonts w:ascii="Roboto Condensed" w:hAnsi="Roboto Condensed"/>
                <w:sz w:val="16"/>
              </w:rPr>
              <w:t>ZP</w:t>
            </w:r>
          </w:p>
        </w:tc>
        <w:tc>
          <w:tcPr>
            <w:tcW w:w="1359" w:type="dxa"/>
          </w:tcPr>
          <w:p w14:paraId="61C866E3" w14:textId="77777777" w:rsidR="004674D5" w:rsidRDefault="004674D5" w:rsidP="004A7CD1">
            <w:r>
              <w:rPr>
                <w:rFonts w:ascii="Roboto Condensed" w:hAnsi="Roboto Condensed"/>
                <w:sz w:val="16"/>
              </w:rPr>
              <w:t>0.6</w:t>
            </w:r>
          </w:p>
        </w:tc>
        <w:tc>
          <w:tcPr>
            <w:tcW w:w="1171" w:type="dxa"/>
          </w:tcPr>
          <w:p w14:paraId="601FEAA7" w14:textId="77777777" w:rsidR="004674D5" w:rsidRDefault="004674D5" w:rsidP="004A7CD1">
            <w:r>
              <w:rPr>
                <w:rFonts w:ascii="Roboto Condensed" w:hAnsi="Roboto Condensed"/>
                <w:sz w:val="16"/>
              </w:rPr>
              <w:t>10.0</w:t>
            </w:r>
          </w:p>
        </w:tc>
        <w:tc>
          <w:tcPr>
            <w:tcW w:w="1265" w:type="dxa"/>
          </w:tcPr>
          <w:p w14:paraId="437A00DA" w14:textId="77777777" w:rsidR="004674D5" w:rsidRDefault="004674D5" w:rsidP="004A7CD1">
            <w:r>
              <w:rPr>
                <w:rFonts w:ascii="Roboto Condensed" w:hAnsi="Roboto Condensed"/>
                <w:sz w:val="16"/>
              </w:rPr>
              <w:t>50.0</w:t>
            </w:r>
          </w:p>
        </w:tc>
        <w:tc>
          <w:tcPr>
            <w:tcW w:w="1265" w:type="dxa"/>
          </w:tcPr>
          <w:p w14:paraId="3A7F9286" w14:textId="77777777" w:rsidR="004674D5" w:rsidRDefault="004674D5" w:rsidP="004A7CD1">
            <w:r>
              <w:rPr>
                <w:rFonts w:ascii="Roboto Condensed" w:hAnsi="Roboto Condensed"/>
                <w:sz w:val="16"/>
              </w:rPr>
              <w:t>30</w:t>
            </w:r>
          </w:p>
        </w:tc>
      </w:tr>
      <w:tr w:rsidR="004674D5" w14:paraId="31AF3F04" w14:textId="77777777" w:rsidTr="004A7CD1">
        <w:tc>
          <w:tcPr>
            <w:tcW w:w="1134" w:type="dxa"/>
          </w:tcPr>
          <w:p w14:paraId="61651A42" w14:textId="77777777" w:rsidR="004674D5" w:rsidRDefault="004674D5" w:rsidP="004A7CD1">
            <w:r>
              <w:rPr>
                <w:rFonts w:ascii="Roboto Condensed" w:hAnsi="Roboto Condensed"/>
                <w:sz w:val="16"/>
              </w:rPr>
              <w:t>17SR</w:t>
            </w:r>
          </w:p>
        </w:tc>
        <w:tc>
          <w:tcPr>
            <w:tcW w:w="1900" w:type="dxa"/>
            <w:vMerge/>
          </w:tcPr>
          <w:p w14:paraId="7EAD4145" w14:textId="77777777" w:rsidR="004674D5" w:rsidRDefault="004674D5" w:rsidP="004A7CD1"/>
        </w:tc>
        <w:tc>
          <w:tcPr>
            <w:tcW w:w="1418" w:type="dxa"/>
          </w:tcPr>
          <w:p w14:paraId="57ADF877" w14:textId="77777777" w:rsidR="004674D5" w:rsidRDefault="004674D5" w:rsidP="004A7CD1">
            <w:r>
              <w:rPr>
                <w:rFonts w:ascii="Roboto Condensed" w:hAnsi="Roboto Condensed"/>
                <w:sz w:val="16"/>
              </w:rPr>
              <w:t>RN, ZN, L, W</w:t>
            </w:r>
          </w:p>
        </w:tc>
        <w:tc>
          <w:tcPr>
            <w:tcW w:w="1359" w:type="dxa"/>
          </w:tcPr>
          <w:p w14:paraId="4821C592" w14:textId="77777777" w:rsidR="004674D5" w:rsidRDefault="004674D5" w:rsidP="004A7CD1">
            <w:r>
              <w:rPr>
                <w:rFonts w:ascii="Roboto Condensed" w:hAnsi="Roboto Condensed"/>
                <w:sz w:val="16"/>
              </w:rPr>
              <w:t>0.6</w:t>
            </w:r>
          </w:p>
        </w:tc>
        <w:tc>
          <w:tcPr>
            <w:tcW w:w="1171" w:type="dxa"/>
          </w:tcPr>
          <w:p w14:paraId="52A551CC" w14:textId="77777777" w:rsidR="004674D5" w:rsidRDefault="004674D5" w:rsidP="004A7CD1">
            <w:r>
              <w:rPr>
                <w:rFonts w:ascii="Roboto Condensed" w:hAnsi="Roboto Condensed"/>
                <w:sz w:val="16"/>
              </w:rPr>
              <w:t>15.0</w:t>
            </w:r>
          </w:p>
        </w:tc>
        <w:tc>
          <w:tcPr>
            <w:tcW w:w="1265" w:type="dxa"/>
          </w:tcPr>
          <w:p w14:paraId="2B3FDE32" w14:textId="77777777" w:rsidR="004674D5" w:rsidRDefault="004674D5" w:rsidP="004A7CD1">
            <w:r>
              <w:rPr>
                <w:rFonts w:ascii="Roboto Condensed" w:hAnsi="Roboto Condensed"/>
                <w:sz w:val="16"/>
              </w:rPr>
              <w:t>50.0</w:t>
            </w:r>
          </w:p>
        </w:tc>
        <w:tc>
          <w:tcPr>
            <w:tcW w:w="1265" w:type="dxa"/>
          </w:tcPr>
          <w:p w14:paraId="4C3BEAE5" w14:textId="77777777" w:rsidR="004674D5" w:rsidRDefault="004674D5" w:rsidP="004A7CD1">
            <w:r>
              <w:rPr>
                <w:rFonts w:ascii="Roboto Condensed" w:hAnsi="Roboto Condensed"/>
                <w:sz w:val="16"/>
              </w:rPr>
              <w:t>30</w:t>
            </w:r>
          </w:p>
        </w:tc>
      </w:tr>
      <w:tr w:rsidR="004674D5" w14:paraId="721445EF" w14:textId="77777777" w:rsidTr="004A7CD1">
        <w:tc>
          <w:tcPr>
            <w:tcW w:w="1134" w:type="dxa"/>
          </w:tcPr>
          <w:p w14:paraId="2B113E8B" w14:textId="77777777" w:rsidR="004674D5" w:rsidRDefault="004674D5" w:rsidP="004A7CD1">
            <w:r>
              <w:rPr>
                <w:rFonts w:ascii="Roboto Condensed" w:hAnsi="Roboto Condensed"/>
                <w:sz w:val="16"/>
              </w:rPr>
              <w:t>18SR</w:t>
            </w:r>
          </w:p>
        </w:tc>
        <w:tc>
          <w:tcPr>
            <w:tcW w:w="1900" w:type="dxa"/>
            <w:vMerge/>
          </w:tcPr>
          <w:p w14:paraId="4F9915EA" w14:textId="77777777" w:rsidR="004674D5" w:rsidRDefault="004674D5" w:rsidP="004A7CD1"/>
        </w:tc>
        <w:tc>
          <w:tcPr>
            <w:tcW w:w="1418" w:type="dxa"/>
          </w:tcPr>
          <w:p w14:paraId="3EEA8D6C" w14:textId="77777777" w:rsidR="004674D5" w:rsidRDefault="004674D5" w:rsidP="004A7CD1">
            <w:r>
              <w:rPr>
                <w:rFonts w:ascii="Roboto Condensed" w:hAnsi="Roboto Condensed"/>
                <w:sz w:val="16"/>
              </w:rPr>
              <w:t>RN, PEW, ZN</w:t>
            </w:r>
          </w:p>
        </w:tc>
        <w:tc>
          <w:tcPr>
            <w:tcW w:w="1359" w:type="dxa"/>
          </w:tcPr>
          <w:p w14:paraId="474032CA" w14:textId="77777777" w:rsidR="004674D5" w:rsidRDefault="004674D5" w:rsidP="004A7CD1">
            <w:r>
              <w:rPr>
                <w:rFonts w:ascii="Roboto Condensed" w:hAnsi="Roboto Condensed"/>
                <w:sz w:val="16"/>
              </w:rPr>
              <w:t>0.6</w:t>
            </w:r>
          </w:p>
        </w:tc>
        <w:tc>
          <w:tcPr>
            <w:tcW w:w="1171" w:type="dxa"/>
          </w:tcPr>
          <w:p w14:paraId="04E93EF6" w14:textId="77777777" w:rsidR="004674D5" w:rsidRDefault="004674D5" w:rsidP="004A7CD1">
            <w:r>
              <w:rPr>
                <w:rFonts w:ascii="Roboto Condensed" w:hAnsi="Roboto Condensed"/>
                <w:sz w:val="16"/>
              </w:rPr>
              <w:t>150.0</w:t>
            </w:r>
          </w:p>
        </w:tc>
        <w:tc>
          <w:tcPr>
            <w:tcW w:w="1265" w:type="dxa"/>
          </w:tcPr>
          <w:p w14:paraId="0321131A" w14:textId="77777777" w:rsidR="004674D5" w:rsidRDefault="004674D5" w:rsidP="004A7CD1">
            <w:r>
              <w:rPr>
                <w:rFonts w:ascii="Roboto Condensed" w:hAnsi="Roboto Condensed"/>
                <w:sz w:val="16"/>
              </w:rPr>
              <w:t>50.0</w:t>
            </w:r>
          </w:p>
        </w:tc>
        <w:tc>
          <w:tcPr>
            <w:tcW w:w="1265" w:type="dxa"/>
          </w:tcPr>
          <w:p w14:paraId="26E6749C" w14:textId="77777777" w:rsidR="004674D5" w:rsidRDefault="004674D5" w:rsidP="004A7CD1">
            <w:r>
              <w:rPr>
                <w:rFonts w:ascii="Roboto Condensed" w:hAnsi="Roboto Condensed"/>
                <w:sz w:val="16"/>
              </w:rPr>
              <w:t>30</w:t>
            </w:r>
          </w:p>
        </w:tc>
      </w:tr>
      <w:tr w:rsidR="004674D5" w14:paraId="5CFE6EAC" w14:textId="77777777" w:rsidTr="004A7CD1">
        <w:tc>
          <w:tcPr>
            <w:tcW w:w="1134" w:type="dxa"/>
          </w:tcPr>
          <w:p w14:paraId="0ECBDAB0" w14:textId="77777777" w:rsidR="004674D5" w:rsidRDefault="004674D5" w:rsidP="004A7CD1">
            <w:r>
              <w:rPr>
                <w:rFonts w:ascii="Roboto Condensed" w:hAnsi="Roboto Condensed"/>
                <w:sz w:val="16"/>
              </w:rPr>
              <w:t>19SR</w:t>
            </w:r>
          </w:p>
        </w:tc>
        <w:tc>
          <w:tcPr>
            <w:tcW w:w="1900" w:type="dxa"/>
            <w:vMerge/>
          </w:tcPr>
          <w:p w14:paraId="3D9144F7" w14:textId="77777777" w:rsidR="004674D5" w:rsidRDefault="004674D5" w:rsidP="004A7CD1"/>
        </w:tc>
        <w:tc>
          <w:tcPr>
            <w:tcW w:w="1418" w:type="dxa"/>
          </w:tcPr>
          <w:p w14:paraId="090F85F6" w14:textId="77777777" w:rsidR="004674D5" w:rsidRDefault="004674D5" w:rsidP="004A7CD1">
            <w:r>
              <w:rPr>
                <w:rFonts w:ascii="Roboto Condensed" w:hAnsi="Roboto Condensed"/>
                <w:sz w:val="16"/>
              </w:rPr>
              <w:t>RN, PEF, ZN, L, W</w:t>
            </w:r>
          </w:p>
        </w:tc>
        <w:tc>
          <w:tcPr>
            <w:tcW w:w="1359" w:type="dxa"/>
          </w:tcPr>
          <w:p w14:paraId="3392D3C2" w14:textId="77777777" w:rsidR="004674D5" w:rsidRDefault="004674D5" w:rsidP="004A7CD1">
            <w:r>
              <w:rPr>
                <w:rFonts w:ascii="Roboto Condensed" w:hAnsi="Roboto Condensed"/>
                <w:sz w:val="16"/>
              </w:rPr>
              <w:t>0.6</w:t>
            </w:r>
          </w:p>
        </w:tc>
        <w:tc>
          <w:tcPr>
            <w:tcW w:w="1171" w:type="dxa"/>
          </w:tcPr>
          <w:p w14:paraId="22D28575" w14:textId="77777777" w:rsidR="004674D5" w:rsidRDefault="004674D5" w:rsidP="004A7CD1">
            <w:r>
              <w:rPr>
                <w:rFonts w:ascii="Roboto Condensed" w:hAnsi="Roboto Condensed"/>
                <w:sz w:val="16"/>
              </w:rPr>
              <w:t>15.0</w:t>
            </w:r>
          </w:p>
        </w:tc>
        <w:tc>
          <w:tcPr>
            <w:tcW w:w="1265" w:type="dxa"/>
          </w:tcPr>
          <w:p w14:paraId="01569407" w14:textId="77777777" w:rsidR="004674D5" w:rsidRDefault="004674D5" w:rsidP="004A7CD1">
            <w:r>
              <w:rPr>
                <w:rFonts w:ascii="Roboto Condensed" w:hAnsi="Roboto Condensed"/>
                <w:sz w:val="16"/>
              </w:rPr>
              <w:t>50.0</w:t>
            </w:r>
          </w:p>
        </w:tc>
        <w:tc>
          <w:tcPr>
            <w:tcW w:w="1265" w:type="dxa"/>
          </w:tcPr>
          <w:p w14:paraId="71797EB2" w14:textId="77777777" w:rsidR="004674D5" w:rsidRDefault="004674D5" w:rsidP="004A7CD1">
            <w:r>
              <w:rPr>
                <w:rFonts w:ascii="Roboto Condensed" w:hAnsi="Roboto Condensed"/>
                <w:sz w:val="16"/>
              </w:rPr>
              <w:t>30</w:t>
            </w:r>
          </w:p>
        </w:tc>
      </w:tr>
      <w:tr w:rsidR="004674D5" w14:paraId="0A55C086" w14:textId="77777777" w:rsidTr="004A7CD1">
        <w:tc>
          <w:tcPr>
            <w:tcW w:w="1134" w:type="dxa"/>
          </w:tcPr>
          <w:p w14:paraId="27E8932E" w14:textId="77777777" w:rsidR="004674D5" w:rsidRDefault="004674D5" w:rsidP="004A7CD1">
            <w:r>
              <w:rPr>
                <w:rFonts w:ascii="Roboto Condensed" w:hAnsi="Roboto Condensed"/>
                <w:sz w:val="16"/>
              </w:rPr>
              <w:t>20SR</w:t>
            </w:r>
          </w:p>
        </w:tc>
        <w:tc>
          <w:tcPr>
            <w:tcW w:w="1900" w:type="dxa"/>
            <w:vMerge/>
          </w:tcPr>
          <w:p w14:paraId="20630542" w14:textId="77777777" w:rsidR="004674D5" w:rsidRDefault="004674D5" w:rsidP="004A7CD1"/>
        </w:tc>
        <w:tc>
          <w:tcPr>
            <w:tcW w:w="1418" w:type="dxa"/>
          </w:tcPr>
          <w:p w14:paraId="11CD7BA3" w14:textId="77777777" w:rsidR="004674D5" w:rsidRDefault="004674D5" w:rsidP="004A7CD1">
            <w:r>
              <w:rPr>
                <w:rFonts w:ascii="Roboto Condensed" w:hAnsi="Roboto Condensed"/>
                <w:sz w:val="16"/>
              </w:rPr>
              <w:t>RN, PEW, ZN</w:t>
            </w:r>
          </w:p>
        </w:tc>
        <w:tc>
          <w:tcPr>
            <w:tcW w:w="1359" w:type="dxa"/>
          </w:tcPr>
          <w:p w14:paraId="130CDAB5" w14:textId="77777777" w:rsidR="004674D5" w:rsidRDefault="004674D5" w:rsidP="004A7CD1">
            <w:r>
              <w:rPr>
                <w:rFonts w:ascii="Roboto Condensed" w:hAnsi="Roboto Condensed"/>
                <w:sz w:val="16"/>
              </w:rPr>
              <w:t>0.6</w:t>
            </w:r>
          </w:p>
        </w:tc>
        <w:tc>
          <w:tcPr>
            <w:tcW w:w="1171" w:type="dxa"/>
          </w:tcPr>
          <w:p w14:paraId="6F2F17F6" w14:textId="77777777" w:rsidR="004674D5" w:rsidRDefault="004674D5" w:rsidP="004A7CD1">
            <w:r>
              <w:rPr>
                <w:rFonts w:ascii="Roboto Condensed" w:hAnsi="Roboto Condensed"/>
                <w:sz w:val="16"/>
              </w:rPr>
              <w:t>100.0</w:t>
            </w:r>
          </w:p>
        </w:tc>
        <w:tc>
          <w:tcPr>
            <w:tcW w:w="1265" w:type="dxa"/>
          </w:tcPr>
          <w:p w14:paraId="7CB719C5" w14:textId="77777777" w:rsidR="004674D5" w:rsidRDefault="004674D5" w:rsidP="004A7CD1">
            <w:r>
              <w:rPr>
                <w:rFonts w:ascii="Roboto Condensed" w:hAnsi="Roboto Condensed"/>
                <w:sz w:val="16"/>
              </w:rPr>
              <w:t>50.0</w:t>
            </w:r>
          </w:p>
        </w:tc>
        <w:tc>
          <w:tcPr>
            <w:tcW w:w="1265" w:type="dxa"/>
          </w:tcPr>
          <w:p w14:paraId="17649FDE" w14:textId="77777777" w:rsidR="004674D5" w:rsidRDefault="004674D5" w:rsidP="004A7CD1">
            <w:r>
              <w:rPr>
                <w:rFonts w:ascii="Roboto Condensed" w:hAnsi="Roboto Condensed"/>
                <w:sz w:val="16"/>
              </w:rPr>
              <w:t>30</w:t>
            </w:r>
          </w:p>
        </w:tc>
      </w:tr>
      <w:tr w:rsidR="004674D5" w14:paraId="0C1914FF" w14:textId="77777777" w:rsidTr="004A7CD1">
        <w:tc>
          <w:tcPr>
            <w:tcW w:w="1134" w:type="dxa"/>
          </w:tcPr>
          <w:p w14:paraId="16C782FD" w14:textId="77777777" w:rsidR="004674D5" w:rsidRDefault="004674D5" w:rsidP="004A7CD1">
            <w:r>
              <w:rPr>
                <w:rFonts w:ascii="Roboto Condensed" w:hAnsi="Roboto Condensed"/>
                <w:sz w:val="16"/>
              </w:rPr>
              <w:t>21SR</w:t>
            </w:r>
          </w:p>
        </w:tc>
        <w:tc>
          <w:tcPr>
            <w:tcW w:w="1900" w:type="dxa"/>
            <w:vMerge/>
          </w:tcPr>
          <w:p w14:paraId="7EF8E120" w14:textId="77777777" w:rsidR="004674D5" w:rsidRDefault="004674D5" w:rsidP="004A7CD1"/>
        </w:tc>
        <w:tc>
          <w:tcPr>
            <w:tcW w:w="1418" w:type="dxa"/>
          </w:tcPr>
          <w:p w14:paraId="2CE171D3" w14:textId="77777777" w:rsidR="004674D5" w:rsidRDefault="004674D5" w:rsidP="004A7CD1">
            <w:r>
              <w:rPr>
                <w:rFonts w:ascii="Roboto Condensed" w:hAnsi="Roboto Condensed"/>
                <w:sz w:val="16"/>
              </w:rPr>
              <w:t>RN, ZN, L, W</w:t>
            </w:r>
          </w:p>
        </w:tc>
        <w:tc>
          <w:tcPr>
            <w:tcW w:w="1359" w:type="dxa"/>
          </w:tcPr>
          <w:p w14:paraId="5FD88664" w14:textId="77777777" w:rsidR="004674D5" w:rsidRDefault="004674D5" w:rsidP="004A7CD1">
            <w:r>
              <w:rPr>
                <w:rFonts w:ascii="Roboto Condensed" w:hAnsi="Roboto Condensed"/>
                <w:sz w:val="16"/>
              </w:rPr>
              <w:t>0.6</w:t>
            </w:r>
          </w:p>
        </w:tc>
        <w:tc>
          <w:tcPr>
            <w:tcW w:w="1171" w:type="dxa"/>
          </w:tcPr>
          <w:p w14:paraId="10A882E6" w14:textId="77777777" w:rsidR="004674D5" w:rsidRDefault="004674D5" w:rsidP="004A7CD1">
            <w:r>
              <w:rPr>
                <w:rFonts w:ascii="Roboto Condensed" w:hAnsi="Roboto Condensed"/>
                <w:sz w:val="16"/>
              </w:rPr>
              <w:t>15.0</w:t>
            </w:r>
          </w:p>
        </w:tc>
        <w:tc>
          <w:tcPr>
            <w:tcW w:w="1265" w:type="dxa"/>
          </w:tcPr>
          <w:p w14:paraId="2BB2597E" w14:textId="77777777" w:rsidR="004674D5" w:rsidRDefault="004674D5" w:rsidP="004A7CD1">
            <w:r>
              <w:rPr>
                <w:rFonts w:ascii="Roboto Condensed" w:hAnsi="Roboto Condensed"/>
                <w:sz w:val="16"/>
              </w:rPr>
              <w:t>50.0</w:t>
            </w:r>
          </w:p>
        </w:tc>
        <w:tc>
          <w:tcPr>
            <w:tcW w:w="1265" w:type="dxa"/>
          </w:tcPr>
          <w:p w14:paraId="7420097E" w14:textId="77777777" w:rsidR="004674D5" w:rsidRDefault="004674D5" w:rsidP="004A7CD1">
            <w:r>
              <w:rPr>
                <w:rFonts w:ascii="Roboto Condensed" w:hAnsi="Roboto Condensed"/>
                <w:sz w:val="16"/>
              </w:rPr>
              <w:t>30</w:t>
            </w:r>
          </w:p>
        </w:tc>
      </w:tr>
      <w:tr w:rsidR="004674D5" w14:paraId="10424C78" w14:textId="77777777" w:rsidTr="004A7CD1">
        <w:tc>
          <w:tcPr>
            <w:tcW w:w="1134" w:type="dxa"/>
          </w:tcPr>
          <w:p w14:paraId="3947359B" w14:textId="77777777" w:rsidR="004674D5" w:rsidRDefault="004674D5" w:rsidP="004A7CD1">
            <w:r>
              <w:rPr>
                <w:rFonts w:ascii="Roboto Condensed" w:hAnsi="Roboto Condensed"/>
                <w:sz w:val="16"/>
              </w:rPr>
              <w:t>22SR - 30SR</w:t>
            </w:r>
          </w:p>
        </w:tc>
        <w:tc>
          <w:tcPr>
            <w:tcW w:w="1900" w:type="dxa"/>
            <w:vMerge/>
          </w:tcPr>
          <w:p w14:paraId="7BE05345" w14:textId="77777777" w:rsidR="004674D5" w:rsidRDefault="004674D5" w:rsidP="004A7CD1"/>
        </w:tc>
        <w:tc>
          <w:tcPr>
            <w:tcW w:w="1418" w:type="dxa"/>
          </w:tcPr>
          <w:p w14:paraId="67E787B5" w14:textId="77777777" w:rsidR="004674D5" w:rsidRDefault="004674D5" w:rsidP="004A7CD1">
            <w:r>
              <w:rPr>
                <w:rFonts w:ascii="Roboto Condensed" w:hAnsi="Roboto Condensed"/>
                <w:sz w:val="16"/>
              </w:rPr>
              <w:t>RN, PEF, ZN, L, W</w:t>
            </w:r>
          </w:p>
        </w:tc>
        <w:tc>
          <w:tcPr>
            <w:tcW w:w="1359" w:type="dxa"/>
          </w:tcPr>
          <w:p w14:paraId="384E1E85" w14:textId="77777777" w:rsidR="004674D5" w:rsidRDefault="004674D5" w:rsidP="004A7CD1">
            <w:r>
              <w:rPr>
                <w:rFonts w:ascii="Roboto Condensed" w:hAnsi="Roboto Condensed"/>
                <w:sz w:val="16"/>
              </w:rPr>
              <w:t>0.6</w:t>
            </w:r>
          </w:p>
        </w:tc>
        <w:tc>
          <w:tcPr>
            <w:tcW w:w="1171" w:type="dxa"/>
          </w:tcPr>
          <w:p w14:paraId="27F5A025" w14:textId="77777777" w:rsidR="004674D5" w:rsidRDefault="004674D5" w:rsidP="004A7CD1">
            <w:r>
              <w:rPr>
                <w:rFonts w:ascii="Roboto Condensed" w:hAnsi="Roboto Condensed"/>
                <w:sz w:val="16"/>
              </w:rPr>
              <w:t>15.0</w:t>
            </w:r>
          </w:p>
        </w:tc>
        <w:tc>
          <w:tcPr>
            <w:tcW w:w="1265" w:type="dxa"/>
          </w:tcPr>
          <w:p w14:paraId="150D7E64" w14:textId="77777777" w:rsidR="004674D5" w:rsidRDefault="004674D5" w:rsidP="004A7CD1">
            <w:r>
              <w:rPr>
                <w:rFonts w:ascii="Roboto Condensed" w:hAnsi="Roboto Condensed"/>
                <w:sz w:val="16"/>
              </w:rPr>
              <w:t>50.0</w:t>
            </w:r>
          </w:p>
        </w:tc>
        <w:tc>
          <w:tcPr>
            <w:tcW w:w="1265" w:type="dxa"/>
          </w:tcPr>
          <w:p w14:paraId="41B678BA" w14:textId="77777777" w:rsidR="004674D5" w:rsidRDefault="004674D5" w:rsidP="004A7CD1">
            <w:r>
              <w:rPr>
                <w:rFonts w:ascii="Roboto Condensed" w:hAnsi="Roboto Condensed"/>
                <w:sz w:val="16"/>
              </w:rPr>
              <w:t>30</w:t>
            </w:r>
          </w:p>
        </w:tc>
      </w:tr>
      <w:tr w:rsidR="004674D5" w14:paraId="6C30B087" w14:textId="77777777" w:rsidTr="004A7CD1">
        <w:tc>
          <w:tcPr>
            <w:tcW w:w="9514" w:type="dxa"/>
            <w:gridSpan w:val="7"/>
            <w:shd w:val="clear" w:color="auto" w:fill="808080"/>
            <w:vAlign w:val="center"/>
          </w:tcPr>
          <w:p w14:paraId="5A7C435A" w14:textId="77777777" w:rsidR="004674D5" w:rsidRDefault="004674D5" w:rsidP="004A7CD1">
            <w:pPr>
              <w:jc w:val="center"/>
            </w:pPr>
            <w:r>
              <w:rPr>
                <w:rFonts w:ascii="Roboto Condensed" w:hAnsi="Roboto Condensed"/>
                <w:b/>
                <w:sz w:val="20"/>
              </w:rPr>
              <w:t>SI – STREFA INFRASTRUKTURALNA</w:t>
            </w:r>
          </w:p>
        </w:tc>
      </w:tr>
      <w:tr w:rsidR="004674D5" w14:paraId="3EAE3802" w14:textId="77777777" w:rsidTr="004A7CD1">
        <w:tc>
          <w:tcPr>
            <w:tcW w:w="1134" w:type="dxa"/>
          </w:tcPr>
          <w:p w14:paraId="22F12D45" w14:textId="77777777" w:rsidR="004674D5" w:rsidRDefault="004674D5" w:rsidP="004A7CD1">
            <w:r>
              <w:rPr>
                <w:rFonts w:ascii="Roboto Condensed" w:hAnsi="Roboto Condensed"/>
                <w:sz w:val="16"/>
              </w:rPr>
              <w:t>1SI</w:t>
            </w:r>
          </w:p>
        </w:tc>
        <w:tc>
          <w:tcPr>
            <w:tcW w:w="1900" w:type="dxa"/>
            <w:vMerge w:val="restart"/>
            <w:vAlign w:val="center"/>
          </w:tcPr>
          <w:p w14:paraId="19627E38" w14:textId="77777777" w:rsidR="004674D5" w:rsidRPr="00363680" w:rsidRDefault="004674D5" w:rsidP="004A7CD1">
            <w:pPr>
              <w:jc w:val="center"/>
            </w:pPr>
            <w:r w:rsidRPr="00363680">
              <w:rPr>
                <w:rFonts w:ascii="Roboto Condensed" w:hAnsi="Roboto Condensed"/>
                <w:sz w:val="16"/>
              </w:rPr>
              <w:t>teren infrastruktury technicznej,</w:t>
            </w:r>
            <w:r w:rsidRPr="00363680">
              <w:rPr>
                <w:rFonts w:ascii="Roboto Condensed" w:hAnsi="Roboto Condensed"/>
                <w:sz w:val="16"/>
              </w:rPr>
              <w:br/>
              <w:t>teren komunikacji,</w:t>
            </w:r>
            <w:r w:rsidRPr="00363680">
              <w:rPr>
                <w:rFonts w:ascii="Roboto Condensed" w:hAnsi="Roboto Condensed"/>
                <w:sz w:val="16"/>
              </w:rPr>
              <w:br/>
              <w:t>teren ogrodów działkowych</w:t>
            </w:r>
          </w:p>
        </w:tc>
        <w:tc>
          <w:tcPr>
            <w:tcW w:w="1418" w:type="dxa"/>
          </w:tcPr>
          <w:p w14:paraId="7290EF20" w14:textId="77777777" w:rsidR="004674D5" w:rsidRDefault="004674D5" w:rsidP="004A7CD1">
            <w:r>
              <w:rPr>
                <w:rFonts w:ascii="Roboto Condensed" w:hAnsi="Roboto Condensed"/>
                <w:sz w:val="16"/>
              </w:rPr>
              <w:t>U, P, ZN, L</w:t>
            </w:r>
          </w:p>
        </w:tc>
        <w:tc>
          <w:tcPr>
            <w:tcW w:w="1359" w:type="dxa"/>
          </w:tcPr>
          <w:p w14:paraId="3D329516" w14:textId="77777777" w:rsidR="004674D5" w:rsidRDefault="004674D5" w:rsidP="004A7CD1">
            <w:r>
              <w:rPr>
                <w:rFonts w:ascii="Roboto Condensed" w:hAnsi="Roboto Condensed"/>
                <w:sz w:val="16"/>
              </w:rPr>
              <w:t>-</w:t>
            </w:r>
          </w:p>
        </w:tc>
        <w:tc>
          <w:tcPr>
            <w:tcW w:w="1171" w:type="dxa"/>
          </w:tcPr>
          <w:p w14:paraId="588E4D93" w14:textId="77777777" w:rsidR="004674D5" w:rsidRDefault="004674D5" w:rsidP="004A7CD1">
            <w:r>
              <w:rPr>
                <w:rFonts w:ascii="Roboto Condensed" w:hAnsi="Roboto Condensed"/>
                <w:sz w:val="16"/>
              </w:rPr>
              <w:t>-</w:t>
            </w:r>
          </w:p>
        </w:tc>
        <w:tc>
          <w:tcPr>
            <w:tcW w:w="1265" w:type="dxa"/>
          </w:tcPr>
          <w:p w14:paraId="6642DF69" w14:textId="77777777" w:rsidR="004674D5" w:rsidRDefault="004674D5" w:rsidP="004A7CD1">
            <w:r>
              <w:rPr>
                <w:rFonts w:ascii="Roboto Condensed" w:hAnsi="Roboto Condensed"/>
                <w:sz w:val="16"/>
              </w:rPr>
              <w:t>-</w:t>
            </w:r>
          </w:p>
        </w:tc>
        <w:tc>
          <w:tcPr>
            <w:tcW w:w="1265" w:type="dxa"/>
          </w:tcPr>
          <w:p w14:paraId="2E81A546" w14:textId="77777777" w:rsidR="004674D5" w:rsidRDefault="004674D5" w:rsidP="004A7CD1">
            <w:r>
              <w:rPr>
                <w:rFonts w:ascii="Roboto Condensed" w:hAnsi="Roboto Condensed"/>
                <w:sz w:val="16"/>
              </w:rPr>
              <w:t>20</w:t>
            </w:r>
          </w:p>
        </w:tc>
      </w:tr>
      <w:tr w:rsidR="004674D5" w14:paraId="2F62D3F1" w14:textId="77777777" w:rsidTr="004A7CD1">
        <w:tc>
          <w:tcPr>
            <w:tcW w:w="1134" w:type="dxa"/>
          </w:tcPr>
          <w:p w14:paraId="3CA78CCD" w14:textId="77777777" w:rsidR="004674D5" w:rsidRDefault="004674D5" w:rsidP="004A7CD1">
            <w:r>
              <w:rPr>
                <w:rFonts w:ascii="Roboto Condensed" w:hAnsi="Roboto Condensed"/>
                <w:sz w:val="16"/>
              </w:rPr>
              <w:lastRenderedPageBreak/>
              <w:t>2SI - 5SI</w:t>
            </w:r>
          </w:p>
        </w:tc>
        <w:tc>
          <w:tcPr>
            <w:tcW w:w="1900" w:type="dxa"/>
            <w:vMerge/>
          </w:tcPr>
          <w:p w14:paraId="02D179C8" w14:textId="77777777" w:rsidR="004674D5" w:rsidRDefault="004674D5" w:rsidP="004A7CD1"/>
        </w:tc>
        <w:tc>
          <w:tcPr>
            <w:tcW w:w="1418" w:type="dxa"/>
          </w:tcPr>
          <w:p w14:paraId="393990F3" w14:textId="77777777" w:rsidR="004674D5" w:rsidRDefault="004674D5" w:rsidP="004A7CD1">
            <w:r>
              <w:rPr>
                <w:rFonts w:ascii="Roboto Condensed" w:hAnsi="Roboto Condensed"/>
                <w:sz w:val="16"/>
              </w:rPr>
              <w:t>-</w:t>
            </w:r>
          </w:p>
        </w:tc>
        <w:tc>
          <w:tcPr>
            <w:tcW w:w="1359" w:type="dxa"/>
          </w:tcPr>
          <w:p w14:paraId="707A82F5" w14:textId="77777777" w:rsidR="004674D5" w:rsidRDefault="004674D5" w:rsidP="004A7CD1">
            <w:r>
              <w:rPr>
                <w:rFonts w:ascii="Roboto Condensed" w:hAnsi="Roboto Condensed"/>
                <w:sz w:val="16"/>
              </w:rPr>
              <w:t>-</w:t>
            </w:r>
          </w:p>
        </w:tc>
        <w:tc>
          <w:tcPr>
            <w:tcW w:w="1171" w:type="dxa"/>
          </w:tcPr>
          <w:p w14:paraId="26FEE931" w14:textId="77777777" w:rsidR="004674D5" w:rsidRDefault="004674D5" w:rsidP="004A7CD1">
            <w:r>
              <w:rPr>
                <w:rFonts w:ascii="Roboto Condensed" w:hAnsi="Roboto Condensed"/>
                <w:sz w:val="16"/>
              </w:rPr>
              <w:t>-</w:t>
            </w:r>
          </w:p>
        </w:tc>
        <w:tc>
          <w:tcPr>
            <w:tcW w:w="1265" w:type="dxa"/>
          </w:tcPr>
          <w:p w14:paraId="1C44BDC4" w14:textId="77777777" w:rsidR="004674D5" w:rsidRDefault="004674D5" w:rsidP="004A7CD1">
            <w:r>
              <w:rPr>
                <w:rFonts w:ascii="Roboto Condensed" w:hAnsi="Roboto Condensed"/>
                <w:sz w:val="16"/>
              </w:rPr>
              <w:t>-</w:t>
            </w:r>
          </w:p>
        </w:tc>
        <w:tc>
          <w:tcPr>
            <w:tcW w:w="1265" w:type="dxa"/>
          </w:tcPr>
          <w:p w14:paraId="1430CE30" w14:textId="77777777" w:rsidR="004674D5" w:rsidRDefault="004674D5" w:rsidP="004A7CD1">
            <w:r>
              <w:rPr>
                <w:rFonts w:ascii="Roboto Condensed" w:hAnsi="Roboto Condensed"/>
                <w:sz w:val="16"/>
              </w:rPr>
              <w:t>20</w:t>
            </w:r>
          </w:p>
        </w:tc>
      </w:tr>
      <w:tr w:rsidR="004674D5" w14:paraId="5A123EDC" w14:textId="77777777" w:rsidTr="004A7CD1">
        <w:tc>
          <w:tcPr>
            <w:tcW w:w="1134" w:type="dxa"/>
          </w:tcPr>
          <w:p w14:paraId="7D69897B" w14:textId="77777777" w:rsidR="004674D5" w:rsidRDefault="004674D5" w:rsidP="004A7CD1">
            <w:r>
              <w:rPr>
                <w:rFonts w:ascii="Roboto Condensed" w:hAnsi="Roboto Condensed"/>
                <w:sz w:val="16"/>
              </w:rPr>
              <w:t>6SI</w:t>
            </w:r>
          </w:p>
        </w:tc>
        <w:tc>
          <w:tcPr>
            <w:tcW w:w="1900" w:type="dxa"/>
            <w:vMerge/>
          </w:tcPr>
          <w:p w14:paraId="54CC3815" w14:textId="77777777" w:rsidR="004674D5" w:rsidRDefault="004674D5" w:rsidP="004A7CD1"/>
        </w:tc>
        <w:tc>
          <w:tcPr>
            <w:tcW w:w="1418" w:type="dxa"/>
          </w:tcPr>
          <w:p w14:paraId="399055F8" w14:textId="77777777" w:rsidR="004674D5" w:rsidRDefault="004674D5" w:rsidP="004A7CD1">
            <w:r>
              <w:rPr>
                <w:rFonts w:ascii="Roboto Condensed" w:hAnsi="Roboto Condensed"/>
                <w:sz w:val="16"/>
              </w:rPr>
              <w:t>ZN</w:t>
            </w:r>
          </w:p>
        </w:tc>
        <w:tc>
          <w:tcPr>
            <w:tcW w:w="1359" w:type="dxa"/>
          </w:tcPr>
          <w:p w14:paraId="713EEAD9" w14:textId="77777777" w:rsidR="004674D5" w:rsidRDefault="004674D5" w:rsidP="004A7CD1">
            <w:r>
              <w:rPr>
                <w:rFonts w:ascii="Roboto Condensed" w:hAnsi="Roboto Condensed"/>
                <w:sz w:val="16"/>
              </w:rPr>
              <w:t>-</w:t>
            </w:r>
          </w:p>
        </w:tc>
        <w:tc>
          <w:tcPr>
            <w:tcW w:w="1171" w:type="dxa"/>
          </w:tcPr>
          <w:p w14:paraId="15C48C48" w14:textId="77777777" w:rsidR="004674D5" w:rsidRDefault="004674D5" w:rsidP="004A7CD1">
            <w:r>
              <w:rPr>
                <w:rFonts w:ascii="Roboto Condensed" w:hAnsi="Roboto Condensed"/>
                <w:sz w:val="16"/>
              </w:rPr>
              <w:t>-</w:t>
            </w:r>
          </w:p>
        </w:tc>
        <w:tc>
          <w:tcPr>
            <w:tcW w:w="1265" w:type="dxa"/>
          </w:tcPr>
          <w:p w14:paraId="30466CF7" w14:textId="77777777" w:rsidR="004674D5" w:rsidRDefault="004674D5" w:rsidP="004A7CD1">
            <w:r>
              <w:rPr>
                <w:rFonts w:ascii="Roboto Condensed" w:hAnsi="Roboto Condensed"/>
                <w:sz w:val="16"/>
              </w:rPr>
              <w:t>-</w:t>
            </w:r>
          </w:p>
        </w:tc>
        <w:tc>
          <w:tcPr>
            <w:tcW w:w="1265" w:type="dxa"/>
          </w:tcPr>
          <w:p w14:paraId="18CF0C29" w14:textId="77777777" w:rsidR="004674D5" w:rsidRDefault="004674D5" w:rsidP="004A7CD1">
            <w:r>
              <w:rPr>
                <w:rFonts w:ascii="Roboto Condensed" w:hAnsi="Roboto Condensed"/>
                <w:sz w:val="16"/>
              </w:rPr>
              <w:t>20</w:t>
            </w:r>
          </w:p>
        </w:tc>
      </w:tr>
      <w:tr w:rsidR="004674D5" w14:paraId="788567CF" w14:textId="77777777" w:rsidTr="004A7CD1">
        <w:tc>
          <w:tcPr>
            <w:tcW w:w="1134" w:type="dxa"/>
          </w:tcPr>
          <w:p w14:paraId="09026015" w14:textId="77777777" w:rsidR="004674D5" w:rsidRDefault="004674D5" w:rsidP="004A7CD1">
            <w:r>
              <w:rPr>
                <w:rFonts w:ascii="Roboto Condensed" w:hAnsi="Roboto Condensed"/>
                <w:sz w:val="16"/>
              </w:rPr>
              <w:t>7SI</w:t>
            </w:r>
          </w:p>
        </w:tc>
        <w:tc>
          <w:tcPr>
            <w:tcW w:w="1900" w:type="dxa"/>
            <w:vMerge/>
          </w:tcPr>
          <w:p w14:paraId="3B2CB728" w14:textId="77777777" w:rsidR="004674D5" w:rsidRDefault="004674D5" w:rsidP="004A7CD1"/>
        </w:tc>
        <w:tc>
          <w:tcPr>
            <w:tcW w:w="1418" w:type="dxa"/>
          </w:tcPr>
          <w:p w14:paraId="3D7B55D8" w14:textId="77777777" w:rsidR="004674D5" w:rsidRDefault="004674D5" w:rsidP="004A7CD1">
            <w:r>
              <w:rPr>
                <w:rFonts w:ascii="Roboto Condensed" w:hAnsi="Roboto Condensed"/>
                <w:sz w:val="16"/>
              </w:rPr>
              <w:t>-</w:t>
            </w:r>
          </w:p>
        </w:tc>
        <w:tc>
          <w:tcPr>
            <w:tcW w:w="1359" w:type="dxa"/>
          </w:tcPr>
          <w:p w14:paraId="3F9910EB" w14:textId="77777777" w:rsidR="004674D5" w:rsidRDefault="004674D5" w:rsidP="004A7CD1">
            <w:r>
              <w:rPr>
                <w:rFonts w:ascii="Roboto Condensed" w:hAnsi="Roboto Condensed"/>
                <w:sz w:val="16"/>
              </w:rPr>
              <w:t>-</w:t>
            </w:r>
          </w:p>
        </w:tc>
        <w:tc>
          <w:tcPr>
            <w:tcW w:w="1171" w:type="dxa"/>
          </w:tcPr>
          <w:p w14:paraId="6E2ACBDA" w14:textId="77777777" w:rsidR="004674D5" w:rsidRDefault="004674D5" w:rsidP="004A7CD1">
            <w:r>
              <w:rPr>
                <w:rFonts w:ascii="Roboto Condensed" w:hAnsi="Roboto Condensed"/>
                <w:sz w:val="16"/>
              </w:rPr>
              <w:t>-</w:t>
            </w:r>
          </w:p>
        </w:tc>
        <w:tc>
          <w:tcPr>
            <w:tcW w:w="1265" w:type="dxa"/>
          </w:tcPr>
          <w:p w14:paraId="7ADB6B25" w14:textId="77777777" w:rsidR="004674D5" w:rsidRDefault="004674D5" w:rsidP="004A7CD1">
            <w:r>
              <w:rPr>
                <w:rFonts w:ascii="Roboto Condensed" w:hAnsi="Roboto Condensed"/>
                <w:sz w:val="16"/>
              </w:rPr>
              <w:t>-</w:t>
            </w:r>
          </w:p>
        </w:tc>
        <w:tc>
          <w:tcPr>
            <w:tcW w:w="1265" w:type="dxa"/>
          </w:tcPr>
          <w:p w14:paraId="4EAA5B82" w14:textId="77777777" w:rsidR="004674D5" w:rsidRDefault="004674D5" w:rsidP="004A7CD1">
            <w:r>
              <w:rPr>
                <w:rFonts w:ascii="Roboto Condensed" w:hAnsi="Roboto Condensed"/>
                <w:sz w:val="16"/>
              </w:rPr>
              <w:t>20</w:t>
            </w:r>
          </w:p>
        </w:tc>
      </w:tr>
      <w:tr w:rsidR="004674D5" w14:paraId="6EAC9BBE" w14:textId="77777777" w:rsidTr="004A7CD1">
        <w:tc>
          <w:tcPr>
            <w:tcW w:w="1134" w:type="dxa"/>
          </w:tcPr>
          <w:p w14:paraId="30EC6B62" w14:textId="77777777" w:rsidR="004674D5" w:rsidRDefault="004674D5" w:rsidP="004A7CD1">
            <w:r>
              <w:rPr>
                <w:rFonts w:ascii="Roboto Condensed" w:hAnsi="Roboto Condensed"/>
                <w:sz w:val="16"/>
              </w:rPr>
              <w:t>8SI</w:t>
            </w:r>
          </w:p>
        </w:tc>
        <w:tc>
          <w:tcPr>
            <w:tcW w:w="1900" w:type="dxa"/>
            <w:vMerge/>
          </w:tcPr>
          <w:p w14:paraId="78E059C0" w14:textId="77777777" w:rsidR="004674D5" w:rsidRDefault="004674D5" w:rsidP="004A7CD1"/>
        </w:tc>
        <w:tc>
          <w:tcPr>
            <w:tcW w:w="1418" w:type="dxa"/>
          </w:tcPr>
          <w:p w14:paraId="51E02212" w14:textId="77777777" w:rsidR="004674D5" w:rsidRDefault="004674D5" w:rsidP="004A7CD1">
            <w:r>
              <w:rPr>
                <w:rFonts w:ascii="Roboto Condensed" w:hAnsi="Roboto Condensed"/>
                <w:sz w:val="16"/>
              </w:rPr>
              <w:t>ZN</w:t>
            </w:r>
          </w:p>
        </w:tc>
        <w:tc>
          <w:tcPr>
            <w:tcW w:w="1359" w:type="dxa"/>
          </w:tcPr>
          <w:p w14:paraId="1E87E82E" w14:textId="77777777" w:rsidR="004674D5" w:rsidRDefault="004674D5" w:rsidP="004A7CD1">
            <w:r>
              <w:rPr>
                <w:rFonts w:ascii="Roboto Condensed" w:hAnsi="Roboto Condensed"/>
                <w:sz w:val="16"/>
              </w:rPr>
              <w:t>-</w:t>
            </w:r>
          </w:p>
        </w:tc>
        <w:tc>
          <w:tcPr>
            <w:tcW w:w="1171" w:type="dxa"/>
          </w:tcPr>
          <w:p w14:paraId="5EE2E5CE" w14:textId="77777777" w:rsidR="004674D5" w:rsidRDefault="004674D5" w:rsidP="004A7CD1">
            <w:r>
              <w:rPr>
                <w:rFonts w:ascii="Roboto Condensed" w:hAnsi="Roboto Condensed"/>
                <w:sz w:val="16"/>
              </w:rPr>
              <w:t>-</w:t>
            </w:r>
          </w:p>
        </w:tc>
        <w:tc>
          <w:tcPr>
            <w:tcW w:w="1265" w:type="dxa"/>
          </w:tcPr>
          <w:p w14:paraId="4196F969" w14:textId="77777777" w:rsidR="004674D5" w:rsidRDefault="004674D5" w:rsidP="004A7CD1">
            <w:r>
              <w:rPr>
                <w:rFonts w:ascii="Roboto Condensed" w:hAnsi="Roboto Condensed"/>
                <w:sz w:val="16"/>
              </w:rPr>
              <w:t>-</w:t>
            </w:r>
          </w:p>
        </w:tc>
        <w:tc>
          <w:tcPr>
            <w:tcW w:w="1265" w:type="dxa"/>
          </w:tcPr>
          <w:p w14:paraId="57EB085C" w14:textId="77777777" w:rsidR="004674D5" w:rsidRDefault="004674D5" w:rsidP="004A7CD1">
            <w:r>
              <w:rPr>
                <w:rFonts w:ascii="Roboto Condensed" w:hAnsi="Roboto Condensed"/>
                <w:sz w:val="16"/>
              </w:rPr>
              <w:t>20</w:t>
            </w:r>
          </w:p>
        </w:tc>
      </w:tr>
      <w:tr w:rsidR="004674D5" w14:paraId="53BF204C" w14:textId="77777777" w:rsidTr="004A7CD1">
        <w:tc>
          <w:tcPr>
            <w:tcW w:w="1134" w:type="dxa"/>
          </w:tcPr>
          <w:p w14:paraId="6EDFBE8F" w14:textId="77777777" w:rsidR="004674D5" w:rsidRDefault="004674D5" w:rsidP="004A7CD1">
            <w:r>
              <w:rPr>
                <w:rFonts w:ascii="Roboto Condensed" w:hAnsi="Roboto Condensed"/>
                <w:sz w:val="16"/>
              </w:rPr>
              <w:t>9SI - 11SI</w:t>
            </w:r>
          </w:p>
        </w:tc>
        <w:tc>
          <w:tcPr>
            <w:tcW w:w="1900" w:type="dxa"/>
            <w:vMerge/>
          </w:tcPr>
          <w:p w14:paraId="189E5B94" w14:textId="77777777" w:rsidR="004674D5" w:rsidRDefault="004674D5" w:rsidP="004A7CD1"/>
        </w:tc>
        <w:tc>
          <w:tcPr>
            <w:tcW w:w="1418" w:type="dxa"/>
          </w:tcPr>
          <w:p w14:paraId="0E2BF856" w14:textId="77777777" w:rsidR="004674D5" w:rsidRDefault="004674D5" w:rsidP="004A7CD1">
            <w:r>
              <w:rPr>
                <w:rFonts w:ascii="Roboto Condensed" w:hAnsi="Roboto Condensed"/>
                <w:sz w:val="16"/>
              </w:rPr>
              <w:t>-</w:t>
            </w:r>
          </w:p>
        </w:tc>
        <w:tc>
          <w:tcPr>
            <w:tcW w:w="1359" w:type="dxa"/>
          </w:tcPr>
          <w:p w14:paraId="47E2BE3A" w14:textId="77777777" w:rsidR="004674D5" w:rsidRDefault="004674D5" w:rsidP="004A7CD1">
            <w:r>
              <w:rPr>
                <w:rFonts w:ascii="Roboto Condensed" w:hAnsi="Roboto Condensed"/>
                <w:sz w:val="16"/>
              </w:rPr>
              <w:t>-</w:t>
            </w:r>
          </w:p>
        </w:tc>
        <w:tc>
          <w:tcPr>
            <w:tcW w:w="1171" w:type="dxa"/>
          </w:tcPr>
          <w:p w14:paraId="60A89FBE" w14:textId="77777777" w:rsidR="004674D5" w:rsidRDefault="004674D5" w:rsidP="004A7CD1">
            <w:r>
              <w:rPr>
                <w:rFonts w:ascii="Roboto Condensed" w:hAnsi="Roboto Condensed"/>
                <w:sz w:val="16"/>
              </w:rPr>
              <w:t>-</w:t>
            </w:r>
          </w:p>
        </w:tc>
        <w:tc>
          <w:tcPr>
            <w:tcW w:w="1265" w:type="dxa"/>
          </w:tcPr>
          <w:p w14:paraId="400532B6" w14:textId="77777777" w:rsidR="004674D5" w:rsidRDefault="004674D5" w:rsidP="004A7CD1">
            <w:r>
              <w:rPr>
                <w:rFonts w:ascii="Roboto Condensed" w:hAnsi="Roboto Condensed"/>
                <w:sz w:val="16"/>
              </w:rPr>
              <w:t>-</w:t>
            </w:r>
          </w:p>
        </w:tc>
        <w:tc>
          <w:tcPr>
            <w:tcW w:w="1265" w:type="dxa"/>
          </w:tcPr>
          <w:p w14:paraId="22773F2B" w14:textId="77777777" w:rsidR="004674D5" w:rsidRDefault="004674D5" w:rsidP="004A7CD1">
            <w:r>
              <w:rPr>
                <w:rFonts w:ascii="Roboto Condensed" w:hAnsi="Roboto Condensed"/>
                <w:sz w:val="16"/>
              </w:rPr>
              <w:t>20</w:t>
            </w:r>
          </w:p>
        </w:tc>
      </w:tr>
      <w:tr w:rsidR="004674D5" w14:paraId="5CEAE4EB" w14:textId="77777777" w:rsidTr="004A7CD1">
        <w:tc>
          <w:tcPr>
            <w:tcW w:w="1134" w:type="dxa"/>
          </w:tcPr>
          <w:p w14:paraId="6646EEFB" w14:textId="77777777" w:rsidR="004674D5" w:rsidRDefault="004674D5" w:rsidP="004A7CD1">
            <w:r>
              <w:rPr>
                <w:rFonts w:ascii="Roboto Condensed" w:hAnsi="Roboto Condensed"/>
                <w:sz w:val="16"/>
              </w:rPr>
              <w:t>12SI</w:t>
            </w:r>
          </w:p>
        </w:tc>
        <w:tc>
          <w:tcPr>
            <w:tcW w:w="1900" w:type="dxa"/>
            <w:vMerge/>
          </w:tcPr>
          <w:p w14:paraId="4A4AF830" w14:textId="77777777" w:rsidR="004674D5" w:rsidRDefault="004674D5" w:rsidP="004A7CD1"/>
        </w:tc>
        <w:tc>
          <w:tcPr>
            <w:tcW w:w="1418" w:type="dxa"/>
          </w:tcPr>
          <w:p w14:paraId="39201D95" w14:textId="77777777" w:rsidR="004674D5" w:rsidRDefault="004674D5" w:rsidP="004A7CD1">
            <w:r>
              <w:rPr>
                <w:rFonts w:ascii="Roboto Condensed" w:hAnsi="Roboto Condensed"/>
                <w:sz w:val="16"/>
              </w:rPr>
              <w:t>ZN</w:t>
            </w:r>
          </w:p>
        </w:tc>
        <w:tc>
          <w:tcPr>
            <w:tcW w:w="1359" w:type="dxa"/>
          </w:tcPr>
          <w:p w14:paraId="201BB64C" w14:textId="77777777" w:rsidR="004674D5" w:rsidRDefault="004674D5" w:rsidP="004A7CD1">
            <w:r>
              <w:rPr>
                <w:rFonts w:ascii="Roboto Condensed" w:hAnsi="Roboto Condensed"/>
                <w:sz w:val="16"/>
              </w:rPr>
              <w:t>-</w:t>
            </w:r>
          </w:p>
        </w:tc>
        <w:tc>
          <w:tcPr>
            <w:tcW w:w="1171" w:type="dxa"/>
          </w:tcPr>
          <w:p w14:paraId="622D3AEE" w14:textId="77777777" w:rsidR="004674D5" w:rsidRDefault="004674D5" w:rsidP="004A7CD1">
            <w:r>
              <w:rPr>
                <w:rFonts w:ascii="Roboto Condensed" w:hAnsi="Roboto Condensed"/>
                <w:sz w:val="16"/>
              </w:rPr>
              <w:t>55.0</w:t>
            </w:r>
          </w:p>
        </w:tc>
        <w:tc>
          <w:tcPr>
            <w:tcW w:w="1265" w:type="dxa"/>
          </w:tcPr>
          <w:p w14:paraId="7C3A9493" w14:textId="77777777" w:rsidR="004674D5" w:rsidRDefault="004674D5" w:rsidP="004A7CD1">
            <w:r>
              <w:rPr>
                <w:rFonts w:ascii="Roboto Condensed" w:hAnsi="Roboto Condensed"/>
                <w:sz w:val="16"/>
              </w:rPr>
              <w:t>-</w:t>
            </w:r>
          </w:p>
        </w:tc>
        <w:tc>
          <w:tcPr>
            <w:tcW w:w="1265" w:type="dxa"/>
          </w:tcPr>
          <w:p w14:paraId="6E62BC9E" w14:textId="77777777" w:rsidR="004674D5" w:rsidRDefault="004674D5" w:rsidP="004A7CD1">
            <w:r>
              <w:rPr>
                <w:rFonts w:ascii="Roboto Condensed" w:hAnsi="Roboto Condensed"/>
                <w:sz w:val="16"/>
              </w:rPr>
              <w:t>20</w:t>
            </w:r>
          </w:p>
        </w:tc>
      </w:tr>
      <w:tr w:rsidR="004674D5" w14:paraId="13DD9B00" w14:textId="77777777" w:rsidTr="004A7CD1">
        <w:tc>
          <w:tcPr>
            <w:tcW w:w="1134" w:type="dxa"/>
          </w:tcPr>
          <w:p w14:paraId="3A5CFE63" w14:textId="77777777" w:rsidR="004674D5" w:rsidRDefault="004674D5" w:rsidP="004A7CD1">
            <w:r>
              <w:rPr>
                <w:rFonts w:ascii="Roboto Condensed" w:hAnsi="Roboto Condensed"/>
                <w:sz w:val="16"/>
              </w:rPr>
              <w:t>13SI</w:t>
            </w:r>
          </w:p>
        </w:tc>
        <w:tc>
          <w:tcPr>
            <w:tcW w:w="1900" w:type="dxa"/>
            <w:vMerge/>
          </w:tcPr>
          <w:p w14:paraId="1C97EED7" w14:textId="77777777" w:rsidR="004674D5" w:rsidRDefault="004674D5" w:rsidP="004A7CD1"/>
        </w:tc>
        <w:tc>
          <w:tcPr>
            <w:tcW w:w="1418" w:type="dxa"/>
          </w:tcPr>
          <w:p w14:paraId="0BB25D8A" w14:textId="77777777" w:rsidR="004674D5" w:rsidRDefault="004674D5" w:rsidP="004A7CD1">
            <w:r>
              <w:rPr>
                <w:rFonts w:ascii="Roboto Condensed" w:hAnsi="Roboto Condensed"/>
                <w:sz w:val="16"/>
              </w:rPr>
              <w:t>-</w:t>
            </w:r>
          </w:p>
        </w:tc>
        <w:tc>
          <w:tcPr>
            <w:tcW w:w="1359" w:type="dxa"/>
          </w:tcPr>
          <w:p w14:paraId="54BB29C9" w14:textId="77777777" w:rsidR="004674D5" w:rsidRDefault="004674D5" w:rsidP="004A7CD1">
            <w:r>
              <w:rPr>
                <w:rFonts w:ascii="Roboto Condensed" w:hAnsi="Roboto Condensed"/>
                <w:sz w:val="16"/>
              </w:rPr>
              <w:t>-</w:t>
            </w:r>
          </w:p>
        </w:tc>
        <w:tc>
          <w:tcPr>
            <w:tcW w:w="1171" w:type="dxa"/>
          </w:tcPr>
          <w:p w14:paraId="2B3ED5C5" w14:textId="77777777" w:rsidR="004674D5" w:rsidRDefault="004674D5" w:rsidP="004A7CD1">
            <w:r>
              <w:rPr>
                <w:rFonts w:ascii="Roboto Condensed" w:hAnsi="Roboto Condensed"/>
                <w:sz w:val="16"/>
              </w:rPr>
              <w:t>-</w:t>
            </w:r>
          </w:p>
        </w:tc>
        <w:tc>
          <w:tcPr>
            <w:tcW w:w="1265" w:type="dxa"/>
          </w:tcPr>
          <w:p w14:paraId="249BA090" w14:textId="77777777" w:rsidR="004674D5" w:rsidRDefault="004674D5" w:rsidP="004A7CD1">
            <w:r>
              <w:rPr>
                <w:rFonts w:ascii="Roboto Condensed" w:hAnsi="Roboto Condensed"/>
                <w:sz w:val="16"/>
              </w:rPr>
              <w:t>-</w:t>
            </w:r>
          </w:p>
        </w:tc>
        <w:tc>
          <w:tcPr>
            <w:tcW w:w="1265" w:type="dxa"/>
          </w:tcPr>
          <w:p w14:paraId="016B7E6C" w14:textId="77777777" w:rsidR="004674D5" w:rsidRDefault="004674D5" w:rsidP="004A7CD1">
            <w:r>
              <w:rPr>
                <w:rFonts w:ascii="Roboto Condensed" w:hAnsi="Roboto Condensed"/>
                <w:sz w:val="16"/>
              </w:rPr>
              <w:t>20</w:t>
            </w:r>
          </w:p>
        </w:tc>
      </w:tr>
      <w:tr w:rsidR="004674D5" w14:paraId="3EF413EC" w14:textId="77777777" w:rsidTr="004A7CD1">
        <w:tc>
          <w:tcPr>
            <w:tcW w:w="1134" w:type="dxa"/>
          </w:tcPr>
          <w:p w14:paraId="37901775" w14:textId="77777777" w:rsidR="004674D5" w:rsidRDefault="004674D5" w:rsidP="004A7CD1">
            <w:r>
              <w:rPr>
                <w:rFonts w:ascii="Roboto Condensed" w:hAnsi="Roboto Condensed"/>
                <w:sz w:val="16"/>
              </w:rPr>
              <w:t>14SI</w:t>
            </w:r>
          </w:p>
        </w:tc>
        <w:tc>
          <w:tcPr>
            <w:tcW w:w="1900" w:type="dxa"/>
            <w:vMerge/>
          </w:tcPr>
          <w:p w14:paraId="2DE0BB49" w14:textId="77777777" w:rsidR="004674D5" w:rsidRDefault="004674D5" w:rsidP="004A7CD1"/>
        </w:tc>
        <w:tc>
          <w:tcPr>
            <w:tcW w:w="1418" w:type="dxa"/>
          </w:tcPr>
          <w:p w14:paraId="217D9E29" w14:textId="77777777" w:rsidR="004674D5" w:rsidRDefault="004674D5" w:rsidP="004A7CD1">
            <w:r>
              <w:rPr>
                <w:rFonts w:ascii="Roboto Condensed" w:hAnsi="Roboto Condensed"/>
                <w:sz w:val="16"/>
              </w:rPr>
              <w:t>ZN</w:t>
            </w:r>
          </w:p>
        </w:tc>
        <w:tc>
          <w:tcPr>
            <w:tcW w:w="1359" w:type="dxa"/>
          </w:tcPr>
          <w:p w14:paraId="6B295F09" w14:textId="77777777" w:rsidR="004674D5" w:rsidRDefault="004674D5" w:rsidP="004A7CD1">
            <w:r>
              <w:rPr>
                <w:rFonts w:ascii="Roboto Condensed" w:hAnsi="Roboto Condensed"/>
                <w:sz w:val="16"/>
              </w:rPr>
              <w:t>-</w:t>
            </w:r>
          </w:p>
        </w:tc>
        <w:tc>
          <w:tcPr>
            <w:tcW w:w="1171" w:type="dxa"/>
          </w:tcPr>
          <w:p w14:paraId="2D2FDBCD" w14:textId="77777777" w:rsidR="004674D5" w:rsidRDefault="004674D5" w:rsidP="004A7CD1">
            <w:r>
              <w:rPr>
                <w:rFonts w:ascii="Roboto Condensed" w:hAnsi="Roboto Condensed"/>
                <w:sz w:val="16"/>
              </w:rPr>
              <w:t>-</w:t>
            </w:r>
          </w:p>
        </w:tc>
        <w:tc>
          <w:tcPr>
            <w:tcW w:w="1265" w:type="dxa"/>
          </w:tcPr>
          <w:p w14:paraId="201000F2" w14:textId="77777777" w:rsidR="004674D5" w:rsidRDefault="004674D5" w:rsidP="004A7CD1">
            <w:r>
              <w:rPr>
                <w:rFonts w:ascii="Roboto Condensed" w:hAnsi="Roboto Condensed"/>
                <w:sz w:val="16"/>
              </w:rPr>
              <w:t>-</w:t>
            </w:r>
          </w:p>
        </w:tc>
        <w:tc>
          <w:tcPr>
            <w:tcW w:w="1265" w:type="dxa"/>
          </w:tcPr>
          <w:p w14:paraId="2101039B" w14:textId="77777777" w:rsidR="004674D5" w:rsidRDefault="004674D5" w:rsidP="004A7CD1">
            <w:r>
              <w:rPr>
                <w:rFonts w:ascii="Roboto Condensed" w:hAnsi="Roboto Condensed"/>
                <w:sz w:val="16"/>
              </w:rPr>
              <w:t>20</w:t>
            </w:r>
          </w:p>
        </w:tc>
      </w:tr>
      <w:tr w:rsidR="004674D5" w14:paraId="30FB60BC" w14:textId="77777777" w:rsidTr="004A7CD1">
        <w:tc>
          <w:tcPr>
            <w:tcW w:w="1134" w:type="dxa"/>
          </w:tcPr>
          <w:p w14:paraId="34AD0A92" w14:textId="77777777" w:rsidR="004674D5" w:rsidRDefault="004674D5" w:rsidP="004A7CD1">
            <w:r>
              <w:rPr>
                <w:rFonts w:ascii="Roboto Condensed" w:hAnsi="Roboto Condensed"/>
                <w:sz w:val="16"/>
              </w:rPr>
              <w:t>15SI</w:t>
            </w:r>
          </w:p>
        </w:tc>
        <w:tc>
          <w:tcPr>
            <w:tcW w:w="1900" w:type="dxa"/>
            <w:vMerge/>
          </w:tcPr>
          <w:p w14:paraId="6D7B419A" w14:textId="77777777" w:rsidR="004674D5" w:rsidRDefault="004674D5" w:rsidP="004A7CD1"/>
        </w:tc>
        <w:tc>
          <w:tcPr>
            <w:tcW w:w="1418" w:type="dxa"/>
          </w:tcPr>
          <w:p w14:paraId="2C90A47C" w14:textId="77777777" w:rsidR="004674D5" w:rsidRDefault="004674D5" w:rsidP="004A7CD1">
            <w:r>
              <w:rPr>
                <w:rFonts w:ascii="Roboto Condensed" w:hAnsi="Roboto Condensed"/>
                <w:sz w:val="16"/>
              </w:rPr>
              <w:t>-</w:t>
            </w:r>
          </w:p>
        </w:tc>
        <w:tc>
          <w:tcPr>
            <w:tcW w:w="1359" w:type="dxa"/>
          </w:tcPr>
          <w:p w14:paraId="4403067C" w14:textId="77777777" w:rsidR="004674D5" w:rsidRDefault="004674D5" w:rsidP="004A7CD1">
            <w:r>
              <w:rPr>
                <w:rFonts w:ascii="Roboto Condensed" w:hAnsi="Roboto Condensed"/>
                <w:sz w:val="16"/>
              </w:rPr>
              <w:t>-</w:t>
            </w:r>
          </w:p>
        </w:tc>
        <w:tc>
          <w:tcPr>
            <w:tcW w:w="1171" w:type="dxa"/>
          </w:tcPr>
          <w:p w14:paraId="431C89EE" w14:textId="77777777" w:rsidR="004674D5" w:rsidRDefault="004674D5" w:rsidP="004A7CD1">
            <w:r>
              <w:rPr>
                <w:rFonts w:ascii="Roboto Condensed" w:hAnsi="Roboto Condensed"/>
                <w:sz w:val="16"/>
              </w:rPr>
              <w:t>-</w:t>
            </w:r>
          </w:p>
        </w:tc>
        <w:tc>
          <w:tcPr>
            <w:tcW w:w="1265" w:type="dxa"/>
          </w:tcPr>
          <w:p w14:paraId="38E442DB" w14:textId="77777777" w:rsidR="004674D5" w:rsidRDefault="004674D5" w:rsidP="004A7CD1">
            <w:r>
              <w:rPr>
                <w:rFonts w:ascii="Roboto Condensed" w:hAnsi="Roboto Condensed"/>
                <w:sz w:val="16"/>
              </w:rPr>
              <w:t>-</w:t>
            </w:r>
          </w:p>
        </w:tc>
        <w:tc>
          <w:tcPr>
            <w:tcW w:w="1265" w:type="dxa"/>
          </w:tcPr>
          <w:p w14:paraId="27E5ABC5" w14:textId="77777777" w:rsidR="004674D5" w:rsidRDefault="004674D5" w:rsidP="004A7CD1">
            <w:r>
              <w:rPr>
                <w:rFonts w:ascii="Roboto Condensed" w:hAnsi="Roboto Condensed"/>
                <w:sz w:val="16"/>
              </w:rPr>
              <w:t>20</w:t>
            </w:r>
          </w:p>
        </w:tc>
      </w:tr>
      <w:tr w:rsidR="004674D5" w14:paraId="49518BE4" w14:textId="77777777" w:rsidTr="004A7CD1">
        <w:tc>
          <w:tcPr>
            <w:tcW w:w="1134" w:type="dxa"/>
          </w:tcPr>
          <w:p w14:paraId="36BAE0AB" w14:textId="77777777" w:rsidR="004674D5" w:rsidRDefault="004674D5" w:rsidP="004A7CD1">
            <w:r>
              <w:rPr>
                <w:rFonts w:ascii="Roboto Condensed" w:hAnsi="Roboto Condensed"/>
                <w:sz w:val="16"/>
              </w:rPr>
              <w:t>16SI</w:t>
            </w:r>
          </w:p>
        </w:tc>
        <w:tc>
          <w:tcPr>
            <w:tcW w:w="1900" w:type="dxa"/>
            <w:vMerge/>
          </w:tcPr>
          <w:p w14:paraId="3A49C7D4" w14:textId="77777777" w:rsidR="004674D5" w:rsidRDefault="004674D5" w:rsidP="004A7CD1"/>
        </w:tc>
        <w:tc>
          <w:tcPr>
            <w:tcW w:w="1418" w:type="dxa"/>
          </w:tcPr>
          <w:p w14:paraId="3B83E356" w14:textId="77777777" w:rsidR="004674D5" w:rsidRDefault="004674D5" w:rsidP="004A7CD1">
            <w:r>
              <w:rPr>
                <w:rFonts w:ascii="Roboto Condensed" w:hAnsi="Roboto Condensed"/>
                <w:sz w:val="16"/>
              </w:rPr>
              <w:t>ZN</w:t>
            </w:r>
          </w:p>
        </w:tc>
        <w:tc>
          <w:tcPr>
            <w:tcW w:w="1359" w:type="dxa"/>
          </w:tcPr>
          <w:p w14:paraId="4DB5337B" w14:textId="77777777" w:rsidR="004674D5" w:rsidRDefault="004674D5" w:rsidP="004A7CD1">
            <w:r>
              <w:rPr>
                <w:rFonts w:ascii="Roboto Condensed" w:hAnsi="Roboto Condensed"/>
                <w:sz w:val="16"/>
              </w:rPr>
              <w:t>-</w:t>
            </w:r>
          </w:p>
        </w:tc>
        <w:tc>
          <w:tcPr>
            <w:tcW w:w="1171" w:type="dxa"/>
          </w:tcPr>
          <w:p w14:paraId="3B84DC56" w14:textId="77777777" w:rsidR="004674D5" w:rsidRDefault="004674D5" w:rsidP="004A7CD1">
            <w:r>
              <w:rPr>
                <w:rFonts w:ascii="Roboto Condensed" w:hAnsi="Roboto Condensed"/>
                <w:sz w:val="16"/>
              </w:rPr>
              <w:t>-</w:t>
            </w:r>
          </w:p>
        </w:tc>
        <w:tc>
          <w:tcPr>
            <w:tcW w:w="1265" w:type="dxa"/>
          </w:tcPr>
          <w:p w14:paraId="7305A33C" w14:textId="77777777" w:rsidR="004674D5" w:rsidRDefault="004674D5" w:rsidP="004A7CD1">
            <w:r>
              <w:rPr>
                <w:rFonts w:ascii="Roboto Condensed" w:hAnsi="Roboto Condensed"/>
                <w:sz w:val="16"/>
              </w:rPr>
              <w:t>-</w:t>
            </w:r>
          </w:p>
        </w:tc>
        <w:tc>
          <w:tcPr>
            <w:tcW w:w="1265" w:type="dxa"/>
          </w:tcPr>
          <w:p w14:paraId="3A542664" w14:textId="77777777" w:rsidR="004674D5" w:rsidRDefault="004674D5" w:rsidP="004A7CD1">
            <w:r>
              <w:rPr>
                <w:rFonts w:ascii="Roboto Condensed" w:hAnsi="Roboto Condensed"/>
                <w:sz w:val="16"/>
              </w:rPr>
              <w:t>20</w:t>
            </w:r>
          </w:p>
        </w:tc>
      </w:tr>
      <w:tr w:rsidR="004674D5" w14:paraId="5F4774F8" w14:textId="77777777" w:rsidTr="004A7CD1">
        <w:tc>
          <w:tcPr>
            <w:tcW w:w="1134" w:type="dxa"/>
          </w:tcPr>
          <w:p w14:paraId="58708131" w14:textId="77777777" w:rsidR="004674D5" w:rsidRDefault="004674D5" w:rsidP="004A7CD1">
            <w:r>
              <w:rPr>
                <w:rFonts w:ascii="Roboto Condensed" w:hAnsi="Roboto Condensed"/>
                <w:sz w:val="16"/>
              </w:rPr>
              <w:t>17SI - 19SI</w:t>
            </w:r>
          </w:p>
        </w:tc>
        <w:tc>
          <w:tcPr>
            <w:tcW w:w="1900" w:type="dxa"/>
            <w:vMerge/>
          </w:tcPr>
          <w:p w14:paraId="6F192D0F" w14:textId="77777777" w:rsidR="004674D5" w:rsidRDefault="004674D5" w:rsidP="004A7CD1"/>
        </w:tc>
        <w:tc>
          <w:tcPr>
            <w:tcW w:w="1418" w:type="dxa"/>
          </w:tcPr>
          <w:p w14:paraId="33E286BF" w14:textId="77777777" w:rsidR="004674D5" w:rsidRDefault="004674D5" w:rsidP="004A7CD1">
            <w:r>
              <w:rPr>
                <w:rFonts w:ascii="Roboto Condensed" w:hAnsi="Roboto Condensed"/>
                <w:sz w:val="16"/>
              </w:rPr>
              <w:t>-</w:t>
            </w:r>
          </w:p>
        </w:tc>
        <w:tc>
          <w:tcPr>
            <w:tcW w:w="1359" w:type="dxa"/>
          </w:tcPr>
          <w:p w14:paraId="14580F40" w14:textId="77777777" w:rsidR="004674D5" w:rsidRDefault="004674D5" w:rsidP="004A7CD1">
            <w:r>
              <w:rPr>
                <w:rFonts w:ascii="Roboto Condensed" w:hAnsi="Roboto Condensed"/>
                <w:sz w:val="16"/>
              </w:rPr>
              <w:t>-</w:t>
            </w:r>
          </w:p>
        </w:tc>
        <w:tc>
          <w:tcPr>
            <w:tcW w:w="1171" w:type="dxa"/>
          </w:tcPr>
          <w:p w14:paraId="114DD721" w14:textId="77777777" w:rsidR="004674D5" w:rsidRDefault="004674D5" w:rsidP="004A7CD1">
            <w:r>
              <w:rPr>
                <w:rFonts w:ascii="Roboto Condensed" w:hAnsi="Roboto Condensed"/>
                <w:sz w:val="16"/>
              </w:rPr>
              <w:t>-</w:t>
            </w:r>
          </w:p>
        </w:tc>
        <w:tc>
          <w:tcPr>
            <w:tcW w:w="1265" w:type="dxa"/>
          </w:tcPr>
          <w:p w14:paraId="7242CE66" w14:textId="77777777" w:rsidR="004674D5" w:rsidRDefault="004674D5" w:rsidP="004A7CD1">
            <w:r>
              <w:rPr>
                <w:rFonts w:ascii="Roboto Condensed" w:hAnsi="Roboto Condensed"/>
                <w:sz w:val="16"/>
              </w:rPr>
              <w:t>-</w:t>
            </w:r>
          </w:p>
        </w:tc>
        <w:tc>
          <w:tcPr>
            <w:tcW w:w="1265" w:type="dxa"/>
          </w:tcPr>
          <w:p w14:paraId="07F50EDA" w14:textId="77777777" w:rsidR="004674D5" w:rsidRDefault="004674D5" w:rsidP="004A7CD1">
            <w:r>
              <w:rPr>
                <w:rFonts w:ascii="Roboto Condensed" w:hAnsi="Roboto Condensed"/>
                <w:sz w:val="16"/>
              </w:rPr>
              <w:t>20</w:t>
            </w:r>
          </w:p>
        </w:tc>
      </w:tr>
      <w:tr w:rsidR="004674D5" w14:paraId="69ABDBC9" w14:textId="77777777" w:rsidTr="004A7CD1">
        <w:tc>
          <w:tcPr>
            <w:tcW w:w="1134" w:type="dxa"/>
          </w:tcPr>
          <w:p w14:paraId="535F3BA3" w14:textId="77777777" w:rsidR="004674D5" w:rsidRDefault="004674D5" w:rsidP="004A7CD1">
            <w:r>
              <w:rPr>
                <w:rFonts w:ascii="Roboto Condensed" w:hAnsi="Roboto Condensed"/>
                <w:sz w:val="16"/>
              </w:rPr>
              <w:t>20SI</w:t>
            </w:r>
          </w:p>
        </w:tc>
        <w:tc>
          <w:tcPr>
            <w:tcW w:w="1900" w:type="dxa"/>
            <w:vMerge/>
          </w:tcPr>
          <w:p w14:paraId="077FCB7D" w14:textId="77777777" w:rsidR="004674D5" w:rsidRDefault="004674D5" w:rsidP="004A7CD1"/>
        </w:tc>
        <w:tc>
          <w:tcPr>
            <w:tcW w:w="1418" w:type="dxa"/>
          </w:tcPr>
          <w:p w14:paraId="4CAE23C5" w14:textId="77777777" w:rsidR="004674D5" w:rsidRDefault="004674D5" w:rsidP="004A7CD1">
            <w:r>
              <w:rPr>
                <w:rFonts w:ascii="Roboto Condensed" w:hAnsi="Roboto Condensed"/>
                <w:sz w:val="16"/>
              </w:rPr>
              <w:t>ZN, L</w:t>
            </w:r>
          </w:p>
        </w:tc>
        <w:tc>
          <w:tcPr>
            <w:tcW w:w="1359" w:type="dxa"/>
          </w:tcPr>
          <w:p w14:paraId="4F9F2098" w14:textId="77777777" w:rsidR="004674D5" w:rsidRDefault="004674D5" w:rsidP="004A7CD1">
            <w:r>
              <w:rPr>
                <w:rFonts w:ascii="Roboto Condensed" w:hAnsi="Roboto Condensed"/>
                <w:sz w:val="16"/>
              </w:rPr>
              <w:t>-</w:t>
            </w:r>
          </w:p>
        </w:tc>
        <w:tc>
          <w:tcPr>
            <w:tcW w:w="1171" w:type="dxa"/>
          </w:tcPr>
          <w:p w14:paraId="26B253DE" w14:textId="77777777" w:rsidR="004674D5" w:rsidRDefault="004674D5" w:rsidP="004A7CD1">
            <w:r>
              <w:rPr>
                <w:rFonts w:ascii="Roboto Condensed" w:hAnsi="Roboto Condensed"/>
                <w:sz w:val="16"/>
              </w:rPr>
              <w:t>-</w:t>
            </w:r>
          </w:p>
        </w:tc>
        <w:tc>
          <w:tcPr>
            <w:tcW w:w="1265" w:type="dxa"/>
          </w:tcPr>
          <w:p w14:paraId="22482DAA" w14:textId="77777777" w:rsidR="004674D5" w:rsidRDefault="004674D5" w:rsidP="004A7CD1">
            <w:r>
              <w:rPr>
                <w:rFonts w:ascii="Roboto Condensed" w:hAnsi="Roboto Condensed"/>
                <w:sz w:val="16"/>
              </w:rPr>
              <w:t>-</w:t>
            </w:r>
          </w:p>
        </w:tc>
        <w:tc>
          <w:tcPr>
            <w:tcW w:w="1265" w:type="dxa"/>
          </w:tcPr>
          <w:p w14:paraId="460C8735" w14:textId="77777777" w:rsidR="004674D5" w:rsidRDefault="004674D5" w:rsidP="004A7CD1">
            <w:r>
              <w:rPr>
                <w:rFonts w:ascii="Roboto Condensed" w:hAnsi="Roboto Condensed"/>
                <w:sz w:val="16"/>
              </w:rPr>
              <w:t>20</w:t>
            </w:r>
          </w:p>
        </w:tc>
      </w:tr>
      <w:tr w:rsidR="004674D5" w14:paraId="2CC70D44" w14:textId="77777777" w:rsidTr="004A7CD1">
        <w:tc>
          <w:tcPr>
            <w:tcW w:w="1134" w:type="dxa"/>
          </w:tcPr>
          <w:p w14:paraId="011B9E91" w14:textId="77777777" w:rsidR="004674D5" w:rsidRDefault="004674D5" w:rsidP="004A7CD1">
            <w:r>
              <w:rPr>
                <w:rFonts w:ascii="Roboto Condensed" w:hAnsi="Roboto Condensed"/>
                <w:sz w:val="16"/>
              </w:rPr>
              <w:t>21SI - 26SI</w:t>
            </w:r>
          </w:p>
        </w:tc>
        <w:tc>
          <w:tcPr>
            <w:tcW w:w="1900" w:type="dxa"/>
            <w:vMerge/>
          </w:tcPr>
          <w:p w14:paraId="1B9ECD69" w14:textId="77777777" w:rsidR="004674D5" w:rsidRDefault="004674D5" w:rsidP="004A7CD1"/>
        </w:tc>
        <w:tc>
          <w:tcPr>
            <w:tcW w:w="1418" w:type="dxa"/>
          </w:tcPr>
          <w:p w14:paraId="363AF97B" w14:textId="77777777" w:rsidR="004674D5" w:rsidRDefault="004674D5" w:rsidP="004A7CD1">
            <w:r>
              <w:rPr>
                <w:rFonts w:ascii="Roboto Condensed" w:hAnsi="Roboto Condensed"/>
                <w:sz w:val="16"/>
              </w:rPr>
              <w:t>-</w:t>
            </w:r>
          </w:p>
        </w:tc>
        <w:tc>
          <w:tcPr>
            <w:tcW w:w="1359" w:type="dxa"/>
          </w:tcPr>
          <w:p w14:paraId="0F81BBD7" w14:textId="77777777" w:rsidR="004674D5" w:rsidRDefault="004674D5" w:rsidP="004A7CD1">
            <w:r>
              <w:rPr>
                <w:rFonts w:ascii="Roboto Condensed" w:hAnsi="Roboto Condensed"/>
                <w:sz w:val="16"/>
              </w:rPr>
              <w:t>-</w:t>
            </w:r>
          </w:p>
        </w:tc>
        <w:tc>
          <w:tcPr>
            <w:tcW w:w="1171" w:type="dxa"/>
          </w:tcPr>
          <w:p w14:paraId="7F0FE24C" w14:textId="77777777" w:rsidR="004674D5" w:rsidRDefault="004674D5" w:rsidP="004A7CD1">
            <w:r>
              <w:rPr>
                <w:rFonts w:ascii="Roboto Condensed" w:hAnsi="Roboto Condensed"/>
                <w:sz w:val="16"/>
              </w:rPr>
              <w:t>-</w:t>
            </w:r>
          </w:p>
        </w:tc>
        <w:tc>
          <w:tcPr>
            <w:tcW w:w="1265" w:type="dxa"/>
          </w:tcPr>
          <w:p w14:paraId="1F696A7C" w14:textId="77777777" w:rsidR="004674D5" w:rsidRDefault="004674D5" w:rsidP="004A7CD1">
            <w:r>
              <w:rPr>
                <w:rFonts w:ascii="Roboto Condensed" w:hAnsi="Roboto Condensed"/>
                <w:sz w:val="16"/>
              </w:rPr>
              <w:t>-</w:t>
            </w:r>
          </w:p>
        </w:tc>
        <w:tc>
          <w:tcPr>
            <w:tcW w:w="1265" w:type="dxa"/>
          </w:tcPr>
          <w:p w14:paraId="2A26C7AD" w14:textId="77777777" w:rsidR="004674D5" w:rsidRDefault="004674D5" w:rsidP="004A7CD1">
            <w:r>
              <w:rPr>
                <w:rFonts w:ascii="Roboto Condensed" w:hAnsi="Roboto Condensed"/>
                <w:sz w:val="16"/>
              </w:rPr>
              <w:t>20</w:t>
            </w:r>
          </w:p>
        </w:tc>
      </w:tr>
      <w:tr w:rsidR="004674D5" w14:paraId="77BCF3DA" w14:textId="77777777" w:rsidTr="004A7CD1">
        <w:tc>
          <w:tcPr>
            <w:tcW w:w="1134" w:type="dxa"/>
          </w:tcPr>
          <w:p w14:paraId="6B54C63D" w14:textId="77777777" w:rsidR="004674D5" w:rsidRDefault="004674D5" w:rsidP="004A7CD1">
            <w:r>
              <w:rPr>
                <w:rFonts w:ascii="Roboto Condensed" w:hAnsi="Roboto Condensed"/>
                <w:sz w:val="16"/>
              </w:rPr>
              <w:t>27SI</w:t>
            </w:r>
          </w:p>
        </w:tc>
        <w:tc>
          <w:tcPr>
            <w:tcW w:w="1900" w:type="dxa"/>
            <w:vMerge/>
          </w:tcPr>
          <w:p w14:paraId="2E45F883" w14:textId="77777777" w:rsidR="004674D5" w:rsidRDefault="004674D5" w:rsidP="004A7CD1"/>
        </w:tc>
        <w:tc>
          <w:tcPr>
            <w:tcW w:w="1418" w:type="dxa"/>
          </w:tcPr>
          <w:p w14:paraId="4D5B9839" w14:textId="77777777" w:rsidR="004674D5" w:rsidRDefault="004674D5" w:rsidP="004A7CD1">
            <w:r>
              <w:rPr>
                <w:rFonts w:ascii="Roboto Condensed" w:hAnsi="Roboto Condensed"/>
                <w:sz w:val="16"/>
              </w:rPr>
              <w:t>ZN</w:t>
            </w:r>
          </w:p>
        </w:tc>
        <w:tc>
          <w:tcPr>
            <w:tcW w:w="1359" w:type="dxa"/>
          </w:tcPr>
          <w:p w14:paraId="4DEBAC5B" w14:textId="77777777" w:rsidR="004674D5" w:rsidRDefault="004674D5" w:rsidP="004A7CD1">
            <w:r>
              <w:rPr>
                <w:rFonts w:ascii="Roboto Condensed" w:hAnsi="Roboto Condensed"/>
                <w:sz w:val="16"/>
              </w:rPr>
              <w:t>-</w:t>
            </w:r>
          </w:p>
        </w:tc>
        <w:tc>
          <w:tcPr>
            <w:tcW w:w="1171" w:type="dxa"/>
          </w:tcPr>
          <w:p w14:paraId="653FFD3E" w14:textId="77777777" w:rsidR="004674D5" w:rsidRDefault="004674D5" w:rsidP="004A7CD1">
            <w:r>
              <w:rPr>
                <w:rFonts w:ascii="Roboto Condensed" w:hAnsi="Roboto Condensed"/>
                <w:sz w:val="16"/>
              </w:rPr>
              <w:t>-</w:t>
            </w:r>
          </w:p>
        </w:tc>
        <w:tc>
          <w:tcPr>
            <w:tcW w:w="1265" w:type="dxa"/>
          </w:tcPr>
          <w:p w14:paraId="62E319B9" w14:textId="77777777" w:rsidR="004674D5" w:rsidRDefault="004674D5" w:rsidP="004A7CD1">
            <w:r>
              <w:rPr>
                <w:rFonts w:ascii="Roboto Condensed" w:hAnsi="Roboto Condensed"/>
                <w:sz w:val="16"/>
              </w:rPr>
              <w:t>-</w:t>
            </w:r>
          </w:p>
        </w:tc>
        <w:tc>
          <w:tcPr>
            <w:tcW w:w="1265" w:type="dxa"/>
          </w:tcPr>
          <w:p w14:paraId="3D5EC51E" w14:textId="77777777" w:rsidR="004674D5" w:rsidRDefault="004674D5" w:rsidP="004A7CD1">
            <w:r>
              <w:rPr>
                <w:rFonts w:ascii="Roboto Condensed" w:hAnsi="Roboto Condensed"/>
                <w:sz w:val="16"/>
              </w:rPr>
              <w:t>20</w:t>
            </w:r>
          </w:p>
        </w:tc>
      </w:tr>
      <w:tr w:rsidR="004674D5" w14:paraId="1ADB0B06" w14:textId="77777777" w:rsidTr="004A7CD1">
        <w:tc>
          <w:tcPr>
            <w:tcW w:w="1134" w:type="dxa"/>
          </w:tcPr>
          <w:p w14:paraId="26E3D7E0" w14:textId="77777777" w:rsidR="004674D5" w:rsidRDefault="004674D5" w:rsidP="004A7CD1">
            <w:r>
              <w:rPr>
                <w:rFonts w:ascii="Roboto Condensed" w:hAnsi="Roboto Condensed"/>
                <w:sz w:val="16"/>
              </w:rPr>
              <w:t>28SI</w:t>
            </w:r>
          </w:p>
        </w:tc>
        <w:tc>
          <w:tcPr>
            <w:tcW w:w="1900" w:type="dxa"/>
            <w:vMerge/>
          </w:tcPr>
          <w:p w14:paraId="0DDD7296" w14:textId="77777777" w:rsidR="004674D5" w:rsidRDefault="004674D5" w:rsidP="004A7CD1"/>
        </w:tc>
        <w:tc>
          <w:tcPr>
            <w:tcW w:w="1418" w:type="dxa"/>
          </w:tcPr>
          <w:p w14:paraId="03819F8A" w14:textId="77777777" w:rsidR="004674D5" w:rsidRDefault="004674D5" w:rsidP="004A7CD1">
            <w:r>
              <w:rPr>
                <w:rFonts w:ascii="Roboto Condensed" w:hAnsi="Roboto Condensed"/>
                <w:sz w:val="16"/>
              </w:rPr>
              <w:t>-</w:t>
            </w:r>
          </w:p>
        </w:tc>
        <w:tc>
          <w:tcPr>
            <w:tcW w:w="1359" w:type="dxa"/>
          </w:tcPr>
          <w:p w14:paraId="1ED229B5" w14:textId="77777777" w:rsidR="004674D5" w:rsidRDefault="004674D5" w:rsidP="004A7CD1">
            <w:r>
              <w:rPr>
                <w:rFonts w:ascii="Roboto Condensed" w:hAnsi="Roboto Condensed"/>
                <w:sz w:val="16"/>
              </w:rPr>
              <w:t>-</w:t>
            </w:r>
          </w:p>
        </w:tc>
        <w:tc>
          <w:tcPr>
            <w:tcW w:w="1171" w:type="dxa"/>
          </w:tcPr>
          <w:p w14:paraId="7F96BD8C" w14:textId="77777777" w:rsidR="004674D5" w:rsidRDefault="004674D5" w:rsidP="004A7CD1">
            <w:r>
              <w:rPr>
                <w:rFonts w:ascii="Roboto Condensed" w:hAnsi="Roboto Condensed"/>
                <w:sz w:val="16"/>
              </w:rPr>
              <w:t>-</w:t>
            </w:r>
          </w:p>
        </w:tc>
        <w:tc>
          <w:tcPr>
            <w:tcW w:w="1265" w:type="dxa"/>
          </w:tcPr>
          <w:p w14:paraId="54F297EC" w14:textId="77777777" w:rsidR="004674D5" w:rsidRDefault="004674D5" w:rsidP="004A7CD1">
            <w:r>
              <w:rPr>
                <w:rFonts w:ascii="Roboto Condensed" w:hAnsi="Roboto Condensed"/>
                <w:sz w:val="16"/>
              </w:rPr>
              <w:t>-</w:t>
            </w:r>
          </w:p>
        </w:tc>
        <w:tc>
          <w:tcPr>
            <w:tcW w:w="1265" w:type="dxa"/>
          </w:tcPr>
          <w:p w14:paraId="79BB2082" w14:textId="77777777" w:rsidR="004674D5" w:rsidRDefault="004674D5" w:rsidP="004A7CD1">
            <w:r>
              <w:rPr>
                <w:rFonts w:ascii="Roboto Condensed" w:hAnsi="Roboto Condensed"/>
                <w:sz w:val="16"/>
              </w:rPr>
              <w:t>20</w:t>
            </w:r>
          </w:p>
        </w:tc>
      </w:tr>
      <w:tr w:rsidR="004674D5" w14:paraId="2CF4D058" w14:textId="77777777" w:rsidTr="004A7CD1">
        <w:tc>
          <w:tcPr>
            <w:tcW w:w="1134" w:type="dxa"/>
          </w:tcPr>
          <w:p w14:paraId="604298F4" w14:textId="77777777" w:rsidR="004674D5" w:rsidRDefault="004674D5" w:rsidP="004A7CD1">
            <w:r>
              <w:rPr>
                <w:rFonts w:ascii="Roboto Condensed" w:hAnsi="Roboto Condensed"/>
                <w:sz w:val="16"/>
              </w:rPr>
              <w:t>29SI</w:t>
            </w:r>
          </w:p>
        </w:tc>
        <w:tc>
          <w:tcPr>
            <w:tcW w:w="1900" w:type="dxa"/>
            <w:vMerge/>
          </w:tcPr>
          <w:p w14:paraId="75F2B62F" w14:textId="77777777" w:rsidR="004674D5" w:rsidRDefault="004674D5" w:rsidP="004A7CD1"/>
        </w:tc>
        <w:tc>
          <w:tcPr>
            <w:tcW w:w="1418" w:type="dxa"/>
          </w:tcPr>
          <w:p w14:paraId="7B441857" w14:textId="77777777" w:rsidR="004674D5" w:rsidRDefault="004674D5" w:rsidP="004A7CD1">
            <w:r>
              <w:rPr>
                <w:rFonts w:ascii="Roboto Condensed" w:hAnsi="Roboto Condensed"/>
                <w:sz w:val="16"/>
              </w:rPr>
              <w:t>ZN, L</w:t>
            </w:r>
          </w:p>
        </w:tc>
        <w:tc>
          <w:tcPr>
            <w:tcW w:w="1359" w:type="dxa"/>
          </w:tcPr>
          <w:p w14:paraId="7E66B7C4" w14:textId="77777777" w:rsidR="004674D5" w:rsidRDefault="004674D5" w:rsidP="004A7CD1">
            <w:r>
              <w:rPr>
                <w:rFonts w:ascii="Roboto Condensed" w:hAnsi="Roboto Condensed"/>
                <w:sz w:val="16"/>
              </w:rPr>
              <w:t>-</w:t>
            </w:r>
          </w:p>
        </w:tc>
        <w:tc>
          <w:tcPr>
            <w:tcW w:w="1171" w:type="dxa"/>
          </w:tcPr>
          <w:p w14:paraId="45A4C547" w14:textId="77777777" w:rsidR="004674D5" w:rsidRDefault="004674D5" w:rsidP="004A7CD1">
            <w:r>
              <w:rPr>
                <w:rFonts w:ascii="Roboto Condensed" w:hAnsi="Roboto Condensed"/>
                <w:sz w:val="16"/>
              </w:rPr>
              <w:t>55.0</w:t>
            </w:r>
          </w:p>
        </w:tc>
        <w:tc>
          <w:tcPr>
            <w:tcW w:w="1265" w:type="dxa"/>
          </w:tcPr>
          <w:p w14:paraId="5D30FDFF" w14:textId="77777777" w:rsidR="004674D5" w:rsidRDefault="004674D5" w:rsidP="004A7CD1">
            <w:r>
              <w:rPr>
                <w:rFonts w:ascii="Roboto Condensed" w:hAnsi="Roboto Condensed"/>
                <w:sz w:val="16"/>
              </w:rPr>
              <w:t>-</w:t>
            </w:r>
          </w:p>
        </w:tc>
        <w:tc>
          <w:tcPr>
            <w:tcW w:w="1265" w:type="dxa"/>
          </w:tcPr>
          <w:p w14:paraId="3B8D0B3C" w14:textId="77777777" w:rsidR="004674D5" w:rsidRDefault="004674D5" w:rsidP="004A7CD1">
            <w:r>
              <w:rPr>
                <w:rFonts w:ascii="Roboto Condensed" w:hAnsi="Roboto Condensed"/>
                <w:sz w:val="16"/>
              </w:rPr>
              <w:t>20</w:t>
            </w:r>
          </w:p>
        </w:tc>
      </w:tr>
      <w:tr w:rsidR="004674D5" w14:paraId="299B3220" w14:textId="77777777" w:rsidTr="004A7CD1">
        <w:tc>
          <w:tcPr>
            <w:tcW w:w="1134" w:type="dxa"/>
          </w:tcPr>
          <w:p w14:paraId="46E987C0" w14:textId="77777777" w:rsidR="004674D5" w:rsidRDefault="004674D5" w:rsidP="004A7CD1">
            <w:r>
              <w:rPr>
                <w:rFonts w:ascii="Roboto Condensed" w:hAnsi="Roboto Condensed"/>
                <w:sz w:val="16"/>
              </w:rPr>
              <w:t>30SI - 31SI</w:t>
            </w:r>
          </w:p>
        </w:tc>
        <w:tc>
          <w:tcPr>
            <w:tcW w:w="1900" w:type="dxa"/>
            <w:vMerge/>
          </w:tcPr>
          <w:p w14:paraId="0809AB0B" w14:textId="77777777" w:rsidR="004674D5" w:rsidRDefault="004674D5" w:rsidP="004A7CD1"/>
        </w:tc>
        <w:tc>
          <w:tcPr>
            <w:tcW w:w="1418" w:type="dxa"/>
          </w:tcPr>
          <w:p w14:paraId="75F373C0" w14:textId="77777777" w:rsidR="004674D5" w:rsidRDefault="004674D5" w:rsidP="004A7CD1">
            <w:r>
              <w:rPr>
                <w:rFonts w:ascii="Roboto Condensed" w:hAnsi="Roboto Condensed"/>
                <w:sz w:val="16"/>
              </w:rPr>
              <w:t>-</w:t>
            </w:r>
          </w:p>
        </w:tc>
        <w:tc>
          <w:tcPr>
            <w:tcW w:w="1359" w:type="dxa"/>
          </w:tcPr>
          <w:p w14:paraId="17AC73C7" w14:textId="77777777" w:rsidR="004674D5" w:rsidRDefault="004674D5" w:rsidP="004A7CD1">
            <w:r>
              <w:rPr>
                <w:rFonts w:ascii="Roboto Condensed" w:hAnsi="Roboto Condensed"/>
                <w:sz w:val="16"/>
              </w:rPr>
              <w:t>-</w:t>
            </w:r>
          </w:p>
        </w:tc>
        <w:tc>
          <w:tcPr>
            <w:tcW w:w="1171" w:type="dxa"/>
          </w:tcPr>
          <w:p w14:paraId="4DE269D7" w14:textId="77777777" w:rsidR="004674D5" w:rsidRDefault="004674D5" w:rsidP="004A7CD1">
            <w:r>
              <w:rPr>
                <w:rFonts w:ascii="Roboto Condensed" w:hAnsi="Roboto Condensed"/>
                <w:sz w:val="16"/>
              </w:rPr>
              <w:t>-</w:t>
            </w:r>
          </w:p>
        </w:tc>
        <w:tc>
          <w:tcPr>
            <w:tcW w:w="1265" w:type="dxa"/>
          </w:tcPr>
          <w:p w14:paraId="02034110" w14:textId="77777777" w:rsidR="004674D5" w:rsidRDefault="004674D5" w:rsidP="004A7CD1">
            <w:r>
              <w:rPr>
                <w:rFonts w:ascii="Roboto Condensed" w:hAnsi="Roboto Condensed"/>
                <w:sz w:val="16"/>
              </w:rPr>
              <w:t>-</w:t>
            </w:r>
          </w:p>
        </w:tc>
        <w:tc>
          <w:tcPr>
            <w:tcW w:w="1265" w:type="dxa"/>
          </w:tcPr>
          <w:p w14:paraId="51E3C220" w14:textId="77777777" w:rsidR="004674D5" w:rsidRDefault="004674D5" w:rsidP="004A7CD1">
            <w:r>
              <w:rPr>
                <w:rFonts w:ascii="Roboto Condensed" w:hAnsi="Roboto Condensed"/>
                <w:sz w:val="16"/>
              </w:rPr>
              <w:t>20</w:t>
            </w:r>
          </w:p>
        </w:tc>
      </w:tr>
      <w:tr w:rsidR="004674D5" w:rsidRPr="00363680" w14:paraId="19939362" w14:textId="77777777" w:rsidTr="004A7CD1">
        <w:tc>
          <w:tcPr>
            <w:tcW w:w="9514" w:type="dxa"/>
            <w:gridSpan w:val="7"/>
            <w:shd w:val="clear" w:color="auto" w:fill="808080"/>
            <w:vAlign w:val="center"/>
          </w:tcPr>
          <w:p w14:paraId="41DEC0B4" w14:textId="77777777" w:rsidR="004674D5" w:rsidRPr="00363680" w:rsidRDefault="004674D5" w:rsidP="004A7CD1">
            <w:pPr>
              <w:jc w:val="center"/>
            </w:pPr>
            <w:r w:rsidRPr="00363680">
              <w:rPr>
                <w:rFonts w:ascii="Roboto Condensed" w:hAnsi="Roboto Condensed"/>
                <w:b/>
                <w:sz w:val="20"/>
              </w:rPr>
              <w:t>SN – STREFA ZIELENI I REKREACJI</w:t>
            </w:r>
          </w:p>
        </w:tc>
      </w:tr>
      <w:tr w:rsidR="004674D5" w14:paraId="0D50F021" w14:textId="77777777" w:rsidTr="004A7CD1">
        <w:tc>
          <w:tcPr>
            <w:tcW w:w="1134" w:type="dxa"/>
          </w:tcPr>
          <w:p w14:paraId="4D89CFD9" w14:textId="77777777" w:rsidR="004674D5" w:rsidRDefault="004674D5" w:rsidP="004A7CD1">
            <w:r>
              <w:rPr>
                <w:rFonts w:ascii="Roboto Condensed" w:hAnsi="Roboto Condensed"/>
                <w:sz w:val="16"/>
              </w:rPr>
              <w:t>1SN</w:t>
            </w:r>
          </w:p>
        </w:tc>
        <w:tc>
          <w:tcPr>
            <w:tcW w:w="1900" w:type="dxa"/>
            <w:vMerge w:val="restart"/>
            <w:vAlign w:val="center"/>
          </w:tcPr>
          <w:p w14:paraId="3AF788FB" w14:textId="77777777" w:rsidR="004674D5" w:rsidRPr="00363680" w:rsidRDefault="004674D5" w:rsidP="004A7CD1">
            <w:pPr>
              <w:jc w:val="center"/>
            </w:pPr>
            <w:r w:rsidRPr="00363680">
              <w:rPr>
                <w:rFonts w:ascii="Roboto Condensed" w:hAnsi="Roboto Condensed"/>
                <w:sz w:val="16"/>
              </w:rPr>
              <w:t>teren zieleni urządzonej,</w:t>
            </w:r>
            <w:r w:rsidRPr="00363680">
              <w:rPr>
                <w:rFonts w:ascii="Roboto Condensed" w:hAnsi="Roboto Condensed"/>
                <w:sz w:val="16"/>
              </w:rPr>
              <w:br/>
              <w:t>teren plaży,</w:t>
            </w:r>
            <w:r w:rsidRPr="00363680">
              <w:rPr>
                <w:rFonts w:ascii="Roboto Condensed" w:hAnsi="Roboto Condensed"/>
                <w:sz w:val="16"/>
              </w:rPr>
              <w:br/>
              <w:t>teren wód,</w:t>
            </w:r>
            <w:r w:rsidRPr="00363680">
              <w:rPr>
                <w:rFonts w:ascii="Roboto Condensed" w:hAnsi="Roboto Condensed"/>
                <w:sz w:val="16"/>
              </w:rPr>
              <w:br/>
              <w:t>teren komunikacji,</w:t>
            </w:r>
            <w:r w:rsidRPr="00363680">
              <w:rPr>
                <w:rFonts w:ascii="Roboto Condensed" w:hAnsi="Roboto Condensed"/>
                <w:sz w:val="16"/>
              </w:rPr>
              <w:br/>
              <w:t>teren ogrodów działkowych,</w:t>
            </w:r>
            <w:r w:rsidRPr="00363680">
              <w:rPr>
                <w:rFonts w:ascii="Roboto Condensed" w:hAnsi="Roboto Condensed"/>
                <w:sz w:val="16"/>
              </w:rPr>
              <w:br/>
              <w:t>teren infrastruktury technicznej (2</w:t>
            </w:r>
          </w:p>
        </w:tc>
        <w:tc>
          <w:tcPr>
            <w:tcW w:w="1418" w:type="dxa"/>
          </w:tcPr>
          <w:p w14:paraId="454ED428" w14:textId="77777777" w:rsidR="004674D5" w:rsidRDefault="004674D5" w:rsidP="004A7CD1">
            <w:r>
              <w:rPr>
                <w:rFonts w:ascii="Roboto Condensed" w:hAnsi="Roboto Condensed"/>
                <w:sz w:val="16"/>
              </w:rPr>
              <w:t>US, ZN</w:t>
            </w:r>
          </w:p>
        </w:tc>
        <w:tc>
          <w:tcPr>
            <w:tcW w:w="1359" w:type="dxa"/>
          </w:tcPr>
          <w:p w14:paraId="7C2DED9A" w14:textId="77777777" w:rsidR="004674D5" w:rsidRDefault="004674D5" w:rsidP="004A7CD1">
            <w:r>
              <w:rPr>
                <w:rFonts w:ascii="Roboto Condensed" w:hAnsi="Roboto Condensed"/>
                <w:sz w:val="16"/>
              </w:rPr>
              <w:t>0.4</w:t>
            </w:r>
          </w:p>
        </w:tc>
        <w:tc>
          <w:tcPr>
            <w:tcW w:w="1171" w:type="dxa"/>
          </w:tcPr>
          <w:p w14:paraId="09011C71" w14:textId="77777777" w:rsidR="004674D5" w:rsidRDefault="004674D5" w:rsidP="004A7CD1">
            <w:r>
              <w:rPr>
                <w:rFonts w:ascii="Roboto Condensed" w:hAnsi="Roboto Condensed"/>
                <w:sz w:val="16"/>
              </w:rPr>
              <w:t>10.0</w:t>
            </w:r>
          </w:p>
        </w:tc>
        <w:tc>
          <w:tcPr>
            <w:tcW w:w="1265" w:type="dxa"/>
          </w:tcPr>
          <w:p w14:paraId="0AACD952" w14:textId="77777777" w:rsidR="004674D5" w:rsidRDefault="004674D5" w:rsidP="004A7CD1">
            <w:r>
              <w:rPr>
                <w:rFonts w:ascii="Roboto Condensed" w:hAnsi="Roboto Condensed"/>
                <w:sz w:val="16"/>
              </w:rPr>
              <w:t>20.0</w:t>
            </w:r>
          </w:p>
        </w:tc>
        <w:tc>
          <w:tcPr>
            <w:tcW w:w="1265" w:type="dxa"/>
          </w:tcPr>
          <w:p w14:paraId="2419D018" w14:textId="77777777" w:rsidR="004674D5" w:rsidRDefault="004674D5" w:rsidP="004A7CD1">
            <w:r>
              <w:rPr>
                <w:rFonts w:ascii="Roboto Condensed" w:hAnsi="Roboto Condensed"/>
                <w:sz w:val="16"/>
              </w:rPr>
              <w:t>50</w:t>
            </w:r>
          </w:p>
        </w:tc>
      </w:tr>
      <w:tr w:rsidR="004674D5" w14:paraId="3BFE7900" w14:textId="77777777" w:rsidTr="004A7CD1">
        <w:tc>
          <w:tcPr>
            <w:tcW w:w="1134" w:type="dxa"/>
          </w:tcPr>
          <w:p w14:paraId="7518D96F" w14:textId="77777777" w:rsidR="004674D5" w:rsidRDefault="004674D5" w:rsidP="004A7CD1">
            <w:r>
              <w:rPr>
                <w:rFonts w:ascii="Roboto Condensed" w:hAnsi="Roboto Condensed"/>
                <w:sz w:val="16"/>
              </w:rPr>
              <w:t>2SN</w:t>
            </w:r>
          </w:p>
        </w:tc>
        <w:tc>
          <w:tcPr>
            <w:tcW w:w="1900" w:type="dxa"/>
            <w:vMerge/>
          </w:tcPr>
          <w:p w14:paraId="555A610C" w14:textId="77777777" w:rsidR="004674D5" w:rsidRDefault="004674D5" w:rsidP="004A7CD1"/>
        </w:tc>
        <w:tc>
          <w:tcPr>
            <w:tcW w:w="1418" w:type="dxa"/>
          </w:tcPr>
          <w:p w14:paraId="0749EE97" w14:textId="77777777" w:rsidR="004674D5" w:rsidRDefault="004674D5" w:rsidP="004A7CD1">
            <w:r>
              <w:rPr>
                <w:rFonts w:ascii="Roboto Condensed" w:hAnsi="Roboto Condensed"/>
                <w:sz w:val="16"/>
              </w:rPr>
              <w:t>US, UK, UHD, UG, UT, UZ, UE, ZN, L</w:t>
            </w:r>
          </w:p>
        </w:tc>
        <w:tc>
          <w:tcPr>
            <w:tcW w:w="1359" w:type="dxa"/>
          </w:tcPr>
          <w:p w14:paraId="3A52D98B" w14:textId="77777777" w:rsidR="004674D5" w:rsidRDefault="004674D5" w:rsidP="004A7CD1">
            <w:r>
              <w:rPr>
                <w:rFonts w:ascii="Roboto Condensed" w:hAnsi="Roboto Condensed"/>
                <w:sz w:val="16"/>
              </w:rPr>
              <w:t>0.4</w:t>
            </w:r>
          </w:p>
        </w:tc>
        <w:tc>
          <w:tcPr>
            <w:tcW w:w="1171" w:type="dxa"/>
          </w:tcPr>
          <w:p w14:paraId="1770764D" w14:textId="77777777" w:rsidR="004674D5" w:rsidRDefault="004674D5" w:rsidP="004A7CD1">
            <w:r>
              <w:rPr>
                <w:rFonts w:ascii="Roboto Condensed" w:hAnsi="Roboto Condensed"/>
                <w:sz w:val="16"/>
              </w:rPr>
              <w:t>10.0</w:t>
            </w:r>
          </w:p>
        </w:tc>
        <w:tc>
          <w:tcPr>
            <w:tcW w:w="1265" w:type="dxa"/>
          </w:tcPr>
          <w:p w14:paraId="5077226B" w14:textId="77777777" w:rsidR="004674D5" w:rsidRDefault="004674D5" w:rsidP="004A7CD1">
            <w:r>
              <w:rPr>
                <w:rFonts w:ascii="Roboto Condensed" w:hAnsi="Roboto Condensed"/>
                <w:sz w:val="16"/>
              </w:rPr>
              <w:t>20.0</w:t>
            </w:r>
          </w:p>
        </w:tc>
        <w:tc>
          <w:tcPr>
            <w:tcW w:w="1265" w:type="dxa"/>
          </w:tcPr>
          <w:p w14:paraId="0570306D" w14:textId="77777777" w:rsidR="004674D5" w:rsidRDefault="004674D5" w:rsidP="004A7CD1">
            <w:r>
              <w:rPr>
                <w:rFonts w:ascii="Roboto Condensed" w:hAnsi="Roboto Condensed"/>
                <w:sz w:val="16"/>
              </w:rPr>
              <w:t>50</w:t>
            </w:r>
          </w:p>
        </w:tc>
      </w:tr>
      <w:tr w:rsidR="004674D5" w14:paraId="205A15E0" w14:textId="77777777" w:rsidTr="004A7CD1">
        <w:tc>
          <w:tcPr>
            <w:tcW w:w="1134" w:type="dxa"/>
          </w:tcPr>
          <w:p w14:paraId="2C74BFB4" w14:textId="77777777" w:rsidR="004674D5" w:rsidRDefault="004674D5" w:rsidP="004A7CD1">
            <w:r>
              <w:rPr>
                <w:rFonts w:ascii="Roboto Condensed" w:hAnsi="Roboto Condensed"/>
                <w:sz w:val="16"/>
              </w:rPr>
              <w:t>3SN</w:t>
            </w:r>
          </w:p>
        </w:tc>
        <w:tc>
          <w:tcPr>
            <w:tcW w:w="1900" w:type="dxa"/>
            <w:vMerge/>
          </w:tcPr>
          <w:p w14:paraId="15EB39E7" w14:textId="77777777" w:rsidR="004674D5" w:rsidRDefault="004674D5" w:rsidP="004A7CD1"/>
        </w:tc>
        <w:tc>
          <w:tcPr>
            <w:tcW w:w="1418" w:type="dxa"/>
          </w:tcPr>
          <w:p w14:paraId="7C1920C4" w14:textId="77777777" w:rsidR="004674D5" w:rsidRDefault="004674D5" w:rsidP="004A7CD1">
            <w:r>
              <w:rPr>
                <w:rFonts w:ascii="Roboto Condensed" w:hAnsi="Roboto Condensed"/>
                <w:sz w:val="16"/>
              </w:rPr>
              <w:t>US, UK, UZ, UE, ZN</w:t>
            </w:r>
          </w:p>
        </w:tc>
        <w:tc>
          <w:tcPr>
            <w:tcW w:w="1359" w:type="dxa"/>
          </w:tcPr>
          <w:p w14:paraId="6B0AF4D7" w14:textId="77777777" w:rsidR="004674D5" w:rsidRDefault="004674D5" w:rsidP="004A7CD1">
            <w:r>
              <w:rPr>
                <w:rFonts w:ascii="Roboto Condensed" w:hAnsi="Roboto Condensed"/>
                <w:sz w:val="16"/>
              </w:rPr>
              <w:t>0.4</w:t>
            </w:r>
          </w:p>
        </w:tc>
        <w:tc>
          <w:tcPr>
            <w:tcW w:w="1171" w:type="dxa"/>
          </w:tcPr>
          <w:p w14:paraId="1E5FBCD7" w14:textId="77777777" w:rsidR="004674D5" w:rsidRDefault="004674D5" w:rsidP="004A7CD1">
            <w:r>
              <w:rPr>
                <w:rFonts w:ascii="Roboto Condensed" w:hAnsi="Roboto Condensed"/>
                <w:sz w:val="16"/>
              </w:rPr>
              <w:t>10.0</w:t>
            </w:r>
          </w:p>
        </w:tc>
        <w:tc>
          <w:tcPr>
            <w:tcW w:w="1265" w:type="dxa"/>
          </w:tcPr>
          <w:p w14:paraId="59DC4AC3" w14:textId="77777777" w:rsidR="004674D5" w:rsidRDefault="004674D5" w:rsidP="004A7CD1">
            <w:r>
              <w:rPr>
                <w:rFonts w:ascii="Roboto Condensed" w:hAnsi="Roboto Condensed"/>
                <w:sz w:val="16"/>
              </w:rPr>
              <w:t>20.0</w:t>
            </w:r>
          </w:p>
        </w:tc>
        <w:tc>
          <w:tcPr>
            <w:tcW w:w="1265" w:type="dxa"/>
          </w:tcPr>
          <w:p w14:paraId="732CFFB1" w14:textId="77777777" w:rsidR="004674D5" w:rsidRDefault="004674D5" w:rsidP="004A7CD1">
            <w:r>
              <w:rPr>
                <w:rFonts w:ascii="Roboto Condensed" w:hAnsi="Roboto Condensed"/>
                <w:sz w:val="16"/>
              </w:rPr>
              <w:t>50</w:t>
            </w:r>
          </w:p>
        </w:tc>
      </w:tr>
      <w:tr w:rsidR="004674D5" w14:paraId="493CEBAF" w14:textId="77777777" w:rsidTr="004A7CD1">
        <w:tc>
          <w:tcPr>
            <w:tcW w:w="1134" w:type="dxa"/>
          </w:tcPr>
          <w:p w14:paraId="3B05ED7E" w14:textId="77777777" w:rsidR="004674D5" w:rsidRDefault="004674D5" w:rsidP="004A7CD1">
            <w:r>
              <w:rPr>
                <w:rFonts w:ascii="Roboto Condensed" w:hAnsi="Roboto Condensed"/>
                <w:sz w:val="16"/>
              </w:rPr>
              <w:t>4SN - 5SN</w:t>
            </w:r>
          </w:p>
        </w:tc>
        <w:tc>
          <w:tcPr>
            <w:tcW w:w="1900" w:type="dxa"/>
            <w:vMerge/>
          </w:tcPr>
          <w:p w14:paraId="6D74E0AC" w14:textId="77777777" w:rsidR="004674D5" w:rsidRDefault="004674D5" w:rsidP="004A7CD1"/>
        </w:tc>
        <w:tc>
          <w:tcPr>
            <w:tcW w:w="1418" w:type="dxa"/>
          </w:tcPr>
          <w:p w14:paraId="37DC27E3" w14:textId="77777777" w:rsidR="004674D5" w:rsidRDefault="004674D5" w:rsidP="004A7CD1">
            <w:r>
              <w:rPr>
                <w:rFonts w:ascii="Roboto Condensed" w:hAnsi="Roboto Condensed"/>
                <w:sz w:val="16"/>
              </w:rPr>
              <w:t>US, UK, UHD, UG, UT, UZ, UE, ZN</w:t>
            </w:r>
          </w:p>
        </w:tc>
        <w:tc>
          <w:tcPr>
            <w:tcW w:w="1359" w:type="dxa"/>
          </w:tcPr>
          <w:p w14:paraId="13F2FD9E" w14:textId="77777777" w:rsidR="004674D5" w:rsidRDefault="004674D5" w:rsidP="004A7CD1">
            <w:r>
              <w:rPr>
                <w:rFonts w:ascii="Roboto Condensed" w:hAnsi="Roboto Condensed"/>
                <w:sz w:val="16"/>
              </w:rPr>
              <w:t>0.4</w:t>
            </w:r>
          </w:p>
        </w:tc>
        <w:tc>
          <w:tcPr>
            <w:tcW w:w="1171" w:type="dxa"/>
          </w:tcPr>
          <w:p w14:paraId="6BF85B2E" w14:textId="77777777" w:rsidR="004674D5" w:rsidRDefault="004674D5" w:rsidP="004A7CD1">
            <w:r>
              <w:rPr>
                <w:rFonts w:ascii="Roboto Condensed" w:hAnsi="Roboto Condensed"/>
                <w:sz w:val="16"/>
              </w:rPr>
              <w:t>10.0</w:t>
            </w:r>
          </w:p>
        </w:tc>
        <w:tc>
          <w:tcPr>
            <w:tcW w:w="1265" w:type="dxa"/>
          </w:tcPr>
          <w:p w14:paraId="31CEEA2C" w14:textId="77777777" w:rsidR="004674D5" w:rsidRDefault="004674D5" w:rsidP="004A7CD1">
            <w:r>
              <w:rPr>
                <w:rFonts w:ascii="Roboto Condensed" w:hAnsi="Roboto Condensed"/>
                <w:sz w:val="16"/>
              </w:rPr>
              <w:t>20.0</w:t>
            </w:r>
          </w:p>
        </w:tc>
        <w:tc>
          <w:tcPr>
            <w:tcW w:w="1265" w:type="dxa"/>
          </w:tcPr>
          <w:p w14:paraId="69FA7A91" w14:textId="77777777" w:rsidR="004674D5" w:rsidRDefault="004674D5" w:rsidP="004A7CD1">
            <w:r>
              <w:rPr>
                <w:rFonts w:ascii="Roboto Condensed" w:hAnsi="Roboto Condensed"/>
                <w:sz w:val="16"/>
              </w:rPr>
              <w:t>50</w:t>
            </w:r>
          </w:p>
        </w:tc>
      </w:tr>
      <w:tr w:rsidR="004674D5" w14:paraId="10C50D91" w14:textId="77777777" w:rsidTr="004A7CD1">
        <w:tc>
          <w:tcPr>
            <w:tcW w:w="1134" w:type="dxa"/>
          </w:tcPr>
          <w:p w14:paraId="412A7EB4" w14:textId="77777777" w:rsidR="004674D5" w:rsidRDefault="004674D5" w:rsidP="004A7CD1">
            <w:r>
              <w:rPr>
                <w:rFonts w:ascii="Roboto Condensed" w:hAnsi="Roboto Condensed"/>
                <w:sz w:val="16"/>
              </w:rPr>
              <w:t>6SN</w:t>
            </w:r>
          </w:p>
        </w:tc>
        <w:tc>
          <w:tcPr>
            <w:tcW w:w="1900" w:type="dxa"/>
            <w:vMerge/>
          </w:tcPr>
          <w:p w14:paraId="164B88F9" w14:textId="77777777" w:rsidR="004674D5" w:rsidRDefault="004674D5" w:rsidP="004A7CD1"/>
        </w:tc>
        <w:tc>
          <w:tcPr>
            <w:tcW w:w="1418" w:type="dxa"/>
          </w:tcPr>
          <w:p w14:paraId="6AD27A2B" w14:textId="77777777" w:rsidR="004674D5" w:rsidRDefault="004674D5" w:rsidP="004A7CD1">
            <w:r>
              <w:rPr>
                <w:rFonts w:ascii="Roboto Condensed" w:hAnsi="Roboto Condensed"/>
                <w:sz w:val="16"/>
              </w:rPr>
              <w:t>US, UK</w:t>
            </w:r>
          </w:p>
        </w:tc>
        <w:tc>
          <w:tcPr>
            <w:tcW w:w="1359" w:type="dxa"/>
          </w:tcPr>
          <w:p w14:paraId="27A5A8ED" w14:textId="77777777" w:rsidR="004674D5" w:rsidRDefault="004674D5" w:rsidP="004A7CD1">
            <w:r>
              <w:rPr>
                <w:rFonts w:ascii="Roboto Condensed" w:hAnsi="Roboto Condensed"/>
                <w:sz w:val="16"/>
              </w:rPr>
              <w:t>0.4</w:t>
            </w:r>
          </w:p>
        </w:tc>
        <w:tc>
          <w:tcPr>
            <w:tcW w:w="1171" w:type="dxa"/>
          </w:tcPr>
          <w:p w14:paraId="194E55C1" w14:textId="77777777" w:rsidR="004674D5" w:rsidRDefault="004674D5" w:rsidP="004A7CD1">
            <w:r>
              <w:rPr>
                <w:rFonts w:ascii="Roboto Condensed" w:hAnsi="Roboto Condensed"/>
                <w:sz w:val="16"/>
              </w:rPr>
              <w:t>10.0</w:t>
            </w:r>
          </w:p>
        </w:tc>
        <w:tc>
          <w:tcPr>
            <w:tcW w:w="1265" w:type="dxa"/>
          </w:tcPr>
          <w:p w14:paraId="6D3C95CB" w14:textId="77777777" w:rsidR="004674D5" w:rsidRDefault="004674D5" w:rsidP="004A7CD1">
            <w:r>
              <w:rPr>
                <w:rFonts w:ascii="Roboto Condensed" w:hAnsi="Roboto Condensed"/>
                <w:sz w:val="16"/>
              </w:rPr>
              <w:t>20.0</w:t>
            </w:r>
          </w:p>
        </w:tc>
        <w:tc>
          <w:tcPr>
            <w:tcW w:w="1265" w:type="dxa"/>
          </w:tcPr>
          <w:p w14:paraId="484B6DEE" w14:textId="77777777" w:rsidR="004674D5" w:rsidRDefault="004674D5" w:rsidP="004A7CD1">
            <w:r>
              <w:rPr>
                <w:rFonts w:ascii="Roboto Condensed" w:hAnsi="Roboto Condensed"/>
                <w:sz w:val="16"/>
              </w:rPr>
              <w:t>50</w:t>
            </w:r>
          </w:p>
        </w:tc>
      </w:tr>
      <w:tr w:rsidR="004674D5" w14:paraId="2052C295" w14:textId="77777777" w:rsidTr="004A7CD1">
        <w:tc>
          <w:tcPr>
            <w:tcW w:w="1134" w:type="dxa"/>
          </w:tcPr>
          <w:p w14:paraId="72A63FCD" w14:textId="77777777" w:rsidR="004674D5" w:rsidRDefault="004674D5" w:rsidP="004A7CD1">
            <w:r>
              <w:rPr>
                <w:rFonts w:ascii="Roboto Condensed" w:hAnsi="Roboto Condensed"/>
                <w:sz w:val="16"/>
              </w:rPr>
              <w:t>7SN</w:t>
            </w:r>
          </w:p>
        </w:tc>
        <w:tc>
          <w:tcPr>
            <w:tcW w:w="1900" w:type="dxa"/>
            <w:vMerge/>
          </w:tcPr>
          <w:p w14:paraId="6EEA8A4A" w14:textId="77777777" w:rsidR="004674D5" w:rsidRDefault="004674D5" w:rsidP="004A7CD1"/>
        </w:tc>
        <w:tc>
          <w:tcPr>
            <w:tcW w:w="1418" w:type="dxa"/>
          </w:tcPr>
          <w:p w14:paraId="36C82B99" w14:textId="77777777" w:rsidR="004674D5" w:rsidRDefault="004674D5" w:rsidP="004A7CD1">
            <w:r>
              <w:rPr>
                <w:rFonts w:ascii="Roboto Condensed" w:hAnsi="Roboto Condensed"/>
                <w:sz w:val="16"/>
              </w:rPr>
              <w:t>US, UK, UG, UT, UZ, UE</w:t>
            </w:r>
          </w:p>
        </w:tc>
        <w:tc>
          <w:tcPr>
            <w:tcW w:w="1359" w:type="dxa"/>
          </w:tcPr>
          <w:p w14:paraId="383D6A05" w14:textId="77777777" w:rsidR="004674D5" w:rsidRDefault="004674D5" w:rsidP="004A7CD1">
            <w:r>
              <w:rPr>
                <w:rFonts w:ascii="Roboto Condensed" w:hAnsi="Roboto Condensed"/>
                <w:sz w:val="16"/>
              </w:rPr>
              <w:t>0.1</w:t>
            </w:r>
          </w:p>
        </w:tc>
        <w:tc>
          <w:tcPr>
            <w:tcW w:w="1171" w:type="dxa"/>
          </w:tcPr>
          <w:p w14:paraId="271908B3" w14:textId="77777777" w:rsidR="004674D5" w:rsidRDefault="004674D5" w:rsidP="004A7CD1">
            <w:r>
              <w:rPr>
                <w:rFonts w:ascii="Roboto Condensed" w:hAnsi="Roboto Condensed"/>
                <w:sz w:val="16"/>
              </w:rPr>
              <w:t>10.0</w:t>
            </w:r>
          </w:p>
        </w:tc>
        <w:tc>
          <w:tcPr>
            <w:tcW w:w="1265" w:type="dxa"/>
          </w:tcPr>
          <w:p w14:paraId="066F8E6D" w14:textId="77777777" w:rsidR="004674D5" w:rsidRDefault="004674D5" w:rsidP="004A7CD1">
            <w:r>
              <w:rPr>
                <w:rFonts w:ascii="Roboto Condensed" w:hAnsi="Roboto Condensed"/>
                <w:sz w:val="16"/>
              </w:rPr>
              <w:t>5.0</w:t>
            </w:r>
          </w:p>
        </w:tc>
        <w:tc>
          <w:tcPr>
            <w:tcW w:w="1265" w:type="dxa"/>
          </w:tcPr>
          <w:p w14:paraId="00B7A572" w14:textId="77777777" w:rsidR="004674D5" w:rsidRDefault="004674D5" w:rsidP="004A7CD1">
            <w:r>
              <w:rPr>
                <w:rFonts w:ascii="Roboto Condensed" w:hAnsi="Roboto Condensed"/>
                <w:sz w:val="16"/>
              </w:rPr>
              <w:t>50</w:t>
            </w:r>
          </w:p>
        </w:tc>
      </w:tr>
      <w:tr w:rsidR="004674D5" w14:paraId="41FCCE49" w14:textId="77777777" w:rsidTr="004A7CD1">
        <w:tc>
          <w:tcPr>
            <w:tcW w:w="1134" w:type="dxa"/>
          </w:tcPr>
          <w:p w14:paraId="21FFA280" w14:textId="77777777" w:rsidR="004674D5" w:rsidRDefault="004674D5" w:rsidP="004A7CD1">
            <w:r>
              <w:rPr>
                <w:rFonts w:ascii="Roboto Condensed" w:hAnsi="Roboto Condensed"/>
                <w:sz w:val="16"/>
              </w:rPr>
              <w:t>8SN</w:t>
            </w:r>
          </w:p>
        </w:tc>
        <w:tc>
          <w:tcPr>
            <w:tcW w:w="1900" w:type="dxa"/>
            <w:vMerge/>
          </w:tcPr>
          <w:p w14:paraId="6709DBB5" w14:textId="77777777" w:rsidR="004674D5" w:rsidRDefault="004674D5" w:rsidP="004A7CD1"/>
        </w:tc>
        <w:tc>
          <w:tcPr>
            <w:tcW w:w="1418" w:type="dxa"/>
          </w:tcPr>
          <w:p w14:paraId="003E90BA" w14:textId="77777777" w:rsidR="004674D5" w:rsidRDefault="004674D5" w:rsidP="004A7CD1">
            <w:r>
              <w:rPr>
                <w:rFonts w:ascii="Roboto Condensed" w:hAnsi="Roboto Condensed"/>
                <w:sz w:val="16"/>
              </w:rPr>
              <w:t>US, UK, UE, UZ</w:t>
            </w:r>
          </w:p>
        </w:tc>
        <w:tc>
          <w:tcPr>
            <w:tcW w:w="1359" w:type="dxa"/>
          </w:tcPr>
          <w:p w14:paraId="7B42E2D1" w14:textId="77777777" w:rsidR="004674D5" w:rsidRDefault="004674D5" w:rsidP="004A7CD1">
            <w:r>
              <w:rPr>
                <w:rFonts w:ascii="Roboto Condensed" w:hAnsi="Roboto Condensed"/>
                <w:sz w:val="16"/>
              </w:rPr>
              <w:t>0.4</w:t>
            </w:r>
          </w:p>
        </w:tc>
        <w:tc>
          <w:tcPr>
            <w:tcW w:w="1171" w:type="dxa"/>
          </w:tcPr>
          <w:p w14:paraId="5004756C" w14:textId="77777777" w:rsidR="004674D5" w:rsidRDefault="004674D5" w:rsidP="004A7CD1">
            <w:r>
              <w:rPr>
                <w:rFonts w:ascii="Roboto Condensed" w:hAnsi="Roboto Condensed"/>
                <w:sz w:val="16"/>
              </w:rPr>
              <w:t>10.0</w:t>
            </w:r>
          </w:p>
        </w:tc>
        <w:tc>
          <w:tcPr>
            <w:tcW w:w="1265" w:type="dxa"/>
          </w:tcPr>
          <w:p w14:paraId="56197E15" w14:textId="77777777" w:rsidR="004674D5" w:rsidRDefault="004674D5" w:rsidP="004A7CD1">
            <w:r>
              <w:rPr>
                <w:rFonts w:ascii="Roboto Condensed" w:hAnsi="Roboto Condensed"/>
                <w:sz w:val="16"/>
              </w:rPr>
              <w:t>20.0</w:t>
            </w:r>
          </w:p>
        </w:tc>
        <w:tc>
          <w:tcPr>
            <w:tcW w:w="1265" w:type="dxa"/>
          </w:tcPr>
          <w:p w14:paraId="2B06E145" w14:textId="77777777" w:rsidR="004674D5" w:rsidRDefault="004674D5" w:rsidP="004A7CD1">
            <w:r>
              <w:rPr>
                <w:rFonts w:ascii="Roboto Condensed" w:hAnsi="Roboto Condensed"/>
                <w:sz w:val="16"/>
              </w:rPr>
              <w:t>50</w:t>
            </w:r>
          </w:p>
        </w:tc>
      </w:tr>
      <w:tr w:rsidR="004674D5" w14:paraId="7B603484" w14:textId="77777777" w:rsidTr="004A7CD1">
        <w:tc>
          <w:tcPr>
            <w:tcW w:w="1134" w:type="dxa"/>
          </w:tcPr>
          <w:p w14:paraId="1A82A588" w14:textId="77777777" w:rsidR="004674D5" w:rsidRDefault="004674D5" w:rsidP="004A7CD1">
            <w:r>
              <w:rPr>
                <w:rFonts w:ascii="Roboto Condensed" w:hAnsi="Roboto Condensed"/>
                <w:sz w:val="16"/>
              </w:rPr>
              <w:t>9SN</w:t>
            </w:r>
          </w:p>
        </w:tc>
        <w:tc>
          <w:tcPr>
            <w:tcW w:w="1900" w:type="dxa"/>
            <w:vMerge/>
          </w:tcPr>
          <w:p w14:paraId="2115122C" w14:textId="77777777" w:rsidR="004674D5" w:rsidRDefault="004674D5" w:rsidP="004A7CD1"/>
        </w:tc>
        <w:tc>
          <w:tcPr>
            <w:tcW w:w="1418" w:type="dxa"/>
          </w:tcPr>
          <w:p w14:paraId="4066EB90" w14:textId="77777777" w:rsidR="004674D5" w:rsidRDefault="004674D5" w:rsidP="004A7CD1">
            <w:r>
              <w:rPr>
                <w:rFonts w:ascii="Roboto Condensed" w:hAnsi="Roboto Condensed"/>
                <w:sz w:val="16"/>
              </w:rPr>
              <w:t>US, UK, UG, UT, UZ, UE</w:t>
            </w:r>
          </w:p>
        </w:tc>
        <w:tc>
          <w:tcPr>
            <w:tcW w:w="1359" w:type="dxa"/>
          </w:tcPr>
          <w:p w14:paraId="4767DB63" w14:textId="77777777" w:rsidR="004674D5" w:rsidRDefault="004674D5" w:rsidP="004A7CD1">
            <w:r>
              <w:rPr>
                <w:rFonts w:ascii="Roboto Condensed" w:hAnsi="Roboto Condensed"/>
                <w:sz w:val="16"/>
              </w:rPr>
              <w:t>0.2</w:t>
            </w:r>
          </w:p>
        </w:tc>
        <w:tc>
          <w:tcPr>
            <w:tcW w:w="1171" w:type="dxa"/>
          </w:tcPr>
          <w:p w14:paraId="76584A44" w14:textId="77777777" w:rsidR="004674D5" w:rsidRDefault="004674D5" w:rsidP="004A7CD1">
            <w:r>
              <w:rPr>
                <w:rFonts w:ascii="Roboto Condensed" w:hAnsi="Roboto Condensed"/>
                <w:sz w:val="16"/>
              </w:rPr>
              <w:t>12.0</w:t>
            </w:r>
          </w:p>
        </w:tc>
        <w:tc>
          <w:tcPr>
            <w:tcW w:w="1265" w:type="dxa"/>
          </w:tcPr>
          <w:p w14:paraId="342602B9" w14:textId="77777777" w:rsidR="004674D5" w:rsidRDefault="004674D5" w:rsidP="004A7CD1">
            <w:r>
              <w:rPr>
                <w:rFonts w:ascii="Roboto Condensed" w:hAnsi="Roboto Condensed"/>
                <w:sz w:val="16"/>
              </w:rPr>
              <w:t>10.0</w:t>
            </w:r>
          </w:p>
        </w:tc>
        <w:tc>
          <w:tcPr>
            <w:tcW w:w="1265" w:type="dxa"/>
          </w:tcPr>
          <w:p w14:paraId="31433BF7" w14:textId="77777777" w:rsidR="004674D5" w:rsidRDefault="004674D5" w:rsidP="004A7CD1">
            <w:r>
              <w:rPr>
                <w:rFonts w:ascii="Roboto Condensed" w:hAnsi="Roboto Condensed"/>
                <w:sz w:val="16"/>
              </w:rPr>
              <w:t>50</w:t>
            </w:r>
          </w:p>
        </w:tc>
      </w:tr>
      <w:tr w:rsidR="004674D5" w14:paraId="7A2CA651" w14:textId="77777777" w:rsidTr="004A7CD1">
        <w:tc>
          <w:tcPr>
            <w:tcW w:w="1134" w:type="dxa"/>
          </w:tcPr>
          <w:p w14:paraId="34CB983A" w14:textId="77777777" w:rsidR="004674D5" w:rsidRDefault="004674D5" w:rsidP="004A7CD1">
            <w:r>
              <w:rPr>
                <w:rFonts w:ascii="Roboto Condensed" w:hAnsi="Roboto Condensed"/>
                <w:sz w:val="16"/>
              </w:rPr>
              <w:t>10SN</w:t>
            </w:r>
          </w:p>
        </w:tc>
        <w:tc>
          <w:tcPr>
            <w:tcW w:w="1900" w:type="dxa"/>
            <w:vMerge/>
          </w:tcPr>
          <w:p w14:paraId="019BAEAF" w14:textId="77777777" w:rsidR="004674D5" w:rsidRDefault="004674D5" w:rsidP="004A7CD1"/>
        </w:tc>
        <w:tc>
          <w:tcPr>
            <w:tcW w:w="1418" w:type="dxa"/>
          </w:tcPr>
          <w:p w14:paraId="4C89193C" w14:textId="77777777" w:rsidR="004674D5" w:rsidRDefault="004674D5" w:rsidP="004A7CD1">
            <w:r>
              <w:rPr>
                <w:rFonts w:ascii="Roboto Condensed" w:hAnsi="Roboto Condensed"/>
                <w:sz w:val="16"/>
              </w:rPr>
              <w:t>US, UK, UHD, UG, UT, UZ, UE, ZN</w:t>
            </w:r>
          </w:p>
        </w:tc>
        <w:tc>
          <w:tcPr>
            <w:tcW w:w="1359" w:type="dxa"/>
          </w:tcPr>
          <w:p w14:paraId="4299EC56" w14:textId="77777777" w:rsidR="004674D5" w:rsidRDefault="004674D5" w:rsidP="004A7CD1">
            <w:r>
              <w:rPr>
                <w:rFonts w:ascii="Roboto Condensed" w:hAnsi="Roboto Condensed"/>
                <w:sz w:val="16"/>
              </w:rPr>
              <w:t>0.4</w:t>
            </w:r>
          </w:p>
        </w:tc>
        <w:tc>
          <w:tcPr>
            <w:tcW w:w="1171" w:type="dxa"/>
          </w:tcPr>
          <w:p w14:paraId="260C86DF" w14:textId="77777777" w:rsidR="004674D5" w:rsidRDefault="004674D5" w:rsidP="004A7CD1">
            <w:r>
              <w:rPr>
                <w:rFonts w:ascii="Roboto Condensed" w:hAnsi="Roboto Condensed"/>
                <w:sz w:val="16"/>
              </w:rPr>
              <w:t>10.0</w:t>
            </w:r>
          </w:p>
        </w:tc>
        <w:tc>
          <w:tcPr>
            <w:tcW w:w="1265" w:type="dxa"/>
          </w:tcPr>
          <w:p w14:paraId="499ED481" w14:textId="77777777" w:rsidR="004674D5" w:rsidRDefault="004674D5" w:rsidP="004A7CD1">
            <w:r>
              <w:rPr>
                <w:rFonts w:ascii="Roboto Condensed" w:hAnsi="Roboto Condensed"/>
                <w:sz w:val="16"/>
              </w:rPr>
              <w:t>20.0</w:t>
            </w:r>
          </w:p>
        </w:tc>
        <w:tc>
          <w:tcPr>
            <w:tcW w:w="1265" w:type="dxa"/>
          </w:tcPr>
          <w:p w14:paraId="6D4B3B3E" w14:textId="77777777" w:rsidR="004674D5" w:rsidRDefault="004674D5" w:rsidP="004A7CD1">
            <w:r>
              <w:rPr>
                <w:rFonts w:ascii="Roboto Condensed" w:hAnsi="Roboto Condensed"/>
                <w:sz w:val="16"/>
              </w:rPr>
              <w:t>50</w:t>
            </w:r>
          </w:p>
        </w:tc>
      </w:tr>
      <w:tr w:rsidR="004674D5" w14:paraId="6DA2C4EA" w14:textId="77777777" w:rsidTr="004A7CD1">
        <w:tc>
          <w:tcPr>
            <w:tcW w:w="1134" w:type="dxa"/>
          </w:tcPr>
          <w:p w14:paraId="1DF567BD" w14:textId="77777777" w:rsidR="004674D5" w:rsidRDefault="004674D5" w:rsidP="004A7CD1">
            <w:r>
              <w:rPr>
                <w:rFonts w:ascii="Roboto Condensed" w:hAnsi="Roboto Condensed"/>
                <w:sz w:val="16"/>
              </w:rPr>
              <w:t>11SN</w:t>
            </w:r>
          </w:p>
        </w:tc>
        <w:tc>
          <w:tcPr>
            <w:tcW w:w="1900" w:type="dxa"/>
            <w:vMerge/>
          </w:tcPr>
          <w:p w14:paraId="6A99904E" w14:textId="77777777" w:rsidR="004674D5" w:rsidRDefault="004674D5" w:rsidP="004A7CD1"/>
        </w:tc>
        <w:tc>
          <w:tcPr>
            <w:tcW w:w="1418" w:type="dxa"/>
          </w:tcPr>
          <w:p w14:paraId="2041E797" w14:textId="77777777" w:rsidR="004674D5" w:rsidRDefault="004674D5" w:rsidP="004A7CD1">
            <w:r>
              <w:rPr>
                <w:rFonts w:ascii="Roboto Condensed" w:hAnsi="Roboto Condensed"/>
                <w:sz w:val="16"/>
              </w:rPr>
              <w:t>US, UK, UHD, UG, UT, UZ, UE, ZN</w:t>
            </w:r>
          </w:p>
        </w:tc>
        <w:tc>
          <w:tcPr>
            <w:tcW w:w="1359" w:type="dxa"/>
          </w:tcPr>
          <w:p w14:paraId="1B5E4ADF" w14:textId="77777777" w:rsidR="004674D5" w:rsidRDefault="004674D5" w:rsidP="004A7CD1">
            <w:r>
              <w:rPr>
                <w:rFonts w:ascii="Roboto Condensed" w:hAnsi="Roboto Condensed"/>
                <w:sz w:val="16"/>
              </w:rPr>
              <w:t>0.6</w:t>
            </w:r>
          </w:p>
        </w:tc>
        <w:tc>
          <w:tcPr>
            <w:tcW w:w="1171" w:type="dxa"/>
          </w:tcPr>
          <w:p w14:paraId="0B6B1DA3" w14:textId="77777777" w:rsidR="004674D5" w:rsidRDefault="004674D5" w:rsidP="004A7CD1">
            <w:r>
              <w:rPr>
                <w:rFonts w:ascii="Roboto Condensed" w:hAnsi="Roboto Condensed"/>
                <w:sz w:val="16"/>
              </w:rPr>
              <w:t>10.0</w:t>
            </w:r>
          </w:p>
        </w:tc>
        <w:tc>
          <w:tcPr>
            <w:tcW w:w="1265" w:type="dxa"/>
          </w:tcPr>
          <w:p w14:paraId="275CBAC7" w14:textId="77777777" w:rsidR="004674D5" w:rsidRDefault="004674D5" w:rsidP="004A7CD1">
            <w:r>
              <w:rPr>
                <w:rFonts w:ascii="Roboto Condensed" w:hAnsi="Roboto Condensed"/>
                <w:sz w:val="16"/>
              </w:rPr>
              <w:t>30.0</w:t>
            </w:r>
          </w:p>
        </w:tc>
        <w:tc>
          <w:tcPr>
            <w:tcW w:w="1265" w:type="dxa"/>
          </w:tcPr>
          <w:p w14:paraId="2B761F7D" w14:textId="77777777" w:rsidR="004674D5" w:rsidRDefault="004674D5" w:rsidP="004A7CD1">
            <w:r>
              <w:rPr>
                <w:rFonts w:ascii="Roboto Condensed" w:hAnsi="Roboto Condensed"/>
                <w:sz w:val="16"/>
              </w:rPr>
              <w:t>50</w:t>
            </w:r>
          </w:p>
        </w:tc>
      </w:tr>
      <w:tr w:rsidR="004674D5" w14:paraId="288B2CFC" w14:textId="77777777" w:rsidTr="004A7CD1">
        <w:tc>
          <w:tcPr>
            <w:tcW w:w="1134" w:type="dxa"/>
          </w:tcPr>
          <w:p w14:paraId="1869424A" w14:textId="77777777" w:rsidR="004674D5" w:rsidRDefault="004674D5" w:rsidP="004A7CD1">
            <w:r>
              <w:rPr>
                <w:rFonts w:ascii="Roboto Condensed" w:hAnsi="Roboto Condensed"/>
                <w:sz w:val="16"/>
              </w:rPr>
              <w:t>12SN</w:t>
            </w:r>
          </w:p>
        </w:tc>
        <w:tc>
          <w:tcPr>
            <w:tcW w:w="1900" w:type="dxa"/>
            <w:vMerge/>
          </w:tcPr>
          <w:p w14:paraId="1920DF56" w14:textId="77777777" w:rsidR="004674D5" w:rsidRDefault="004674D5" w:rsidP="004A7CD1"/>
        </w:tc>
        <w:tc>
          <w:tcPr>
            <w:tcW w:w="1418" w:type="dxa"/>
          </w:tcPr>
          <w:p w14:paraId="1D24A08A" w14:textId="77777777" w:rsidR="004674D5" w:rsidRDefault="004674D5" w:rsidP="004A7CD1">
            <w:r>
              <w:rPr>
                <w:rFonts w:ascii="Roboto Condensed" w:hAnsi="Roboto Condensed"/>
                <w:sz w:val="16"/>
              </w:rPr>
              <w:t>US, UK, UHD, UG, UT, UZ, UE, ZN, L</w:t>
            </w:r>
          </w:p>
        </w:tc>
        <w:tc>
          <w:tcPr>
            <w:tcW w:w="1359" w:type="dxa"/>
          </w:tcPr>
          <w:p w14:paraId="212F8DC0" w14:textId="77777777" w:rsidR="004674D5" w:rsidRDefault="004674D5" w:rsidP="004A7CD1">
            <w:r>
              <w:rPr>
                <w:rFonts w:ascii="Roboto Condensed" w:hAnsi="Roboto Condensed"/>
                <w:sz w:val="16"/>
              </w:rPr>
              <w:t>0.6</w:t>
            </w:r>
          </w:p>
        </w:tc>
        <w:tc>
          <w:tcPr>
            <w:tcW w:w="1171" w:type="dxa"/>
          </w:tcPr>
          <w:p w14:paraId="385DBA65" w14:textId="77777777" w:rsidR="004674D5" w:rsidRDefault="004674D5" w:rsidP="004A7CD1">
            <w:r>
              <w:rPr>
                <w:rFonts w:ascii="Roboto Condensed" w:hAnsi="Roboto Condensed"/>
                <w:sz w:val="16"/>
              </w:rPr>
              <w:t>10.0</w:t>
            </w:r>
          </w:p>
        </w:tc>
        <w:tc>
          <w:tcPr>
            <w:tcW w:w="1265" w:type="dxa"/>
          </w:tcPr>
          <w:p w14:paraId="7EC47EA4" w14:textId="77777777" w:rsidR="004674D5" w:rsidRDefault="004674D5" w:rsidP="004A7CD1">
            <w:r>
              <w:rPr>
                <w:rFonts w:ascii="Roboto Condensed" w:hAnsi="Roboto Condensed"/>
                <w:sz w:val="16"/>
              </w:rPr>
              <w:t>30.0</w:t>
            </w:r>
          </w:p>
        </w:tc>
        <w:tc>
          <w:tcPr>
            <w:tcW w:w="1265" w:type="dxa"/>
          </w:tcPr>
          <w:p w14:paraId="533B647F" w14:textId="77777777" w:rsidR="004674D5" w:rsidRDefault="004674D5" w:rsidP="004A7CD1">
            <w:r>
              <w:rPr>
                <w:rFonts w:ascii="Roboto Condensed" w:hAnsi="Roboto Condensed"/>
                <w:sz w:val="16"/>
              </w:rPr>
              <w:t>50</w:t>
            </w:r>
          </w:p>
        </w:tc>
      </w:tr>
      <w:tr w:rsidR="004674D5" w14:paraId="49E731D1" w14:textId="77777777" w:rsidTr="004A7CD1">
        <w:tc>
          <w:tcPr>
            <w:tcW w:w="1134" w:type="dxa"/>
          </w:tcPr>
          <w:p w14:paraId="7E499902" w14:textId="77777777" w:rsidR="004674D5" w:rsidRDefault="004674D5" w:rsidP="004A7CD1">
            <w:r>
              <w:rPr>
                <w:rFonts w:ascii="Roboto Condensed" w:hAnsi="Roboto Condensed"/>
                <w:sz w:val="16"/>
              </w:rPr>
              <w:t>13SN - 15SN</w:t>
            </w:r>
          </w:p>
        </w:tc>
        <w:tc>
          <w:tcPr>
            <w:tcW w:w="1900" w:type="dxa"/>
            <w:vMerge/>
          </w:tcPr>
          <w:p w14:paraId="687FDD48" w14:textId="77777777" w:rsidR="004674D5" w:rsidRDefault="004674D5" w:rsidP="004A7CD1"/>
        </w:tc>
        <w:tc>
          <w:tcPr>
            <w:tcW w:w="1418" w:type="dxa"/>
          </w:tcPr>
          <w:p w14:paraId="0C59013B" w14:textId="77777777" w:rsidR="004674D5" w:rsidRDefault="004674D5" w:rsidP="004A7CD1">
            <w:r>
              <w:rPr>
                <w:rFonts w:ascii="Roboto Condensed" w:hAnsi="Roboto Condensed"/>
                <w:sz w:val="16"/>
              </w:rPr>
              <w:t>US, UK, UHD, UG, UT, UZ, UE, ZN, L</w:t>
            </w:r>
          </w:p>
        </w:tc>
        <w:tc>
          <w:tcPr>
            <w:tcW w:w="1359" w:type="dxa"/>
          </w:tcPr>
          <w:p w14:paraId="4D90E164" w14:textId="77777777" w:rsidR="004674D5" w:rsidRDefault="004674D5" w:rsidP="004A7CD1">
            <w:r>
              <w:rPr>
                <w:rFonts w:ascii="Roboto Condensed" w:hAnsi="Roboto Condensed"/>
                <w:sz w:val="16"/>
              </w:rPr>
              <w:t>0.4</w:t>
            </w:r>
          </w:p>
        </w:tc>
        <w:tc>
          <w:tcPr>
            <w:tcW w:w="1171" w:type="dxa"/>
          </w:tcPr>
          <w:p w14:paraId="4A239291" w14:textId="77777777" w:rsidR="004674D5" w:rsidRDefault="004674D5" w:rsidP="004A7CD1">
            <w:r>
              <w:rPr>
                <w:rFonts w:ascii="Roboto Condensed" w:hAnsi="Roboto Condensed"/>
                <w:sz w:val="16"/>
              </w:rPr>
              <w:t>10.0</w:t>
            </w:r>
          </w:p>
        </w:tc>
        <w:tc>
          <w:tcPr>
            <w:tcW w:w="1265" w:type="dxa"/>
          </w:tcPr>
          <w:p w14:paraId="51BAAB54" w14:textId="77777777" w:rsidR="004674D5" w:rsidRDefault="004674D5" w:rsidP="004A7CD1">
            <w:r>
              <w:rPr>
                <w:rFonts w:ascii="Roboto Condensed" w:hAnsi="Roboto Condensed"/>
                <w:sz w:val="16"/>
              </w:rPr>
              <w:t>20.0</w:t>
            </w:r>
          </w:p>
        </w:tc>
        <w:tc>
          <w:tcPr>
            <w:tcW w:w="1265" w:type="dxa"/>
          </w:tcPr>
          <w:p w14:paraId="014B8984" w14:textId="77777777" w:rsidR="004674D5" w:rsidRDefault="004674D5" w:rsidP="004A7CD1">
            <w:r>
              <w:rPr>
                <w:rFonts w:ascii="Roboto Condensed" w:hAnsi="Roboto Condensed"/>
                <w:sz w:val="16"/>
              </w:rPr>
              <w:t>50</w:t>
            </w:r>
          </w:p>
        </w:tc>
      </w:tr>
      <w:tr w:rsidR="004674D5" w14:paraId="3FB8E6A9" w14:textId="77777777" w:rsidTr="004A7CD1">
        <w:tc>
          <w:tcPr>
            <w:tcW w:w="1134" w:type="dxa"/>
          </w:tcPr>
          <w:p w14:paraId="456F06DA" w14:textId="77777777" w:rsidR="004674D5" w:rsidRDefault="004674D5" w:rsidP="004A7CD1">
            <w:r>
              <w:rPr>
                <w:rFonts w:ascii="Roboto Condensed" w:hAnsi="Roboto Condensed"/>
                <w:sz w:val="16"/>
              </w:rPr>
              <w:t>16SN - 17SN</w:t>
            </w:r>
          </w:p>
        </w:tc>
        <w:tc>
          <w:tcPr>
            <w:tcW w:w="1900" w:type="dxa"/>
            <w:vMerge/>
          </w:tcPr>
          <w:p w14:paraId="4F66BC06" w14:textId="77777777" w:rsidR="004674D5" w:rsidRDefault="004674D5" w:rsidP="004A7CD1"/>
        </w:tc>
        <w:tc>
          <w:tcPr>
            <w:tcW w:w="1418" w:type="dxa"/>
          </w:tcPr>
          <w:p w14:paraId="3348226C" w14:textId="77777777" w:rsidR="004674D5" w:rsidRDefault="004674D5" w:rsidP="004A7CD1">
            <w:r>
              <w:rPr>
                <w:rFonts w:ascii="Roboto Condensed" w:hAnsi="Roboto Condensed"/>
                <w:sz w:val="16"/>
              </w:rPr>
              <w:t>US, UK, UHD, UG, UT, UZ, UE, ZN, L</w:t>
            </w:r>
          </w:p>
        </w:tc>
        <w:tc>
          <w:tcPr>
            <w:tcW w:w="1359" w:type="dxa"/>
          </w:tcPr>
          <w:p w14:paraId="715D66D1" w14:textId="77777777" w:rsidR="004674D5" w:rsidRDefault="004674D5" w:rsidP="004A7CD1">
            <w:r>
              <w:rPr>
                <w:rFonts w:ascii="Roboto Condensed" w:hAnsi="Roboto Condensed"/>
                <w:sz w:val="16"/>
              </w:rPr>
              <w:t>0.6</w:t>
            </w:r>
          </w:p>
        </w:tc>
        <w:tc>
          <w:tcPr>
            <w:tcW w:w="1171" w:type="dxa"/>
          </w:tcPr>
          <w:p w14:paraId="273E5B1C" w14:textId="77777777" w:rsidR="004674D5" w:rsidRDefault="004674D5" w:rsidP="004A7CD1">
            <w:r>
              <w:rPr>
                <w:rFonts w:ascii="Roboto Condensed" w:hAnsi="Roboto Condensed"/>
                <w:sz w:val="16"/>
              </w:rPr>
              <w:t>10.0</w:t>
            </w:r>
          </w:p>
        </w:tc>
        <w:tc>
          <w:tcPr>
            <w:tcW w:w="1265" w:type="dxa"/>
          </w:tcPr>
          <w:p w14:paraId="1E3A0C54" w14:textId="77777777" w:rsidR="004674D5" w:rsidRDefault="004674D5" w:rsidP="004A7CD1">
            <w:r>
              <w:rPr>
                <w:rFonts w:ascii="Roboto Condensed" w:hAnsi="Roboto Condensed"/>
                <w:sz w:val="16"/>
              </w:rPr>
              <w:t>30.0</w:t>
            </w:r>
          </w:p>
        </w:tc>
        <w:tc>
          <w:tcPr>
            <w:tcW w:w="1265" w:type="dxa"/>
          </w:tcPr>
          <w:p w14:paraId="33F7AD1C" w14:textId="77777777" w:rsidR="004674D5" w:rsidRDefault="004674D5" w:rsidP="004A7CD1">
            <w:r>
              <w:rPr>
                <w:rFonts w:ascii="Roboto Condensed" w:hAnsi="Roboto Condensed"/>
                <w:sz w:val="16"/>
              </w:rPr>
              <w:t>50</w:t>
            </w:r>
          </w:p>
        </w:tc>
      </w:tr>
      <w:tr w:rsidR="004674D5" w14:paraId="159412DE" w14:textId="77777777" w:rsidTr="004A7CD1">
        <w:tc>
          <w:tcPr>
            <w:tcW w:w="1134" w:type="dxa"/>
          </w:tcPr>
          <w:p w14:paraId="3375B2EB" w14:textId="77777777" w:rsidR="004674D5" w:rsidRDefault="004674D5" w:rsidP="004A7CD1">
            <w:r>
              <w:rPr>
                <w:rFonts w:ascii="Roboto Condensed" w:hAnsi="Roboto Condensed"/>
                <w:sz w:val="16"/>
              </w:rPr>
              <w:t>18SN</w:t>
            </w:r>
          </w:p>
        </w:tc>
        <w:tc>
          <w:tcPr>
            <w:tcW w:w="1900" w:type="dxa"/>
            <w:vMerge/>
          </w:tcPr>
          <w:p w14:paraId="455DACD3" w14:textId="77777777" w:rsidR="004674D5" w:rsidRDefault="004674D5" w:rsidP="004A7CD1"/>
        </w:tc>
        <w:tc>
          <w:tcPr>
            <w:tcW w:w="1418" w:type="dxa"/>
          </w:tcPr>
          <w:p w14:paraId="35BBF11F" w14:textId="77777777" w:rsidR="004674D5" w:rsidRDefault="004674D5" w:rsidP="004A7CD1">
            <w:r>
              <w:rPr>
                <w:rFonts w:ascii="Roboto Condensed" w:hAnsi="Roboto Condensed"/>
                <w:sz w:val="16"/>
              </w:rPr>
              <w:t>US, UK, UHD, UG, UT, UZ, UE, ZN, L</w:t>
            </w:r>
          </w:p>
        </w:tc>
        <w:tc>
          <w:tcPr>
            <w:tcW w:w="1359" w:type="dxa"/>
          </w:tcPr>
          <w:p w14:paraId="061DFD45" w14:textId="77777777" w:rsidR="004674D5" w:rsidRDefault="004674D5" w:rsidP="004A7CD1">
            <w:r>
              <w:rPr>
                <w:rFonts w:ascii="Roboto Condensed" w:hAnsi="Roboto Condensed"/>
                <w:sz w:val="16"/>
              </w:rPr>
              <w:t>0.4</w:t>
            </w:r>
          </w:p>
        </w:tc>
        <w:tc>
          <w:tcPr>
            <w:tcW w:w="1171" w:type="dxa"/>
          </w:tcPr>
          <w:p w14:paraId="4789ECB9" w14:textId="77777777" w:rsidR="004674D5" w:rsidRDefault="004674D5" w:rsidP="004A7CD1">
            <w:r>
              <w:rPr>
                <w:rFonts w:ascii="Roboto Condensed" w:hAnsi="Roboto Condensed"/>
                <w:sz w:val="16"/>
              </w:rPr>
              <w:t>10.0</w:t>
            </w:r>
          </w:p>
        </w:tc>
        <w:tc>
          <w:tcPr>
            <w:tcW w:w="1265" w:type="dxa"/>
          </w:tcPr>
          <w:p w14:paraId="114B58F1" w14:textId="77777777" w:rsidR="004674D5" w:rsidRDefault="004674D5" w:rsidP="004A7CD1">
            <w:r>
              <w:rPr>
                <w:rFonts w:ascii="Roboto Condensed" w:hAnsi="Roboto Condensed"/>
                <w:sz w:val="16"/>
              </w:rPr>
              <w:t>20.0</w:t>
            </w:r>
          </w:p>
        </w:tc>
        <w:tc>
          <w:tcPr>
            <w:tcW w:w="1265" w:type="dxa"/>
          </w:tcPr>
          <w:p w14:paraId="129FBFF7" w14:textId="77777777" w:rsidR="004674D5" w:rsidRDefault="004674D5" w:rsidP="004A7CD1">
            <w:r>
              <w:rPr>
                <w:rFonts w:ascii="Roboto Condensed" w:hAnsi="Roboto Condensed"/>
                <w:sz w:val="16"/>
              </w:rPr>
              <w:t>50</w:t>
            </w:r>
          </w:p>
        </w:tc>
      </w:tr>
      <w:tr w:rsidR="004674D5" w14:paraId="793019D7" w14:textId="77777777" w:rsidTr="004A7CD1">
        <w:tc>
          <w:tcPr>
            <w:tcW w:w="1134" w:type="dxa"/>
          </w:tcPr>
          <w:p w14:paraId="6CA48199" w14:textId="77777777" w:rsidR="004674D5" w:rsidRDefault="004674D5" w:rsidP="004A7CD1">
            <w:r>
              <w:rPr>
                <w:rFonts w:ascii="Roboto Condensed" w:hAnsi="Roboto Condensed"/>
                <w:sz w:val="16"/>
              </w:rPr>
              <w:t>19SN - 20SN</w:t>
            </w:r>
          </w:p>
        </w:tc>
        <w:tc>
          <w:tcPr>
            <w:tcW w:w="1900" w:type="dxa"/>
            <w:vMerge/>
          </w:tcPr>
          <w:p w14:paraId="7E0CB833" w14:textId="77777777" w:rsidR="004674D5" w:rsidRDefault="004674D5" w:rsidP="004A7CD1"/>
        </w:tc>
        <w:tc>
          <w:tcPr>
            <w:tcW w:w="1418" w:type="dxa"/>
          </w:tcPr>
          <w:p w14:paraId="490372D7" w14:textId="77777777" w:rsidR="004674D5" w:rsidRDefault="004674D5" w:rsidP="004A7CD1">
            <w:r>
              <w:rPr>
                <w:rFonts w:ascii="Roboto Condensed" w:hAnsi="Roboto Condensed"/>
                <w:sz w:val="16"/>
              </w:rPr>
              <w:t>US, UK, UHD, UG, UT, UZ, UE, ZN, L</w:t>
            </w:r>
          </w:p>
        </w:tc>
        <w:tc>
          <w:tcPr>
            <w:tcW w:w="1359" w:type="dxa"/>
          </w:tcPr>
          <w:p w14:paraId="245974C1" w14:textId="77777777" w:rsidR="004674D5" w:rsidRDefault="004674D5" w:rsidP="004A7CD1">
            <w:r>
              <w:rPr>
                <w:rFonts w:ascii="Roboto Condensed" w:hAnsi="Roboto Condensed"/>
                <w:sz w:val="16"/>
              </w:rPr>
              <w:t>0.6</w:t>
            </w:r>
          </w:p>
        </w:tc>
        <w:tc>
          <w:tcPr>
            <w:tcW w:w="1171" w:type="dxa"/>
          </w:tcPr>
          <w:p w14:paraId="16E0D101" w14:textId="77777777" w:rsidR="004674D5" w:rsidRDefault="004674D5" w:rsidP="004A7CD1">
            <w:r>
              <w:rPr>
                <w:rFonts w:ascii="Roboto Condensed" w:hAnsi="Roboto Condensed"/>
                <w:sz w:val="16"/>
              </w:rPr>
              <w:t>10.0</w:t>
            </w:r>
          </w:p>
        </w:tc>
        <w:tc>
          <w:tcPr>
            <w:tcW w:w="1265" w:type="dxa"/>
          </w:tcPr>
          <w:p w14:paraId="49BED261" w14:textId="77777777" w:rsidR="004674D5" w:rsidRDefault="004674D5" w:rsidP="004A7CD1">
            <w:r>
              <w:rPr>
                <w:rFonts w:ascii="Roboto Condensed" w:hAnsi="Roboto Condensed"/>
                <w:sz w:val="16"/>
              </w:rPr>
              <w:t>30.0</w:t>
            </w:r>
          </w:p>
        </w:tc>
        <w:tc>
          <w:tcPr>
            <w:tcW w:w="1265" w:type="dxa"/>
          </w:tcPr>
          <w:p w14:paraId="3899A3DD" w14:textId="77777777" w:rsidR="004674D5" w:rsidRDefault="004674D5" w:rsidP="004A7CD1">
            <w:r>
              <w:rPr>
                <w:rFonts w:ascii="Roboto Condensed" w:hAnsi="Roboto Condensed"/>
                <w:sz w:val="16"/>
              </w:rPr>
              <w:t>50</w:t>
            </w:r>
          </w:p>
        </w:tc>
      </w:tr>
      <w:tr w:rsidR="004674D5" w14:paraId="791635C9" w14:textId="77777777" w:rsidTr="004A7CD1">
        <w:tc>
          <w:tcPr>
            <w:tcW w:w="1134" w:type="dxa"/>
          </w:tcPr>
          <w:p w14:paraId="455C5507" w14:textId="77777777" w:rsidR="004674D5" w:rsidRDefault="004674D5" w:rsidP="004A7CD1">
            <w:r>
              <w:rPr>
                <w:rFonts w:ascii="Roboto Condensed" w:hAnsi="Roboto Condensed"/>
                <w:sz w:val="16"/>
              </w:rPr>
              <w:t>21SN - 24SN</w:t>
            </w:r>
          </w:p>
        </w:tc>
        <w:tc>
          <w:tcPr>
            <w:tcW w:w="1900" w:type="dxa"/>
            <w:vMerge/>
          </w:tcPr>
          <w:p w14:paraId="0236B434" w14:textId="77777777" w:rsidR="004674D5" w:rsidRDefault="004674D5" w:rsidP="004A7CD1"/>
        </w:tc>
        <w:tc>
          <w:tcPr>
            <w:tcW w:w="1418" w:type="dxa"/>
          </w:tcPr>
          <w:p w14:paraId="07ABED62" w14:textId="77777777" w:rsidR="004674D5" w:rsidRDefault="004674D5" w:rsidP="004A7CD1">
            <w:r>
              <w:rPr>
                <w:rFonts w:ascii="Roboto Condensed" w:hAnsi="Roboto Condensed"/>
                <w:sz w:val="16"/>
              </w:rPr>
              <w:t>US, UK, UHD, UG, UT, UZ, UE, ZN, L</w:t>
            </w:r>
          </w:p>
        </w:tc>
        <w:tc>
          <w:tcPr>
            <w:tcW w:w="1359" w:type="dxa"/>
          </w:tcPr>
          <w:p w14:paraId="69BE8ECF" w14:textId="77777777" w:rsidR="004674D5" w:rsidRDefault="004674D5" w:rsidP="004A7CD1">
            <w:r>
              <w:rPr>
                <w:rFonts w:ascii="Roboto Condensed" w:hAnsi="Roboto Condensed"/>
                <w:sz w:val="16"/>
              </w:rPr>
              <w:t>0.4</w:t>
            </w:r>
          </w:p>
        </w:tc>
        <w:tc>
          <w:tcPr>
            <w:tcW w:w="1171" w:type="dxa"/>
          </w:tcPr>
          <w:p w14:paraId="4E799399" w14:textId="77777777" w:rsidR="004674D5" w:rsidRDefault="004674D5" w:rsidP="004A7CD1">
            <w:r>
              <w:rPr>
                <w:rFonts w:ascii="Roboto Condensed" w:hAnsi="Roboto Condensed"/>
                <w:sz w:val="16"/>
              </w:rPr>
              <w:t>10.0</w:t>
            </w:r>
          </w:p>
        </w:tc>
        <w:tc>
          <w:tcPr>
            <w:tcW w:w="1265" w:type="dxa"/>
          </w:tcPr>
          <w:p w14:paraId="29204188" w14:textId="77777777" w:rsidR="004674D5" w:rsidRDefault="004674D5" w:rsidP="004A7CD1">
            <w:r>
              <w:rPr>
                <w:rFonts w:ascii="Roboto Condensed" w:hAnsi="Roboto Condensed"/>
                <w:sz w:val="16"/>
              </w:rPr>
              <w:t>20.0</w:t>
            </w:r>
          </w:p>
        </w:tc>
        <w:tc>
          <w:tcPr>
            <w:tcW w:w="1265" w:type="dxa"/>
          </w:tcPr>
          <w:p w14:paraId="557EB5ED" w14:textId="77777777" w:rsidR="004674D5" w:rsidRDefault="004674D5" w:rsidP="004A7CD1">
            <w:r>
              <w:rPr>
                <w:rFonts w:ascii="Roboto Condensed" w:hAnsi="Roboto Condensed"/>
                <w:sz w:val="16"/>
              </w:rPr>
              <w:t>50</w:t>
            </w:r>
          </w:p>
        </w:tc>
      </w:tr>
      <w:tr w:rsidR="004674D5" w14:paraId="124421CD" w14:textId="77777777" w:rsidTr="004A7CD1">
        <w:tc>
          <w:tcPr>
            <w:tcW w:w="1134" w:type="dxa"/>
          </w:tcPr>
          <w:p w14:paraId="641A676A" w14:textId="77777777" w:rsidR="004674D5" w:rsidRDefault="004674D5" w:rsidP="004A7CD1">
            <w:r>
              <w:rPr>
                <w:rFonts w:ascii="Roboto Condensed" w:hAnsi="Roboto Condensed"/>
                <w:sz w:val="16"/>
              </w:rPr>
              <w:t>26SN</w:t>
            </w:r>
          </w:p>
        </w:tc>
        <w:tc>
          <w:tcPr>
            <w:tcW w:w="1900" w:type="dxa"/>
            <w:vMerge/>
          </w:tcPr>
          <w:p w14:paraId="63FE3009" w14:textId="77777777" w:rsidR="004674D5" w:rsidRDefault="004674D5" w:rsidP="004A7CD1"/>
        </w:tc>
        <w:tc>
          <w:tcPr>
            <w:tcW w:w="1418" w:type="dxa"/>
          </w:tcPr>
          <w:p w14:paraId="2985C401" w14:textId="77777777" w:rsidR="004674D5" w:rsidRDefault="004674D5" w:rsidP="004A7CD1">
            <w:r>
              <w:rPr>
                <w:rFonts w:ascii="Roboto Condensed" w:hAnsi="Roboto Condensed"/>
                <w:sz w:val="16"/>
              </w:rPr>
              <w:t>US, UK, UHD, UG, UT, UZ, UE, ZN, L</w:t>
            </w:r>
          </w:p>
        </w:tc>
        <w:tc>
          <w:tcPr>
            <w:tcW w:w="1359" w:type="dxa"/>
          </w:tcPr>
          <w:p w14:paraId="0BBD2213" w14:textId="77777777" w:rsidR="004674D5" w:rsidRDefault="004674D5" w:rsidP="004A7CD1">
            <w:r>
              <w:rPr>
                <w:rFonts w:ascii="Roboto Condensed" w:hAnsi="Roboto Condensed"/>
                <w:sz w:val="16"/>
              </w:rPr>
              <w:t>0.4</w:t>
            </w:r>
          </w:p>
        </w:tc>
        <w:tc>
          <w:tcPr>
            <w:tcW w:w="1171" w:type="dxa"/>
          </w:tcPr>
          <w:p w14:paraId="71D0DFDB" w14:textId="77777777" w:rsidR="004674D5" w:rsidRDefault="004674D5" w:rsidP="004A7CD1">
            <w:r>
              <w:rPr>
                <w:rFonts w:ascii="Roboto Condensed" w:hAnsi="Roboto Condensed"/>
                <w:sz w:val="16"/>
              </w:rPr>
              <w:t>10.0</w:t>
            </w:r>
          </w:p>
        </w:tc>
        <w:tc>
          <w:tcPr>
            <w:tcW w:w="1265" w:type="dxa"/>
          </w:tcPr>
          <w:p w14:paraId="7528D429" w14:textId="77777777" w:rsidR="004674D5" w:rsidRDefault="004674D5" w:rsidP="004A7CD1">
            <w:r>
              <w:rPr>
                <w:rFonts w:ascii="Roboto Condensed" w:hAnsi="Roboto Condensed"/>
                <w:sz w:val="16"/>
              </w:rPr>
              <w:t>20.0</w:t>
            </w:r>
          </w:p>
        </w:tc>
        <w:tc>
          <w:tcPr>
            <w:tcW w:w="1265" w:type="dxa"/>
          </w:tcPr>
          <w:p w14:paraId="3A600F9F" w14:textId="77777777" w:rsidR="004674D5" w:rsidRDefault="004674D5" w:rsidP="004A7CD1">
            <w:r>
              <w:rPr>
                <w:rFonts w:ascii="Roboto Condensed" w:hAnsi="Roboto Condensed"/>
                <w:sz w:val="16"/>
              </w:rPr>
              <w:t>50</w:t>
            </w:r>
          </w:p>
        </w:tc>
      </w:tr>
      <w:tr w:rsidR="004674D5" w14:paraId="67BD920A" w14:textId="77777777" w:rsidTr="004A7CD1">
        <w:tc>
          <w:tcPr>
            <w:tcW w:w="1134" w:type="dxa"/>
          </w:tcPr>
          <w:p w14:paraId="5AD1838C" w14:textId="77777777" w:rsidR="004674D5" w:rsidRDefault="004674D5" w:rsidP="004A7CD1">
            <w:r>
              <w:rPr>
                <w:rFonts w:ascii="Roboto Condensed" w:hAnsi="Roboto Condensed"/>
                <w:sz w:val="16"/>
              </w:rPr>
              <w:t>27SN</w:t>
            </w:r>
          </w:p>
        </w:tc>
        <w:tc>
          <w:tcPr>
            <w:tcW w:w="1900" w:type="dxa"/>
            <w:vMerge/>
          </w:tcPr>
          <w:p w14:paraId="32B0760A" w14:textId="77777777" w:rsidR="004674D5" w:rsidRDefault="004674D5" w:rsidP="004A7CD1"/>
        </w:tc>
        <w:tc>
          <w:tcPr>
            <w:tcW w:w="1418" w:type="dxa"/>
          </w:tcPr>
          <w:p w14:paraId="36AD31DA" w14:textId="77777777" w:rsidR="004674D5" w:rsidRDefault="004674D5" w:rsidP="004A7CD1">
            <w:r>
              <w:rPr>
                <w:rFonts w:ascii="Roboto Condensed" w:hAnsi="Roboto Condensed"/>
                <w:sz w:val="16"/>
              </w:rPr>
              <w:t>US, UK, UG, UT, UZ, ZN, L</w:t>
            </w:r>
          </w:p>
        </w:tc>
        <w:tc>
          <w:tcPr>
            <w:tcW w:w="1359" w:type="dxa"/>
          </w:tcPr>
          <w:p w14:paraId="2D5E5854" w14:textId="77777777" w:rsidR="004674D5" w:rsidRDefault="004674D5" w:rsidP="004A7CD1">
            <w:r>
              <w:rPr>
                <w:rFonts w:ascii="Roboto Condensed" w:hAnsi="Roboto Condensed"/>
                <w:sz w:val="16"/>
              </w:rPr>
              <w:t>0.4</w:t>
            </w:r>
          </w:p>
        </w:tc>
        <w:tc>
          <w:tcPr>
            <w:tcW w:w="1171" w:type="dxa"/>
          </w:tcPr>
          <w:p w14:paraId="176F6A15" w14:textId="77777777" w:rsidR="004674D5" w:rsidRDefault="004674D5" w:rsidP="004A7CD1">
            <w:r>
              <w:rPr>
                <w:rFonts w:ascii="Roboto Condensed" w:hAnsi="Roboto Condensed"/>
                <w:sz w:val="16"/>
              </w:rPr>
              <w:t>10.0</w:t>
            </w:r>
          </w:p>
        </w:tc>
        <w:tc>
          <w:tcPr>
            <w:tcW w:w="1265" w:type="dxa"/>
          </w:tcPr>
          <w:p w14:paraId="284559C2" w14:textId="77777777" w:rsidR="004674D5" w:rsidRDefault="004674D5" w:rsidP="004A7CD1">
            <w:r>
              <w:rPr>
                <w:rFonts w:ascii="Roboto Condensed" w:hAnsi="Roboto Condensed"/>
                <w:sz w:val="16"/>
              </w:rPr>
              <w:t>20.0</w:t>
            </w:r>
          </w:p>
        </w:tc>
        <w:tc>
          <w:tcPr>
            <w:tcW w:w="1265" w:type="dxa"/>
          </w:tcPr>
          <w:p w14:paraId="07912ED0" w14:textId="77777777" w:rsidR="004674D5" w:rsidRDefault="004674D5" w:rsidP="004A7CD1">
            <w:r>
              <w:rPr>
                <w:rFonts w:ascii="Roboto Condensed" w:hAnsi="Roboto Condensed"/>
                <w:sz w:val="16"/>
              </w:rPr>
              <w:t>50</w:t>
            </w:r>
          </w:p>
        </w:tc>
      </w:tr>
      <w:tr w:rsidR="004674D5" w14:paraId="22624AB5" w14:textId="77777777" w:rsidTr="004A7CD1">
        <w:tc>
          <w:tcPr>
            <w:tcW w:w="1134" w:type="dxa"/>
          </w:tcPr>
          <w:p w14:paraId="6E98777A" w14:textId="77777777" w:rsidR="004674D5" w:rsidRDefault="004674D5" w:rsidP="004A7CD1">
            <w:r>
              <w:rPr>
                <w:rFonts w:ascii="Roboto Condensed" w:hAnsi="Roboto Condensed"/>
                <w:sz w:val="16"/>
              </w:rPr>
              <w:t>28SN - 29SN</w:t>
            </w:r>
          </w:p>
        </w:tc>
        <w:tc>
          <w:tcPr>
            <w:tcW w:w="1900" w:type="dxa"/>
            <w:vMerge/>
          </w:tcPr>
          <w:p w14:paraId="6A2C6819" w14:textId="77777777" w:rsidR="004674D5" w:rsidRDefault="004674D5" w:rsidP="004A7CD1"/>
        </w:tc>
        <w:tc>
          <w:tcPr>
            <w:tcW w:w="1418" w:type="dxa"/>
          </w:tcPr>
          <w:p w14:paraId="44A26CC2" w14:textId="77777777" w:rsidR="004674D5" w:rsidRDefault="004674D5" w:rsidP="004A7CD1">
            <w:r>
              <w:rPr>
                <w:rFonts w:ascii="Roboto Condensed" w:hAnsi="Roboto Condensed"/>
                <w:sz w:val="16"/>
              </w:rPr>
              <w:t>US, UT, ZN, L</w:t>
            </w:r>
          </w:p>
        </w:tc>
        <w:tc>
          <w:tcPr>
            <w:tcW w:w="1359" w:type="dxa"/>
          </w:tcPr>
          <w:p w14:paraId="26333AFA" w14:textId="77777777" w:rsidR="004674D5" w:rsidRDefault="004674D5" w:rsidP="004A7CD1">
            <w:r>
              <w:rPr>
                <w:rFonts w:ascii="Roboto Condensed" w:hAnsi="Roboto Condensed"/>
                <w:sz w:val="16"/>
              </w:rPr>
              <w:t>0.4</w:t>
            </w:r>
          </w:p>
        </w:tc>
        <w:tc>
          <w:tcPr>
            <w:tcW w:w="1171" w:type="dxa"/>
          </w:tcPr>
          <w:p w14:paraId="166A3CE6" w14:textId="77777777" w:rsidR="004674D5" w:rsidRDefault="004674D5" w:rsidP="004A7CD1">
            <w:r>
              <w:rPr>
                <w:rFonts w:ascii="Roboto Condensed" w:hAnsi="Roboto Condensed"/>
                <w:sz w:val="16"/>
              </w:rPr>
              <w:t>10.0</w:t>
            </w:r>
          </w:p>
        </w:tc>
        <w:tc>
          <w:tcPr>
            <w:tcW w:w="1265" w:type="dxa"/>
          </w:tcPr>
          <w:p w14:paraId="04AF0040" w14:textId="77777777" w:rsidR="004674D5" w:rsidRDefault="004674D5" w:rsidP="004A7CD1">
            <w:r>
              <w:rPr>
                <w:rFonts w:ascii="Roboto Condensed" w:hAnsi="Roboto Condensed"/>
                <w:sz w:val="16"/>
              </w:rPr>
              <w:t>20.0</w:t>
            </w:r>
          </w:p>
        </w:tc>
        <w:tc>
          <w:tcPr>
            <w:tcW w:w="1265" w:type="dxa"/>
          </w:tcPr>
          <w:p w14:paraId="48A94FAC" w14:textId="77777777" w:rsidR="004674D5" w:rsidRDefault="004674D5" w:rsidP="004A7CD1">
            <w:r>
              <w:rPr>
                <w:rFonts w:ascii="Roboto Condensed" w:hAnsi="Roboto Condensed"/>
                <w:sz w:val="16"/>
              </w:rPr>
              <w:t>50</w:t>
            </w:r>
          </w:p>
        </w:tc>
      </w:tr>
      <w:tr w:rsidR="004674D5" w14:paraId="174EF8E0" w14:textId="77777777" w:rsidTr="004A7CD1">
        <w:tc>
          <w:tcPr>
            <w:tcW w:w="1134" w:type="dxa"/>
          </w:tcPr>
          <w:p w14:paraId="2FD8D7B3" w14:textId="77777777" w:rsidR="004674D5" w:rsidRDefault="004674D5" w:rsidP="004A7CD1">
            <w:r>
              <w:rPr>
                <w:rFonts w:ascii="Roboto Condensed" w:hAnsi="Roboto Condensed"/>
                <w:sz w:val="16"/>
              </w:rPr>
              <w:t>33SN - 36SN</w:t>
            </w:r>
          </w:p>
        </w:tc>
        <w:tc>
          <w:tcPr>
            <w:tcW w:w="1900" w:type="dxa"/>
            <w:vMerge/>
          </w:tcPr>
          <w:p w14:paraId="2CD7AE9E" w14:textId="77777777" w:rsidR="004674D5" w:rsidRDefault="004674D5" w:rsidP="004A7CD1"/>
        </w:tc>
        <w:tc>
          <w:tcPr>
            <w:tcW w:w="1418" w:type="dxa"/>
          </w:tcPr>
          <w:p w14:paraId="6952ACE7" w14:textId="77777777" w:rsidR="004674D5" w:rsidRDefault="004674D5" w:rsidP="004A7CD1">
            <w:r>
              <w:rPr>
                <w:rFonts w:ascii="Roboto Condensed" w:hAnsi="Roboto Condensed"/>
                <w:sz w:val="16"/>
              </w:rPr>
              <w:t>US, UK, UHD, UG, UT, UZ, UE, ZN, L</w:t>
            </w:r>
          </w:p>
        </w:tc>
        <w:tc>
          <w:tcPr>
            <w:tcW w:w="1359" w:type="dxa"/>
          </w:tcPr>
          <w:p w14:paraId="23BFFB07" w14:textId="77777777" w:rsidR="004674D5" w:rsidRDefault="004674D5" w:rsidP="004A7CD1">
            <w:r>
              <w:rPr>
                <w:rFonts w:ascii="Roboto Condensed" w:hAnsi="Roboto Condensed"/>
                <w:sz w:val="16"/>
              </w:rPr>
              <w:t>0.4</w:t>
            </w:r>
          </w:p>
        </w:tc>
        <w:tc>
          <w:tcPr>
            <w:tcW w:w="1171" w:type="dxa"/>
          </w:tcPr>
          <w:p w14:paraId="170DFE9B" w14:textId="77777777" w:rsidR="004674D5" w:rsidRDefault="004674D5" w:rsidP="004A7CD1">
            <w:r>
              <w:rPr>
                <w:rFonts w:ascii="Roboto Condensed" w:hAnsi="Roboto Condensed"/>
                <w:sz w:val="16"/>
              </w:rPr>
              <w:t>10.0</w:t>
            </w:r>
          </w:p>
        </w:tc>
        <w:tc>
          <w:tcPr>
            <w:tcW w:w="1265" w:type="dxa"/>
          </w:tcPr>
          <w:p w14:paraId="0EED4997" w14:textId="77777777" w:rsidR="004674D5" w:rsidRDefault="004674D5" w:rsidP="004A7CD1">
            <w:r>
              <w:rPr>
                <w:rFonts w:ascii="Roboto Condensed" w:hAnsi="Roboto Condensed"/>
                <w:sz w:val="16"/>
              </w:rPr>
              <w:t>20.0</w:t>
            </w:r>
          </w:p>
        </w:tc>
        <w:tc>
          <w:tcPr>
            <w:tcW w:w="1265" w:type="dxa"/>
          </w:tcPr>
          <w:p w14:paraId="402CF20F" w14:textId="77777777" w:rsidR="004674D5" w:rsidRDefault="004674D5" w:rsidP="004A7CD1">
            <w:r>
              <w:rPr>
                <w:rFonts w:ascii="Roboto Condensed" w:hAnsi="Roboto Condensed"/>
                <w:sz w:val="16"/>
              </w:rPr>
              <w:t>50</w:t>
            </w:r>
          </w:p>
        </w:tc>
      </w:tr>
      <w:tr w:rsidR="004674D5" w14:paraId="286C5796" w14:textId="77777777" w:rsidTr="004A7CD1">
        <w:tc>
          <w:tcPr>
            <w:tcW w:w="1134" w:type="dxa"/>
          </w:tcPr>
          <w:p w14:paraId="4BAE7188" w14:textId="77777777" w:rsidR="004674D5" w:rsidRDefault="004674D5" w:rsidP="004A7CD1">
            <w:r>
              <w:rPr>
                <w:rFonts w:ascii="Roboto Condensed" w:hAnsi="Roboto Condensed"/>
                <w:sz w:val="16"/>
              </w:rPr>
              <w:lastRenderedPageBreak/>
              <w:t>38SN</w:t>
            </w:r>
          </w:p>
        </w:tc>
        <w:tc>
          <w:tcPr>
            <w:tcW w:w="1900" w:type="dxa"/>
            <w:vMerge/>
          </w:tcPr>
          <w:p w14:paraId="7E46452B" w14:textId="77777777" w:rsidR="004674D5" w:rsidRDefault="004674D5" w:rsidP="004A7CD1"/>
        </w:tc>
        <w:tc>
          <w:tcPr>
            <w:tcW w:w="1418" w:type="dxa"/>
          </w:tcPr>
          <w:p w14:paraId="68D88FDC" w14:textId="77777777" w:rsidR="004674D5" w:rsidRDefault="004674D5" w:rsidP="004A7CD1">
            <w:r>
              <w:rPr>
                <w:rFonts w:ascii="Roboto Condensed" w:hAnsi="Roboto Condensed"/>
                <w:sz w:val="16"/>
              </w:rPr>
              <w:t>ZN, L</w:t>
            </w:r>
          </w:p>
        </w:tc>
        <w:tc>
          <w:tcPr>
            <w:tcW w:w="1359" w:type="dxa"/>
          </w:tcPr>
          <w:p w14:paraId="5713D3E5" w14:textId="77777777" w:rsidR="004674D5" w:rsidRDefault="004674D5" w:rsidP="004A7CD1">
            <w:r>
              <w:rPr>
                <w:rFonts w:ascii="Roboto Condensed" w:hAnsi="Roboto Condensed"/>
                <w:sz w:val="16"/>
              </w:rPr>
              <w:t>0.0</w:t>
            </w:r>
          </w:p>
        </w:tc>
        <w:tc>
          <w:tcPr>
            <w:tcW w:w="1171" w:type="dxa"/>
          </w:tcPr>
          <w:p w14:paraId="2EB4E464" w14:textId="77777777" w:rsidR="004674D5" w:rsidRDefault="004674D5" w:rsidP="004A7CD1">
            <w:r>
              <w:rPr>
                <w:rFonts w:ascii="Roboto Condensed" w:hAnsi="Roboto Condensed"/>
                <w:sz w:val="16"/>
              </w:rPr>
              <w:t>6.0</w:t>
            </w:r>
          </w:p>
        </w:tc>
        <w:tc>
          <w:tcPr>
            <w:tcW w:w="1265" w:type="dxa"/>
          </w:tcPr>
          <w:p w14:paraId="6CAA8EE4" w14:textId="77777777" w:rsidR="004674D5" w:rsidRDefault="004674D5" w:rsidP="004A7CD1">
            <w:r>
              <w:rPr>
                <w:rFonts w:ascii="Roboto Condensed" w:hAnsi="Roboto Condensed"/>
                <w:sz w:val="16"/>
              </w:rPr>
              <w:t>0.0</w:t>
            </w:r>
          </w:p>
        </w:tc>
        <w:tc>
          <w:tcPr>
            <w:tcW w:w="1265" w:type="dxa"/>
          </w:tcPr>
          <w:p w14:paraId="6638B45E" w14:textId="77777777" w:rsidR="004674D5" w:rsidRDefault="004674D5" w:rsidP="004A7CD1">
            <w:r>
              <w:rPr>
                <w:rFonts w:ascii="Roboto Condensed" w:hAnsi="Roboto Condensed"/>
                <w:sz w:val="16"/>
              </w:rPr>
              <w:t>75</w:t>
            </w:r>
          </w:p>
        </w:tc>
      </w:tr>
      <w:tr w:rsidR="004674D5" w14:paraId="2BB5751D" w14:textId="77777777" w:rsidTr="004A7CD1">
        <w:tc>
          <w:tcPr>
            <w:tcW w:w="1134" w:type="dxa"/>
          </w:tcPr>
          <w:p w14:paraId="5F68DC5F" w14:textId="77777777" w:rsidR="004674D5" w:rsidRDefault="004674D5" w:rsidP="004A7CD1">
            <w:r>
              <w:rPr>
                <w:rFonts w:ascii="Roboto Condensed" w:hAnsi="Roboto Condensed"/>
                <w:sz w:val="16"/>
              </w:rPr>
              <w:t>39SN</w:t>
            </w:r>
          </w:p>
        </w:tc>
        <w:tc>
          <w:tcPr>
            <w:tcW w:w="1900" w:type="dxa"/>
            <w:vMerge/>
          </w:tcPr>
          <w:p w14:paraId="54DB2245" w14:textId="77777777" w:rsidR="004674D5" w:rsidRDefault="004674D5" w:rsidP="004A7CD1"/>
        </w:tc>
        <w:tc>
          <w:tcPr>
            <w:tcW w:w="1418" w:type="dxa"/>
          </w:tcPr>
          <w:p w14:paraId="75BE9145" w14:textId="77777777" w:rsidR="004674D5" w:rsidRPr="00363680" w:rsidRDefault="004674D5" w:rsidP="004A7CD1">
            <w:r w:rsidRPr="00363680">
              <w:rPr>
                <w:rFonts w:ascii="Roboto Condensed" w:hAnsi="Roboto Condensed"/>
                <w:sz w:val="16"/>
              </w:rPr>
              <w:t>UK, UG, UT, UE, ZN, L</w:t>
            </w:r>
          </w:p>
        </w:tc>
        <w:tc>
          <w:tcPr>
            <w:tcW w:w="1359" w:type="dxa"/>
          </w:tcPr>
          <w:p w14:paraId="2AD80CF6" w14:textId="77777777" w:rsidR="004674D5" w:rsidRDefault="004674D5" w:rsidP="004A7CD1">
            <w:r>
              <w:rPr>
                <w:rFonts w:ascii="Roboto Condensed" w:hAnsi="Roboto Condensed"/>
                <w:sz w:val="16"/>
              </w:rPr>
              <w:t>0.4</w:t>
            </w:r>
          </w:p>
        </w:tc>
        <w:tc>
          <w:tcPr>
            <w:tcW w:w="1171" w:type="dxa"/>
          </w:tcPr>
          <w:p w14:paraId="3D760DD0" w14:textId="77777777" w:rsidR="004674D5" w:rsidRDefault="004674D5" w:rsidP="004A7CD1">
            <w:r>
              <w:rPr>
                <w:rFonts w:ascii="Roboto Condensed" w:hAnsi="Roboto Condensed"/>
                <w:sz w:val="16"/>
              </w:rPr>
              <w:t>10.0</w:t>
            </w:r>
          </w:p>
        </w:tc>
        <w:tc>
          <w:tcPr>
            <w:tcW w:w="1265" w:type="dxa"/>
          </w:tcPr>
          <w:p w14:paraId="74FCB33C" w14:textId="77777777" w:rsidR="004674D5" w:rsidRDefault="004674D5" w:rsidP="004A7CD1">
            <w:r>
              <w:rPr>
                <w:rFonts w:ascii="Roboto Condensed" w:hAnsi="Roboto Condensed"/>
                <w:sz w:val="16"/>
              </w:rPr>
              <w:t>20.0</w:t>
            </w:r>
          </w:p>
        </w:tc>
        <w:tc>
          <w:tcPr>
            <w:tcW w:w="1265" w:type="dxa"/>
          </w:tcPr>
          <w:p w14:paraId="1D74FA5D" w14:textId="77777777" w:rsidR="004674D5" w:rsidRDefault="004674D5" w:rsidP="004A7CD1">
            <w:r>
              <w:rPr>
                <w:rFonts w:ascii="Roboto Condensed" w:hAnsi="Roboto Condensed"/>
                <w:sz w:val="16"/>
              </w:rPr>
              <w:t>50</w:t>
            </w:r>
          </w:p>
        </w:tc>
      </w:tr>
      <w:tr w:rsidR="004674D5" w14:paraId="0E5041B4" w14:textId="77777777" w:rsidTr="004A7CD1">
        <w:tc>
          <w:tcPr>
            <w:tcW w:w="9514" w:type="dxa"/>
            <w:gridSpan w:val="7"/>
            <w:shd w:val="clear" w:color="auto" w:fill="808080"/>
            <w:vAlign w:val="center"/>
          </w:tcPr>
          <w:p w14:paraId="6B5A9D45" w14:textId="77777777" w:rsidR="004674D5" w:rsidRDefault="004674D5" w:rsidP="004A7CD1">
            <w:pPr>
              <w:jc w:val="center"/>
            </w:pPr>
            <w:r>
              <w:rPr>
                <w:rFonts w:ascii="Roboto Condensed" w:hAnsi="Roboto Condensed"/>
                <w:b/>
                <w:sz w:val="20"/>
              </w:rPr>
              <w:t>SC – STREFA CMENTARZY</w:t>
            </w:r>
          </w:p>
        </w:tc>
      </w:tr>
      <w:tr w:rsidR="004674D5" w14:paraId="09CFF74E" w14:textId="77777777" w:rsidTr="004A7CD1">
        <w:tc>
          <w:tcPr>
            <w:tcW w:w="1134" w:type="dxa"/>
          </w:tcPr>
          <w:p w14:paraId="37F53D94" w14:textId="77777777" w:rsidR="004674D5" w:rsidRDefault="004674D5" w:rsidP="004A7CD1">
            <w:r>
              <w:rPr>
                <w:rFonts w:ascii="Roboto Condensed" w:hAnsi="Roboto Condensed"/>
                <w:sz w:val="16"/>
              </w:rPr>
              <w:t>1SC</w:t>
            </w:r>
          </w:p>
        </w:tc>
        <w:tc>
          <w:tcPr>
            <w:tcW w:w="1900" w:type="dxa"/>
            <w:vMerge w:val="restart"/>
            <w:vAlign w:val="center"/>
          </w:tcPr>
          <w:p w14:paraId="56483087" w14:textId="77777777" w:rsidR="004674D5" w:rsidRPr="00363680" w:rsidRDefault="004674D5" w:rsidP="004A7CD1">
            <w:pPr>
              <w:jc w:val="center"/>
            </w:pPr>
            <w:r w:rsidRPr="00363680">
              <w:rPr>
                <w:rFonts w:ascii="Roboto Condensed" w:hAnsi="Roboto Condensed"/>
                <w:sz w:val="16"/>
              </w:rPr>
              <w:t>teren cmentarza,</w:t>
            </w:r>
            <w:r w:rsidRPr="00363680">
              <w:rPr>
                <w:rFonts w:ascii="Roboto Condensed" w:hAnsi="Roboto Condensed"/>
                <w:sz w:val="16"/>
              </w:rPr>
              <w:br/>
              <w:t>teren komunikacji,</w:t>
            </w:r>
            <w:r w:rsidRPr="00363680">
              <w:rPr>
                <w:rFonts w:ascii="Roboto Condensed" w:hAnsi="Roboto Condensed"/>
                <w:sz w:val="16"/>
              </w:rPr>
              <w:br/>
              <w:t>teren zieleni urządzonej,</w:t>
            </w:r>
            <w:r w:rsidRPr="00363680">
              <w:rPr>
                <w:rFonts w:ascii="Roboto Condensed" w:hAnsi="Roboto Condensed"/>
                <w:sz w:val="16"/>
              </w:rPr>
              <w:br/>
              <w:t>teren ogrodów działkowych,</w:t>
            </w:r>
            <w:r w:rsidRPr="00363680">
              <w:rPr>
                <w:rFonts w:ascii="Roboto Condensed" w:hAnsi="Roboto Condensed"/>
                <w:sz w:val="16"/>
              </w:rPr>
              <w:br/>
              <w:t>teren infrastruktury technicznej (2</w:t>
            </w:r>
          </w:p>
        </w:tc>
        <w:tc>
          <w:tcPr>
            <w:tcW w:w="1418" w:type="dxa"/>
          </w:tcPr>
          <w:p w14:paraId="2A7A9C1D" w14:textId="77777777" w:rsidR="004674D5" w:rsidRDefault="004674D5" w:rsidP="004A7CD1">
            <w:r>
              <w:rPr>
                <w:rFonts w:ascii="Roboto Condensed" w:hAnsi="Roboto Condensed"/>
                <w:sz w:val="16"/>
              </w:rPr>
              <w:t>UR, ZN</w:t>
            </w:r>
          </w:p>
        </w:tc>
        <w:tc>
          <w:tcPr>
            <w:tcW w:w="1359" w:type="dxa"/>
          </w:tcPr>
          <w:p w14:paraId="3CC3BBAF" w14:textId="77777777" w:rsidR="004674D5" w:rsidRDefault="004674D5" w:rsidP="004A7CD1">
            <w:r>
              <w:rPr>
                <w:rFonts w:ascii="Roboto Condensed" w:hAnsi="Roboto Condensed"/>
                <w:sz w:val="16"/>
              </w:rPr>
              <w:t>-</w:t>
            </w:r>
          </w:p>
        </w:tc>
        <w:tc>
          <w:tcPr>
            <w:tcW w:w="1171" w:type="dxa"/>
          </w:tcPr>
          <w:p w14:paraId="3C03F66D" w14:textId="77777777" w:rsidR="004674D5" w:rsidRDefault="004674D5" w:rsidP="004A7CD1">
            <w:r>
              <w:rPr>
                <w:rFonts w:ascii="Roboto Condensed" w:hAnsi="Roboto Condensed"/>
                <w:sz w:val="16"/>
              </w:rPr>
              <w:t>15.0</w:t>
            </w:r>
          </w:p>
        </w:tc>
        <w:tc>
          <w:tcPr>
            <w:tcW w:w="1265" w:type="dxa"/>
          </w:tcPr>
          <w:p w14:paraId="7F1182DE" w14:textId="77777777" w:rsidR="004674D5" w:rsidRDefault="004674D5" w:rsidP="004A7CD1">
            <w:r>
              <w:rPr>
                <w:rFonts w:ascii="Roboto Condensed" w:hAnsi="Roboto Condensed"/>
                <w:sz w:val="16"/>
              </w:rPr>
              <w:t>-</w:t>
            </w:r>
          </w:p>
        </w:tc>
        <w:tc>
          <w:tcPr>
            <w:tcW w:w="1265" w:type="dxa"/>
          </w:tcPr>
          <w:p w14:paraId="5DD68598" w14:textId="77777777" w:rsidR="004674D5" w:rsidRDefault="004674D5" w:rsidP="004A7CD1">
            <w:r>
              <w:rPr>
                <w:rFonts w:ascii="Roboto Condensed" w:hAnsi="Roboto Condensed"/>
                <w:sz w:val="16"/>
              </w:rPr>
              <w:t>30</w:t>
            </w:r>
          </w:p>
        </w:tc>
      </w:tr>
      <w:tr w:rsidR="004674D5" w14:paraId="2FAC7DDB" w14:textId="77777777" w:rsidTr="004A7CD1">
        <w:tc>
          <w:tcPr>
            <w:tcW w:w="1134" w:type="dxa"/>
          </w:tcPr>
          <w:p w14:paraId="0A4F3212" w14:textId="77777777" w:rsidR="004674D5" w:rsidRDefault="004674D5" w:rsidP="004A7CD1">
            <w:r>
              <w:rPr>
                <w:rFonts w:ascii="Roboto Condensed" w:hAnsi="Roboto Condensed"/>
                <w:sz w:val="16"/>
              </w:rPr>
              <w:t>2SC - 3SC</w:t>
            </w:r>
          </w:p>
        </w:tc>
        <w:tc>
          <w:tcPr>
            <w:tcW w:w="1900" w:type="dxa"/>
            <w:vMerge/>
          </w:tcPr>
          <w:p w14:paraId="1B40A200" w14:textId="77777777" w:rsidR="004674D5" w:rsidRDefault="004674D5" w:rsidP="004A7CD1"/>
        </w:tc>
        <w:tc>
          <w:tcPr>
            <w:tcW w:w="1418" w:type="dxa"/>
          </w:tcPr>
          <w:p w14:paraId="19939C17" w14:textId="77777777" w:rsidR="004674D5" w:rsidRDefault="004674D5" w:rsidP="004A7CD1">
            <w:r>
              <w:rPr>
                <w:rFonts w:ascii="Roboto Condensed" w:hAnsi="Roboto Condensed"/>
                <w:sz w:val="16"/>
              </w:rPr>
              <w:t>-</w:t>
            </w:r>
          </w:p>
        </w:tc>
        <w:tc>
          <w:tcPr>
            <w:tcW w:w="1359" w:type="dxa"/>
          </w:tcPr>
          <w:p w14:paraId="4ED7D9C6" w14:textId="77777777" w:rsidR="004674D5" w:rsidRDefault="004674D5" w:rsidP="004A7CD1">
            <w:r>
              <w:rPr>
                <w:rFonts w:ascii="Roboto Condensed" w:hAnsi="Roboto Condensed"/>
                <w:sz w:val="16"/>
              </w:rPr>
              <w:t>-</w:t>
            </w:r>
          </w:p>
        </w:tc>
        <w:tc>
          <w:tcPr>
            <w:tcW w:w="1171" w:type="dxa"/>
          </w:tcPr>
          <w:p w14:paraId="49CA5C58" w14:textId="77777777" w:rsidR="004674D5" w:rsidRDefault="004674D5" w:rsidP="004A7CD1">
            <w:r>
              <w:rPr>
                <w:rFonts w:ascii="Roboto Condensed" w:hAnsi="Roboto Condensed"/>
                <w:sz w:val="16"/>
              </w:rPr>
              <w:t>-</w:t>
            </w:r>
          </w:p>
        </w:tc>
        <w:tc>
          <w:tcPr>
            <w:tcW w:w="1265" w:type="dxa"/>
          </w:tcPr>
          <w:p w14:paraId="73456685" w14:textId="77777777" w:rsidR="004674D5" w:rsidRDefault="004674D5" w:rsidP="004A7CD1">
            <w:r>
              <w:rPr>
                <w:rFonts w:ascii="Roboto Condensed" w:hAnsi="Roboto Condensed"/>
                <w:sz w:val="16"/>
              </w:rPr>
              <w:t>-</w:t>
            </w:r>
          </w:p>
        </w:tc>
        <w:tc>
          <w:tcPr>
            <w:tcW w:w="1265" w:type="dxa"/>
          </w:tcPr>
          <w:p w14:paraId="487AF241" w14:textId="77777777" w:rsidR="004674D5" w:rsidRDefault="004674D5" w:rsidP="004A7CD1">
            <w:r>
              <w:rPr>
                <w:rFonts w:ascii="Roboto Condensed" w:hAnsi="Roboto Condensed"/>
                <w:sz w:val="16"/>
              </w:rPr>
              <w:t>30</w:t>
            </w:r>
          </w:p>
        </w:tc>
      </w:tr>
      <w:tr w:rsidR="004674D5" w14:paraId="4F37CBDD" w14:textId="77777777" w:rsidTr="004A7CD1">
        <w:tc>
          <w:tcPr>
            <w:tcW w:w="1134" w:type="dxa"/>
          </w:tcPr>
          <w:p w14:paraId="07651706" w14:textId="77777777" w:rsidR="004674D5" w:rsidRDefault="004674D5" w:rsidP="004A7CD1">
            <w:r>
              <w:rPr>
                <w:rFonts w:ascii="Roboto Condensed" w:hAnsi="Roboto Condensed"/>
                <w:sz w:val="16"/>
              </w:rPr>
              <w:t>4SC - 6SC</w:t>
            </w:r>
          </w:p>
        </w:tc>
        <w:tc>
          <w:tcPr>
            <w:tcW w:w="1900" w:type="dxa"/>
            <w:vMerge/>
          </w:tcPr>
          <w:p w14:paraId="4C30FA33" w14:textId="77777777" w:rsidR="004674D5" w:rsidRDefault="004674D5" w:rsidP="004A7CD1"/>
        </w:tc>
        <w:tc>
          <w:tcPr>
            <w:tcW w:w="1418" w:type="dxa"/>
          </w:tcPr>
          <w:p w14:paraId="0DFB5923" w14:textId="77777777" w:rsidR="004674D5" w:rsidRDefault="004674D5" w:rsidP="004A7CD1">
            <w:r>
              <w:rPr>
                <w:rFonts w:ascii="Roboto Condensed" w:hAnsi="Roboto Condensed"/>
                <w:sz w:val="16"/>
              </w:rPr>
              <w:t>UR, ZN</w:t>
            </w:r>
          </w:p>
        </w:tc>
        <w:tc>
          <w:tcPr>
            <w:tcW w:w="1359" w:type="dxa"/>
          </w:tcPr>
          <w:p w14:paraId="7E9748B0" w14:textId="77777777" w:rsidR="004674D5" w:rsidRDefault="004674D5" w:rsidP="004A7CD1">
            <w:r>
              <w:rPr>
                <w:rFonts w:ascii="Roboto Condensed" w:hAnsi="Roboto Condensed"/>
                <w:sz w:val="16"/>
              </w:rPr>
              <w:t>-</w:t>
            </w:r>
          </w:p>
        </w:tc>
        <w:tc>
          <w:tcPr>
            <w:tcW w:w="1171" w:type="dxa"/>
          </w:tcPr>
          <w:p w14:paraId="0CCC71E4" w14:textId="77777777" w:rsidR="004674D5" w:rsidRDefault="004674D5" w:rsidP="004A7CD1">
            <w:r>
              <w:rPr>
                <w:rFonts w:ascii="Roboto Condensed" w:hAnsi="Roboto Condensed"/>
                <w:sz w:val="16"/>
              </w:rPr>
              <w:t>5.0</w:t>
            </w:r>
          </w:p>
        </w:tc>
        <w:tc>
          <w:tcPr>
            <w:tcW w:w="1265" w:type="dxa"/>
          </w:tcPr>
          <w:p w14:paraId="1A39E550" w14:textId="77777777" w:rsidR="004674D5" w:rsidRDefault="004674D5" w:rsidP="004A7CD1">
            <w:r>
              <w:rPr>
                <w:rFonts w:ascii="Roboto Condensed" w:hAnsi="Roboto Condensed"/>
                <w:sz w:val="16"/>
              </w:rPr>
              <w:t>-</w:t>
            </w:r>
          </w:p>
        </w:tc>
        <w:tc>
          <w:tcPr>
            <w:tcW w:w="1265" w:type="dxa"/>
          </w:tcPr>
          <w:p w14:paraId="3A1EEB5B" w14:textId="77777777" w:rsidR="004674D5" w:rsidRDefault="004674D5" w:rsidP="004A7CD1">
            <w:r>
              <w:rPr>
                <w:rFonts w:ascii="Roboto Condensed" w:hAnsi="Roboto Condensed"/>
                <w:sz w:val="16"/>
              </w:rPr>
              <w:t>30</w:t>
            </w:r>
          </w:p>
        </w:tc>
      </w:tr>
      <w:tr w:rsidR="004674D5" w14:paraId="25C67DDC" w14:textId="77777777" w:rsidTr="004A7CD1">
        <w:tc>
          <w:tcPr>
            <w:tcW w:w="9514" w:type="dxa"/>
            <w:gridSpan w:val="7"/>
            <w:shd w:val="clear" w:color="auto" w:fill="808080"/>
            <w:vAlign w:val="center"/>
          </w:tcPr>
          <w:p w14:paraId="2A94B3E7" w14:textId="77777777" w:rsidR="004674D5" w:rsidRDefault="004674D5" w:rsidP="004A7CD1">
            <w:pPr>
              <w:jc w:val="center"/>
            </w:pPr>
            <w:r>
              <w:rPr>
                <w:rFonts w:ascii="Roboto Condensed" w:hAnsi="Roboto Condensed"/>
                <w:b/>
                <w:sz w:val="20"/>
              </w:rPr>
              <w:t>SO – STREFA OTWARTA</w:t>
            </w:r>
          </w:p>
        </w:tc>
      </w:tr>
      <w:tr w:rsidR="004674D5" w14:paraId="72783AA3" w14:textId="77777777" w:rsidTr="004A7CD1">
        <w:tc>
          <w:tcPr>
            <w:tcW w:w="1134" w:type="dxa"/>
          </w:tcPr>
          <w:p w14:paraId="4AD72BB3" w14:textId="77777777" w:rsidR="004674D5" w:rsidRDefault="004674D5" w:rsidP="004A7CD1">
            <w:r>
              <w:rPr>
                <w:rFonts w:ascii="Roboto Condensed" w:hAnsi="Roboto Condensed"/>
                <w:sz w:val="16"/>
              </w:rPr>
              <w:t>1SO</w:t>
            </w:r>
          </w:p>
        </w:tc>
        <w:tc>
          <w:tcPr>
            <w:tcW w:w="1900" w:type="dxa"/>
            <w:vMerge w:val="restart"/>
            <w:vAlign w:val="center"/>
          </w:tcPr>
          <w:p w14:paraId="3BB45682" w14:textId="77777777" w:rsidR="004674D5" w:rsidRPr="00363680" w:rsidRDefault="004674D5" w:rsidP="004A7CD1">
            <w:pPr>
              <w:jc w:val="center"/>
            </w:pPr>
            <w:r w:rsidRPr="00363680">
              <w:rPr>
                <w:rFonts w:ascii="Roboto Condensed" w:hAnsi="Roboto Condensed"/>
                <w:sz w:val="16"/>
              </w:rPr>
              <w:t>teren rolnictwa z zakazem zabudowy,</w:t>
            </w:r>
            <w:r w:rsidRPr="00363680">
              <w:rPr>
                <w:rFonts w:ascii="Roboto Condensed" w:hAnsi="Roboto Condensed"/>
                <w:sz w:val="16"/>
              </w:rPr>
              <w:br/>
              <w:t>teren lasu,</w:t>
            </w:r>
            <w:r w:rsidRPr="00363680">
              <w:rPr>
                <w:rFonts w:ascii="Roboto Condensed" w:hAnsi="Roboto Condensed"/>
                <w:sz w:val="16"/>
              </w:rPr>
              <w:br/>
              <w:t>teren zieleni naturalnej,</w:t>
            </w:r>
            <w:r w:rsidRPr="00363680">
              <w:rPr>
                <w:rFonts w:ascii="Roboto Condensed" w:hAnsi="Roboto Condensed"/>
                <w:sz w:val="16"/>
              </w:rPr>
              <w:br/>
              <w:t>teren wód,</w:t>
            </w:r>
            <w:r w:rsidRPr="00363680">
              <w:rPr>
                <w:rFonts w:ascii="Roboto Condensed" w:hAnsi="Roboto Condensed"/>
                <w:sz w:val="16"/>
              </w:rPr>
              <w:br/>
              <w:t>teren komunikacji,</w:t>
            </w:r>
            <w:r w:rsidRPr="00363680">
              <w:rPr>
                <w:rFonts w:ascii="Roboto Condensed" w:hAnsi="Roboto Condensed"/>
                <w:sz w:val="16"/>
              </w:rPr>
              <w:br/>
              <w:t>teren ogrodów działkowych,</w:t>
            </w:r>
            <w:r w:rsidRPr="00363680">
              <w:rPr>
                <w:rFonts w:ascii="Roboto Condensed" w:hAnsi="Roboto Condensed"/>
                <w:sz w:val="16"/>
              </w:rPr>
              <w:br/>
              <w:t>teren infrastruktury technicznej (2</w:t>
            </w:r>
          </w:p>
        </w:tc>
        <w:tc>
          <w:tcPr>
            <w:tcW w:w="1418" w:type="dxa"/>
          </w:tcPr>
          <w:p w14:paraId="106782F6" w14:textId="77777777" w:rsidR="004674D5" w:rsidRDefault="004674D5" w:rsidP="004A7CD1">
            <w:r>
              <w:rPr>
                <w:rFonts w:ascii="Roboto Condensed" w:hAnsi="Roboto Condensed"/>
                <w:sz w:val="16"/>
              </w:rPr>
              <w:t>-</w:t>
            </w:r>
          </w:p>
        </w:tc>
        <w:tc>
          <w:tcPr>
            <w:tcW w:w="1359" w:type="dxa"/>
          </w:tcPr>
          <w:p w14:paraId="6E17C0A6" w14:textId="77777777" w:rsidR="004674D5" w:rsidRDefault="004674D5" w:rsidP="004A7CD1">
            <w:r>
              <w:rPr>
                <w:rFonts w:ascii="Roboto Condensed" w:hAnsi="Roboto Condensed"/>
                <w:sz w:val="16"/>
              </w:rPr>
              <w:t>-</w:t>
            </w:r>
          </w:p>
        </w:tc>
        <w:tc>
          <w:tcPr>
            <w:tcW w:w="1171" w:type="dxa"/>
          </w:tcPr>
          <w:p w14:paraId="2046A3BB" w14:textId="77777777" w:rsidR="004674D5" w:rsidRDefault="004674D5" w:rsidP="004A7CD1">
            <w:r>
              <w:rPr>
                <w:rFonts w:ascii="Roboto Condensed" w:hAnsi="Roboto Condensed"/>
                <w:sz w:val="16"/>
              </w:rPr>
              <w:t>-</w:t>
            </w:r>
          </w:p>
        </w:tc>
        <w:tc>
          <w:tcPr>
            <w:tcW w:w="1265" w:type="dxa"/>
          </w:tcPr>
          <w:p w14:paraId="5104077D" w14:textId="77777777" w:rsidR="004674D5" w:rsidRDefault="004674D5" w:rsidP="004A7CD1">
            <w:r>
              <w:rPr>
                <w:rFonts w:ascii="Roboto Condensed" w:hAnsi="Roboto Condensed"/>
                <w:sz w:val="16"/>
              </w:rPr>
              <w:t>-</w:t>
            </w:r>
          </w:p>
        </w:tc>
        <w:tc>
          <w:tcPr>
            <w:tcW w:w="1265" w:type="dxa"/>
          </w:tcPr>
          <w:p w14:paraId="22A015FC" w14:textId="77777777" w:rsidR="004674D5" w:rsidRDefault="004674D5" w:rsidP="004A7CD1">
            <w:r>
              <w:rPr>
                <w:rFonts w:ascii="Roboto Condensed" w:hAnsi="Roboto Condensed"/>
                <w:sz w:val="16"/>
              </w:rPr>
              <w:t>-</w:t>
            </w:r>
          </w:p>
        </w:tc>
      </w:tr>
      <w:tr w:rsidR="004674D5" w14:paraId="4A680FA0" w14:textId="77777777" w:rsidTr="004A7CD1">
        <w:tc>
          <w:tcPr>
            <w:tcW w:w="1134" w:type="dxa"/>
          </w:tcPr>
          <w:p w14:paraId="096E741B" w14:textId="77777777" w:rsidR="004674D5" w:rsidRDefault="004674D5" w:rsidP="004A7CD1">
            <w:r>
              <w:rPr>
                <w:rFonts w:ascii="Roboto Condensed" w:hAnsi="Roboto Condensed"/>
                <w:sz w:val="16"/>
              </w:rPr>
              <w:t>2SO</w:t>
            </w:r>
          </w:p>
        </w:tc>
        <w:tc>
          <w:tcPr>
            <w:tcW w:w="1900" w:type="dxa"/>
            <w:vMerge/>
          </w:tcPr>
          <w:p w14:paraId="6D68F112" w14:textId="77777777" w:rsidR="004674D5" w:rsidRDefault="004674D5" w:rsidP="004A7CD1"/>
        </w:tc>
        <w:tc>
          <w:tcPr>
            <w:tcW w:w="1418" w:type="dxa"/>
          </w:tcPr>
          <w:p w14:paraId="6DF52165" w14:textId="77777777" w:rsidR="004674D5" w:rsidRDefault="004674D5" w:rsidP="004A7CD1">
            <w:r>
              <w:rPr>
                <w:rFonts w:ascii="Roboto Condensed" w:hAnsi="Roboto Condensed"/>
                <w:sz w:val="16"/>
              </w:rPr>
              <w:t>PEF</w:t>
            </w:r>
          </w:p>
        </w:tc>
        <w:tc>
          <w:tcPr>
            <w:tcW w:w="1359" w:type="dxa"/>
          </w:tcPr>
          <w:p w14:paraId="700F0238" w14:textId="77777777" w:rsidR="004674D5" w:rsidRDefault="004674D5" w:rsidP="004A7CD1">
            <w:r>
              <w:rPr>
                <w:rFonts w:ascii="Roboto Condensed" w:hAnsi="Roboto Condensed"/>
                <w:sz w:val="16"/>
              </w:rPr>
              <w:t>-</w:t>
            </w:r>
          </w:p>
        </w:tc>
        <w:tc>
          <w:tcPr>
            <w:tcW w:w="1171" w:type="dxa"/>
          </w:tcPr>
          <w:p w14:paraId="0AD51928" w14:textId="77777777" w:rsidR="004674D5" w:rsidRDefault="004674D5" w:rsidP="004A7CD1">
            <w:r>
              <w:rPr>
                <w:rFonts w:ascii="Roboto Condensed" w:hAnsi="Roboto Condensed"/>
                <w:sz w:val="16"/>
              </w:rPr>
              <w:t>-</w:t>
            </w:r>
          </w:p>
        </w:tc>
        <w:tc>
          <w:tcPr>
            <w:tcW w:w="1265" w:type="dxa"/>
          </w:tcPr>
          <w:p w14:paraId="2C32BBEB" w14:textId="77777777" w:rsidR="004674D5" w:rsidRDefault="004674D5" w:rsidP="004A7CD1">
            <w:r>
              <w:rPr>
                <w:rFonts w:ascii="Roboto Condensed" w:hAnsi="Roboto Condensed"/>
                <w:sz w:val="16"/>
              </w:rPr>
              <w:t>-</w:t>
            </w:r>
          </w:p>
        </w:tc>
        <w:tc>
          <w:tcPr>
            <w:tcW w:w="1265" w:type="dxa"/>
          </w:tcPr>
          <w:p w14:paraId="315FFC8A" w14:textId="77777777" w:rsidR="004674D5" w:rsidRDefault="004674D5" w:rsidP="004A7CD1">
            <w:r>
              <w:rPr>
                <w:rFonts w:ascii="Roboto Condensed" w:hAnsi="Roboto Condensed"/>
                <w:sz w:val="16"/>
              </w:rPr>
              <w:t>-</w:t>
            </w:r>
          </w:p>
        </w:tc>
      </w:tr>
      <w:tr w:rsidR="004674D5" w14:paraId="212AABF4" w14:textId="77777777" w:rsidTr="004A7CD1">
        <w:tc>
          <w:tcPr>
            <w:tcW w:w="1134" w:type="dxa"/>
          </w:tcPr>
          <w:p w14:paraId="152C50A2" w14:textId="77777777" w:rsidR="004674D5" w:rsidRDefault="004674D5" w:rsidP="004A7CD1">
            <w:r>
              <w:rPr>
                <w:rFonts w:ascii="Roboto Condensed" w:hAnsi="Roboto Condensed"/>
                <w:sz w:val="16"/>
              </w:rPr>
              <w:t>3SO</w:t>
            </w:r>
          </w:p>
        </w:tc>
        <w:tc>
          <w:tcPr>
            <w:tcW w:w="1900" w:type="dxa"/>
            <w:vMerge/>
          </w:tcPr>
          <w:p w14:paraId="601E12B8" w14:textId="77777777" w:rsidR="004674D5" w:rsidRDefault="004674D5" w:rsidP="004A7CD1"/>
        </w:tc>
        <w:tc>
          <w:tcPr>
            <w:tcW w:w="1418" w:type="dxa"/>
          </w:tcPr>
          <w:p w14:paraId="7CC0FBB3" w14:textId="77777777" w:rsidR="004674D5" w:rsidRDefault="004674D5" w:rsidP="004A7CD1">
            <w:r>
              <w:rPr>
                <w:rFonts w:ascii="Roboto Condensed" w:hAnsi="Roboto Condensed"/>
                <w:sz w:val="16"/>
              </w:rPr>
              <w:t>-</w:t>
            </w:r>
          </w:p>
        </w:tc>
        <w:tc>
          <w:tcPr>
            <w:tcW w:w="1359" w:type="dxa"/>
          </w:tcPr>
          <w:p w14:paraId="12850096" w14:textId="77777777" w:rsidR="004674D5" w:rsidRDefault="004674D5" w:rsidP="004A7CD1">
            <w:r>
              <w:rPr>
                <w:rFonts w:ascii="Roboto Condensed" w:hAnsi="Roboto Condensed"/>
                <w:sz w:val="16"/>
              </w:rPr>
              <w:t>-</w:t>
            </w:r>
          </w:p>
        </w:tc>
        <w:tc>
          <w:tcPr>
            <w:tcW w:w="1171" w:type="dxa"/>
          </w:tcPr>
          <w:p w14:paraId="13742607" w14:textId="77777777" w:rsidR="004674D5" w:rsidRDefault="004674D5" w:rsidP="004A7CD1">
            <w:r>
              <w:rPr>
                <w:rFonts w:ascii="Roboto Condensed" w:hAnsi="Roboto Condensed"/>
                <w:sz w:val="16"/>
              </w:rPr>
              <w:t>-</w:t>
            </w:r>
          </w:p>
        </w:tc>
        <w:tc>
          <w:tcPr>
            <w:tcW w:w="1265" w:type="dxa"/>
          </w:tcPr>
          <w:p w14:paraId="69E3A279" w14:textId="77777777" w:rsidR="004674D5" w:rsidRDefault="004674D5" w:rsidP="004A7CD1">
            <w:r>
              <w:rPr>
                <w:rFonts w:ascii="Roboto Condensed" w:hAnsi="Roboto Condensed"/>
                <w:sz w:val="16"/>
              </w:rPr>
              <w:t>-</w:t>
            </w:r>
          </w:p>
        </w:tc>
        <w:tc>
          <w:tcPr>
            <w:tcW w:w="1265" w:type="dxa"/>
          </w:tcPr>
          <w:p w14:paraId="5CDCE42E" w14:textId="77777777" w:rsidR="004674D5" w:rsidRDefault="004674D5" w:rsidP="004A7CD1">
            <w:r>
              <w:rPr>
                <w:rFonts w:ascii="Roboto Condensed" w:hAnsi="Roboto Condensed"/>
                <w:sz w:val="16"/>
              </w:rPr>
              <w:t>-</w:t>
            </w:r>
          </w:p>
        </w:tc>
      </w:tr>
      <w:tr w:rsidR="004674D5" w14:paraId="31D97242" w14:textId="77777777" w:rsidTr="004A7CD1">
        <w:tc>
          <w:tcPr>
            <w:tcW w:w="1134" w:type="dxa"/>
          </w:tcPr>
          <w:p w14:paraId="7D13710D" w14:textId="77777777" w:rsidR="004674D5" w:rsidRDefault="004674D5" w:rsidP="004A7CD1">
            <w:r>
              <w:rPr>
                <w:rFonts w:ascii="Roboto Condensed" w:hAnsi="Roboto Condensed"/>
                <w:sz w:val="16"/>
              </w:rPr>
              <w:t>5SO</w:t>
            </w:r>
          </w:p>
        </w:tc>
        <w:tc>
          <w:tcPr>
            <w:tcW w:w="1900" w:type="dxa"/>
            <w:vMerge/>
          </w:tcPr>
          <w:p w14:paraId="6DE4EF83" w14:textId="77777777" w:rsidR="004674D5" w:rsidRDefault="004674D5" w:rsidP="004A7CD1"/>
        </w:tc>
        <w:tc>
          <w:tcPr>
            <w:tcW w:w="1418" w:type="dxa"/>
          </w:tcPr>
          <w:p w14:paraId="02C57519" w14:textId="77777777" w:rsidR="004674D5" w:rsidRDefault="004674D5" w:rsidP="004A7CD1">
            <w:r>
              <w:rPr>
                <w:rFonts w:ascii="Roboto Condensed" w:hAnsi="Roboto Condensed"/>
                <w:sz w:val="16"/>
              </w:rPr>
              <w:t>PEF</w:t>
            </w:r>
          </w:p>
        </w:tc>
        <w:tc>
          <w:tcPr>
            <w:tcW w:w="1359" w:type="dxa"/>
          </w:tcPr>
          <w:p w14:paraId="6C29E0F9" w14:textId="77777777" w:rsidR="004674D5" w:rsidRDefault="004674D5" w:rsidP="004A7CD1">
            <w:r>
              <w:rPr>
                <w:rFonts w:ascii="Roboto Condensed" w:hAnsi="Roboto Condensed"/>
                <w:sz w:val="16"/>
              </w:rPr>
              <w:t>-</w:t>
            </w:r>
          </w:p>
        </w:tc>
        <w:tc>
          <w:tcPr>
            <w:tcW w:w="1171" w:type="dxa"/>
          </w:tcPr>
          <w:p w14:paraId="1DA8A6B3" w14:textId="77777777" w:rsidR="004674D5" w:rsidRDefault="004674D5" w:rsidP="004A7CD1">
            <w:r>
              <w:rPr>
                <w:rFonts w:ascii="Roboto Condensed" w:hAnsi="Roboto Condensed"/>
                <w:sz w:val="16"/>
              </w:rPr>
              <w:t>-</w:t>
            </w:r>
          </w:p>
        </w:tc>
        <w:tc>
          <w:tcPr>
            <w:tcW w:w="1265" w:type="dxa"/>
          </w:tcPr>
          <w:p w14:paraId="6A0FDD58" w14:textId="77777777" w:rsidR="004674D5" w:rsidRDefault="004674D5" w:rsidP="004A7CD1">
            <w:r>
              <w:rPr>
                <w:rFonts w:ascii="Roboto Condensed" w:hAnsi="Roboto Condensed"/>
                <w:sz w:val="16"/>
              </w:rPr>
              <w:t>-</w:t>
            </w:r>
          </w:p>
        </w:tc>
        <w:tc>
          <w:tcPr>
            <w:tcW w:w="1265" w:type="dxa"/>
          </w:tcPr>
          <w:p w14:paraId="7DAB5B45" w14:textId="77777777" w:rsidR="004674D5" w:rsidRDefault="004674D5" w:rsidP="004A7CD1">
            <w:r>
              <w:rPr>
                <w:rFonts w:ascii="Roboto Condensed" w:hAnsi="Roboto Condensed"/>
                <w:sz w:val="16"/>
              </w:rPr>
              <w:t>-</w:t>
            </w:r>
          </w:p>
        </w:tc>
      </w:tr>
      <w:tr w:rsidR="004674D5" w14:paraId="34F72035" w14:textId="77777777" w:rsidTr="004A7CD1">
        <w:tc>
          <w:tcPr>
            <w:tcW w:w="1134" w:type="dxa"/>
          </w:tcPr>
          <w:p w14:paraId="7E01221E" w14:textId="77777777" w:rsidR="004674D5" w:rsidRDefault="004674D5" w:rsidP="004A7CD1">
            <w:r>
              <w:rPr>
                <w:rFonts w:ascii="Roboto Condensed" w:hAnsi="Roboto Condensed"/>
                <w:sz w:val="16"/>
              </w:rPr>
              <w:t>6SO - 7SO</w:t>
            </w:r>
          </w:p>
        </w:tc>
        <w:tc>
          <w:tcPr>
            <w:tcW w:w="1900" w:type="dxa"/>
            <w:vMerge/>
          </w:tcPr>
          <w:p w14:paraId="0C86D86E" w14:textId="77777777" w:rsidR="004674D5" w:rsidRDefault="004674D5" w:rsidP="004A7CD1"/>
        </w:tc>
        <w:tc>
          <w:tcPr>
            <w:tcW w:w="1418" w:type="dxa"/>
          </w:tcPr>
          <w:p w14:paraId="2C29AD6F" w14:textId="77777777" w:rsidR="004674D5" w:rsidRDefault="004674D5" w:rsidP="004A7CD1">
            <w:r>
              <w:rPr>
                <w:rFonts w:ascii="Roboto Condensed" w:hAnsi="Roboto Condensed"/>
                <w:sz w:val="16"/>
              </w:rPr>
              <w:t>-</w:t>
            </w:r>
          </w:p>
        </w:tc>
        <w:tc>
          <w:tcPr>
            <w:tcW w:w="1359" w:type="dxa"/>
          </w:tcPr>
          <w:p w14:paraId="55EF3B03" w14:textId="77777777" w:rsidR="004674D5" w:rsidRDefault="004674D5" w:rsidP="004A7CD1">
            <w:r>
              <w:rPr>
                <w:rFonts w:ascii="Roboto Condensed" w:hAnsi="Roboto Condensed"/>
                <w:sz w:val="16"/>
              </w:rPr>
              <w:t>-</w:t>
            </w:r>
          </w:p>
        </w:tc>
        <w:tc>
          <w:tcPr>
            <w:tcW w:w="1171" w:type="dxa"/>
          </w:tcPr>
          <w:p w14:paraId="55B7CB10" w14:textId="77777777" w:rsidR="004674D5" w:rsidRDefault="004674D5" w:rsidP="004A7CD1">
            <w:r>
              <w:rPr>
                <w:rFonts w:ascii="Roboto Condensed" w:hAnsi="Roboto Condensed"/>
                <w:sz w:val="16"/>
              </w:rPr>
              <w:t>-</w:t>
            </w:r>
          </w:p>
        </w:tc>
        <w:tc>
          <w:tcPr>
            <w:tcW w:w="1265" w:type="dxa"/>
          </w:tcPr>
          <w:p w14:paraId="06F61103" w14:textId="77777777" w:rsidR="004674D5" w:rsidRDefault="004674D5" w:rsidP="004A7CD1">
            <w:r>
              <w:rPr>
                <w:rFonts w:ascii="Roboto Condensed" w:hAnsi="Roboto Condensed"/>
                <w:sz w:val="16"/>
              </w:rPr>
              <w:t>-</w:t>
            </w:r>
          </w:p>
        </w:tc>
        <w:tc>
          <w:tcPr>
            <w:tcW w:w="1265" w:type="dxa"/>
          </w:tcPr>
          <w:p w14:paraId="28F75EA8" w14:textId="77777777" w:rsidR="004674D5" w:rsidRDefault="004674D5" w:rsidP="004A7CD1">
            <w:r>
              <w:rPr>
                <w:rFonts w:ascii="Roboto Condensed" w:hAnsi="Roboto Condensed"/>
                <w:sz w:val="16"/>
              </w:rPr>
              <w:t>-</w:t>
            </w:r>
          </w:p>
        </w:tc>
      </w:tr>
      <w:tr w:rsidR="004674D5" w14:paraId="572E4835" w14:textId="77777777" w:rsidTr="004A7CD1">
        <w:tc>
          <w:tcPr>
            <w:tcW w:w="1134" w:type="dxa"/>
          </w:tcPr>
          <w:p w14:paraId="079B6E8B" w14:textId="77777777" w:rsidR="004674D5" w:rsidRDefault="004674D5" w:rsidP="004A7CD1">
            <w:r>
              <w:rPr>
                <w:rFonts w:ascii="Roboto Condensed" w:hAnsi="Roboto Condensed"/>
                <w:sz w:val="16"/>
              </w:rPr>
              <w:t>8SO</w:t>
            </w:r>
          </w:p>
        </w:tc>
        <w:tc>
          <w:tcPr>
            <w:tcW w:w="1900" w:type="dxa"/>
            <w:vMerge/>
          </w:tcPr>
          <w:p w14:paraId="70EC8370" w14:textId="77777777" w:rsidR="004674D5" w:rsidRDefault="004674D5" w:rsidP="004A7CD1"/>
        </w:tc>
        <w:tc>
          <w:tcPr>
            <w:tcW w:w="1418" w:type="dxa"/>
          </w:tcPr>
          <w:p w14:paraId="3C7B61B0" w14:textId="77777777" w:rsidR="004674D5" w:rsidRDefault="004674D5" w:rsidP="004A7CD1">
            <w:r>
              <w:rPr>
                <w:rFonts w:ascii="Roboto Condensed" w:hAnsi="Roboto Condensed"/>
                <w:sz w:val="16"/>
              </w:rPr>
              <w:t>ZP</w:t>
            </w:r>
          </w:p>
        </w:tc>
        <w:tc>
          <w:tcPr>
            <w:tcW w:w="1359" w:type="dxa"/>
          </w:tcPr>
          <w:p w14:paraId="645F7C78" w14:textId="77777777" w:rsidR="004674D5" w:rsidRDefault="004674D5" w:rsidP="004A7CD1">
            <w:r>
              <w:rPr>
                <w:rFonts w:ascii="Roboto Condensed" w:hAnsi="Roboto Condensed"/>
                <w:sz w:val="16"/>
              </w:rPr>
              <w:t>-</w:t>
            </w:r>
          </w:p>
        </w:tc>
        <w:tc>
          <w:tcPr>
            <w:tcW w:w="1171" w:type="dxa"/>
          </w:tcPr>
          <w:p w14:paraId="3E36F823" w14:textId="77777777" w:rsidR="004674D5" w:rsidRDefault="004674D5" w:rsidP="004A7CD1">
            <w:r>
              <w:rPr>
                <w:rFonts w:ascii="Roboto Condensed" w:hAnsi="Roboto Condensed"/>
                <w:sz w:val="16"/>
              </w:rPr>
              <w:t>-</w:t>
            </w:r>
          </w:p>
        </w:tc>
        <w:tc>
          <w:tcPr>
            <w:tcW w:w="1265" w:type="dxa"/>
          </w:tcPr>
          <w:p w14:paraId="5DDA29CF" w14:textId="77777777" w:rsidR="004674D5" w:rsidRDefault="004674D5" w:rsidP="004A7CD1">
            <w:r>
              <w:rPr>
                <w:rFonts w:ascii="Roboto Condensed" w:hAnsi="Roboto Condensed"/>
                <w:sz w:val="16"/>
              </w:rPr>
              <w:t>-</w:t>
            </w:r>
          </w:p>
        </w:tc>
        <w:tc>
          <w:tcPr>
            <w:tcW w:w="1265" w:type="dxa"/>
          </w:tcPr>
          <w:p w14:paraId="1582D4E6" w14:textId="77777777" w:rsidR="004674D5" w:rsidRDefault="004674D5" w:rsidP="004A7CD1">
            <w:r>
              <w:rPr>
                <w:rFonts w:ascii="Roboto Condensed" w:hAnsi="Roboto Condensed"/>
                <w:sz w:val="16"/>
              </w:rPr>
              <w:t>-</w:t>
            </w:r>
          </w:p>
        </w:tc>
      </w:tr>
      <w:tr w:rsidR="004674D5" w14:paraId="057ACB88" w14:textId="77777777" w:rsidTr="004A7CD1">
        <w:tc>
          <w:tcPr>
            <w:tcW w:w="1134" w:type="dxa"/>
          </w:tcPr>
          <w:p w14:paraId="2594EC20" w14:textId="77777777" w:rsidR="004674D5" w:rsidRDefault="004674D5" w:rsidP="004A7CD1">
            <w:r>
              <w:rPr>
                <w:rFonts w:ascii="Roboto Condensed" w:hAnsi="Roboto Condensed"/>
                <w:sz w:val="16"/>
              </w:rPr>
              <w:t>9SO</w:t>
            </w:r>
          </w:p>
        </w:tc>
        <w:tc>
          <w:tcPr>
            <w:tcW w:w="1900" w:type="dxa"/>
            <w:vMerge/>
          </w:tcPr>
          <w:p w14:paraId="5D335D6B" w14:textId="77777777" w:rsidR="004674D5" w:rsidRDefault="004674D5" w:rsidP="004A7CD1"/>
        </w:tc>
        <w:tc>
          <w:tcPr>
            <w:tcW w:w="1418" w:type="dxa"/>
          </w:tcPr>
          <w:p w14:paraId="1693AAE4" w14:textId="77777777" w:rsidR="004674D5" w:rsidRDefault="004674D5" w:rsidP="004A7CD1">
            <w:r>
              <w:rPr>
                <w:rFonts w:ascii="Roboto Condensed" w:hAnsi="Roboto Condensed"/>
                <w:sz w:val="16"/>
              </w:rPr>
              <w:t>-</w:t>
            </w:r>
          </w:p>
        </w:tc>
        <w:tc>
          <w:tcPr>
            <w:tcW w:w="1359" w:type="dxa"/>
          </w:tcPr>
          <w:p w14:paraId="3A0F9836" w14:textId="77777777" w:rsidR="004674D5" w:rsidRDefault="004674D5" w:rsidP="004A7CD1">
            <w:r>
              <w:rPr>
                <w:rFonts w:ascii="Roboto Condensed" w:hAnsi="Roboto Condensed"/>
                <w:sz w:val="16"/>
              </w:rPr>
              <w:t>-</w:t>
            </w:r>
          </w:p>
        </w:tc>
        <w:tc>
          <w:tcPr>
            <w:tcW w:w="1171" w:type="dxa"/>
          </w:tcPr>
          <w:p w14:paraId="034F2FFB" w14:textId="77777777" w:rsidR="004674D5" w:rsidRDefault="004674D5" w:rsidP="004A7CD1">
            <w:r>
              <w:rPr>
                <w:rFonts w:ascii="Roboto Condensed" w:hAnsi="Roboto Condensed"/>
                <w:sz w:val="16"/>
              </w:rPr>
              <w:t>-</w:t>
            </w:r>
          </w:p>
        </w:tc>
        <w:tc>
          <w:tcPr>
            <w:tcW w:w="1265" w:type="dxa"/>
          </w:tcPr>
          <w:p w14:paraId="0FF053ED" w14:textId="77777777" w:rsidR="004674D5" w:rsidRDefault="004674D5" w:rsidP="004A7CD1">
            <w:r>
              <w:rPr>
                <w:rFonts w:ascii="Roboto Condensed" w:hAnsi="Roboto Condensed"/>
                <w:sz w:val="16"/>
              </w:rPr>
              <w:t>-</w:t>
            </w:r>
          </w:p>
        </w:tc>
        <w:tc>
          <w:tcPr>
            <w:tcW w:w="1265" w:type="dxa"/>
          </w:tcPr>
          <w:p w14:paraId="11D0773B" w14:textId="77777777" w:rsidR="004674D5" w:rsidRDefault="004674D5" w:rsidP="004A7CD1">
            <w:r>
              <w:rPr>
                <w:rFonts w:ascii="Roboto Condensed" w:hAnsi="Roboto Condensed"/>
                <w:sz w:val="16"/>
              </w:rPr>
              <w:t>-</w:t>
            </w:r>
          </w:p>
        </w:tc>
      </w:tr>
      <w:tr w:rsidR="004674D5" w14:paraId="0DBF7090" w14:textId="77777777" w:rsidTr="004A7CD1">
        <w:tc>
          <w:tcPr>
            <w:tcW w:w="1134" w:type="dxa"/>
          </w:tcPr>
          <w:p w14:paraId="52DEE39E" w14:textId="77777777" w:rsidR="004674D5" w:rsidRDefault="004674D5" w:rsidP="004A7CD1">
            <w:r>
              <w:rPr>
                <w:rFonts w:ascii="Roboto Condensed" w:hAnsi="Roboto Condensed"/>
                <w:sz w:val="16"/>
              </w:rPr>
              <w:t>11SO - 13SO</w:t>
            </w:r>
          </w:p>
        </w:tc>
        <w:tc>
          <w:tcPr>
            <w:tcW w:w="1900" w:type="dxa"/>
            <w:vMerge/>
          </w:tcPr>
          <w:p w14:paraId="4BCEFB9D" w14:textId="77777777" w:rsidR="004674D5" w:rsidRDefault="004674D5" w:rsidP="004A7CD1"/>
        </w:tc>
        <w:tc>
          <w:tcPr>
            <w:tcW w:w="1418" w:type="dxa"/>
          </w:tcPr>
          <w:p w14:paraId="5E97A05B" w14:textId="77777777" w:rsidR="004674D5" w:rsidRDefault="004674D5" w:rsidP="004A7CD1">
            <w:r>
              <w:rPr>
                <w:rFonts w:ascii="Roboto Condensed" w:hAnsi="Roboto Condensed"/>
                <w:sz w:val="16"/>
              </w:rPr>
              <w:t>-</w:t>
            </w:r>
          </w:p>
        </w:tc>
        <w:tc>
          <w:tcPr>
            <w:tcW w:w="1359" w:type="dxa"/>
          </w:tcPr>
          <w:p w14:paraId="79EFB998" w14:textId="77777777" w:rsidR="004674D5" w:rsidRDefault="004674D5" w:rsidP="004A7CD1">
            <w:r>
              <w:rPr>
                <w:rFonts w:ascii="Roboto Condensed" w:hAnsi="Roboto Condensed"/>
                <w:sz w:val="16"/>
              </w:rPr>
              <w:t>-</w:t>
            </w:r>
          </w:p>
        </w:tc>
        <w:tc>
          <w:tcPr>
            <w:tcW w:w="1171" w:type="dxa"/>
          </w:tcPr>
          <w:p w14:paraId="7CAFE3B1" w14:textId="77777777" w:rsidR="004674D5" w:rsidRDefault="004674D5" w:rsidP="004A7CD1">
            <w:r>
              <w:rPr>
                <w:rFonts w:ascii="Roboto Condensed" w:hAnsi="Roboto Condensed"/>
                <w:sz w:val="16"/>
              </w:rPr>
              <w:t>-</w:t>
            </w:r>
          </w:p>
        </w:tc>
        <w:tc>
          <w:tcPr>
            <w:tcW w:w="1265" w:type="dxa"/>
          </w:tcPr>
          <w:p w14:paraId="02BEF7AA" w14:textId="77777777" w:rsidR="004674D5" w:rsidRDefault="004674D5" w:rsidP="004A7CD1">
            <w:r>
              <w:rPr>
                <w:rFonts w:ascii="Roboto Condensed" w:hAnsi="Roboto Condensed"/>
                <w:sz w:val="16"/>
              </w:rPr>
              <w:t>-</w:t>
            </w:r>
          </w:p>
        </w:tc>
        <w:tc>
          <w:tcPr>
            <w:tcW w:w="1265" w:type="dxa"/>
          </w:tcPr>
          <w:p w14:paraId="732FD9B2" w14:textId="77777777" w:rsidR="004674D5" w:rsidRDefault="004674D5" w:rsidP="004A7CD1">
            <w:r>
              <w:rPr>
                <w:rFonts w:ascii="Roboto Condensed" w:hAnsi="Roboto Condensed"/>
                <w:sz w:val="16"/>
              </w:rPr>
              <w:t>-</w:t>
            </w:r>
          </w:p>
        </w:tc>
      </w:tr>
      <w:tr w:rsidR="004674D5" w14:paraId="0445890E" w14:textId="77777777" w:rsidTr="004A7CD1">
        <w:tc>
          <w:tcPr>
            <w:tcW w:w="1134" w:type="dxa"/>
          </w:tcPr>
          <w:p w14:paraId="044E0847" w14:textId="77777777" w:rsidR="004674D5" w:rsidRDefault="004674D5" w:rsidP="004A7CD1">
            <w:r>
              <w:rPr>
                <w:rFonts w:ascii="Roboto Condensed" w:hAnsi="Roboto Condensed"/>
                <w:sz w:val="16"/>
              </w:rPr>
              <w:t>14SO</w:t>
            </w:r>
          </w:p>
        </w:tc>
        <w:tc>
          <w:tcPr>
            <w:tcW w:w="1900" w:type="dxa"/>
            <w:vMerge/>
          </w:tcPr>
          <w:p w14:paraId="40A0359A" w14:textId="77777777" w:rsidR="004674D5" w:rsidRDefault="004674D5" w:rsidP="004A7CD1"/>
        </w:tc>
        <w:tc>
          <w:tcPr>
            <w:tcW w:w="1418" w:type="dxa"/>
          </w:tcPr>
          <w:p w14:paraId="5D353C6B" w14:textId="77777777" w:rsidR="004674D5" w:rsidRDefault="004674D5" w:rsidP="004A7CD1">
            <w:r>
              <w:rPr>
                <w:rFonts w:ascii="Roboto Condensed" w:hAnsi="Roboto Condensed"/>
                <w:sz w:val="16"/>
              </w:rPr>
              <w:t>PEF</w:t>
            </w:r>
          </w:p>
        </w:tc>
        <w:tc>
          <w:tcPr>
            <w:tcW w:w="1359" w:type="dxa"/>
          </w:tcPr>
          <w:p w14:paraId="5E5BCF27" w14:textId="77777777" w:rsidR="004674D5" w:rsidRDefault="004674D5" w:rsidP="004A7CD1">
            <w:r>
              <w:rPr>
                <w:rFonts w:ascii="Roboto Condensed" w:hAnsi="Roboto Condensed"/>
                <w:sz w:val="16"/>
              </w:rPr>
              <w:t>-</w:t>
            </w:r>
          </w:p>
        </w:tc>
        <w:tc>
          <w:tcPr>
            <w:tcW w:w="1171" w:type="dxa"/>
          </w:tcPr>
          <w:p w14:paraId="0326F5CC" w14:textId="77777777" w:rsidR="004674D5" w:rsidRDefault="004674D5" w:rsidP="004A7CD1">
            <w:r>
              <w:rPr>
                <w:rFonts w:ascii="Roboto Condensed" w:hAnsi="Roboto Condensed"/>
                <w:sz w:val="16"/>
              </w:rPr>
              <w:t>-</w:t>
            </w:r>
          </w:p>
        </w:tc>
        <w:tc>
          <w:tcPr>
            <w:tcW w:w="1265" w:type="dxa"/>
          </w:tcPr>
          <w:p w14:paraId="08B0326F" w14:textId="77777777" w:rsidR="004674D5" w:rsidRDefault="004674D5" w:rsidP="004A7CD1">
            <w:r>
              <w:rPr>
                <w:rFonts w:ascii="Roboto Condensed" w:hAnsi="Roboto Condensed"/>
                <w:sz w:val="16"/>
              </w:rPr>
              <w:t>-</w:t>
            </w:r>
          </w:p>
        </w:tc>
        <w:tc>
          <w:tcPr>
            <w:tcW w:w="1265" w:type="dxa"/>
          </w:tcPr>
          <w:p w14:paraId="6A8B7CF4" w14:textId="77777777" w:rsidR="004674D5" w:rsidRDefault="004674D5" w:rsidP="004A7CD1">
            <w:r>
              <w:rPr>
                <w:rFonts w:ascii="Roboto Condensed" w:hAnsi="Roboto Condensed"/>
                <w:sz w:val="16"/>
              </w:rPr>
              <w:t>-</w:t>
            </w:r>
          </w:p>
        </w:tc>
      </w:tr>
      <w:tr w:rsidR="004674D5" w14:paraId="22A872FB" w14:textId="77777777" w:rsidTr="004A7CD1">
        <w:tc>
          <w:tcPr>
            <w:tcW w:w="1134" w:type="dxa"/>
          </w:tcPr>
          <w:p w14:paraId="7AA7A244" w14:textId="77777777" w:rsidR="004674D5" w:rsidRDefault="004674D5" w:rsidP="004A7CD1">
            <w:r>
              <w:rPr>
                <w:rFonts w:ascii="Roboto Condensed" w:hAnsi="Roboto Condensed"/>
                <w:sz w:val="16"/>
              </w:rPr>
              <w:t>15SO - 22SO</w:t>
            </w:r>
          </w:p>
        </w:tc>
        <w:tc>
          <w:tcPr>
            <w:tcW w:w="1900" w:type="dxa"/>
            <w:vMerge/>
          </w:tcPr>
          <w:p w14:paraId="0C091626" w14:textId="77777777" w:rsidR="004674D5" w:rsidRDefault="004674D5" w:rsidP="004A7CD1"/>
        </w:tc>
        <w:tc>
          <w:tcPr>
            <w:tcW w:w="1418" w:type="dxa"/>
          </w:tcPr>
          <w:p w14:paraId="53A364A1" w14:textId="77777777" w:rsidR="004674D5" w:rsidRDefault="004674D5" w:rsidP="004A7CD1">
            <w:r>
              <w:rPr>
                <w:rFonts w:ascii="Roboto Condensed" w:hAnsi="Roboto Condensed"/>
                <w:sz w:val="16"/>
              </w:rPr>
              <w:t>-</w:t>
            </w:r>
          </w:p>
        </w:tc>
        <w:tc>
          <w:tcPr>
            <w:tcW w:w="1359" w:type="dxa"/>
          </w:tcPr>
          <w:p w14:paraId="3E585080" w14:textId="77777777" w:rsidR="004674D5" w:rsidRDefault="004674D5" w:rsidP="004A7CD1">
            <w:r>
              <w:rPr>
                <w:rFonts w:ascii="Roboto Condensed" w:hAnsi="Roboto Condensed"/>
                <w:sz w:val="16"/>
              </w:rPr>
              <w:t>-</w:t>
            </w:r>
          </w:p>
        </w:tc>
        <w:tc>
          <w:tcPr>
            <w:tcW w:w="1171" w:type="dxa"/>
          </w:tcPr>
          <w:p w14:paraId="5D151A70" w14:textId="77777777" w:rsidR="004674D5" w:rsidRDefault="004674D5" w:rsidP="004A7CD1">
            <w:r>
              <w:rPr>
                <w:rFonts w:ascii="Roboto Condensed" w:hAnsi="Roboto Condensed"/>
                <w:sz w:val="16"/>
              </w:rPr>
              <w:t>-</w:t>
            </w:r>
          </w:p>
        </w:tc>
        <w:tc>
          <w:tcPr>
            <w:tcW w:w="1265" w:type="dxa"/>
          </w:tcPr>
          <w:p w14:paraId="0DA40FA9" w14:textId="77777777" w:rsidR="004674D5" w:rsidRDefault="004674D5" w:rsidP="004A7CD1">
            <w:r>
              <w:rPr>
                <w:rFonts w:ascii="Roboto Condensed" w:hAnsi="Roboto Condensed"/>
                <w:sz w:val="16"/>
              </w:rPr>
              <w:t>-</w:t>
            </w:r>
          </w:p>
        </w:tc>
        <w:tc>
          <w:tcPr>
            <w:tcW w:w="1265" w:type="dxa"/>
          </w:tcPr>
          <w:p w14:paraId="69F9791E" w14:textId="77777777" w:rsidR="004674D5" w:rsidRDefault="004674D5" w:rsidP="004A7CD1">
            <w:r>
              <w:rPr>
                <w:rFonts w:ascii="Roboto Condensed" w:hAnsi="Roboto Condensed"/>
                <w:sz w:val="16"/>
              </w:rPr>
              <w:t>-</w:t>
            </w:r>
          </w:p>
        </w:tc>
      </w:tr>
      <w:tr w:rsidR="004674D5" w14:paraId="7190018C" w14:textId="77777777" w:rsidTr="004A7CD1">
        <w:tc>
          <w:tcPr>
            <w:tcW w:w="1134" w:type="dxa"/>
          </w:tcPr>
          <w:p w14:paraId="334FBD0F" w14:textId="77777777" w:rsidR="004674D5" w:rsidRDefault="004674D5" w:rsidP="004A7CD1">
            <w:r>
              <w:rPr>
                <w:rFonts w:ascii="Roboto Condensed" w:hAnsi="Roboto Condensed"/>
                <w:sz w:val="16"/>
              </w:rPr>
              <w:t>23SO</w:t>
            </w:r>
          </w:p>
        </w:tc>
        <w:tc>
          <w:tcPr>
            <w:tcW w:w="1900" w:type="dxa"/>
            <w:vMerge/>
          </w:tcPr>
          <w:p w14:paraId="1514B2EE" w14:textId="77777777" w:rsidR="004674D5" w:rsidRDefault="004674D5" w:rsidP="004A7CD1"/>
        </w:tc>
        <w:tc>
          <w:tcPr>
            <w:tcW w:w="1418" w:type="dxa"/>
          </w:tcPr>
          <w:p w14:paraId="56211D11" w14:textId="77777777" w:rsidR="004674D5" w:rsidRDefault="004674D5" w:rsidP="004A7CD1">
            <w:r>
              <w:rPr>
                <w:rFonts w:ascii="Roboto Condensed" w:hAnsi="Roboto Condensed"/>
                <w:sz w:val="16"/>
              </w:rPr>
              <w:t>ZP</w:t>
            </w:r>
          </w:p>
        </w:tc>
        <w:tc>
          <w:tcPr>
            <w:tcW w:w="1359" w:type="dxa"/>
          </w:tcPr>
          <w:p w14:paraId="4F64EF64" w14:textId="77777777" w:rsidR="004674D5" w:rsidRDefault="004674D5" w:rsidP="004A7CD1">
            <w:r>
              <w:rPr>
                <w:rFonts w:ascii="Roboto Condensed" w:hAnsi="Roboto Condensed"/>
                <w:sz w:val="16"/>
              </w:rPr>
              <w:t>-</w:t>
            </w:r>
          </w:p>
        </w:tc>
        <w:tc>
          <w:tcPr>
            <w:tcW w:w="1171" w:type="dxa"/>
          </w:tcPr>
          <w:p w14:paraId="6E409D7A" w14:textId="77777777" w:rsidR="004674D5" w:rsidRDefault="004674D5" w:rsidP="004A7CD1">
            <w:r>
              <w:rPr>
                <w:rFonts w:ascii="Roboto Condensed" w:hAnsi="Roboto Condensed"/>
                <w:sz w:val="16"/>
              </w:rPr>
              <w:t>-</w:t>
            </w:r>
          </w:p>
        </w:tc>
        <w:tc>
          <w:tcPr>
            <w:tcW w:w="1265" w:type="dxa"/>
          </w:tcPr>
          <w:p w14:paraId="3FE63C78" w14:textId="77777777" w:rsidR="004674D5" w:rsidRDefault="004674D5" w:rsidP="004A7CD1">
            <w:r>
              <w:rPr>
                <w:rFonts w:ascii="Roboto Condensed" w:hAnsi="Roboto Condensed"/>
                <w:sz w:val="16"/>
              </w:rPr>
              <w:t>-</w:t>
            </w:r>
          </w:p>
        </w:tc>
        <w:tc>
          <w:tcPr>
            <w:tcW w:w="1265" w:type="dxa"/>
          </w:tcPr>
          <w:p w14:paraId="7EAA97D7" w14:textId="77777777" w:rsidR="004674D5" w:rsidRDefault="004674D5" w:rsidP="004A7CD1">
            <w:r>
              <w:rPr>
                <w:rFonts w:ascii="Roboto Condensed" w:hAnsi="Roboto Condensed"/>
                <w:sz w:val="16"/>
              </w:rPr>
              <w:t>-</w:t>
            </w:r>
          </w:p>
        </w:tc>
      </w:tr>
      <w:tr w:rsidR="004674D5" w14:paraId="349BED2D" w14:textId="77777777" w:rsidTr="004A7CD1">
        <w:tc>
          <w:tcPr>
            <w:tcW w:w="1134" w:type="dxa"/>
          </w:tcPr>
          <w:p w14:paraId="3C984E2C" w14:textId="77777777" w:rsidR="004674D5" w:rsidRDefault="004674D5" w:rsidP="004A7CD1">
            <w:r>
              <w:rPr>
                <w:rFonts w:ascii="Roboto Condensed" w:hAnsi="Roboto Condensed"/>
                <w:sz w:val="16"/>
              </w:rPr>
              <w:t>24SO - 25SO</w:t>
            </w:r>
          </w:p>
        </w:tc>
        <w:tc>
          <w:tcPr>
            <w:tcW w:w="1900" w:type="dxa"/>
            <w:vMerge/>
          </w:tcPr>
          <w:p w14:paraId="39FBC0A2" w14:textId="77777777" w:rsidR="004674D5" w:rsidRDefault="004674D5" w:rsidP="004A7CD1"/>
        </w:tc>
        <w:tc>
          <w:tcPr>
            <w:tcW w:w="1418" w:type="dxa"/>
          </w:tcPr>
          <w:p w14:paraId="0A19C7BE" w14:textId="77777777" w:rsidR="004674D5" w:rsidRDefault="004674D5" w:rsidP="004A7CD1">
            <w:r>
              <w:rPr>
                <w:rFonts w:ascii="Roboto Condensed" w:hAnsi="Roboto Condensed"/>
                <w:sz w:val="16"/>
              </w:rPr>
              <w:t>-</w:t>
            </w:r>
          </w:p>
        </w:tc>
        <w:tc>
          <w:tcPr>
            <w:tcW w:w="1359" w:type="dxa"/>
          </w:tcPr>
          <w:p w14:paraId="1A10830A" w14:textId="77777777" w:rsidR="004674D5" w:rsidRDefault="004674D5" w:rsidP="004A7CD1">
            <w:r>
              <w:rPr>
                <w:rFonts w:ascii="Roboto Condensed" w:hAnsi="Roboto Condensed"/>
                <w:sz w:val="16"/>
              </w:rPr>
              <w:t>-</w:t>
            </w:r>
          </w:p>
        </w:tc>
        <w:tc>
          <w:tcPr>
            <w:tcW w:w="1171" w:type="dxa"/>
          </w:tcPr>
          <w:p w14:paraId="067FE742" w14:textId="77777777" w:rsidR="004674D5" w:rsidRDefault="004674D5" w:rsidP="004A7CD1">
            <w:r>
              <w:rPr>
                <w:rFonts w:ascii="Roboto Condensed" w:hAnsi="Roboto Condensed"/>
                <w:sz w:val="16"/>
              </w:rPr>
              <w:t>-</w:t>
            </w:r>
          </w:p>
        </w:tc>
        <w:tc>
          <w:tcPr>
            <w:tcW w:w="1265" w:type="dxa"/>
          </w:tcPr>
          <w:p w14:paraId="73D79388" w14:textId="77777777" w:rsidR="004674D5" w:rsidRDefault="004674D5" w:rsidP="004A7CD1">
            <w:r>
              <w:rPr>
                <w:rFonts w:ascii="Roboto Condensed" w:hAnsi="Roboto Condensed"/>
                <w:sz w:val="16"/>
              </w:rPr>
              <w:t>-</w:t>
            </w:r>
          </w:p>
        </w:tc>
        <w:tc>
          <w:tcPr>
            <w:tcW w:w="1265" w:type="dxa"/>
          </w:tcPr>
          <w:p w14:paraId="3043D054" w14:textId="77777777" w:rsidR="004674D5" w:rsidRDefault="004674D5" w:rsidP="004A7CD1">
            <w:r>
              <w:rPr>
                <w:rFonts w:ascii="Roboto Condensed" w:hAnsi="Roboto Condensed"/>
                <w:sz w:val="16"/>
              </w:rPr>
              <w:t>-</w:t>
            </w:r>
          </w:p>
        </w:tc>
      </w:tr>
      <w:tr w:rsidR="004674D5" w14:paraId="2100646C" w14:textId="77777777" w:rsidTr="004A7CD1">
        <w:tc>
          <w:tcPr>
            <w:tcW w:w="1134" w:type="dxa"/>
          </w:tcPr>
          <w:p w14:paraId="5CE695D6" w14:textId="77777777" w:rsidR="004674D5" w:rsidRDefault="004674D5" w:rsidP="004A7CD1">
            <w:r>
              <w:rPr>
                <w:rFonts w:ascii="Roboto Condensed" w:hAnsi="Roboto Condensed"/>
                <w:sz w:val="16"/>
              </w:rPr>
              <w:t>26SO</w:t>
            </w:r>
          </w:p>
        </w:tc>
        <w:tc>
          <w:tcPr>
            <w:tcW w:w="1900" w:type="dxa"/>
            <w:vMerge/>
          </w:tcPr>
          <w:p w14:paraId="150F1F51" w14:textId="77777777" w:rsidR="004674D5" w:rsidRDefault="004674D5" w:rsidP="004A7CD1"/>
        </w:tc>
        <w:tc>
          <w:tcPr>
            <w:tcW w:w="1418" w:type="dxa"/>
          </w:tcPr>
          <w:p w14:paraId="00312179" w14:textId="77777777" w:rsidR="004674D5" w:rsidRDefault="004674D5" w:rsidP="004A7CD1">
            <w:r>
              <w:rPr>
                <w:rFonts w:ascii="Roboto Condensed" w:hAnsi="Roboto Condensed"/>
                <w:sz w:val="16"/>
              </w:rPr>
              <w:t>ZP</w:t>
            </w:r>
          </w:p>
        </w:tc>
        <w:tc>
          <w:tcPr>
            <w:tcW w:w="1359" w:type="dxa"/>
          </w:tcPr>
          <w:p w14:paraId="77DDD786" w14:textId="77777777" w:rsidR="004674D5" w:rsidRDefault="004674D5" w:rsidP="004A7CD1">
            <w:r>
              <w:rPr>
                <w:rFonts w:ascii="Roboto Condensed" w:hAnsi="Roboto Condensed"/>
                <w:sz w:val="16"/>
              </w:rPr>
              <w:t>-</w:t>
            </w:r>
          </w:p>
        </w:tc>
        <w:tc>
          <w:tcPr>
            <w:tcW w:w="1171" w:type="dxa"/>
          </w:tcPr>
          <w:p w14:paraId="14A23535" w14:textId="77777777" w:rsidR="004674D5" w:rsidRDefault="004674D5" w:rsidP="004A7CD1">
            <w:r>
              <w:rPr>
                <w:rFonts w:ascii="Roboto Condensed" w:hAnsi="Roboto Condensed"/>
                <w:sz w:val="16"/>
              </w:rPr>
              <w:t>-</w:t>
            </w:r>
          </w:p>
        </w:tc>
        <w:tc>
          <w:tcPr>
            <w:tcW w:w="1265" w:type="dxa"/>
          </w:tcPr>
          <w:p w14:paraId="2DDFE7FB" w14:textId="77777777" w:rsidR="004674D5" w:rsidRDefault="004674D5" w:rsidP="004A7CD1">
            <w:r>
              <w:rPr>
                <w:rFonts w:ascii="Roboto Condensed" w:hAnsi="Roboto Condensed"/>
                <w:sz w:val="16"/>
              </w:rPr>
              <w:t>-</w:t>
            </w:r>
          </w:p>
        </w:tc>
        <w:tc>
          <w:tcPr>
            <w:tcW w:w="1265" w:type="dxa"/>
          </w:tcPr>
          <w:p w14:paraId="01D344BB" w14:textId="77777777" w:rsidR="004674D5" w:rsidRDefault="004674D5" w:rsidP="004A7CD1">
            <w:r>
              <w:rPr>
                <w:rFonts w:ascii="Roboto Condensed" w:hAnsi="Roboto Condensed"/>
                <w:sz w:val="16"/>
              </w:rPr>
              <w:t>-</w:t>
            </w:r>
          </w:p>
        </w:tc>
      </w:tr>
      <w:tr w:rsidR="004674D5" w14:paraId="7A77E323" w14:textId="77777777" w:rsidTr="004A7CD1">
        <w:tc>
          <w:tcPr>
            <w:tcW w:w="1134" w:type="dxa"/>
          </w:tcPr>
          <w:p w14:paraId="27193657" w14:textId="77777777" w:rsidR="004674D5" w:rsidRDefault="004674D5" w:rsidP="004A7CD1">
            <w:r>
              <w:rPr>
                <w:rFonts w:ascii="Roboto Condensed" w:hAnsi="Roboto Condensed"/>
                <w:sz w:val="16"/>
              </w:rPr>
              <w:t>27SO - 30SO</w:t>
            </w:r>
          </w:p>
        </w:tc>
        <w:tc>
          <w:tcPr>
            <w:tcW w:w="1900" w:type="dxa"/>
            <w:vMerge/>
          </w:tcPr>
          <w:p w14:paraId="0D466D71" w14:textId="77777777" w:rsidR="004674D5" w:rsidRDefault="004674D5" w:rsidP="004A7CD1"/>
        </w:tc>
        <w:tc>
          <w:tcPr>
            <w:tcW w:w="1418" w:type="dxa"/>
          </w:tcPr>
          <w:p w14:paraId="61E1469D" w14:textId="77777777" w:rsidR="004674D5" w:rsidRDefault="004674D5" w:rsidP="004A7CD1">
            <w:r>
              <w:rPr>
                <w:rFonts w:ascii="Roboto Condensed" w:hAnsi="Roboto Condensed"/>
                <w:sz w:val="16"/>
              </w:rPr>
              <w:t>-</w:t>
            </w:r>
          </w:p>
        </w:tc>
        <w:tc>
          <w:tcPr>
            <w:tcW w:w="1359" w:type="dxa"/>
          </w:tcPr>
          <w:p w14:paraId="1A5EE894" w14:textId="77777777" w:rsidR="004674D5" w:rsidRDefault="004674D5" w:rsidP="004A7CD1">
            <w:r>
              <w:rPr>
                <w:rFonts w:ascii="Roboto Condensed" w:hAnsi="Roboto Condensed"/>
                <w:sz w:val="16"/>
              </w:rPr>
              <w:t>-</w:t>
            </w:r>
          </w:p>
        </w:tc>
        <w:tc>
          <w:tcPr>
            <w:tcW w:w="1171" w:type="dxa"/>
          </w:tcPr>
          <w:p w14:paraId="460D2CB0" w14:textId="77777777" w:rsidR="004674D5" w:rsidRDefault="004674D5" w:rsidP="004A7CD1">
            <w:r>
              <w:rPr>
                <w:rFonts w:ascii="Roboto Condensed" w:hAnsi="Roboto Condensed"/>
                <w:sz w:val="16"/>
              </w:rPr>
              <w:t>-</w:t>
            </w:r>
          </w:p>
        </w:tc>
        <w:tc>
          <w:tcPr>
            <w:tcW w:w="1265" w:type="dxa"/>
          </w:tcPr>
          <w:p w14:paraId="02783B40" w14:textId="77777777" w:rsidR="004674D5" w:rsidRDefault="004674D5" w:rsidP="004A7CD1">
            <w:r>
              <w:rPr>
                <w:rFonts w:ascii="Roboto Condensed" w:hAnsi="Roboto Condensed"/>
                <w:sz w:val="16"/>
              </w:rPr>
              <w:t>-</w:t>
            </w:r>
          </w:p>
        </w:tc>
        <w:tc>
          <w:tcPr>
            <w:tcW w:w="1265" w:type="dxa"/>
          </w:tcPr>
          <w:p w14:paraId="5985BB86" w14:textId="77777777" w:rsidR="004674D5" w:rsidRDefault="004674D5" w:rsidP="004A7CD1">
            <w:r>
              <w:rPr>
                <w:rFonts w:ascii="Roboto Condensed" w:hAnsi="Roboto Condensed"/>
                <w:sz w:val="16"/>
              </w:rPr>
              <w:t>-</w:t>
            </w:r>
          </w:p>
        </w:tc>
      </w:tr>
      <w:tr w:rsidR="004674D5" w14:paraId="5B95FF72" w14:textId="77777777" w:rsidTr="004A7CD1">
        <w:tc>
          <w:tcPr>
            <w:tcW w:w="1134" w:type="dxa"/>
          </w:tcPr>
          <w:p w14:paraId="6451B64A" w14:textId="77777777" w:rsidR="004674D5" w:rsidRDefault="004674D5" w:rsidP="004A7CD1">
            <w:r>
              <w:rPr>
                <w:rFonts w:ascii="Roboto Condensed" w:hAnsi="Roboto Condensed"/>
                <w:sz w:val="16"/>
              </w:rPr>
              <w:t>31SO</w:t>
            </w:r>
          </w:p>
        </w:tc>
        <w:tc>
          <w:tcPr>
            <w:tcW w:w="1900" w:type="dxa"/>
            <w:vMerge/>
          </w:tcPr>
          <w:p w14:paraId="2DCB2966" w14:textId="77777777" w:rsidR="004674D5" w:rsidRDefault="004674D5" w:rsidP="004A7CD1"/>
        </w:tc>
        <w:tc>
          <w:tcPr>
            <w:tcW w:w="1418" w:type="dxa"/>
          </w:tcPr>
          <w:p w14:paraId="65FFF2D6" w14:textId="77777777" w:rsidR="004674D5" w:rsidRDefault="004674D5" w:rsidP="004A7CD1">
            <w:r>
              <w:rPr>
                <w:rFonts w:ascii="Roboto Condensed" w:hAnsi="Roboto Condensed"/>
                <w:sz w:val="16"/>
              </w:rPr>
              <w:t>-</w:t>
            </w:r>
          </w:p>
        </w:tc>
        <w:tc>
          <w:tcPr>
            <w:tcW w:w="1359" w:type="dxa"/>
          </w:tcPr>
          <w:p w14:paraId="2713F235" w14:textId="77777777" w:rsidR="004674D5" w:rsidRDefault="004674D5" w:rsidP="004A7CD1">
            <w:r>
              <w:rPr>
                <w:rFonts w:ascii="Roboto Condensed" w:hAnsi="Roboto Condensed"/>
                <w:sz w:val="16"/>
              </w:rPr>
              <w:t>-</w:t>
            </w:r>
          </w:p>
        </w:tc>
        <w:tc>
          <w:tcPr>
            <w:tcW w:w="1171" w:type="dxa"/>
          </w:tcPr>
          <w:p w14:paraId="433F9566" w14:textId="77777777" w:rsidR="004674D5" w:rsidRDefault="004674D5" w:rsidP="004A7CD1">
            <w:r>
              <w:rPr>
                <w:rFonts w:ascii="Roboto Condensed" w:hAnsi="Roboto Condensed"/>
                <w:sz w:val="16"/>
              </w:rPr>
              <w:t>55.0</w:t>
            </w:r>
          </w:p>
        </w:tc>
        <w:tc>
          <w:tcPr>
            <w:tcW w:w="1265" w:type="dxa"/>
          </w:tcPr>
          <w:p w14:paraId="79534218" w14:textId="77777777" w:rsidR="004674D5" w:rsidRDefault="004674D5" w:rsidP="004A7CD1">
            <w:r>
              <w:rPr>
                <w:rFonts w:ascii="Roboto Condensed" w:hAnsi="Roboto Condensed"/>
                <w:sz w:val="16"/>
              </w:rPr>
              <w:t>-</w:t>
            </w:r>
          </w:p>
        </w:tc>
        <w:tc>
          <w:tcPr>
            <w:tcW w:w="1265" w:type="dxa"/>
          </w:tcPr>
          <w:p w14:paraId="0A1B7CF8" w14:textId="77777777" w:rsidR="004674D5" w:rsidRDefault="004674D5" w:rsidP="004A7CD1">
            <w:r>
              <w:rPr>
                <w:rFonts w:ascii="Roboto Condensed" w:hAnsi="Roboto Condensed"/>
                <w:sz w:val="16"/>
              </w:rPr>
              <w:t>-</w:t>
            </w:r>
          </w:p>
        </w:tc>
      </w:tr>
      <w:tr w:rsidR="004674D5" w14:paraId="0CAACA25" w14:textId="77777777" w:rsidTr="004A7CD1">
        <w:tc>
          <w:tcPr>
            <w:tcW w:w="1134" w:type="dxa"/>
          </w:tcPr>
          <w:p w14:paraId="2475B1F3" w14:textId="77777777" w:rsidR="004674D5" w:rsidRDefault="004674D5" w:rsidP="004A7CD1">
            <w:r>
              <w:rPr>
                <w:rFonts w:ascii="Roboto Condensed" w:hAnsi="Roboto Condensed"/>
                <w:sz w:val="16"/>
              </w:rPr>
              <w:t>32SO - 36SO</w:t>
            </w:r>
          </w:p>
        </w:tc>
        <w:tc>
          <w:tcPr>
            <w:tcW w:w="1900" w:type="dxa"/>
            <w:vMerge/>
          </w:tcPr>
          <w:p w14:paraId="52388294" w14:textId="77777777" w:rsidR="004674D5" w:rsidRDefault="004674D5" w:rsidP="004A7CD1"/>
        </w:tc>
        <w:tc>
          <w:tcPr>
            <w:tcW w:w="1418" w:type="dxa"/>
          </w:tcPr>
          <w:p w14:paraId="5CF656A8" w14:textId="77777777" w:rsidR="004674D5" w:rsidRDefault="004674D5" w:rsidP="004A7CD1">
            <w:r>
              <w:rPr>
                <w:rFonts w:ascii="Roboto Condensed" w:hAnsi="Roboto Condensed"/>
                <w:sz w:val="16"/>
              </w:rPr>
              <w:t>-</w:t>
            </w:r>
          </w:p>
        </w:tc>
        <w:tc>
          <w:tcPr>
            <w:tcW w:w="1359" w:type="dxa"/>
          </w:tcPr>
          <w:p w14:paraId="716764A3" w14:textId="77777777" w:rsidR="004674D5" w:rsidRDefault="004674D5" w:rsidP="004A7CD1">
            <w:r>
              <w:rPr>
                <w:rFonts w:ascii="Roboto Condensed" w:hAnsi="Roboto Condensed"/>
                <w:sz w:val="16"/>
              </w:rPr>
              <w:t>-</w:t>
            </w:r>
          </w:p>
        </w:tc>
        <w:tc>
          <w:tcPr>
            <w:tcW w:w="1171" w:type="dxa"/>
          </w:tcPr>
          <w:p w14:paraId="268CB9DA" w14:textId="77777777" w:rsidR="004674D5" w:rsidRDefault="004674D5" w:rsidP="004A7CD1">
            <w:r>
              <w:rPr>
                <w:rFonts w:ascii="Roboto Condensed" w:hAnsi="Roboto Condensed"/>
                <w:sz w:val="16"/>
              </w:rPr>
              <w:t>-</w:t>
            </w:r>
          </w:p>
        </w:tc>
        <w:tc>
          <w:tcPr>
            <w:tcW w:w="1265" w:type="dxa"/>
          </w:tcPr>
          <w:p w14:paraId="7FC2A4C0" w14:textId="77777777" w:rsidR="004674D5" w:rsidRDefault="004674D5" w:rsidP="004A7CD1">
            <w:r>
              <w:rPr>
                <w:rFonts w:ascii="Roboto Condensed" w:hAnsi="Roboto Condensed"/>
                <w:sz w:val="16"/>
              </w:rPr>
              <w:t>-</w:t>
            </w:r>
          </w:p>
        </w:tc>
        <w:tc>
          <w:tcPr>
            <w:tcW w:w="1265" w:type="dxa"/>
          </w:tcPr>
          <w:p w14:paraId="693761AB" w14:textId="77777777" w:rsidR="004674D5" w:rsidRDefault="004674D5" w:rsidP="004A7CD1">
            <w:r>
              <w:rPr>
                <w:rFonts w:ascii="Roboto Condensed" w:hAnsi="Roboto Condensed"/>
                <w:sz w:val="16"/>
              </w:rPr>
              <w:t>-</w:t>
            </w:r>
          </w:p>
        </w:tc>
      </w:tr>
      <w:tr w:rsidR="004674D5" w14:paraId="32333161" w14:textId="77777777" w:rsidTr="004A7CD1">
        <w:tc>
          <w:tcPr>
            <w:tcW w:w="1134" w:type="dxa"/>
          </w:tcPr>
          <w:p w14:paraId="0F19ABEF" w14:textId="77777777" w:rsidR="004674D5" w:rsidRDefault="004674D5" w:rsidP="004A7CD1">
            <w:r>
              <w:rPr>
                <w:rFonts w:ascii="Roboto Condensed" w:hAnsi="Roboto Condensed"/>
                <w:sz w:val="16"/>
              </w:rPr>
              <w:t>37SO</w:t>
            </w:r>
          </w:p>
        </w:tc>
        <w:tc>
          <w:tcPr>
            <w:tcW w:w="1900" w:type="dxa"/>
            <w:vMerge/>
          </w:tcPr>
          <w:p w14:paraId="66E5B608" w14:textId="77777777" w:rsidR="004674D5" w:rsidRDefault="004674D5" w:rsidP="004A7CD1"/>
        </w:tc>
        <w:tc>
          <w:tcPr>
            <w:tcW w:w="1418" w:type="dxa"/>
          </w:tcPr>
          <w:p w14:paraId="15853251" w14:textId="77777777" w:rsidR="004674D5" w:rsidRDefault="004674D5" w:rsidP="004A7CD1">
            <w:r>
              <w:rPr>
                <w:rFonts w:ascii="Roboto Condensed" w:hAnsi="Roboto Condensed"/>
                <w:sz w:val="16"/>
              </w:rPr>
              <w:t>ZP</w:t>
            </w:r>
          </w:p>
        </w:tc>
        <w:tc>
          <w:tcPr>
            <w:tcW w:w="1359" w:type="dxa"/>
          </w:tcPr>
          <w:p w14:paraId="31E805FF" w14:textId="77777777" w:rsidR="004674D5" w:rsidRDefault="004674D5" w:rsidP="004A7CD1">
            <w:r>
              <w:rPr>
                <w:rFonts w:ascii="Roboto Condensed" w:hAnsi="Roboto Condensed"/>
                <w:sz w:val="16"/>
              </w:rPr>
              <w:t>-</w:t>
            </w:r>
          </w:p>
        </w:tc>
        <w:tc>
          <w:tcPr>
            <w:tcW w:w="1171" w:type="dxa"/>
          </w:tcPr>
          <w:p w14:paraId="2D3AE6CC" w14:textId="77777777" w:rsidR="004674D5" w:rsidRDefault="004674D5" w:rsidP="004A7CD1">
            <w:r>
              <w:rPr>
                <w:rFonts w:ascii="Roboto Condensed" w:hAnsi="Roboto Condensed"/>
                <w:sz w:val="16"/>
              </w:rPr>
              <w:t>-</w:t>
            </w:r>
          </w:p>
        </w:tc>
        <w:tc>
          <w:tcPr>
            <w:tcW w:w="1265" w:type="dxa"/>
          </w:tcPr>
          <w:p w14:paraId="47B4EDCF" w14:textId="77777777" w:rsidR="004674D5" w:rsidRDefault="004674D5" w:rsidP="004A7CD1">
            <w:r>
              <w:rPr>
                <w:rFonts w:ascii="Roboto Condensed" w:hAnsi="Roboto Condensed"/>
                <w:sz w:val="16"/>
              </w:rPr>
              <w:t>-</w:t>
            </w:r>
          </w:p>
        </w:tc>
        <w:tc>
          <w:tcPr>
            <w:tcW w:w="1265" w:type="dxa"/>
          </w:tcPr>
          <w:p w14:paraId="031405E7" w14:textId="77777777" w:rsidR="004674D5" w:rsidRDefault="004674D5" w:rsidP="004A7CD1">
            <w:r>
              <w:rPr>
                <w:rFonts w:ascii="Roboto Condensed" w:hAnsi="Roboto Condensed"/>
                <w:sz w:val="16"/>
              </w:rPr>
              <w:t>-</w:t>
            </w:r>
          </w:p>
        </w:tc>
      </w:tr>
      <w:tr w:rsidR="004674D5" w14:paraId="7E69F512" w14:textId="77777777" w:rsidTr="004A7CD1">
        <w:tc>
          <w:tcPr>
            <w:tcW w:w="1134" w:type="dxa"/>
          </w:tcPr>
          <w:p w14:paraId="70FA347F" w14:textId="77777777" w:rsidR="004674D5" w:rsidRDefault="004674D5" w:rsidP="004A7CD1">
            <w:r>
              <w:rPr>
                <w:rFonts w:ascii="Roboto Condensed" w:hAnsi="Roboto Condensed"/>
                <w:sz w:val="16"/>
              </w:rPr>
              <w:t>38SO</w:t>
            </w:r>
          </w:p>
        </w:tc>
        <w:tc>
          <w:tcPr>
            <w:tcW w:w="1900" w:type="dxa"/>
            <w:vMerge/>
          </w:tcPr>
          <w:p w14:paraId="49BCF04F" w14:textId="77777777" w:rsidR="004674D5" w:rsidRDefault="004674D5" w:rsidP="004A7CD1"/>
        </w:tc>
        <w:tc>
          <w:tcPr>
            <w:tcW w:w="1418" w:type="dxa"/>
          </w:tcPr>
          <w:p w14:paraId="705BF06C" w14:textId="77777777" w:rsidR="004674D5" w:rsidRDefault="004674D5" w:rsidP="004A7CD1">
            <w:r>
              <w:rPr>
                <w:rFonts w:ascii="Roboto Condensed" w:hAnsi="Roboto Condensed"/>
                <w:sz w:val="16"/>
              </w:rPr>
              <w:t>-</w:t>
            </w:r>
          </w:p>
        </w:tc>
        <w:tc>
          <w:tcPr>
            <w:tcW w:w="1359" w:type="dxa"/>
          </w:tcPr>
          <w:p w14:paraId="12234464" w14:textId="77777777" w:rsidR="004674D5" w:rsidRDefault="004674D5" w:rsidP="004A7CD1">
            <w:r>
              <w:rPr>
                <w:rFonts w:ascii="Roboto Condensed" w:hAnsi="Roboto Condensed"/>
                <w:sz w:val="16"/>
              </w:rPr>
              <w:t>-</w:t>
            </w:r>
          </w:p>
        </w:tc>
        <w:tc>
          <w:tcPr>
            <w:tcW w:w="1171" w:type="dxa"/>
          </w:tcPr>
          <w:p w14:paraId="6E036C31" w14:textId="77777777" w:rsidR="004674D5" w:rsidRDefault="004674D5" w:rsidP="004A7CD1">
            <w:r>
              <w:rPr>
                <w:rFonts w:ascii="Roboto Condensed" w:hAnsi="Roboto Condensed"/>
                <w:sz w:val="16"/>
              </w:rPr>
              <w:t>-</w:t>
            </w:r>
          </w:p>
        </w:tc>
        <w:tc>
          <w:tcPr>
            <w:tcW w:w="1265" w:type="dxa"/>
          </w:tcPr>
          <w:p w14:paraId="145A9907" w14:textId="77777777" w:rsidR="004674D5" w:rsidRDefault="004674D5" w:rsidP="004A7CD1">
            <w:r>
              <w:rPr>
                <w:rFonts w:ascii="Roboto Condensed" w:hAnsi="Roboto Condensed"/>
                <w:sz w:val="16"/>
              </w:rPr>
              <w:t>-</w:t>
            </w:r>
          </w:p>
        </w:tc>
        <w:tc>
          <w:tcPr>
            <w:tcW w:w="1265" w:type="dxa"/>
          </w:tcPr>
          <w:p w14:paraId="72AD5384" w14:textId="77777777" w:rsidR="004674D5" w:rsidRDefault="004674D5" w:rsidP="004A7CD1">
            <w:r>
              <w:rPr>
                <w:rFonts w:ascii="Roboto Condensed" w:hAnsi="Roboto Condensed"/>
                <w:sz w:val="16"/>
              </w:rPr>
              <w:t>-</w:t>
            </w:r>
          </w:p>
        </w:tc>
      </w:tr>
      <w:tr w:rsidR="004674D5" w14:paraId="668740CF" w14:textId="77777777" w:rsidTr="004A7CD1">
        <w:tc>
          <w:tcPr>
            <w:tcW w:w="1134" w:type="dxa"/>
          </w:tcPr>
          <w:p w14:paraId="41EBB923" w14:textId="77777777" w:rsidR="004674D5" w:rsidRDefault="004674D5" w:rsidP="004A7CD1">
            <w:r>
              <w:rPr>
                <w:rFonts w:ascii="Roboto Condensed" w:hAnsi="Roboto Condensed"/>
                <w:sz w:val="16"/>
              </w:rPr>
              <w:t>39SO</w:t>
            </w:r>
          </w:p>
        </w:tc>
        <w:tc>
          <w:tcPr>
            <w:tcW w:w="1900" w:type="dxa"/>
            <w:vMerge/>
          </w:tcPr>
          <w:p w14:paraId="0B2A4876" w14:textId="77777777" w:rsidR="004674D5" w:rsidRDefault="004674D5" w:rsidP="004A7CD1"/>
        </w:tc>
        <w:tc>
          <w:tcPr>
            <w:tcW w:w="1418" w:type="dxa"/>
          </w:tcPr>
          <w:p w14:paraId="702A9B0D" w14:textId="77777777" w:rsidR="004674D5" w:rsidRDefault="004674D5" w:rsidP="004A7CD1">
            <w:r>
              <w:rPr>
                <w:rFonts w:ascii="Roboto Condensed" w:hAnsi="Roboto Condensed"/>
                <w:sz w:val="16"/>
              </w:rPr>
              <w:t>ZP</w:t>
            </w:r>
          </w:p>
        </w:tc>
        <w:tc>
          <w:tcPr>
            <w:tcW w:w="1359" w:type="dxa"/>
          </w:tcPr>
          <w:p w14:paraId="2D8B26CD" w14:textId="77777777" w:rsidR="004674D5" w:rsidRDefault="004674D5" w:rsidP="004A7CD1">
            <w:r>
              <w:rPr>
                <w:rFonts w:ascii="Roboto Condensed" w:hAnsi="Roboto Condensed"/>
                <w:sz w:val="16"/>
              </w:rPr>
              <w:t>-</w:t>
            </w:r>
          </w:p>
        </w:tc>
        <w:tc>
          <w:tcPr>
            <w:tcW w:w="1171" w:type="dxa"/>
          </w:tcPr>
          <w:p w14:paraId="4E5C61A9" w14:textId="77777777" w:rsidR="004674D5" w:rsidRDefault="004674D5" w:rsidP="004A7CD1">
            <w:r>
              <w:rPr>
                <w:rFonts w:ascii="Roboto Condensed" w:hAnsi="Roboto Condensed"/>
                <w:sz w:val="16"/>
              </w:rPr>
              <w:t>-</w:t>
            </w:r>
          </w:p>
        </w:tc>
        <w:tc>
          <w:tcPr>
            <w:tcW w:w="1265" w:type="dxa"/>
          </w:tcPr>
          <w:p w14:paraId="491B6C68" w14:textId="77777777" w:rsidR="004674D5" w:rsidRDefault="004674D5" w:rsidP="004A7CD1">
            <w:r>
              <w:rPr>
                <w:rFonts w:ascii="Roboto Condensed" w:hAnsi="Roboto Condensed"/>
                <w:sz w:val="16"/>
              </w:rPr>
              <w:t>-</w:t>
            </w:r>
          </w:p>
        </w:tc>
        <w:tc>
          <w:tcPr>
            <w:tcW w:w="1265" w:type="dxa"/>
          </w:tcPr>
          <w:p w14:paraId="3C1AADB8" w14:textId="77777777" w:rsidR="004674D5" w:rsidRDefault="004674D5" w:rsidP="004A7CD1">
            <w:r>
              <w:rPr>
                <w:rFonts w:ascii="Roboto Condensed" w:hAnsi="Roboto Condensed"/>
                <w:sz w:val="16"/>
              </w:rPr>
              <w:t>-</w:t>
            </w:r>
          </w:p>
        </w:tc>
      </w:tr>
      <w:tr w:rsidR="004674D5" w14:paraId="4729E6B3" w14:textId="77777777" w:rsidTr="004A7CD1">
        <w:tc>
          <w:tcPr>
            <w:tcW w:w="1134" w:type="dxa"/>
          </w:tcPr>
          <w:p w14:paraId="6DCE44A6" w14:textId="77777777" w:rsidR="004674D5" w:rsidRDefault="004674D5" w:rsidP="004A7CD1">
            <w:r>
              <w:rPr>
                <w:rFonts w:ascii="Roboto Condensed" w:hAnsi="Roboto Condensed"/>
                <w:sz w:val="16"/>
              </w:rPr>
              <w:t>40SO - 41SO</w:t>
            </w:r>
          </w:p>
        </w:tc>
        <w:tc>
          <w:tcPr>
            <w:tcW w:w="1900" w:type="dxa"/>
            <w:vMerge/>
          </w:tcPr>
          <w:p w14:paraId="1D2C9363" w14:textId="77777777" w:rsidR="004674D5" w:rsidRDefault="004674D5" w:rsidP="004A7CD1"/>
        </w:tc>
        <w:tc>
          <w:tcPr>
            <w:tcW w:w="1418" w:type="dxa"/>
          </w:tcPr>
          <w:p w14:paraId="521EF2D6" w14:textId="77777777" w:rsidR="004674D5" w:rsidRDefault="004674D5" w:rsidP="004A7CD1">
            <w:r>
              <w:rPr>
                <w:rFonts w:ascii="Roboto Condensed" w:hAnsi="Roboto Condensed"/>
                <w:sz w:val="16"/>
              </w:rPr>
              <w:t>-</w:t>
            </w:r>
          </w:p>
        </w:tc>
        <w:tc>
          <w:tcPr>
            <w:tcW w:w="1359" w:type="dxa"/>
          </w:tcPr>
          <w:p w14:paraId="0856EC97" w14:textId="77777777" w:rsidR="004674D5" w:rsidRDefault="004674D5" w:rsidP="004A7CD1">
            <w:r>
              <w:rPr>
                <w:rFonts w:ascii="Roboto Condensed" w:hAnsi="Roboto Condensed"/>
                <w:sz w:val="16"/>
              </w:rPr>
              <w:t>-</w:t>
            </w:r>
          </w:p>
        </w:tc>
        <w:tc>
          <w:tcPr>
            <w:tcW w:w="1171" w:type="dxa"/>
          </w:tcPr>
          <w:p w14:paraId="09BEFF1A" w14:textId="77777777" w:rsidR="004674D5" w:rsidRDefault="004674D5" w:rsidP="004A7CD1">
            <w:r>
              <w:rPr>
                <w:rFonts w:ascii="Roboto Condensed" w:hAnsi="Roboto Condensed"/>
                <w:sz w:val="16"/>
              </w:rPr>
              <w:t>-</w:t>
            </w:r>
          </w:p>
        </w:tc>
        <w:tc>
          <w:tcPr>
            <w:tcW w:w="1265" w:type="dxa"/>
          </w:tcPr>
          <w:p w14:paraId="7F4D3C4B" w14:textId="77777777" w:rsidR="004674D5" w:rsidRDefault="004674D5" w:rsidP="004A7CD1">
            <w:r>
              <w:rPr>
                <w:rFonts w:ascii="Roboto Condensed" w:hAnsi="Roboto Condensed"/>
                <w:sz w:val="16"/>
              </w:rPr>
              <w:t>-</w:t>
            </w:r>
          </w:p>
        </w:tc>
        <w:tc>
          <w:tcPr>
            <w:tcW w:w="1265" w:type="dxa"/>
          </w:tcPr>
          <w:p w14:paraId="510EFDC2" w14:textId="77777777" w:rsidR="004674D5" w:rsidRDefault="004674D5" w:rsidP="004A7CD1">
            <w:r>
              <w:rPr>
                <w:rFonts w:ascii="Roboto Condensed" w:hAnsi="Roboto Condensed"/>
                <w:sz w:val="16"/>
              </w:rPr>
              <w:t>-</w:t>
            </w:r>
          </w:p>
        </w:tc>
      </w:tr>
      <w:tr w:rsidR="004674D5" w14:paraId="643C593E" w14:textId="77777777" w:rsidTr="004A7CD1">
        <w:tc>
          <w:tcPr>
            <w:tcW w:w="1134" w:type="dxa"/>
          </w:tcPr>
          <w:p w14:paraId="2D843818" w14:textId="77777777" w:rsidR="004674D5" w:rsidRDefault="004674D5" w:rsidP="004A7CD1">
            <w:r>
              <w:rPr>
                <w:rFonts w:ascii="Roboto Condensed" w:hAnsi="Roboto Condensed"/>
                <w:sz w:val="16"/>
              </w:rPr>
              <w:t>42SO</w:t>
            </w:r>
          </w:p>
        </w:tc>
        <w:tc>
          <w:tcPr>
            <w:tcW w:w="1900" w:type="dxa"/>
            <w:vMerge/>
          </w:tcPr>
          <w:p w14:paraId="4468CD1B" w14:textId="77777777" w:rsidR="004674D5" w:rsidRDefault="004674D5" w:rsidP="004A7CD1"/>
        </w:tc>
        <w:tc>
          <w:tcPr>
            <w:tcW w:w="1418" w:type="dxa"/>
          </w:tcPr>
          <w:p w14:paraId="03915D3A" w14:textId="77777777" w:rsidR="004674D5" w:rsidRDefault="004674D5" w:rsidP="004A7CD1">
            <w:r>
              <w:rPr>
                <w:rFonts w:ascii="Roboto Condensed" w:hAnsi="Roboto Condensed"/>
                <w:sz w:val="16"/>
              </w:rPr>
              <w:t>ZP</w:t>
            </w:r>
          </w:p>
        </w:tc>
        <w:tc>
          <w:tcPr>
            <w:tcW w:w="1359" w:type="dxa"/>
          </w:tcPr>
          <w:p w14:paraId="7AB23A6E" w14:textId="77777777" w:rsidR="004674D5" w:rsidRDefault="004674D5" w:rsidP="004A7CD1">
            <w:r>
              <w:rPr>
                <w:rFonts w:ascii="Roboto Condensed" w:hAnsi="Roboto Condensed"/>
                <w:sz w:val="16"/>
              </w:rPr>
              <w:t>-</w:t>
            </w:r>
          </w:p>
        </w:tc>
        <w:tc>
          <w:tcPr>
            <w:tcW w:w="1171" w:type="dxa"/>
          </w:tcPr>
          <w:p w14:paraId="22788F4A" w14:textId="77777777" w:rsidR="004674D5" w:rsidRDefault="004674D5" w:rsidP="004A7CD1">
            <w:r>
              <w:rPr>
                <w:rFonts w:ascii="Roboto Condensed" w:hAnsi="Roboto Condensed"/>
                <w:sz w:val="16"/>
              </w:rPr>
              <w:t>-</w:t>
            </w:r>
          </w:p>
        </w:tc>
        <w:tc>
          <w:tcPr>
            <w:tcW w:w="1265" w:type="dxa"/>
          </w:tcPr>
          <w:p w14:paraId="061DD125" w14:textId="77777777" w:rsidR="004674D5" w:rsidRDefault="004674D5" w:rsidP="004A7CD1">
            <w:r>
              <w:rPr>
                <w:rFonts w:ascii="Roboto Condensed" w:hAnsi="Roboto Condensed"/>
                <w:sz w:val="16"/>
              </w:rPr>
              <w:t>-</w:t>
            </w:r>
          </w:p>
        </w:tc>
        <w:tc>
          <w:tcPr>
            <w:tcW w:w="1265" w:type="dxa"/>
          </w:tcPr>
          <w:p w14:paraId="40ED21F4" w14:textId="77777777" w:rsidR="004674D5" w:rsidRDefault="004674D5" w:rsidP="004A7CD1">
            <w:r>
              <w:rPr>
                <w:rFonts w:ascii="Roboto Condensed" w:hAnsi="Roboto Condensed"/>
                <w:sz w:val="16"/>
              </w:rPr>
              <w:t>-</w:t>
            </w:r>
          </w:p>
        </w:tc>
      </w:tr>
      <w:tr w:rsidR="004674D5" w14:paraId="018E562E" w14:textId="77777777" w:rsidTr="004A7CD1">
        <w:tc>
          <w:tcPr>
            <w:tcW w:w="1134" w:type="dxa"/>
          </w:tcPr>
          <w:p w14:paraId="7A3883ED" w14:textId="77777777" w:rsidR="004674D5" w:rsidRDefault="004674D5" w:rsidP="004A7CD1">
            <w:r>
              <w:rPr>
                <w:rFonts w:ascii="Roboto Condensed" w:hAnsi="Roboto Condensed"/>
                <w:sz w:val="16"/>
              </w:rPr>
              <w:t>43SO - 65SO</w:t>
            </w:r>
          </w:p>
        </w:tc>
        <w:tc>
          <w:tcPr>
            <w:tcW w:w="1900" w:type="dxa"/>
            <w:vMerge/>
          </w:tcPr>
          <w:p w14:paraId="652A0438" w14:textId="77777777" w:rsidR="004674D5" w:rsidRDefault="004674D5" w:rsidP="004A7CD1"/>
        </w:tc>
        <w:tc>
          <w:tcPr>
            <w:tcW w:w="1418" w:type="dxa"/>
          </w:tcPr>
          <w:p w14:paraId="17F0D28E" w14:textId="77777777" w:rsidR="004674D5" w:rsidRDefault="004674D5" w:rsidP="004A7CD1">
            <w:r>
              <w:rPr>
                <w:rFonts w:ascii="Roboto Condensed" w:hAnsi="Roboto Condensed"/>
                <w:sz w:val="16"/>
              </w:rPr>
              <w:t>-</w:t>
            </w:r>
          </w:p>
        </w:tc>
        <w:tc>
          <w:tcPr>
            <w:tcW w:w="1359" w:type="dxa"/>
          </w:tcPr>
          <w:p w14:paraId="0CCA4EE1" w14:textId="77777777" w:rsidR="004674D5" w:rsidRDefault="004674D5" w:rsidP="004A7CD1">
            <w:r>
              <w:rPr>
                <w:rFonts w:ascii="Roboto Condensed" w:hAnsi="Roboto Condensed"/>
                <w:sz w:val="16"/>
              </w:rPr>
              <w:t>-</w:t>
            </w:r>
          </w:p>
        </w:tc>
        <w:tc>
          <w:tcPr>
            <w:tcW w:w="1171" w:type="dxa"/>
          </w:tcPr>
          <w:p w14:paraId="4840D78B" w14:textId="77777777" w:rsidR="004674D5" w:rsidRDefault="004674D5" w:rsidP="004A7CD1">
            <w:r>
              <w:rPr>
                <w:rFonts w:ascii="Roboto Condensed" w:hAnsi="Roboto Condensed"/>
                <w:sz w:val="16"/>
              </w:rPr>
              <w:t>-</w:t>
            </w:r>
          </w:p>
        </w:tc>
        <w:tc>
          <w:tcPr>
            <w:tcW w:w="1265" w:type="dxa"/>
          </w:tcPr>
          <w:p w14:paraId="7A99C61C" w14:textId="77777777" w:rsidR="004674D5" w:rsidRDefault="004674D5" w:rsidP="004A7CD1">
            <w:r>
              <w:rPr>
                <w:rFonts w:ascii="Roboto Condensed" w:hAnsi="Roboto Condensed"/>
                <w:sz w:val="16"/>
              </w:rPr>
              <w:t>-</w:t>
            </w:r>
          </w:p>
        </w:tc>
        <w:tc>
          <w:tcPr>
            <w:tcW w:w="1265" w:type="dxa"/>
          </w:tcPr>
          <w:p w14:paraId="78521F79" w14:textId="77777777" w:rsidR="004674D5" w:rsidRDefault="004674D5" w:rsidP="004A7CD1">
            <w:r>
              <w:rPr>
                <w:rFonts w:ascii="Roboto Condensed" w:hAnsi="Roboto Condensed"/>
                <w:sz w:val="16"/>
              </w:rPr>
              <w:t>-</w:t>
            </w:r>
          </w:p>
        </w:tc>
      </w:tr>
      <w:tr w:rsidR="004674D5" w14:paraId="37CE1D41" w14:textId="77777777" w:rsidTr="004A7CD1">
        <w:tc>
          <w:tcPr>
            <w:tcW w:w="1134" w:type="dxa"/>
          </w:tcPr>
          <w:p w14:paraId="4C8CC182" w14:textId="77777777" w:rsidR="004674D5" w:rsidRDefault="004674D5" w:rsidP="004A7CD1">
            <w:r>
              <w:rPr>
                <w:rFonts w:ascii="Roboto Condensed" w:hAnsi="Roboto Condensed"/>
                <w:sz w:val="16"/>
              </w:rPr>
              <w:t>67SO - 69SO</w:t>
            </w:r>
          </w:p>
        </w:tc>
        <w:tc>
          <w:tcPr>
            <w:tcW w:w="1900" w:type="dxa"/>
            <w:vMerge/>
          </w:tcPr>
          <w:p w14:paraId="4EE864CE" w14:textId="77777777" w:rsidR="004674D5" w:rsidRDefault="004674D5" w:rsidP="004A7CD1"/>
        </w:tc>
        <w:tc>
          <w:tcPr>
            <w:tcW w:w="1418" w:type="dxa"/>
          </w:tcPr>
          <w:p w14:paraId="44700A34" w14:textId="77777777" w:rsidR="004674D5" w:rsidRDefault="004674D5" w:rsidP="004A7CD1">
            <w:r>
              <w:rPr>
                <w:rFonts w:ascii="Roboto Condensed" w:hAnsi="Roboto Condensed"/>
                <w:sz w:val="16"/>
              </w:rPr>
              <w:t>-</w:t>
            </w:r>
          </w:p>
        </w:tc>
        <w:tc>
          <w:tcPr>
            <w:tcW w:w="1359" w:type="dxa"/>
          </w:tcPr>
          <w:p w14:paraId="19443ECA" w14:textId="77777777" w:rsidR="004674D5" w:rsidRDefault="004674D5" w:rsidP="004A7CD1">
            <w:r>
              <w:rPr>
                <w:rFonts w:ascii="Roboto Condensed" w:hAnsi="Roboto Condensed"/>
                <w:sz w:val="16"/>
              </w:rPr>
              <w:t>-</w:t>
            </w:r>
          </w:p>
        </w:tc>
        <w:tc>
          <w:tcPr>
            <w:tcW w:w="1171" w:type="dxa"/>
          </w:tcPr>
          <w:p w14:paraId="6A299350" w14:textId="77777777" w:rsidR="004674D5" w:rsidRDefault="004674D5" w:rsidP="004A7CD1">
            <w:r>
              <w:rPr>
                <w:rFonts w:ascii="Roboto Condensed" w:hAnsi="Roboto Condensed"/>
                <w:sz w:val="16"/>
              </w:rPr>
              <w:t>-</w:t>
            </w:r>
          </w:p>
        </w:tc>
        <w:tc>
          <w:tcPr>
            <w:tcW w:w="1265" w:type="dxa"/>
          </w:tcPr>
          <w:p w14:paraId="58054C49" w14:textId="77777777" w:rsidR="004674D5" w:rsidRDefault="004674D5" w:rsidP="004A7CD1">
            <w:r>
              <w:rPr>
                <w:rFonts w:ascii="Roboto Condensed" w:hAnsi="Roboto Condensed"/>
                <w:sz w:val="16"/>
              </w:rPr>
              <w:t>-</w:t>
            </w:r>
          </w:p>
        </w:tc>
        <w:tc>
          <w:tcPr>
            <w:tcW w:w="1265" w:type="dxa"/>
          </w:tcPr>
          <w:p w14:paraId="5E4C7FC2" w14:textId="77777777" w:rsidR="004674D5" w:rsidRDefault="004674D5" w:rsidP="004A7CD1">
            <w:r>
              <w:rPr>
                <w:rFonts w:ascii="Roboto Condensed" w:hAnsi="Roboto Condensed"/>
                <w:sz w:val="16"/>
              </w:rPr>
              <w:t>-</w:t>
            </w:r>
          </w:p>
        </w:tc>
      </w:tr>
      <w:tr w:rsidR="004674D5" w14:paraId="019CF7BF" w14:textId="77777777" w:rsidTr="004A7CD1">
        <w:tc>
          <w:tcPr>
            <w:tcW w:w="1134" w:type="dxa"/>
          </w:tcPr>
          <w:p w14:paraId="7945100A" w14:textId="77777777" w:rsidR="004674D5" w:rsidRDefault="004674D5" w:rsidP="004A7CD1">
            <w:r>
              <w:rPr>
                <w:rFonts w:ascii="Roboto Condensed" w:hAnsi="Roboto Condensed"/>
                <w:sz w:val="16"/>
              </w:rPr>
              <w:t>70SO</w:t>
            </w:r>
          </w:p>
        </w:tc>
        <w:tc>
          <w:tcPr>
            <w:tcW w:w="1900" w:type="dxa"/>
            <w:vMerge/>
          </w:tcPr>
          <w:p w14:paraId="69855022" w14:textId="77777777" w:rsidR="004674D5" w:rsidRDefault="004674D5" w:rsidP="004A7CD1"/>
        </w:tc>
        <w:tc>
          <w:tcPr>
            <w:tcW w:w="1418" w:type="dxa"/>
          </w:tcPr>
          <w:p w14:paraId="3A6015F9" w14:textId="77777777" w:rsidR="004674D5" w:rsidRDefault="004674D5" w:rsidP="004A7CD1">
            <w:r>
              <w:rPr>
                <w:rFonts w:ascii="Roboto Condensed" w:hAnsi="Roboto Condensed"/>
                <w:sz w:val="16"/>
              </w:rPr>
              <w:t>ZP</w:t>
            </w:r>
          </w:p>
        </w:tc>
        <w:tc>
          <w:tcPr>
            <w:tcW w:w="1359" w:type="dxa"/>
          </w:tcPr>
          <w:p w14:paraId="1337C155" w14:textId="77777777" w:rsidR="004674D5" w:rsidRDefault="004674D5" w:rsidP="004A7CD1">
            <w:r>
              <w:rPr>
                <w:rFonts w:ascii="Roboto Condensed" w:hAnsi="Roboto Condensed"/>
                <w:sz w:val="16"/>
              </w:rPr>
              <w:t>-</w:t>
            </w:r>
          </w:p>
        </w:tc>
        <w:tc>
          <w:tcPr>
            <w:tcW w:w="1171" w:type="dxa"/>
          </w:tcPr>
          <w:p w14:paraId="5D00A57B" w14:textId="77777777" w:rsidR="004674D5" w:rsidRDefault="004674D5" w:rsidP="004A7CD1">
            <w:r>
              <w:rPr>
                <w:rFonts w:ascii="Roboto Condensed" w:hAnsi="Roboto Condensed"/>
                <w:sz w:val="16"/>
              </w:rPr>
              <w:t>-</w:t>
            </w:r>
          </w:p>
        </w:tc>
        <w:tc>
          <w:tcPr>
            <w:tcW w:w="1265" w:type="dxa"/>
          </w:tcPr>
          <w:p w14:paraId="7CD94416" w14:textId="77777777" w:rsidR="004674D5" w:rsidRDefault="004674D5" w:rsidP="004A7CD1">
            <w:r>
              <w:rPr>
                <w:rFonts w:ascii="Roboto Condensed" w:hAnsi="Roboto Condensed"/>
                <w:sz w:val="16"/>
              </w:rPr>
              <w:t>-</w:t>
            </w:r>
          </w:p>
        </w:tc>
        <w:tc>
          <w:tcPr>
            <w:tcW w:w="1265" w:type="dxa"/>
          </w:tcPr>
          <w:p w14:paraId="3615E91E" w14:textId="77777777" w:rsidR="004674D5" w:rsidRDefault="004674D5" w:rsidP="004A7CD1">
            <w:r>
              <w:rPr>
                <w:rFonts w:ascii="Roboto Condensed" w:hAnsi="Roboto Condensed"/>
                <w:sz w:val="16"/>
              </w:rPr>
              <w:t>-</w:t>
            </w:r>
          </w:p>
        </w:tc>
      </w:tr>
      <w:tr w:rsidR="004674D5" w14:paraId="410E235E" w14:textId="77777777" w:rsidTr="004A7CD1">
        <w:tc>
          <w:tcPr>
            <w:tcW w:w="1134" w:type="dxa"/>
          </w:tcPr>
          <w:p w14:paraId="7DD917AD" w14:textId="77777777" w:rsidR="004674D5" w:rsidRDefault="004674D5" w:rsidP="004A7CD1">
            <w:r>
              <w:rPr>
                <w:rFonts w:ascii="Roboto Condensed" w:hAnsi="Roboto Condensed"/>
                <w:sz w:val="16"/>
              </w:rPr>
              <w:t>71SO - 72SO</w:t>
            </w:r>
          </w:p>
        </w:tc>
        <w:tc>
          <w:tcPr>
            <w:tcW w:w="1900" w:type="dxa"/>
            <w:vMerge/>
          </w:tcPr>
          <w:p w14:paraId="0C6E3805" w14:textId="77777777" w:rsidR="004674D5" w:rsidRDefault="004674D5" w:rsidP="004A7CD1"/>
        </w:tc>
        <w:tc>
          <w:tcPr>
            <w:tcW w:w="1418" w:type="dxa"/>
          </w:tcPr>
          <w:p w14:paraId="7B67D3AE" w14:textId="77777777" w:rsidR="004674D5" w:rsidRDefault="004674D5" w:rsidP="004A7CD1">
            <w:r>
              <w:rPr>
                <w:rFonts w:ascii="Roboto Condensed" w:hAnsi="Roboto Condensed"/>
                <w:sz w:val="16"/>
              </w:rPr>
              <w:t>-</w:t>
            </w:r>
          </w:p>
        </w:tc>
        <w:tc>
          <w:tcPr>
            <w:tcW w:w="1359" w:type="dxa"/>
          </w:tcPr>
          <w:p w14:paraId="5930BF6F" w14:textId="77777777" w:rsidR="004674D5" w:rsidRDefault="004674D5" w:rsidP="004A7CD1">
            <w:r>
              <w:rPr>
                <w:rFonts w:ascii="Roboto Condensed" w:hAnsi="Roboto Condensed"/>
                <w:sz w:val="16"/>
              </w:rPr>
              <w:t>-</w:t>
            </w:r>
          </w:p>
        </w:tc>
        <w:tc>
          <w:tcPr>
            <w:tcW w:w="1171" w:type="dxa"/>
          </w:tcPr>
          <w:p w14:paraId="3E2CDDAA" w14:textId="77777777" w:rsidR="004674D5" w:rsidRDefault="004674D5" w:rsidP="004A7CD1">
            <w:r>
              <w:rPr>
                <w:rFonts w:ascii="Roboto Condensed" w:hAnsi="Roboto Condensed"/>
                <w:sz w:val="16"/>
              </w:rPr>
              <w:t>-</w:t>
            </w:r>
          </w:p>
        </w:tc>
        <w:tc>
          <w:tcPr>
            <w:tcW w:w="1265" w:type="dxa"/>
          </w:tcPr>
          <w:p w14:paraId="5A40A284" w14:textId="77777777" w:rsidR="004674D5" w:rsidRDefault="004674D5" w:rsidP="004A7CD1">
            <w:r>
              <w:rPr>
                <w:rFonts w:ascii="Roboto Condensed" w:hAnsi="Roboto Condensed"/>
                <w:sz w:val="16"/>
              </w:rPr>
              <w:t>-</w:t>
            </w:r>
          </w:p>
        </w:tc>
        <w:tc>
          <w:tcPr>
            <w:tcW w:w="1265" w:type="dxa"/>
          </w:tcPr>
          <w:p w14:paraId="7CA78109" w14:textId="77777777" w:rsidR="004674D5" w:rsidRDefault="004674D5" w:rsidP="004A7CD1">
            <w:r>
              <w:rPr>
                <w:rFonts w:ascii="Roboto Condensed" w:hAnsi="Roboto Condensed"/>
                <w:sz w:val="16"/>
              </w:rPr>
              <w:t>-</w:t>
            </w:r>
          </w:p>
        </w:tc>
      </w:tr>
      <w:tr w:rsidR="004674D5" w14:paraId="11582CC3" w14:textId="77777777" w:rsidTr="004A7CD1">
        <w:tc>
          <w:tcPr>
            <w:tcW w:w="9514" w:type="dxa"/>
            <w:gridSpan w:val="7"/>
            <w:shd w:val="clear" w:color="auto" w:fill="808080"/>
            <w:vAlign w:val="center"/>
          </w:tcPr>
          <w:p w14:paraId="566F929B" w14:textId="77777777" w:rsidR="004674D5" w:rsidRDefault="004674D5" w:rsidP="004A7CD1">
            <w:pPr>
              <w:jc w:val="center"/>
            </w:pPr>
            <w:r>
              <w:rPr>
                <w:rFonts w:ascii="Roboto Condensed" w:hAnsi="Roboto Condensed"/>
                <w:b/>
                <w:sz w:val="20"/>
              </w:rPr>
              <w:t>SK – STREFA KOMUNIKACYJNA</w:t>
            </w:r>
          </w:p>
        </w:tc>
      </w:tr>
      <w:tr w:rsidR="004674D5" w14:paraId="53DED4E6" w14:textId="77777777" w:rsidTr="004A7CD1">
        <w:tc>
          <w:tcPr>
            <w:tcW w:w="1134" w:type="dxa"/>
          </w:tcPr>
          <w:p w14:paraId="7EB9F041" w14:textId="77777777" w:rsidR="004674D5" w:rsidRDefault="004674D5" w:rsidP="004A7CD1">
            <w:r>
              <w:rPr>
                <w:rFonts w:ascii="Roboto Condensed" w:hAnsi="Roboto Condensed"/>
                <w:sz w:val="16"/>
              </w:rPr>
              <w:t>1SK</w:t>
            </w:r>
          </w:p>
        </w:tc>
        <w:tc>
          <w:tcPr>
            <w:tcW w:w="1900" w:type="dxa"/>
            <w:vMerge w:val="restart"/>
            <w:vAlign w:val="center"/>
          </w:tcPr>
          <w:p w14:paraId="3E42EF64" w14:textId="77777777" w:rsidR="004674D5" w:rsidRPr="00363680" w:rsidRDefault="004674D5" w:rsidP="004A7CD1">
            <w:pPr>
              <w:jc w:val="center"/>
            </w:pPr>
            <w:r w:rsidRPr="00363680">
              <w:rPr>
                <w:rFonts w:ascii="Roboto Condensed" w:hAnsi="Roboto Condensed"/>
                <w:sz w:val="16"/>
              </w:rPr>
              <w:t>teren autostrady,</w:t>
            </w:r>
            <w:r w:rsidRPr="00363680">
              <w:rPr>
                <w:rFonts w:ascii="Roboto Condensed" w:hAnsi="Roboto Condensed"/>
                <w:sz w:val="16"/>
              </w:rPr>
              <w:br/>
              <w:t>teren drogi ekspresowej,</w:t>
            </w:r>
            <w:r w:rsidRPr="00363680">
              <w:rPr>
                <w:rFonts w:ascii="Roboto Condensed" w:hAnsi="Roboto Condensed"/>
                <w:sz w:val="16"/>
              </w:rPr>
              <w:br/>
              <w:t>teren drogi głównej ruchu przyspieszonego,</w:t>
            </w:r>
            <w:r w:rsidRPr="00363680">
              <w:rPr>
                <w:rFonts w:ascii="Roboto Condensed" w:hAnsi="Roboto Condensed"/>
                <w:sz w:val="16"/>
              </w:rPr>
              <w:br/>
              <w:t>teren drogi głównej,</w:t>
            </w:r>
            <w:r w:rsidRPr="00363680">
              <w:rPr>
                <w:rFonts w:ascii="Roboto Condensed" w:hAnsi="Roboto Condensed"/>
                <w:sz w:val="16"/>
              </w:rPr>
              <w:br/>
              <w:t>teren komunikacji kolejowej i szynowej,</w:t>
            </w:r>
            <w:r w:rsidRPr="00363680">
              <w:rPr>
                <w:rFonts w:ascii="Roboto Condensed" w:hAnsi="Roboto Condensed"/>
                <w:sz w:val="16"/>
              </w:rPr>
              <w:br/>
              <w:t>teren komunikacji kolei linowej,</w:t>
            </w:r>
            <w:r w:rsidRPr="00363680">
              <w:rPr>
                <w:rFonts w:ascii="Roboto Condensed" w:hAnsi="Roboto Condensed"/>
                <w:sz w:val="16"/>
              </w:rPr>
              <w:br/>
              <w:t>teren komunikacji wodnej,</w:t>
            </w:r>
            <w:r w:rsidRPr="00363680">
              <w:rPr>
                <w:rFonts w:ascii="Roboto Condensed" w:hAnsi="Roboto Condensed"/>
                <w:sz w:val="16"/>
              </w:rPr>
              <w:br/>
              <w:t>teren komunikacji lotniczej,</w:t>
            </w:r>
            <w:r w:rsidRPr="00363680">
              <w:rPr>
                <w:rFonts w:ascii="Roboto Condensed" w:hAnsi="Roboto Condensed"/>
                <w:sz w:val="16"/>
              </w:rPr>
              <w:br/>
              <w:t>teren obsługi komunikacji,</w:t>
            </w:r>
            <w:r w:rsidRPr="00363680">
              <w:rPr>
                <w:rFonts w:ascii="Roboto Condensed" w:hAnsi="Roboto Condensed"/>
                <w:sz w:val="16"/>
              </w:rPr>
              <w:br/>
              <w:t>teren ogrodów działkowych,</w:t>
            </w:r>
            <w:r w:rsidRPr="00363680">
              <w:rPr>
                <w:rFonts w:ascii="Roboto Condensed" w:hAnsi="Roboto Condensed"/>
                <w:sz w:val="16"/>
              </w:rPr>
              <w:br/>
              <w:t>teren infrastruktury technicznej (2</w:t>
            </w:r>
          </w:p>
        </w:tc>
        <w:tc>
          <w:tcPr>
            <w:tcW w:w="1418" w:type="dxa"/>
          </w:tcPr>
          <w:p w14:paraId="28E699E2" w14:textId="77777777" w:rsidR="004674D5" w:rsidRDefault="004674D5" w:rsidP="004A7CD1">
            <w:r>
              <w:rPr>
                <w:rFonts w:ascii="Roboto Condensed" w:hAnsi="Roboto Condensed"/>
                <w:sz w:val="16"/>
              </w:rPr>
              <w:t>-</w:t>
            </w:r>
          </w:p>
        </w:tc>
        <w:tc>
          <w:tcPr>
            <w:tcW w:w="1359" w:type="dxa"/>
          </w:tcPr>
          <w:p w14:paraId="31AA42AD" w14:textId="77777777" w:rsidR="004674D5" w:rsidRDefault="004674D5" w:rsidP="004A7CD1">
            <w:r>
              <w:rPr>
                <w:rFonts w:ascii="Roboto Condensed" w:hAnsi="Roboto Condensed"/>
                <w:sz w:val="16"/>
              </w:rPr>
              <w:t>-</w:t>
            </w:r>
          </w:p>
        </w:tc>
        <w:tc>
          <w:tcPr>
            <w:tcW w:w="1171" w:type="dxa"/>
          </w:tcPr>
          <w:p w14:paraId="6BCCBCF0" w14:textId="77777777" w:rsidR="004674D5" w:rsidRDefault="004674D5" w:rsidP="004A7CD1">
            <w:r>
              <w:rPr>
                <w:rFonts w:ascii="Roboto Condensed" w:hAnsi="Roboto Condensed"/>
                <w:sz w:val="16"/>
              </w:rPr>
              <w:t>-</w:t>
            </w:r>
          </w:p>
        </w:tc>
        <w:tc>
          <w:tcPr>
            <w:tcW w:w="1265" w:type="dxa"/>
          </w:tcPr>
          <w:p w14:paraId="28793814" w14:textId="77777777" w:rsidR="004674D5" w:rsidRDefault="004674D5" w:rsidP="004A7CD1">
            <w:r>
              <w:rPr>
                <w:rFonts w:ascii="Roboto Condensed" w:hAnsi="Roboto Condensed"/>
                <w:sz w:val="16"/>
              </w:rPr>
              <w:t>-</w:t>
            </w:r>
          </w:p>
        </w:tc>
        <w:tc>
          <w:tcPr>
            <w:tcW w:w="1265" w:type="dxa"/>
          </w:tcPr>
          <w:p w14:paraId="4D691887" w14:textId="77777777" w:rsidR="004674D5" w:rsidRDefault="004674D5" w:rsidP="004A7CD1">
            <w:r>
              <w:rPr>
                <w:rFonts w:ascii="Roboto Condensed" w:hAnsi="Roboto Condensed"/>
                <w:sz w:val="16"/>
              </w:rPr>
              <w:t>-</w:t>
            </w:r>
          </w:p>
        </w:tc>
      </w:tr>
      <w:tr w:rsidR="004674D5" w14:paraId="716E5AEC" w14:textId="77777777" w:rsidTr="004A7CD1">
        <w:tc>
          <w:tcPr>
            <w:tcW w:w="1134" w:type="dxa"/>
          </w:tcPr>
          <w:p w14:paraId="269A5DF0" w14:textId="77777777" w:rsidR="004674D5" w:rsidRDefault="004674D5" w:rsidP="004A7CD1">
            <w:r>
              <w:rPr>
                <w:rFonts w:ascii="Roboto Condensed" w:hAnsi="Roboto Condensed"/>
                <w:sz w:val="16"/>
              </w:rPr>
              <w:t>2SK - 3SK</w:t>
            </w:r>
          </w:p>
        </w:tc>
        <w:tc>
          <w:tcPr>
            <w:tcW w:w="1900" w:type="dxa"/>
            <w:vMerge/>
          </w:tcPr>
          <w:p w14:paraId="0B1286A0" w14:textId="77777777" w:rsidR="004674D5" w:rsidRDefault="004674D5" w:rsidP="004A7CD1"/>
        </w:tc>
        <w:tc>
          <w:tcPr>
            <w:tcW w:w="1418" w:type="dxa"/>
          </w:tcPr>
          <w:p w14:paraId="60C351B5" w14:textId="77777777" w:rsidR="004674D5" w:rsidRDefault="004674D5" w:rsidP="004A7CD1">
            <w:r>
              <w:rPr>
                <w:rFonts w:ascii="Roboto Condensed" w:hAnsi="Roboto Condensed"/>
                <w:sz w:val="16"/>
              </w:rPr>
              <w:t>KDZ</w:t>
            </w:r>
          </w:p>
        </w:tc>
        <w:tc>
          <w:tcPr>
            <w:tcW w:w="1359" w:type="dxa"/>
          </w:tcPr>
          <w:p w14:paraId="402285B0" w14:textId="77777777" w:rsidR="004674D5" w:rsidRDefault="004674D5" w:rsidP="004A7CD1">
            <w:r>
              <w:rPr>
                <w:rFonts w:ascii="Roboto Condensed" w:hAnsi="Roboto Condensed"/>
                <w:sz w:val="16"/>
              </w:rPr>
              <w:t>-</w:t>
            </w:r>
          </w:p>
        </w:tc>
        <w:tc>
          <w:tcPr>
            <w:tcW w:w="1171" w:type="dxa"/>
          </w:tcPr>
          <w:p w14:paraId="076F9139" w14:textId="77777777" w:rsidR="004674D5" w:rsidRDefault="004674D5" w:rsidP="004A7CD1">
            <w:r>
              <w:rPr>
                <w:rFonts w:ascii="Roboto Condensed" w:hAnsi="Roboto Condensed"/>
                <w:sz w:val="16"/>
              </w:rPr>
              <w:t>-</w:t>
            </w:r>
          </w:p>
        </w:tc>
        <w:tc>
          <w:tcPr>
            <w:tcW w:w="1265" w:type="dxa"/>
          </w:tcPr>
          <w:p w14:paraId="5E22FAD7" w14:textId="77777777" w:rsidR="004674D5" w:rsidRDefault="004674D5" w:rsidP="004A7CD1">
            <w:r>
              <w:rPr>
                <w:rFonts w:ascii="Roboto Condensed" w:hAnsi="Roboto Condensed"/>
                <w:sz w:val="16"/>
              </w:rPr>
              <w:t>-</w:t>
            </w:r>
          </w:p>
        </w:tc>
        <w:tc>
          <w:tcPr>
            <w:tcW w:w="1265" w:type="dxa"/>
          </w:tcPr>
          <w:p w14:paraId="7EFE00B7" w14:textId="77777777" w:rsidR="004674D5" w:rsidRDefault="004674D5" w:rsidP="004A7CD1">
            <w:r>
              <w:rPr>
                <w:rFonts w:ascii="Roboto Condensed" w:hAnsi="Roboto Condensed"/>
                <w:sz w:val="16"/>
              </w:rPr>
              <w:t>-</w:t>
            </w:r>
          </w:p>
        </w:tc>
      </w:tr>
      <w:tr w:rsidR="004674D5" w14:paraId="6D3B2265" w14:textId="77777777" w:rsidTr="004A7CD1">
        <w:tc>
          <w:tcPr>
            <w:tcW w:w="1134" w:type="dxa"/>
          </w:tcPr>
          <w:p w14:paraId="31A3060C" w14:textId="77777777" w:rsidR="004674D5" w:rsidRDefault="004674D5" w:rsidP="004A7CD1">
            <w:r>
              <w:rPr>
                <w:rFonts w:ascii="Roboto Condensed" w:hAnsi="Roboto Condensed"/>
                <w:sz w:val="16"/>
              </w:rPr>
              <w:t>4SK</w:t>
            </w:r>
          </w:p>
        </w:tc>
        <w:tc>
          <w:tcPr>
            <w:tcW w:w="1900" w:type="dxa"/>
            <w:vMerge/>
          </w:tcPr>
          <w:p w14:paraId="562BCD01" w14:textId="77777777" w:rsidR="004674D5" w:rsidRDefault="004674D5" w:rsidP="004A7CD1"/>
        </w:tc>
        <w:tc>
          <w:tcPr>
            <w:tcW w:w="1418" w:type="dxa"/>
          </w:tcPr>
          <w:p w14:paraId="6964869D" w14:textId="77777777" w:rsidR="004674D5" w:rsidRDefault="004674D5" w:rsidP="004A7CD1">
            <w:r>
              <w:rPr>
                <w:rFonts w:ascii="Roboto Condensed" w:hAnsi="Roboto Condensed"/>
                <w:sz w:val="16"/>
              </w:rPr>
              <w:t>L, ZN, W</w:t>
            </w:r>
          </w:p>
        </w:tc>
        <w:tc>
          <w:tcPr>
            <w:tcW w:w="1359" w:type="dxa"/>
          </w:tcPr>
          <w:p w14:paraId="508D1A6A" w14:textId="77777777" w:rsidR="004674D5" w:rsidRDefault="004674D5" w:rsidP="004A7CD1">
            <w:r>
              <w:rPr>
                <w:rFonts w:ascii="Roboto Condensed" w:hAnsi="Roboto Condensed"/>
                <w:sz w:val="16"/>
              </w:rPr>
              <w:t>-</w:t>
            </w:r>
          </w:p>
        </w:tc>
        <w:tc>
          <w:tcPr>
            <w:tcW w:w="1171" w:type="dxa"/>
          </w:tcPr>
          <w:p w14:paraId="503B2521" w14:textId="77777777" w:rsidR="004674D5" w:rsidRDefault="004674D5" w:rsidP="004A7CD1">
            <w:r>
              <w:rPr>
                <w:rFonts w:ascii="Roboto Condensed" w:hAnsi="Roboto Condensed"/>
                <w:sz w:val="16"/>
              </w:rPr>
              <w:t>-</w:t>
            </w:r>
          </w:p>
        </w:tc>
        <w:tc>
          <w:tcPr>
            <w:tcW w:w="1265" w:type="dxa"/>
          </w:tcPr>
          <w:p w14:paraId="080C4DEA" w14:textId="77777777" w:rsidR="004674D5" w:rsidRDefault="004674D5" w:rsidP="004A7CD1">
            <w:r>
              <w:rPr>
                <w:rFonts w:ascii="Roboto Condensed" w:hAnsi="Roboto Condensed"/>
                <w:sz w:val="16"/>
              </w:rPr>
              <w:t>-</w:t>
            </w:r>
          </w:p>
        </w:tc>
        <w:tc>
          <w:tcPr>
            <w:tcW w:w="1265" w:type="dxa"/>
          </w:tcPr>
          <w:p w14:paraId="5B15C533" w14:textId="77777777" w:rsidR="004674D5" w:rsidRDefault="004674D5" w:rsidP="004A7CD1">
            <w:r>
              <w:rPr>
                <w:rFonts w:ascii="Roboto Condensed" w:hAnsi="Roboto Condensed"/>
                <w:sz w:val="16"/>
              </w:rPr>
              <w:t>-</w:t>
            </w:r>
          </w:p>
        </w:tc>
      </w:tr>
      <w:tr w:rsidR="004674D5" w14:paraId="5E4D2665" w14:textId="77777777" w:rsidTr="004A7CD1">
        <w:tc>
          <w:tcPr>
            <w:tcW w:w="1134" w:type="dxa"/>
          </w:tcPr>
          <w:p w14:paraId="10A379FA" w14:textId="77777777" w:rsidR="004674D5" w:rsidRDefault="004674D5" w:rsidP="004A7CD1">
            <w:r>
              <w:rPr>
                <w:rFonts w:ascii="Roboto Condensed" w:hAnsi="Roboto Condensed"/>
                <w:sz w:val="16"/>
              </w:rPr>
              <w:t>5SK</w:t>
            </w:r>
          </w:p>
        </w:tc>
        <w:tc>
          <w:tcPr>
            <w:tcW w:w="1900" w:type="dxa"/>
            <w:vMerge/>
          </w:tcPr>
          <w:p w14:paraId="6A8B13E8" w14:textId="77777777" w:rsidR="004674D5" w:rsidRDefault="004674D5" w:rsidP="004A7CD1"/>
        </w:tc>
        <w:tc>
          <w:tcPr>
            <w:tcW w:w="1418" w:type="dxa"/>
          </w:tcPr>
          <w:p w14:paraId="74878BF0" w14:textId="77777777" w:rsidR="004674D5" w:rsidRDefault="004674D5" w:rsidP="004A7CD1">
            <w:r>
              <w:rPr>
                <w:rFonts w:ascii="Roboto Condensed" w:hAnsi="Roboto Condensed"/>
                <w:sz w:val="16"/>
              </w:rPr>
              <w:t>-</w:t>
            </w:r>
          </w:p>
        </w:tc>
        <w:tc>
          <w:tcPr>
            <w:tcW w:w="1359" w:type="dxa"/>
          </w:tcPr>
          <w:p w14:paraId="0F105C2B" w14:textId="77777777" w:rsidR="004674D5" w:rsidRDefault="004674D5" w:rsidP="004A7CD1">
            <w:r>
              <w:rPr>
                <w:rFonts w:ascii="Roboto Condensed" w:hAnsi="Roboto Condensed"/>
                <w:sz w:val="16"/>
              </w:rPr>
              <w:t>-</w:t>
            </w:r>
          </w:p>
        </w:tc>
        <w:tc>
          <w:tcPr>
            <w:tcW w:w="1171" w:type="dxa"/>
          </w:tcPr>
          <w:p w14:paraId="01AC9958" w14:textId="77777777" w:rsidR="004674D5" w:rsidRDefault="004674D5" w:rsidP="004A7CD1">
            <w:r>
              <w:rPr>
                <w:rFonts w:ascii="Roboto Condensed" w:hAnsi="Roboto Condensed"/>
                <w:sz w:val="16"/>
              </w:rPr>
              <w:t>-</w:t>
            </w:r>
          </w:p>
        </w:tc>
        <w:tc>
          <w:tcPr>
            <w:tcW w:w="1265" w:type="dxa"/>
          </w:tcPr>
          <w:p w14:paraId="55836F87" w14:textId="77777777" w:rsidR="004674D5" w:rsidRDefault="004674D5" w:rsidP="004A7CD1">
            <w:r>
              <w:rPr>
                <w:rFonts w:ascii="Roboto Condensed" w:hAnsi="Roboto Condensed"/>
                <w:sz w:val="16"/>
              </w:rPr>
              <w:t>-</w:t>
            </w:r>
          </w:p>
        </w:tc>
        <w:tc>
          <w:tcPr>
            <w:tcW w:w="1265" w:type="dxa"/>
          </w:tcPr>
          <w:p w14:paraId="2E5A6E7B" w14:textId="77777777" w:rsidR="004674D5" w:rsidRDefault="004674D5" w:rsidP="004A7CD1">
            <w:r>
              <w:rPr>
                <w:rFonts w:ascii="Roboto Condensed" w:hAnsi="Roboto Condensed"/>
                <w:sz w:val="16"/>
              </w:rPr>
              <w:t>-</w:t>
            </w:r>
          </w:p>
        </w:tc>
      </w:tr>
      <w:tr w:rsidR="004674D5" w14:paraId="24EB9E78" w14:textId="77777777" w:rsidTr="004A7CD1">
        <w:tc>
          <w:tcPr>
            <w:tcW w:w="1134" w:type="dxa"/>
          </w:tcPr>
          <w:p w14:paraId="50C6D5FE" w14:textId="77777777" w:rsidR="004674D5" w:rsidRDefault="004674D5" w:rsidP="004A7CD1">
            <w:r>
              <w:rPr>
                <w:rFonts w:ascii="Roboto Condensed" w:hAnsi="Roboto Condensed"/>
                <w:sz w:val="16"/>
              </w:rPr>
              <w:t>7SK - 8SK</w:t>
            </w:r>
          </w:p>
        </w:tc>
        <w:tc>
          <w:tcPr>
            <w:tcW w:w="1900" w:type="dxa"/>
            <w:vMerge/>
          </w:tcPr>
          <w:p w14:paraId="770C614A" w14:textId="77777777" w:rsidR="004674D5" w:rsidRDefault="004674D5" w:rsidP="004A7CD1"/>
        </w:tc>
        <w:tc>
          <w:tcPr>
            <w:tcW w:w="1418" w:type="dxa"/>
          </w:tcPr>
          <w:p w14:paraId="30FD42EE" w14:textId="77777777" w:rsidR="004674D5" w:rsidRDefault="004674D5" w:rsidP="004A7CD1">
            <w:r>
              <w:rPr>
                <w:rFonts w:ascii="Roboto Condensed" w:hAnsi="Roboto Condensed"/>
                <w:sz w:val="16"/>
              </w:rPr>
              <w:t>L, ZN, W</w:t>
            </w:r>
          </w:p>
        </w:tc>
        <w:tc>
          <w:tcPr>
            <w:tcW w:w="1359" w:type="dxa"/>
          </w:tcPr>
          <w:p w14:paraId="7EFD5F6D" w14:textId="77777777" w:rsidR="004674D5" w:rsidRDefault="004674D5" w:rsidP="004A7CD1">
            <w:r>
              <w:rPr>
                <w:rFonts w:ascii="Roboto Condensed" w:hAnsi="Roboto Condensed"/>
                <w:sz w:val="16"/>
              </w:rPr>
              <w:t>-</w:t>
            </w:r>
          </w:p>
        </w:tc>
        <w:tc>
          <w:tcPr>
            <w:tcW w:w="1171" w:type="dxa"/>
          </w:tcPr>
          <w:p w14:paraId="5942D6ED" w14:textId="77777777" w:rsidR="004674D5" w:rsidRDefault="004674D5" w:rsidP="004A7CD1">
            <w:r>
              <w:rPr>
                <w:rFonts w:ascii="Roboto Condensed" w:hAnsi="Roboto Condensed"/>
                <w:sz w:val="16"/>
              </w:rPr>
              <w:t>-</w:t>
            </w:r>
          </w:p>
        </w:tc>
        <w:tc>
          <w:tcPr>
            <w:tcW w:w="1265" w:type="dxa"/>
          </w:tcPr>
          <w:p w14:paraId="743C2586" w14:textId="77777777" w:rsidR="004674D5" w:rsidRDefault="004674D5" w:rsidP="004A7CD1">
            <w:r>
              <w:rPr>
                <w:rFonts w:ascii="Roboto Condensed" w:hAnsi="Roboto Condensed"/>
                <w:sz w:val="16"/>
              </w:rPr>
              <w:t>-</w:t>
            </w:r>
          </w:p>
        </w:tc>
        <w:tc>
          <w:tcPr>
            <w:tcW w:w="1265" w:type="dxa"/>
          </w:tcPr>
          <w:p w14:paraId="4278874E" w14:textId="77777777" w:rsidR="004674D5" w:rsidRDefault="004674D5" w:rsidP="004A7CD1">
            <w:r>
              <w:rPr>
                <w:rFonts w:ascii="Roboto Condensed" w:hAnsi="Roboto Condensed"/>
                <w:sz w:val="16"/>
              </w:rPr>
              <w:t>-</w:t>
            </w:r>
          </w:p>
        </w:tc>
      </w:tr>
      <w:tr w:rsidR="004674D5" w14:paraId="579D30A6" w14:textId="77777777" w:rsidTr="004A7CD1">
        <w:tc>
          <w:tcPr>
            <w:tcW w:w="9514" w:type="dxa"/>
            <w:gridSpan w:val="7"/>
            <w:shd w:val="clear" w:color="auto" w:fill="808080"/>
          </w:tcPr>
          <w:p w14:paraId="7E2B20FB" w14:textId="77777777" w:rsidR="004674D5" w:rsidRDefault="004674D5" w:rsidP="004A7CD1"/>
        </w:tc>
      </w:tr>
      <w:tr w:rsidR="004674D5" w:rsidRPr="00363680" w14:paraId="37B96510" w14:textId="77777777" w:rsidTr="004A7CD1">
        <w:tc>
          <w:tcPr>
            <w:tcW w:w="9514" w:type="dxa"/>
            <w:gridSpan w:val="7"/>
          </w:tcPr>
          <w:p w14:paraId="446026B2" w14:textId="77777777" w:rsidR="004674D5" w:rsidRPr="00363680" w:rsidRDefault="004674D5" w:rsidP="004A7CD1">
            <w:r w:rsidRPr="00363680">
              <w:rPr>
                <w:rFonts w:ascii="Roboto Condensed" w:hAnsi="Roboto Condensed"/>
                <w:sz w:val="16"/>
              </w:rPr>
              <w:t>(1 znaczenie symbolu profilu dodatkowego:</w:t>
            </w:r>
            <w:r w:rsidRPr="00363680">
              <w:rPr>
                <w:rFonts w:ascii="Roboto Condensed" w:hAnsi="Roboto Condensed"/>
                <w:sz w:val="16"/>
              </w:rPr>
              <w:br/>
              <w:t>KDZ - teren drogi zbiorczej</w:t>
            </w:r>
            <w:r w:rsidRPr="00363680">
              <w:rPr>
                <w:rFonts w:ascii="Roboto Condensed" w:hAnsi="Roboto Condensed"/>
                <w:sz w:val="16"/>
              </w:rPr>
              <w:br/>
              <w:t>L - teren lasu</w:t>
            </w:r>
            <w:r w:rsidRPr="00363680">
              <w:rPr>
                <w:rFonts w:ascii="Roboto Condensed" w:hAnsi="Roboto Condensed"/>
                <w:sz w:val="16"/>
              </w:rPr>
              <w:br/>
            </w:r>
            <w:r w:rsidRPr="00363680">
              <w:rPr>
                <w:rFonts w:ascii="Roboto Condensed" w:hAnsi="Roboto Condensed"/>
                <w:sz w:val="16"/>
              </w:rPr>
              <w:lastRenderedPageBreak/>
              <w:t>ML - teren zabudowy letniskowej lub rekreacji indywidualnej</w:t>
            </w:r>
            <w:r w:rsidRPr="00363680">
              <w:rPr>
                <w:rFonts w:ascii="Roboto Condensed" w:hAnsi="Roboto Condensed"/>
                <w:sz w:val="16"/>
              </w:rPr>
              <w:br/>
              <w:t>P - teren produkcji</w:t>
            </w:r>
            <w:r w:rsidRPr="00363680">
              <w:rPr>
                <w:rFonts w:ascii="Roboto Condensed" w:hAnsi="Roboto Condensed"/>
                <w:sz w:val="16"/>
              </w:rPr>
              <w:br/>
              <w:t>PEF - teren elektrowni słonecznej</w:t>
            </w:r>
            <w:r w:rsidRPr="00363680">
              <w:rPr>
                <w:rFonts w:ascii="Roboto Condensed" w:hAnsi="Roboto Condensed"/>
                <w:sz w:val="16"/>
              </w:rPr>
              <w:br/>
              <w:t>PEW - teren elektrowni wiatrowej</w:t>
            </w:r>
            <w:r w:rsidRPr="00363680">
              <w:rPr>
                <w:rFonts w:ascii="Roboto Condensed" w:hAnsi="Roboto Condensed"/>
                <w:sz w:val="16"/>
              </w:rPr>
              <w:br/>
              <w:t>PS - teren składów i magazynów</w:t>
            </w:r>
            <w:r w:rsidRPr="00363680">
              <w:rPr>
                <w:rFonts w:ascii="Roboto Condensed" w:hAnsi="Roboto Condensed"/>
                <w:sz w:val="16"/>
              </w:rPr>
              <w:br/>
              <w:t>RN - teren rolnictwa z zakazem zabudowy</w:t>
            </w:r>
            <w:r w:rsidRPr="00363680">
              <w:rPr>
                <w:rFonts w:ascii="Roboto Condensed" w:hAnsi="Roboto Condensed"/>
                <w:sz w:val="16"/>
              </w:rPr>
              <w:br/>
              <w:t>RZW - teren wielkotowarowej produkcji rolnej</w:t>
            </w:r>
            <w:r w:rsidRPr="00363680">
              <w:rPr>
                <w:rFonts w:ascii="Roboto Condensed" w:hAnsi="Roboto Condensed"/>
                <w:sz w:val="16"/>
              </w:rPr>
              <w:br/>
              <w:t>U - teren usług</w:t>
            </w:r>
            <w:r w:rsidRPr="00363680">
              <w:rPr>
                <w:rFonts w:ascii="Roboto Condensed" w:hAnsi="Roboto Condensed"/>
                <w:sz w:val="16"/>
              </w:rPr>
              <w:br/>
              <w:t>UE - teren usług edukacji</w:t>
            </w:r>
            <w:r w:rsidRPr="00363680">
              <w:rPr>
                <w:rFonts w:ascii="Roboto Condensed" w:hAnsi="Roboto Condensed"/>
                <w:sz w:val="16"/>
              </w:rPr>
              <w:br/>
              <w:t>UG - teren usług gastronomii</w:t>
            </w:r>
            <w:r w:rsidRPr="00363680">
              <w:rPr>
                <w:rFonts w:ascii="Roboto Condensed" w:hAnsi="Roboto Condensed"/>
                <w:sz w:val="16"/>
              </w:rPr>
              <w:br/>
              <w:t>UHD - teren usług handlu detalicznego</w:t>
            </w:r>
            <w:r w:rsidRPr="00363680">
              <w:rPr>
                <w:rFonts w:ascii="Roboto Condensed" w:hAnsi="Roboto Condensed"/>
                <w:sz w:val="16"/>
              </w:rPr>
              <w:br/>
              <w:t>UK - teren usług kultury i rozrywki</w:t>
            </w:r>
            <w:r w:rsidRPr="00363680">
              <w:rPr>
                <w:rFonts w:ascii="Roboto Condensed" w:hAnsi="Roboto Condensed"/>
                <w:sz w:val="16"/>
              </w:rPr>
              <w:br/>
              <w:t>UR - teren usług kultu religijnego</w:t>
            </w:r>
            <w:r w:rsidRPr="00363680">
              <w:rPr>
                <w:rFonts w:ascii="Roboto Condensed" w:hAnsi="Roboto Condensed"/>
                <w:sz w:val="16"/>
              </w:rPr>
              <w:br/>
              <w:t>US - teren usług sportu i rekreacji</w:t>
            </w:r>
            <w:r w:rsidRPr="00363680">
              <w:rPr>
                <w:rFonts w:ascii="Roboto Condensed" w:hAnsi="Roboto Condensed"/>
                <w:sz w:val="16"/>
              </w:rPr>
              <w:br/>
              <w:t>UT - teren usług turystyki</w:t>
            </w:r>
            <w:r w:rsidRPr="00363680">
              <w:rPr>
                <w:rFonts w:ascii="Roboto Condensed" w:hAnsi="Roboto Condensed"/>
                <w:sz w:val="16"/>
              </w:rPr>
              <w:br/>
              <w:t>UZ - teren usług zdrowia i pomocy społecznej</w:t>
            </w:r>
            <w:r w:rsidRPr="00363680">
              <w:rPr>
                <w:rFonts w:ascii="Roboto Condensed" w:hAnsi="Roboto Condensed"/>
                <w:sz w:val="16"/>
              </w:rPr>
              <w:br/>
              <w:t>W - teren wód</w:t>
            </w:r>
            <w:r w:rsidRPr="00363680">
              <w:rPr>
                <w:rFonts w:ascii="Roboto Condensed" w:hAnsi="Roboto Condensed"/>
                <w:sz w:val="16"/>
              </w:rPr>
              <w:br/>
              <w:t>ZN - teren zieleni naturalnej</w:t>
            </w:r>
            <w:r w:rsidRPr="00363680">
              <w:rPr>
                <w:rFonts w:ascii="Roboto Condensed" w:hAnsi="Roboto Condensed"/>
                <w:sz w:val="16"/>
              </w:rPr>
              <w:br/>
              <w:t>ZP - teren zieleni urządzonej</w:t>
            </w:r>
            <w:r w:rsidRPr="00363680">
              <w:rPr>
                <w:rFonts w:ascii="Roboto Condensed" w:hAnsi="Roboto Condensed"/>
                <w:sz w:val="16"/>
              </w:rPr>
              <w:br/>
            </w:r>
            <w:r w:rsidRPr="00363680">
              <w:rPr>
                <w:rFonts w:ascii="Roboto Condensed" w:hAnsi="Roboto Condensed"/>
                <w:sz w:val="16"/>
              </w:rPr>
              <w:br/>
              <w:t>(2 Dotyczy: terenów telekomunikacji oraz innych terenów infrastruktury technicznej o powierzchni nie większej niż 5000 m2.</w:t>
            </w:r>
          </w:p>
        </w:tc>
      </w:tr>
    </w:tbl>
    <w:p w14:paraId="0AAE2737" w14:textId="77777777" w:rsidR="009D746D" w:rsidRPr="009D746D" w:rsidRDefault="009D746D" w:rsidP="004208ED">
      <w:pPr>
        <w:pStyle w:val="Tekstpodstawowy2"/>
        <w:spacing w:before="120" w:line="240" w:lineRule="auto"/>
        <w:ind w:left="170"/>
        <w:jc w:val="left"/>
        <w:rPr>
          <w:rFonts w:ascii="Roboto Condensed" w:hAnsi="Roboto Condensed"/>
          <w:sz w:val="20"/>
          <w:lang w:val="pl-PL"/>
        </w:rPr>
      </w:pPr>
    </w:p>
    <w:p w14:paraId="062936BB" w14:textId="6751E452" w:rsidR="008B0962" w:rsidRPr="009A175C" w:rsidRDefault="00657137" w:rsidP="00D04DC7">
      <w:pPr>
        <w:pStyle w:val="Tekstpodstawowy2"/>
        <w:spacing w:before="120" w:after="120" w:line="240" w:lineRule="auto"/>
        <w:ind w:left="170"/>
        <w:rPr>
          <w:rFonts w:ascii="Roboto Condensed" w:hAnsi="Roboto Condensed"/>
          <w:color w:val="EE0000"/>
          <w:sz w:val="20"/>
          <w:lang w:val="pl-PL"/>
        </w:rPr>
      </w:pPr>
      <w:r w:rsidRPr="003D4D40">
        <w:rPr>
          <w:rFonts w:ascii="Roboto Condensed" w:hAnsi="Roboto Condensed"/>
          <w:sz w:val="20"/>
          <w:lang w:val="pl-PL"/>
        </w:rPr>
        <w:t xml:space="preserve">Zgodnie z </w:t>
      </w:r>
      <w:r w:rsidR="008B0962" w:rsidRPr="003D4D40">
        <w:rPr>
          <w:rFonts w:ascii="Roboto Condensed" w:hAnsi="Roboto Condensed"/>
          <w:sz w:val="20"/>
          <w:lang w:val="pl-PL"/>
        </w:rPr>
        <w:t xml:space="preserve">art. 13d ust. </w:t>
      </w:r>
      <w:r w:rsidRPr="003D4D40">
        <w:rPr>
          <w:rFonts w:ascii="Roboto Condensed" w:hAnsi="Roboto Condensed"/>
          <w:sz w:val="20"/>
          <w:lang w:val="pl-PL"/>
        </w:rPr>
        <w:t>1</w:t>
      </w:r>
      <w:r w:rsidR="008B0962" w:rsidRPr="003D4D40">
        <w:rPr>
          <w:rFonts w:ascii="Roboto Condensed" w:hAnsi="Roboto Condensed"/>
          <w:sz w:val="20"/>
          <w:lang w:val="pl-PL"/>
        </w:rPr>
        <w:t xml:space="preserve"> ustawy „</w:t>
      </w:r>
      <w:r w:rsidRPr="003D4D40">
        <w:rPr>
          <w:rFonts w:ascii="Roboto Condensed" w:hAnsi="Roboto Condensed"/>
          <w:sz w:val="20"/>
          <w:lang w:val="pl-PL"/>
        </w:rPr>
        <w:t>Strefy planistyczne, o których mowa w art. 13c ust. 2 pkt 1–3, wyznacza się w pierwszej kolejności na obszarach, dla których w obowiązujących miejscowych planach zagospodarowania przestrzennego określono przeznaczenie umożliwiające realizację funkcji mieszkaniowej, obszarach uzupełnienia zabudowy oraz obszarach z istniejącą zabudową o funkcji mieszkaniowej, z wyłączeniem luk w tej zabudowie, biorąc pod uwagę uwarunkowania, o których mowa w art. 13b.”</w:t>
      </w:r>
      <w:r w:rsidR="008B0962" w:rsidRPr="003D4D40">
        <w:rPr>
          <w:rFonts w:ascii="Roboto Condensed" w:hAnsi="Roboto Condensed"/>
          <w:sz w:val="20"/>
          <w:lang w:val="pl-PL"/>
        </w:rPr>
        <w:t xml:space="preserve">. Wobec powyższego oraz biorąc pod uwagę charakterystykę gminy, </w:t>
      </w:r>
      <w:r w:rsidR="005344BB" w:rsidRPr="003D4D40">
        <w:rPr>
          <w:rFonts w:ascii="Roboto Condensed" w:hAnsi="Roboto Condensed"/>
          <w:sz w:val="20"/>
          <w:lang w:val="pl-PL"/>
        </w:rPr>
        <w:t>w tym</w:t>
      </w:r>
      <w:r w:rsidR="008B0962" w:rsidRPr="003D4D40">
        <w:rPr>
          <w:rFonts w:ascii="Roboto Condensed" w:hAnsi="Roboto Condensed"/>
          <w:sz w:val="20"/>
          <w:lang w:val="pl-PL"/>
        </w:rPr>
        <w:t xml:space="preserve"> wynik wyznaczenia rdzenia obszarów uzupełnienia zabudowy, proces wyznaczenia stref planistycznych obejmował kolejno:</w:t>
      </w:r>
    </w:p>
    <w:p w14:paraId="6D27CAF6" w14:textId="283536E0" w:rsidR="002656E1" w:rsidRPr="003D4D40" w:rsidRDefault="002656E1" w:rsidP="008636AA">
      <w:pPr>
        <w:pStyle w:val="Tekstpodstawowy2"/>
        <w:numPr>
          <w:ilvl w:val="0"/>
          <w:numId w:val="7"/>
        </w:numPr>
        <w:spacing w:before="40" w:after="40" w:line="240" w:lineRule="auto"/>
        <w:ind w:left="567" w:hanging="227"/>
        <w:rPr>
          <w:rFonts w:ascii="Roboto Condensed" w:hAnsi="Roboto Condensed"/>
          <w:sz w:val="20"/>
          <w:lang w:val="pl-PL"/>
        </w:rPr>
      </w:pPr>
      <w:r w:rsidRPr="003D4D40">
        <w:rPr>
          <w:rFonts w:ascii="Roboto Condensed" w:hAnsi="Roboto Condensed"/>
          <w:sz w:val="20"/>
          <w:lang w:val="pl-PL"/>
        </w:rPr>
        <w:t xml:space="preserve">wyznaczenie strefy komunikacyjnej </w:t>
      </w:r>
      <w:r w:rsidR="00317329" w:rsidRPr="003D4D40">
        <w:rPr>
          <w:rFonts w:ascii="Roboto Condensed" w:hAnsi="Roboto Condensed"/>
          <w:sz w:val="20"/>
          <w:lang w:val="pl-PL"/>
        </w:rPr>
        <w:t>obejmującej</w:t>
      </w:r>
      <w:r w:rsidRPr="003D4D40">
        <w:rPr>
          <w:rFonts w:ascii="Roboto Condensed" w:hAnsi="Roboto Condensed"/>
          <w:sz w:val="20"/>
          <w:lang w:val="pl-PL"/>
        </w:rPr>
        <w:t xml:space="preserve"> główn</w:t>
      </w:r>
      <w:r w:rsidR="00317329" w:rsidRPr="003D4D40">
        <w:rPr>
          <w:rFonts w:ascii="Roboto Condensed" w:hAnsi="Roboto Condensed"/>
          <w:sz w:val="20"/>
          <w:lang w:val="pl-PL"/>
        </w:rPr>
        <w:t>e</w:t>
      </w:r>
      <w:r w:rsidRPr="003D4D40">
        <w:rPr>
          <w:rFonts w:ascii="Roboto Condensed" w:hAnsi="Roboto Condensed"/>
          <w:sz w:val="20"/>
          <w:lang w:val="pl-PL"/>
        </w:rPr>
        <w:t xml:space="preserve"> element</w:t>
      </w:r>
      <w:r w:rsidR="00317329" w:rsidRPr="003D4D40">
        <w:rPr>
          <w:rFonts w:ascii="Roboto Condensed" w:hAnsi="Roboto Condensed"/>
          <w:sz w:val="20"/>
          <w:lang w:val="pl-PL"/>
        </w:rPr>
        <w:t>y</w:t>
      </w:r>
      <w:r w:rsidRPr="003D4D40">
        <w:rPr>
          <w:rFonts w:ascii="Roboto Condensed" w:hAnsi="Roboto Condensed"/>
          <w:sz w:val="20"/>
          <w:lang w:val="pl-PL"/>
        </w:rPr>
        <w:t xml:space="preserve"> układu drogowego</w:t>
      </w:r>
      <w:r w:rsidR="00317329" w:rsidRPr="003D4D40">
        <w:rPr>
          <w:rFonts w:ascii="Roboto Condensed" w:hAnsi="Roboto Condensed"/>
          <w:sz w:val="20"/>
          <w:lang w:val="pl-PL"/>
        </w:rPr>
        <w:t>,</w:t>
      </w:r>
      <w:r w:rsidRPr="003D4D40">
        <w:rPr>
          <w:rFonts w:ascii="Roboto Condensed" w:hAnsi="Roboto Condensed"/>
          <w:sz w:val="20"/>
          <w:lang w:val="pl-PL"/>
        </w:rPr>
        <w:t xml:space="preserve"> </w:t>
      </w:r>
    </w:p>
    <w:p w14:paraId="64584FC0" w14:textId="10FF2331" w:rsidR="002656E1" w:rsidRPr="003D4D40" w:rsidRDefault="00317329" w:rsidP="008636AA">
      <w:pPr>
        <w:pStyle w:val="Tekstpodstawowy2"/>
        <w:numPr>
          <w:ilvl w:val="0"/>
          <w:numId w:val="7"/>
        </w:numPr>
        <w:spacing w:before="40" w:after="40" w:line="240" w:lineRule="auto"/>
        <w:ind w:left="567" w:hanging="227"/>
        <w:rPr>
          <w:rFonts w:ascii="Roboto Condensed" w:hAnsi="Roboto Condensed"/>
          <w:sz w:val="20"/>
          <w:lang w:val="pl-PL"/>
        </w:rPr>
      </w:pPr>
      <w:r w:rsidRPr="003D4D40">
        <w:rPr>
          <w:rFonts w:ascii="Roboto Condensed" w:hAnsi="Roboto Condensed"/>
          <w:sz w:val="20"/>
          <w:lang w:val="pl-PL"/>
        </w:rPr>
        <w:t>wyznaczenie stref infrastrukturalnych obejmujących istotne drogi publiczne nie mogące być zaliczone do strefy komunikacyjnej, głównie w celu uczytelnienia części graficznej planu ogólnego;</w:t>
      </w:r>
    </w:p>
    <w:p w14:paraId="71951322" w14:textId="6B20CCA9" w:rsidR="008B0962" w:rsidRPr="003D4D40" w:rsidRDefault="008B0962" w:rsidP="008636AA">
      <w:pPr>
        <w:pStyle w:val="Tekstpodstawowy2"/>
        <w:numPr>
          <w:ilvl w:val="0"/>
          <w:numId w:val="7"/>
        </w:numPr>
        <w:spacing w:before="40" w:after="40" w:line="240" w:lineRule="auto"/>
        <w:ind w:left="567" w:hanging="227"/>
        <w:rPr>
          <w:rFonts w:ascii="Roboto Condensed" w:hAnsi="Roboto Condensed"/>
          <w:sz w:val="20"/>
          <w:lang w:val="pl-PL"/>
        </w:rPr>
      </w:pPr>
      <w:r w:rsidRPr="003D4D40">
        <w:rPr>
          <w:rFonts w:ascii="Roboto Condensed" w:hAnsi="Roboto Condensed"/>
          <w:sz w:val="20"/>
          <w:lang w:val="pl-PL"/>
        </w:rPr>
        <w:t>wyznaczenie stref planistycznych dopuszczających zabudowę</w:t>
      </w:r>
      <w:r w:rsidR="00166E27" w:rsidRPr="003D4D40">
        <w:rPr>
          <w:rFonts w:ascii="Roboto Condensed" w:hAnsi="Roboto Condensed"/>
          <w:sz w:val="20"/>
          <w:lang w:val="pl-PL"/>
        </w:rPr>
        <w:t xml:space="preserve"> na obszarach</w:t>
      </w:r>
      <w:r w:rsidRPr="003D4D40">
        <w:rPr>
          <w:rFonts w:ascii="Roboto Condensed" w:hAnsi="Roboto Condensed"/>
          <w:sz w:val="20"/>
          <w:lang w:val="pl-PL"/>
        </w:rPr>
        <w:t>:</w:t>
      </w:r>
    </w:p>
    <w:p w14:paraId="169491EC" w14:textId="42C1E410" w:rsidR="008B0962" w:rsidRPr="00D93C3B" w:rsidRDefault="00344A16" w:rsidP="008636AA">
      <w:pPr>
        <w:pStyle w:val="Tekstpodstawowy2"/>
        <w:numPr>
          <w:ilvl w:val="0"/>
          <w:numId w:val="4"/>
        </w:numPr>
        <w:spacing w:before="40" w:after="40" w:line="240" w:lineRule="auto"/>
        <w:ind w:left="737" w:hanging="227"/>
        <w:rPr>
          <w:rFonts w:ascii="Roboto Condensed" w:hAnsi="Roboto Condensed"/>
          <w:sz w:val="20"/>
          <w:lang w:val="pl-PL"/>
        </w:rPr>
      </w:pPr>
      <w:r w:rsidRPr="003D4D40">
        <w:rPr>
          <w:rFonts w:ascii="Roboto Condensed" w:hAnsi="Roboto Condensed"/>
          <w:sz w:val="20"/>
          <w:lang w:val="pl-PL"/>
        </w:rPr>
        <w:t xml:space="preserve">dla których w obowiązujących miejscowych planach zagospodarowania przestrzennego określono przeznaczenie </w:t>
      </w:r>
      <w:r w:rsidRPr="00D93C3B">
        <w:rPr>
          <w:rFonts w:ascii="Roboto Condensed" w:hAnsi="Roboto Condensed"/>
          <w:sz w:val="20"/>
          <w:lang w:val="pl-PL"/>
        </w:rPr>
        <w:t>umożliwiające realizację zabudowy,</w:t>
      </w:r>
    </w:p>
    <w:p w14:paraId="2023A087" w14:textId="2B9C688D" w:rsidR="00D93C3B" w:rsidRPr="00D93C3B" w:rsidRDefault="00D93C3B" w:rsidP="008636AA">
      <w:pPr>
        <w:pStyle w:val="Tekstpodstawowy2"/>
        <w:numPr>
          <w:ilvl w:val="0"/>
          <w:numId w:val="4"/>
        </w:numPr>
        <w:spacing w:before="40" w:after="40" w:line="240" w:lineRule="auto"/>
        <w:ind w:left="737" w:hanging="227"/>
        <w:rPr>
          <w:rFonts w:ascii="Roboto Condensed" w:hAnsi="Roboto Condensed"/>
          <w:sz w:val="20"/>
          <w:lang w:val="pl-PL"/>
        </w:rPr>
      </w:pPr>
      <w:r w:rsidRPr="00D93C3B">
        <w:rPr>
          <w:rFonts w:ascii="Roboto Condensed" w:hAnsi="Roboto Condensed"/>
          <w:sz w:val="20"/>
          <w:lang w:val="pl-PL"/>
        </w:rPr>
        <w:t>uzupełnienia zabudowy,</w:t>
      </w:r>
    </w:p>
    <w:p w14:paraId="21A5502E" w14:textId="2C6E00B0" w:rsidR="003D4D40" w:rsidRPr="00D93C3B" w:rsidRDefault="001D6BF4" w:rsidP="008636AA">
      <w:pPr>
        <w:pStyle w:val="Tekstpodstawowy2"/>
        <w:numPr>
          <w:ilvl w:val="0"/>
          <w:numId w:val="4"/>
        </w:numPr>
        <w:spacing w:before="40" w:after="40" w:line="240" w:lineRule="auto"/>
        <w:ind w:left="737" w:hanging="227"/>
        <w:rPr>
          <w:rFonts w:ascii="Roboto Condensed" w:hAnsi="Roboto Condensed"/>
          <w:sz w:val="20"/>
          <w:lang w:val="pl-PL"/>
        </w:rPr>
      </w:pPr>
      <w:r w:rsidRPr="00D93C3B">
        <w:rPr>
          <w:rFonts w:ascii="Roboto Condensed" w:hAnsi="Roboto Condensed"/>
          <w:sz w:val="20"/>
          <w:lang w:val="pl-PL"/>
        </w:rPr>
        <w:t>z</w:t>
      </w:r>
      <w:r w:rsidR="00D93C3B">
        <w:rPr>
          <w:rFonts w:ascii="Roboto Condensed" w:hAnsi="Roboto Condensed"/>
          <w:sz w:val="20"/>
          <w:lang w:val="pl-PL"/>
        </w:rPr>
        <w:t>a</w:t>
      </w:r>
      <w:r w:rsidRPr="00D93C3B">
        <w:rPr>
          <w:rFonts w:ascii="Roboto Condensed" w:hAnsi="Roboto Condensed"/>
          <w:sz w:val="20"/>
          <w:lang w:val="pl-PL"/>
        </w:rPr>
        <w:t xml:space="preserve">budowanych </w:t>
      </w:r>
      <w:r w:rsidR="00166E27" w:rsidRPr="00D93C3B">
        <w:rPr>
          <w:rFonts w:ascii="Roboto Condensed" w:hAnsi="Roboto Condensed"/>
          <w:sz w:val="20"/>
          <w:lang w:val="pl-PL"/>
        </w:rPr>
        <w:t>z istniejącą zabudową o funkcji mieszkaniowej,</w:t>
      </w:r>
    </w:p>
    <w:p w14:paraId="093186A4" w14:textId="2E44F331" w:rsidR="00D33032" w:rsidRPr="00396F63" w:rsidRDefault="00344A16" w:rsidP="008636AA">
      <w:pPr>
        <w:pStyle w:val="Tekstpodstawowy2"/>
        <w:numPr>
          <w:ilvl w:val="0"/>
          <w:numId w:val="4"/>
        </w:numPr>
        <w:spacing w:before="40" w:after="40" w:line="240" w:lineRule="auto"/>
        <w:ind w:left="737" w:hanging="227"/>
        <w:rPr>
          <w:rFonts w:ascii="Roboto Condensed" w:hAnsi="Roboto Condensed"/>
          <w:sz w:val="20"/>
          <w:lang w:val="pl-PL"/>
        </w:rPr>
      </w:pPr>
      <w:r w:rsidRPr="00396F63">
        <w:rPr>
          <w:rFonts w:ascii="Roboto Condensed" w:hAnsi="Roboto Condensed"/>
          <w:sz w:val="20"/>
          <w:lang w:val="pl-PL"/>
        </w:rPr>
        <w:t>dla których w studium wyznaczon</w:t>
      </w:r>
      <w:r w:rsidR="008C26B1" w:rsidRPr="00396F63">
        <w:rPr>
          <w:rFonts w:ascii="Roboto Condensed" w:hAnsi="Roboto Condensed"/>
          <w:sz w:val="20"/>
          <w:lang w:val="pl-PL"/>
        </w:rPr>
        <w:t>o</w:t>
      </w:r>
      <w:r w:rsidRPr="00396F63">
        <w:rPr>
          <w:rFonts w:ascii="Roboto Condensed" w:hAnsi="Roboto Condensed"/>
          <w:sz w:val="20"/>
          <w:lang w:val="pl-PL"/>
        </w:rPr>
        <w:t xml:space="preserve"> obszary zabudowy, które mimo że nie stanowią podstawy prawnej</w:t>
      </w:r>
      <w:r w:rsidR="008C26B1" w:rsidRPr="00396F63">
        <w:rPr>
          <w:rFonts w:ascii="Roboto Condensed" w:hAnsi="Roboto Condensed"/>
          <w:sz w:val="20"/>
          <w:lang w:val="pl-PL"/>
        </w:rPr>
        <w:t xml:space="preserve"> dla rozwiązań planu ogólnego</w:t>
      </w:r>
      <w:r w:rsidRPr="00396F63">
        <w:rPr>
          <w:rFonts w:ascii="Roboto Condensed" w:hAnsi="Roboto Condensed"/>
          <w:sz w:val="20"/>
          <w:lang w:val="pl-PL"/>
        </w:rPr>
        <w:t xml:space="preserve">, wyznaczają główne obszary rozwoju zabudowy w gminie, stanowiąc niepodważalnie element strategii rozwoju gminy, mimo braku formalnego dokumentu – </w:t>
      </w:r>
      <w:r w:rsidR="00E6599D" w:rsidRPr="00396F63">
        <w:rPr>
          <w:rFonts w:ascii="Roboto Condensed" w:hAnsi="Roboto Condensed"/>
          <w:sz w:val="20"/>
          <w:lang w:val="pl-PL"/>
        </w:rPr>
        <w:t xml:space="preserve">przy czym </w:t>
      </w:r>
      <w:r w:rsidRPr="00396F63">
        <w:rPr>
          <w:rFonts w:ascii="Roboto Condensed" w:hAnsi="Roboto Condensed"/>
          <w:sz w:val="20"/>
          <w:lang w:val="pl-PL"/>
        </w:rPr>
        <w:t>niniejsze obszary podlegały istotnym korektom na skutek analiz</w:t>
      </w:r>
      <w:r w:rsidR="00D33032" w:rsidRPr="00396F63">
        <w:rPr>
          <w:rFonts w:ascii="Roboto Condensed" w:hAnsi="Roboto Condensed"/>
          <w:sz w:val="20"/>
          <w:lang w:val="pl-PL"/>
        </w:rPr>
        <w:t>:</w:t>
      </w:r>
      <w:r w:rsidRPr="00396F63">
        <w:rPr>
          <w:rFonts w:ascii="Roboto Condensed" w:hAnsi="Roboto Condensed"/>
          <w:sz w:val="20"/>
          <w:lang w:val="pl-PL"/>
        </w:rPr>
        <w:t xml:space="preserve"> </w:t>
      </w:r>
    </w:p>
    <w:p w14:paraId="7128035A" w14:textId="77777777" w:rsidR="00D33032" w:rsidRPr="00D93C3B" w:rsidRDefault="00344A16" w:rsidP="008636AA">
      <w:pPr>
        <w:pStyle w:val="Tekstpodstawowy2"/>
        <w:numPr>
          <w:ilvl w:val="0"/>
          <w:numId w:val="5"/>
        </w:numPr>
        <w:spacing w:before="40" w:after="40" w:line="240" w:lineRule="auto"/>
        <w:ind w:left="907" w:hanging="227"/>
        <w:rPr>
          <w:rFonts w:ascii="Roboto Condensed" w:hAnsi="Roboto Condensed"/>
          <w:sz w:val="20"/>
          <w:lang w:val="pl-PL"/>
        </w:rPr>
      </w:pPr>
      <w:r w:rsidRPr="00D93C3B">
        <w:rPr>
          <w:rFonts w:ascii="Roboto Condensed" w:hAnsi="Roboto Condensed"/>
          <w:sz w:val="20"/>
          <w:lang w:val="pl-PL"/>
        </w:rPr>
        <w:t xml:space="preserve">zapotrzebowania gminy na nową zabudowę, </w:t>
      </w:r>
    </w:p>
    <w:p w14:paraId="7FAFC921" w14:textId="4F6DD5E2" w:rsidR="00D33032" w:rsidRPr="00396F63" w:rsidRDefault="00D33032" w:rsidP="008636AA">
      <w:pPr>
        <w:pStyle w:val="Tekstpodstawowy2"/>
        <w:numPr>
          <w:ilvl w:val="0"/>
          <w:numId w:val="5"/>
        </w:numPr>
        <w:spacing w:before="40" w:after="40" w:line="240" w:lineRule="auto"/>
        <w:ind w:left="907" w:hanging="227"/>
        <w:rPr>
          <w:rFonts w:ascii="Roboto Condensed" w:hAnsi="Roboto Condensed"/>
          <w:sz w:val="20"/>
          <w:lang w:val="pl-PL"/>
        </w:rPr>
      </w:pPr>
      <w:r w:rsidRPr="00D93C3B">
        <w:rPr>
          <w:rFonts w:ascii="Roboto Condensed" w:hAnsi="Roboto Condensed"/>
          <w:sz w:val="20"/>
          <w:lang w:val="pl-PL"/>
        </w:rPr>
        <w:t>rozmieszczenia rdzeniowych obszarów uzupełnienia zabudowy</w:t>
      </w:r>
      <w:r w:rsidR="00E6599D" w:rsidRPr="00D93C3B">
        <w:rPr>
          <w:rFonts w:ascii="Roboto Condensed" w:hAnsi="Roboto Condensed"/>
          <w:sz w:val="20"/>
          <w:lang w:val="pl-PL"/>
        </w:rPr>
        <w:t>,</w:t>
      </w:r>
    </w:p>
    <w:p w14:paraId="350E2C14" w14:textId="43B328C0" w:rsidR="00D33032" w:rsidRPr="00396F63" w:rsidRDefault="00344A16" w:rsidP="008636AA">
      <w:pPr>
        <w:pStyle w:val="Tekstpodstawowy2"/>
        <w:numPr>
          <w:ilvl w:val="0"/>
          <w:numId w:val="5"/>
        </w:numPr>
        <w:spacing w:before="40" w:after="40" w:line="240" w:lineRule="auto"/>
        <w:ind w:left="907" w:hanging="227"/>
        <w:rPr>
          <w:rFonts w:ascii="Roboto Condensed" w:hAnsi="Roboto Condensed"/>
          <w:sz w:val="20"/>
          <w:lang w:val="pl-PL"/>
        </w:rPr>
      </w:pPr>
      <w:r w:rsidRPr="00396F63">
        <w:rPr>
          <w:rFonts w:ascii="Roboto Condensed" w:hAnsi="Roboto Condensed"/>
          <w:sz w:val="20"/>
          <w:lang w:val="pl-PL"/>
        </w:rPr>
        <w:t>szczegółowej analizy uwarunkowań lokalnych</w:t>
      </w:r>
      <w:r w:rsidR="00E6599D" w:rsidRPr="00396F63">
        <w:rPr>
          <w:rFonts w:ascii="Roboto Condensed" w:hAnsi="Roboto Condensed"/>
          <w:sz w:val="20"/>
          <w:lang w:val="pl-PL"/>
        </w:rPr>
        <w:t>,</w:t>
      </w:r>
      <w:r w:rsidR="00D33032" w:rsidRPr="00396F63">
        <w:rPr>
          <w:rFonts w:ascii="Roboto Condensed" w:hAnsi="Roboto Condensed"/>
          <w:sz w:val="20"/>
          <w:lang w:val="pl-PL"/>
        </w:rPr>
        <w:t xml:space="preserve"> w szczególności: </w:t>
      </w:r>
    </w:p>
    <w:p w14:paraId="0D4E6431" w14:textId="7F1F0551" w:rsidR="00D33032" w:rsidRPr="00396F63" w:rsidRDefault="00D33032" w:rsidP="008636AA">
      <w:pPr>
        <w:pStyle w:val="Tekstpodstawowy2"/>
        <w:numPr>
          <w:ilvl w:val="2"/>
          <w:numId w:val="3"/>
        </w:numPr>
        <w:spacing w:line="240" w:lineRule="auto"/>
        <w:ind w:left="1134" w:hanging="227"/>
        <w:rPr>
          <w:rFonts w:ascii="Roboto Condensed" w:hAnsi="Roboto Condensed"/>
          <w:sz w:val="20"/>
          <w:lang w:val="pl-PL"/>
        </w:rPr>
      </w:pPr>
      <w:r w:rsidRPr="00396F63">
        <w:rPr>
          <w:rFonts w:ascii="Roboto Condensed" w:hAnsi="Roboto Condensed"/>
          <w:sz w:val="20"/>
          <w:lang w:val="pl-PL"/>
        </w:rPr>
        <w:t xml:space="preserve">obszarów gruntów rolnych </w:t>
      </w:r>
      <w:r w:rsidR="00396F63" w:rsidRPr="00396F63">
        <w:rPr>
          <w:rFonts w:ascii="Roboto Condensed" w:hAnsi="Roboto Condensed"/>
          <w:sz w:val="20"/>
          <w:lang w:val="pl-PL"/>
        </w:rPr>
        <w:t>chronionych (</w:t>
      </w:r>
      <w:r w:rsidRPr="00396F63">
        <w:rPr>
          <w:rFonts w:ascii="Roboto Condensed" w:hAnsi="Roboto Condensed"/>
          <w:sz w:val="20"/>
          <w:lang w:val="pl-PL"/>
        </w:rPr>
        <w:t>klasy III</w:t>
      </w:r>
      <w:r w:rsidR="00396F63" w:rsidRPr="00396F63">
        <w:rPr>
          <w:rFonts w:ascii="Roboto Condensed" w:hAnsi="Roboto Condensed"/>
          <w:sz w:val="20"/>
          <w:lang w:val="pl-PL"/>
        </w:rPr>
        <w:t xml:space="preserve"> i gruntów organicznych)</w:t>
      </w:r>
      <w:r w:rsidRPr="00396F63">
        <w:rPr>
          <w:rFonts w:ascii="Roboto Condensed" w:hAnsi="Roboto Condensed"/>
          <w:sz w:val="20"/>
          <w:lang w:val="pl-PL"/>
        </w:rPr>
        <w:t xml:space="preserve">, </w:t>
      </w:r>
    </w:p>
    <w:p w14:paraId="0F59C955" w14:textId="28C14D10" w:rsidR="00D33032" w:rsidRPr="00396F63" w:rsidRDefault="00D33032" w:rsidP="008636AA">
      <w:pPr>
        <w:pStyle w:val="Tekstpodstawowy2"/>
        <w:numPr>
          <w:ilvl w:val="2"/>
          <w:numId w:val="3"/>
        </w:numPr>
        <w:spacing w:line="240" w:lineRule="auto"/>
        <w:ind w:left="1134" w:hanging="227"/>
        <w:rPr>
          <w:rFonts w:ascii="Roboto Condensed" w:hAnsi="Roboto Condensed"/>
          <w:sz w:val="20"/>
          <w:lang w:val="pl-PL"/>
        </w:rPr>
      </w:pPr>
      <w:r w:rsidRPr="00396F63">
        <w:rPr>
          <w:rFonts w:ascii="Roboto Condensed" w:hAnsi="Roboto Condensed"/>
          <w:sz w:val="20"/>
          <w:lang w:val="pl-PL"/>
        </w:rPr>
        <w:t xml:space="preserve">obszarów leśnych i </w:t>
      </w:r>
      <w:r w:rsidR="00396F63" w:rsidRPr="00396F63">
        <w:rPr>
          <w:rFonts w:ascii="Roboto Condensed" w:hAnsi="Roboto Condensed"/>
          <w:sz w:val="20"/>
          <w:lang w:val="pl-PL"/>
        </w:rPr>
        <w:t xml:space="preserve">faktycznie </w:t>
      </w:r>
      <w:r w:rsidRPr="00396F63">
        <w:rPr>
          <w:rFonts w:ascii="Roboto Condensed" w:hAnsi="Roboto Condensed"/>
          <w:sz w:val="20"/>
          <w:lang w:val="pl-PL"/>
        </w:rPr>
        <w:t xml:space="preserve">zadrzewionych, </w:t>
      </w:r>
    </w:p>
    <w:p w14:paraId="1C32A627" w14:textId="4B7F9A5D" w:rsidR="005C0AB4" w:rsidRPr="00396F63" w:rsidRDefault="00D33032" w:rsidP="008636AA">
      <w:pPr>
        <w:pStyle w:val="Tekstpodstawowy2"/>
        <w:numPr>
          <w:ilvl w:val="2"/>
          <w:numId w:val="3"/>
        </w:numPr>
        <w:spacing w:line="240" w:lineRule="auto"/>
        <w:ind w:left="1134" w:hanging="227"/>
        <w:rPr>
          <w:rFonts w:ascii="Roboto Condensed" w:hAnsi="Roboto Condensed"/>
          <w:sz w:val="20"/>
          <w:lang w:val="pl-PL"/>
        </w:rPr>
      </w:pPr>
      <w:r w:rsidRPr="00396F63">
        <w:rPr>
          <w:rFonts w:ascii="Roboto Condensed" w:hAnsi="Roboto Condensed"/>
          <w:sz w:val="20"/>
          <w:lang w:val="pl-PL"/>
        </w:rPr>
        <w:t xml:space="preserve">obszarów dolinnych </w:t>
      </w:r>
      <w:r w:rsidR="00E6599D" w:rsidRPr="00396F63">
        <w:rPr>
          <w:rFonts w:ascii="Roboto Condensed" w:hAnsi="Roboto Condensed"/>
          <w:sz w:val="20"/>
          <w:lang w:val="pl-PL"/>
        </w:rPr>
        <w:t xml:space="preserve">o niekorzystnej charakterystyce </w:t>
      </w:r>
      <w:r w:rsidRPr="00396F63">
        <w:rPr>
          <w:rFonts w:ascii="Roboto Condensed" w:hAnsi="Roboto Condensed"/>
          <w:sz w:val="20"/>
          <w:lang w:val="pl-PL"/>
        </w:rPr>
        <w:t>szczególnie obszarów szczególnego zagrożenia powodzią</w:t>
      </w:r>
      <w:r w:rsidR="00E6599D" w:rsidRPr="00396F63">
        <w:rPr>
          <w:rFonts w:ascii="Roboto Condensed" w:hAnsi="Roboto Condensed"/>
          <w:sz w:val="20"/>
          <w:lang w:val="pl-PL"/>
        </w:rPr>
        <w:t>”</w:t>
      </w:r>
      <w:r w:rsidR="00396F63" w:rsidRPr="00396F63">
        <w:rPr>
          <w:rFonts w:ascii="Roboto Condensed" w:hAnsi="Roboto Condensed"/>
          <w:sz w:val="20"/>
          <w:lang w:val="pl-PL"/>
        </w:rPr>
        <w:t>,</w:t>
      </w:r>
    </w:p>
    <w:p w14:paraId="15E03B4C" w14:textId="77777777" w:rsidR="00D33032" w:rsidRPr="00396F63" w:rsidRDefault="00D33032" w:rsidP="008636AA">
      <w:pPr>
        <w:pStyle w:val="Tekstpodstawowy2"/>
        <w:numPr>
          <w:ilvl w:val="2"/>
          <w:numId w:val="3"/>
        </w:numPr>
        <w:spacing w:line="240" w:lineRule="auto"/>
        <w:ind w:left="1134" w:hanging="227"/>
        <w:rPr>
          <w:rFonts w:ascii="Roboto Condensed" w:hAnsi="Roboto Condensed"/>
          <w:sz w:val="20"/>
          <w:lang w:val="pl-PL"/>
        </w:rPr>
      </w:pPr>
      <w:r w:rsidRPr="00396F63">
        <w:rPr>
          <w:rFonts w:ascii="Roboto Condensed" w:hAnsi="Roboto Condensed"/>
          <w:sz w:val="20"/>
          <w:lang w:val="pl-PL"/>
        </w:rPr>
        <w:t xml:space="preserve">ograniczeń w zabudowie związanych z występowaniem stref ochronnych, kontrolowanych i technicznych infrastruktury technicznej, </w:t>
      </w:r>
    </w:p>
    <w:p w14:paraId="62F9B829" w14:textId="50892FEF" w:rsidR="00D33032" w:rsidRPr="00396F63" w:rsidRDefault="00D33032" w:rsidP="008636AA">
      <w:pPr>
        <w:pStyle w:val="Tekstpodstawowy2"/>
        <w:numPr>
          <w:ilvl w:val="2"/>
          <w:numId w:val="3"/>
        </w:numPr>
        <w:spacing w:line="240" w:lineRule="auto"/>
        <w:ind w:left="1134" w:hanging="227"/>
        <w:rPr>
          <w:rFonts w:ascii="Roboto Condensed" w:hAnsi="Roboto Condensed"/>
          <w:sz w:val="20"/>
          <w:lang w:val="pl-PL"/>
        </w:rPr>
      </w:pPr>
      <w:r w:rsidRPr="00396F63">
        <w:rPr>
          <w:rFonts w:ascii="Roboto Condensed" w:hAnsi="Roboto Condensed"/>
          <w:sz w:val="20"/>
          <w:lang w:val="pl-PL"/>
        </w:rPr>
        <w:t>ograniczeń w zabudowie związanych z ochroną terenów chronionych jako wartości historyczne</w:t>
      </w:r>
    </w:p>
    <w:p w14:paraId="657EE040" w14:textId="7A12BFA3" w:rsidR="00E6599D" w:rsidRPr="00396F63" w:rsidRDefault="00344A16" w:rsidP="008636AA">
      <w:pPr>
        <w:pStyle w:val="Tekstpodstawowy2"/>
        <w:numPr>
          <w:ilvl w:val="2"/>
          <w:numId w:val="3"/>
        </w:numPr>
        <w:spacing w:line="240" w:lineRule="auto"/>
        <w:ind w:left="1134" w:hanging="227"/>
        <w:rPr>
          <w:rFonts w:ascii="Roboto Condensed" w:hAnsi="Roboto Condensed"/>
          <w:sz w:val="20"/>
          <w:lang w:val="pl-PL"/>
        </w:rPr>
      </w:pPr>
      <w:r w:rsidRPr="00396F63">
        <w:rPr>
          <w:rFonts w:ascii="Roboto Condensed" w:hAnsi="Roboto Condensed"/>
          <w:sz w:val="20"/>
          <w:lang w:val="pl-PL"/>
        </w:rPr>
        <w:t>dostę</w:t>
      </w:r>
      <w:r w:rsidR="00E6599D" w:rsidRPr="00396F63">
        <w:rPr>
          <w:rFonts w:ascii="Roboto Condensed" w:hAnsi="Roboto Condensed"/>
          <w:sz w:val="20"/>
          <w:lang w:val="pl-PL"/>
        </w:rPr>
        <w:t>pności istniejącej</w:t>
      </w:r>
      <w:r w:rsidRPr="00396F63">
        <w:rPr>
          <w:rFonts w:ascii="Roboto Condensed" w:hAnsi="Roboto Condensed"/>
          <w:sz w:val="20"/>
          <w:lang w:val="pl-PL"/>
        </w:rPr>
        <w:t xml:space="preserve"> infrastruktury technicznej,</w:t>
      </w:r>
      <w:r w:rsidR="00E6599D" w:rsidRPr="00396F63">
        <w:rPr>
          <w:rFonts w:ascii="Roboto Condensed" w:hAnsi="Roboto Condensed"/>
          <w:sz w:val="20"/>
          <w:lang w:val="pl-PL"/>
        </w:rPr>
        <w:t xml:space="preserve"> </w:t>
      </w:r>
    </w:p>
    <w:p w14:paraId="62D24031" w14:textId="49CE1F65" w:rsidR="00E6599D" w:rsidRPr="00396F63" w:rsidRDefault="00344A16" w:rsidP="008636AA">
      <w:pPr>
        <w:pStyle w:val="Tekstpodstawowy2"/>
        <w:numPr>
          <w:ilvl w:val="2"/>
          <w:numId w:val="3"/>
        </w:numPr>
        <w:spacing w:line="240" w:lineRule="auto"/>
        <w:ind w:left="1134" w:hanging="227"/>
        <w:rPr>
          <w:rFonts w:ascii="Roboto Condensed" w:hAnsi="Roboto Condensed"/>
          <w:sz w:val="20"/>
          <w:lang w:val="pl-PL"/>
        </w:rPr>
      </w:pPr>
      <w:r w:rsidRPr="00396F63">
        <w:rPr>
          <w:rFonts w:ascii="Roboto Condensed" w:hAnsi="Roboto Condensed"/>
          <w:sz w:val="20"/>
          <w:lang w:val="pl-PL"/>
        </w:rPr>
        <w:t>faktycznego wykorzystania terenów w okresie obowiązywania studium</w:t>
      </w:r>
      <w:r w:rsidR="00E6599D" w:rsidRPr="00396F63">
        <w:rPr>
          <w:rFonts w:ascii="Roboto Condensed" w:hAnsi="Roboto Condensed"/>
          <w:sz w:val="20"/>
          <w:lang w:val="pl-PL"/>
        </w:rPr>
        <w:t xml:space="preserve"> w tym gęstości</w:t>
      </w:r>
      <w:r w:rsidRPr="00396F63">
        <w:rPr>
          <w:rFonts w:ascii="Roboto Condensed" w:hAnsi="Roboto Condensed"/>
          <w:sz w:val="20"/>
          <w:lang w:val="pl-PL"/>
        </w:rPr>
        <w:t xml:space="preserve"> wydanych decyzji o pozwoleniu na budowę</w:t>
      </w:r>
      <w:r w:rsidR="00E6599D" w:rsidRPr="00396F63">
        <w:rPr>
          <w:rFonts w:ascii="Roboto Condensed" w:hAnsi="Roboto Condensed"/>
          <w:sz w:val="20"/>
          <w:lang w:val="pl-PL"/>
        </w:rPr>
        <w:t xml:space="preserve"> oraz warunków zabudowy wydanych przed 202</w:t>
      </w:r>
      <w:r w:rsidR="00396F63" w:rsidRPr="00396F63">
        <w:rPr>
          <w:rFonts w:ascii="Roboto Condensed" w:hAnsi="Roboto Condensed"/>
          <w:sz w:val="20"/>
          <w:lang w:val="pl-PL"/>
        </w:rPr>
        <w:t>5</w:t>
      </w:r>
      <w:r w:rsidR="00E6599D" w:rsidRPr="00396F63">
        <w:rPr>
          <w:rFonts w:ascii="Roboto Condensed" w:hAnsi="Roboto Condensed"/>
          <w:sz w:val="20"/>
          <w:lang w:val="pl-PL"/>
        </w:rPr>
        <w:t xml:space="preserve"> rokiem,</w:t>
      </w:r>
    </w:p>
    <w:p w14:paraId="17658C31" w14:textId="5F83A984" w:rsidR="00344A16" w:rsidRPr="00F87C15" w:rsidRDefault="00166E27" w:rsidP="008636AA">
      <w:pPr>
        <w:pStyle w:val="Tekstpodstawowy2"/>
        <w:numPr>
          <w:ilvl w:val="0"/>
          <w:numId w:val="4"/>
        </w:numPr>
        <w:spacing w:before="40" w:after="40" w:line="240" w:lineRule="auto"/>
        <w:ind w:left="737" w:hanging="227"/>
        <w:rPr>
          <w:rFonts w:ascii="Roboto Condensed" w:hAnsi="Roboto Condensed"/>
          <w:sz w:val="20"/>
          <w:lang w:val="pl-PL"/>
        </w:rPr>
      </w:pPr>
      <w:r w:rsidRPr="00396F63">
        <w:rPr>
          <w:rFonts w:ascii="Roboto Condensed" w:hAnsi="Roboto Condensed"/>
          <w:sz w:val="20"/>
          <w:lang w:val="pl-PL"/>
        </w:rPr>
        <w:t>do których złożono wnioski do planu ogólnego, które uznano za spójne z rozmieszczeniem wyżej wymienionych terenów lub uzasadnione ze względu na dobry dostęp do istniejącej infrastruktury technicznej a jednocześnie nie sprzecz</w:t>
      </w:r>
      <w:r w:rsidRPr="00F87C15">
        <w:rPr>
          <w:rFonts w:ascii="Roboto Condensed" w:hAnsi="Roboto Condensed"/>
          <w:sz w:val="20"/>
          <w:lang w:val="pl-PL"/>
        </w:rPr>
        <w:t>ne z uwarunkowaniami lokalnymi</w:t>
      </w:r>
      <w:r w:rsidR="00A74FAB" w:rsidRPr="00F87C15">
        <w:rPr>
          <w:rFonts w:ascii="Roboto Condensed" w:hAnsi="Roboto Condensed"/>
          <w:sz w:val="20"/>
          <w:lang w:val="pl-PL"/>
        </w:rPr>
        <w:t>,</w:t>
      </w:r>
      <w:r w:rsidRPr="00F87C15">
        <w:rPr>
          <w:rFonts w:ascii="Roboto Condensed" w:hAnsi="Roboto Condensed"/>
          <w:sz w:val="20"/>
          <w:lang w:val="pl-PL"/>
        </w:rPr>
        <w:t xml:space="preserve"> </w:t>
      </w:r>
      <w:r w:rsidR="00A74FAB" w:rsidRPr="00F87C15">
        <w:rPr>
          <w:rFonts w:ascii="Roboto Condensed" w:hAnsi="Roboto Condensed"/>
          <w:sz w:val="20"/>
          <w:lang w:val="pl-PL"/>
        </w:rPr>
        <w:t xml:space="preserve">o których </w:t>
      </w:r>
      <w:r w:rsidR="00F94BCD" w:rsidRPr="00F87C15">
        <w:rPr>
          <w:rFonts w:ascii="Roboto Condensed" w:hAnsi="Roboto Condensed"/>
          <w:sz w:val="20"/>
          <w:lang w:val="pl-PL"/>
        </w:rPr>
        <w:t>mowa powyżej (</w:t>
      </w:r>
      <w:r w:rsidR="00A74FAB" w:rsidRPr="00F87C15">
        <w:rPr>
          <w:rFonts w:ascii="Roboto Condensed" w:hAnsi="Roboto Condensed"/>
          <w:sz w:val="20"/>
          <w:lang w:val="pl-PL"/>
        </w:rPr>
        <w:t xml:space="preserve">w lit. </w:t>
      </w:r>
      <w:r w:rsidR="00396F63" w:rsidRPr="00F87C15">
        <w:rPr>
          <w:rFonts w:ascii="Roboto Condensed" w:hAnsi="Roboto Condensed"/>
          <w:sz w:val="20"/>
          <w:lang w:val="pl-PL"/>
        </w:rPr>
        <w:t>d</w:t>
      </w:r>
      <w:r w:rsidR="00A74FAB" w:rsidRPr="00F87C15">
        <w:rPr>
          <w:rFonts w:ascii="Roboto Condensed" w:hAnsi="Roboto Condensed"/>
          <w:sz w:val="20"/>
          <w:lang w:val="pl-PL"/>
        </w:rPr>
        <w:t xml:space="preserve"> </w:t>
      </w:r>
      <w:proofErr w:type="spellStart"/>
      <w:r w:rsidR="00A74FAB" w:rsidRPr="00F87C15">
        <w:rPr>
          <w:rFonts w:ascii="Roboto Condensed" w:hAnsi="Roboto Condensed"/>
          <w:sz w:val="20"/>
          <w:lang w:val="pl-PL"/>
        </w:rPr>
        <w:t>tiret</w:t>
      </w:r>
      <w:proofErr w:type="spellEnd"/>
      <w:r w:rsidR="00A74FAB" w:rsidRPr="00F87C15">
        <w:rPr>
          <w:rFonts w:ascii="Roboto Condensed" w:hAnsi="Roboto Condensed"/>
          <w:sz w:val="20"/>
          <w:lang w:val="pl-PL"/>
        </w:rPr>
        <w:t xml:space="preserve"> trzeci</w:t>
      </w:r>
      <w:r w:rsidR="00F94BCD" w:rsidRPr="00F87C15">
        <w:rPr>
          <w:rFonts w:ascii="Roboto Condensed" w:hAnsi="Roboto Condensed"/>
          <w:sz w:val="20"/>
          <w:lang w:val="pl-PL"/>
        </w:rPr>
        <w:t>)</w:t>
      </w:r>
      <w:r w:rsidR="00A74FAB" w:rsidRPr="00F87C15">
        <w:rPr>
          <w:rFonts w:ascii="Roboto Condensed" w:hAnsi="Roboto Condensed"/>
          <w:sz w:val="20"/>
          <w:lang w:val="pl-PL"/>
        </w:rPr>
        <w:t xml:space="preserve"> </w:t>
      </w:r>
      <w:r w:rsidRPr="00F87C15">
        <w:rPr>
          <w:rFonts w:ascii="Roboto Condensed" w:hAnsi="Roboto Condensed"/>
          <w:sz w:val="20"/>
          <w:lang w:val="pl-PL"/>
        </w:rPr>
        <w:t xml:space="preserve">– jednocześnie uwzględnione wnioski nie mogły prowadzić do </w:t>
      </w:r>
      <w:r w:rsidR="00A74FAB" w:rsidRPr="00F87C15">
        <w:rPr>
          <w:rFonts w:ascii="Roboto Condensed" w:hAnsi="Roboto Condensed"/>
          <w:sz w:val="20"/>
          <w:lang w:val="pl-PL"/>
        </w:rPr>
        <w:t>pogłębienia rozproszenia zabudowy oraz przekroczenia zapotrzebowania na nową zabudowę,</w:t>
      </w:r>
    </w:p>
    <w:p w14:paraId="0464CD31" w14:textId="1ED5AAAE" w:rsidR="008B0962" w:rsidRPr="00F87C15" w:rsidRDefault="00A74FAB" w:rsidP="008636AA">
      <w:pPr>
        <w:pStyle w:val="Tekstpodstawowy2"/>
        <w:numPr>
          <w:ilvl w:val="0"/>
          <w:numId w:val="4"/>
        </w:numPr>
        <w:spacing w:before="40" w:after="40" w:line="240" w:lineRule="auto"/>
        <w:ind w:left="737" w:hanging="227"/>
        <w:rPr>
          <w:rFonts w:ascii="Roboto Condensed" w:hAnsi="Roboto Condensed"/>
          <w:sz w:val="20"/>
          <w:lang w:val="pl-PL"/>
        </w:rPr>
      </w:pPr>
      <w:r w:rsidRPr="00F87C15">
        <w:rPr>
          <w:rFonts w:ascii="Roboto Condensed" w:hAnsi="Roboto Condensed"/>
          <w:sz w:val="20"/>
          <w:lang w:val="pl-PL"/>
        </w:rPr>
        <w:t>które uzasadniły rozszerzenie rdzeniowych obszarów uzupełnienia zabudowy</w:t>
      </w:r>
      <w:r w:rsidR="00F87C15">
        <w:rPr>
          <w:rFonts w:ascii="Roboto Condensed" w:hAnsi="Roboto Condensed"/>
          <w:sz w:val="20"/>
          <w:lang w:val="pl-PL"/>
        </w:rPr>
        <w:t>, bez</w:t>
      </w:r>
      <w:r w:rsidR="002656E1" w:rsidRPr="00F87C15">
        <w:rPr>
          <w:rFonts w:ascii="Roboto Condensed" w:hAnsi="Roboto Condensed"/>
          <w:sz w:val="20"/>
          <w:lang w:val="pl-PL"/>
        </w:rPr>
        <w:t xml:space="preserve"> </w:t>
      </w:r>
      <w:r w:rsidR="00F87C15">
        <w:rPr>
          <w:rFonts w:ascii="Roboto Condensed" w:hAnsi="Roboto Condensed"/>
          <w:sz w:val="20"/>
          <w:lang w:val="pl-PL"/>
        </w:rPr>
        <w:t>potrzeby nadmiernego, kilkusetprocentowego</w:t>
      </w:r>
      <w:r w:rsidR="002656E1" w:rsidRPr="00F87C15">
        <w:rPr>
          <w:rFonts w:ascii="Roboto Condensed" w:hAnsi="Roboto Condensed"/>
          <w:sz w:val="20"/>
          <w:lang w:val="pl-PL"/>
        </w:rPr>
        <w:t xml:space="preserve"> uzupełnienia obszarów</w:t>
      </w:r>
      <w:r w:rsidR="00F87C15">
        <w:rPr>
          <w:rFonts w:ascii="Roboto Condensed" w:hAnsi="Roboto Condensed"/>
          <w:sz w:val="20"/>
          <w:lang w:val="pl-PL"/>
        </w:rPr>
        <w:t xml:space="preserve"> rdzeniowych</w:t>
      </w:r>
      <w:r w:rsidR="00317329" w:rsidRPr="00F87C15">
        <w:rPr>
          <w:rFonts w:ascii="Roboto Condensed" w:hAnsi="Roboto Condensed"/>
          <w:sz w:val="20"/>
          <w:lang w:val="pl-PL"/>
        </w:rPr>
        <w:t>,</w:t>
      </w:r>
    </w:p>
    <w:p w14:paraId="570DE7B3" w14:textId="15516230" w:rsidR="00317329" w:rsidRPr="00396F63" w:rsidRDefault="00317329" w:rsidP="008636AA">
      <w:pPr>
        <w:pStyle w:val="Tekstpodstawowy2"/>
        <w:numPr>
          <w:ilvl w:val="0"/>
          <w:numId w:val="4"/>
        </w:numPr>
        <w:spacing w:before="40" w:after="40" w:line="240" w:lineRule="auto"/>
        <w:ind w:left="737" w:hanging="227"/>
        <w:rPr>
          <w:rFonts w:ascii="Roboto Condensed" w:hAnsi="Roboto Condensed"/>
          <w:sz w:val="20"/>
          <w:lang w:val="pl-PL"/>
        </w:rPr>
      </w:pPr>
      <w:r w:rsidRPr="00F87C15">
        <w:rPr>
          <w:rFonts w:ascii="Roboto Condensed" w:hAnsi="Roboto Condensed"/>
          <w:sz w:val="20"/>
          <w:lang w:val="pl-PL"/>
        </w:rPr>
        <w:t>rozgraniczenie stref</w:t>
      </w:r>
      <w:r w:rsidR="00232D54" w:rsidRPr="00F87C15">
        <w:rPr>
          <w:rFonts w:ascii="Roboto Condensed" w:hAnsi="Roboto Condensed"/>
          <w:sz w:val="20"/>
          <w:lang w:val="pl-PL"/>
        </w:rPr>
        <w:t>y</w:t>
      </w:r>
      <w:r w:rsidRPr="00F87C15">
        <w:rPr>
          <w:rFonts w:ascii="Roboto Condensed" w:hAnsi="Roboto Condensed"/>
          <w:sz w:val="20"/>
          <w:lang w:val="pl-PL"/>
        </w:rPr>
        <w:t xml:space="preserve"> o</w:t>
      </w:r>
      <w:r w:rsidRPr="00396F63">
        <w:rPr>
          <w:rFonts w:ascii="Roboto Condensed" w:hAnsi="Roboto Condensed"/>
          <w:sz w:val="20"/>
          <w:lang w:val="pl-PL"/>
        </w:rPr>
        <w:t>twart</w:t>
      </w:r>
      <w:r w:rsidR="00232D54" w:rsidRPr="00396F63">
        <w:rPr>
          <w:rFonts w:ascii="Roboto Condensed" w:hAnsi="Roboto Condensed"/>
          <w:sz w:val="20"/>
          <w:lang w:val="pl-PL"/>
        </w:rPr>
        <w:t>ej (S</w:t>
      </w:r>
      <w:r w:rsidR="00160F62" w:rsidRPr="00396F63">
        <w:rPr>
          <w:rFonts w:ascii="Roboto Condensed" w:hAnsi="Roboto Condensed"/>
          <w:sz w:val="20"/>
          <w:lang w:val="pl-PL"/>
        </w:rPr>
        <w:t>O</w:t>
      </w:r>
      <w:r w:rsidR="00232D54" w:rsidRPr="00396F63">
        <w:rPr>
          <w:rFonts w:ascii="Roboto Condensed" w:hAnsi="Roboto Condensed"/>
          <w:sz w:val="20"/>
          <w:lang w:val="pl-PL"/>
        </w:rPr>
        <w:t>)</w:t>
      </w:r>
      <w:r w:rsidR="005344BB" w:rsidRPr="00396F63">
        <w:rPr>
          <w:rFonts w:ascii="Roboto Condensed" w:hAnsi="Roboto Condensed"/>
          <w:sz w:val="20"/>
          <w:lang w:val="pl-PL"/>
        </w:rPr>
        <w:t xml:space="preserve"> </w:t>
      </w:r>
      <w:r w:rsidR="00E22A1E" w:rsidRPr="00396F63">
        <w:rPr>
          <w:rFonts w:ascii="Roboto Condensed" w:hAnsi="Roboto Condensed"/>
          <w:sz w:val="20"/>
          <w:lang w:val="pl-PL"/>
        </w:rPr>
        <w:t>–</w:t>
      </w:r>
      <w:r w:rsidR="00232D54" w:rsidRPr="00396F63">
        <w:rPr>
          <w:rFonts w:ascii="Roboto Condensed" w:hAnsi="Roboto Condensed"/>
          <w:sz w:val="20"/>
          <w:lang w:val="pl-PL"/>
        </w:rPr>
        <w:t xml:space="preserve"> </w:t>
      </w:r>
      <w:r w:rsidR="00E22A1E" w:rsidRPr="00396F63">
        <w:rPr>
          <w:rFonts w:ascii="Roboto Condensed" w:hAnsi="Roboto Condensed"/>
          <w:sz w:val="20"/>
          <w:lang w:val="pl-PL"/>
        </w:rPr>
        <w:t>bez zabudowy,</w:t>
      </w:r>
      <w:r w:rsidRPr="00396F63">
        <w:rPr>
          <w:rFonts w:ascii="Roboto Condensed" w:hAnsi="Roboto Condensed"/>
          <w:sz w:val="20"/>
          <w:lang w:val="pl-PL"/>
        </w:rPr>
        <w:t xml:space="preserve"> </w:t>
      </w:r>
      <w:r w:rsidR="00E22A1E" w:rsidRPr="00396F63">
        <w:rPr>
          <w:rFonts w:ascii="Roboto Condensed" w:hAnsi="Roboto Condensed"/>
          <w:sz w:val="20"/>
          <w:lang w:val="pl-PL"/>
        </w:rPr>
        <w:t>oraz</w:t>
      </w:r>
      <w:r w:rsidRPr="00396F63">
        <w:rPr>
          <w:rFonts w:ascii="Roboto Condensed" w:hAnsi="Roboto Condensed"/>
          <w:sz w:val="20"/>
          <w:lang w:val="pl-PL"/>
        </w:rPr>
        <w:t xml:space="preserve"> stref</w:t>
      </w:r>
      <w:r w:rsidR="00232D54" w:rsidRPr="00396F63">
        <w:rPr>
          <w:rFonts w:ascii="Roboto Condensed" w:hAnsi="Roboto Condensed"/>
          <w:sz w:val="20"/>
          <w:lang w:val="pl-PL"/>
        </w:rPr>
        <w:t>y</w:t>
      </w:r>
      <w:r w:rsidRPr="00396F63">
        <w:rPr>
          <w:rFonts w:ascii="Roboto Condensed" w:hAnsi="Roboto Condensed"/>
          <w:sz w:val="20"/>
          <w:lang w:val="pl-PL"/>
        </w:rPr>
        <w:t xml:space="preserve"> </w:t>
      </w:r>
      <w:r w:rsidR="00232D54" w:rsidRPr="00396F63">
        <w:rPr>
          <w:rFonts w:ascii="Roboto Condensed" w:hAnsi="Roboto Condensed"/>
          <w:sz w:val="20"/>
          <w:lang w:val="pl-PL"/>
        </w:rPr>
        <w:t xml:space="preserve">produkcji </w:t>
      </w:r>
      <w:r w:rsidRPr="00396F63">
        <w:rPr>
          <w:rFonts w:ascii="Roboto Condensed" w:hAnsi="Roboto Condensed"/>
          <w:sz w:val="20"/>
          <w:lang w:val="pl-PL"/>
        </w:rPr>
        <w:t>rolnicz</w:t>
      </w:r>
      <w:r w:rsidR="00232D54" w:rsidRPr="00396F63">
        <w:rPr>
          <w:rFonts w:ascii="Roboto Condensed" w:hAnsi="Roboto Condensed"/>
          <w:sz w:val="20"/>
          <w:lang w:val="pl-PL"/>
        </w:rPr>
        <w:t>ej</w:t>
      </w:r>
      <w:r w:rsidRPr="00396F63">
        <w:rPr>
          <w:rFonts w:ascii="Roboto Condensed" w:hAnsi="Roboto Condensed"/>
          <w:sz w:val="20"/>
          <w:lang w:val="pl-PL"/>
        </w:rPr>
        <w:t xml:space="preserve"> </w:t>
      </w:r>
      <w:r w:rsidR="00232D54" w:rsidRPr="00396F63">
        <w:rPr>
          <w:rFonts w:ascii="Roboto Condensed" w:hAnsi="Roboto Condensed"/>
          <w:sz w:val="20"/>
          <w:lang w:val="pl-PL"/>
        </w:rPr>
        <w:t xml:space="preserve">(SR) - </w:t>
      </w:r>
      <w:r w:rsidR="005344BB" w:rsidRPr="00396F63">
        <w:rPr>
          <w:rFonts w:ascii="Roboto Condensed" w:hAnsi="Roboto Condensed"/>
          <w:sz w:val="20"/>
          <w:lang w:val="pl-PL"/>
        </w:rPr>
        <w:t>dopuszczających zabudowę rolniczą</w:t>
      </w:r>
      <w:r w:rsidR="00E22A1E" w:rsidRPr="00396F63">
        <w:rPr>
          <w:rFonts w:ascii="Roboto Condensed" w:hAnsi="Roboto Condensed"/>
          <w:sz w:val="20"/>
          <w:lang w:val="pl-PL"/>
        </w:rPr>
        <w:t>,</w:t>
      </w:r>
      <w:r w:rsidR="005344BB" w:rsidRPr="00396F63">
        <w:rPr>
          <w:rFonts w:ascii="Roboto Condensed" w:hAnsi="Roboto Condensed"/>
          <w:sz w:val="20"/>
          <w:lang w:val="pl-PL"/>
        </w:rPr>
        <w:t xml:space="preserve"> </w:t>
      </w:r>
      <w:r w:rsidRPr="00396F63">
        <w:rPr>
          <w:rFonts w:ascii="Roboto Condensed" w:hAnsi="Roboto Condensed"/>
          <w:sz w:val="20"/>
          <w:lang w:val="pl-PL"/>
        </w:rPr>
        <w:t>w zależności od uwarunkowań</w:t>
      </w:r>
      <w:r w:rsidR="00E22A1E" w:rsidRPr="00396F63">
        <w:rPr>
          <w:rFonts w:ascii="Roboto Condensed" w:hAnsi="Roboto Condensed"/>
          <w:sz w:val="20"/>
          <w:lang w:val="pl-PL"/>
        </w:rPr>
        <w:t xml:space="preserve"> z których najistotniejsze to</w:t>
      </w:r>
      <w:r w:rsidRPr="00396F63">
        <w:rPr>
          <w:rFonts w:ascii="Roboto Condensed" w:hAnsi="Roboto Condensed"/>
          <w:sz w:val="20"/>
          <w:lang w:val="pl-PL"/>
        </w:rPr>
        <w:t>:</w:t>
      </w:r>
    </w:p>
    <w:p w14:paraId="0C88790A" w14:textId="3737CD04" w:rsidR="00396F63" w:rsidRPr="00396F63" w:rsidRDefault="00317329" w:rsidP="008636AA">
      <w:pPr>
        <w:pStyle w:val="Tekstpodstawowy2"/>
        <w:numPr>
          <w:ilvl w:val="0"/>
          <w:numId w:val="5"/>
        </w:numPr>
        <w:spacing w:before="40" w:after="40" w:line="240" w:lineRule="auto"/>
        <w:ind w:left="907" w:hanging="227"/>
        <w:rPr>
          <w:rFonts w:ascii="Roboto Condensed" w:hAnsi="Roboto Condensed"/>
          <w:sz w:val="20"/>
          <w:lang w:val="pl-PL"/>
        </w:rPr>
      </w:pPr>
      <w:r w:rsidRPr="00396F63">
        <w:rPr>
          <w:rFonts w:ascii="Roboto Condensed" w:hAnsi="Roboto Condensed"/>
          <w:sz w:val="20"/>
          <w:lang w:val="pl-PL"/>
        </w:rPr>
        <w:lastRenderedPageBreak/>
        <w:t>występowani</w:t>
      </w:r>
      <w:r w:rsidR="00E22A1E" w:rsidRPr="00396F63">
        <w:rPr>
          <w:rFonts w:ascii="Roboto Condensed" w:hAnsi="Roboto Condensed"/>
          <w:sz w:val="20"/>
          <w:lang w:val="pl-PL"/>
        </w:rPr>
        <w:t>e</w:t>
      </w:r>
      <w:r w:rsidRPr="00396F63">
        <w:rPr>
          <w:rFonts w:ascii="Roboto Condensed" w:hAnsi="Roboto Condensed"/>
          <w:sz w:val="20"/>
          <w:lang w:val="pl-PL"/>
        </w:rPr>
        <w:t xml:space="preserve"> ograniczeń w zabudowie ze względu na formy ochrony przyrody, korytarze ekologiczne</w:t>
      </w:r>
      <w:r w:rsidR="00396F63" w:rsidRPr="00396F63">
        <w:rPr>
          <w:rFonts w:ascii="Roboto Condensed" w:hAnsi="Roboto Condensed"/>
          <w:sz w:val="20"/>
          <w:lang w:val="pl-PL"/>
        </w:rPr>
        <w:t xml:space="preserve"> (doliny)</w:t>
      </w:r>
      <w:r w:rsidR="005344BB" w:rsidRPr="00396F63">
        <w:rPr>
          <w:rFonts w:ascii="Roboto Condensed" w:hAnsi="Roboto Condensed"/>
          <w:sz w:val="20"/>
          <w:lang w:val="pl-PL"/>
        </w:rPr>
        <w:t xml:space="preserve">, ochronę krajobrazu, </w:t>
      </w:r>
    </w:p>
    <w:p w14:paraId="6EA4CB2D" w14:textId="0198D2EE" w:rsidR="00396F63" w:rsidRPr="00396F63" w:rsidRDefault="00396F63" w:rsidP="008636AA">
      <w:pPr>
        <w:pStyle w:val="Tekstpodstawowy2"/>
        <w:numPr>
          <w:ilvl w:val="0"/>
          <w:numId w:val="5"/>
        </w:numPr>
        <w:spacing w:before="40" w:after="40" w:line="240" w:lineRule="auto"/>
        <w:ind w:left="907" w:hanging="227"/>
        <w:rPr>
          <w:rFonts w:ascii="Roboto Condensed" w:hAnsi="Roboto Condensed"/>
          <w:sz w:val="20"/>
          <w:lang w:val="pl-PL"/>
        </w:rPr>
      </w:pPr>
      <w:r w:rsidRPr="00396F63">
        <w:rPr>
          <w:rFonts w:ascii="Roboto Condensed" w:hAnsi="Roboto Condensed"/>
          <w:sz w:val="20"/>
          <w:lang w:val="pl-PL"/>
        </w:rPr>
        <w:t>preferencje dla strefy rolniczej w północnej części gminy gdzie pomimo nie najwyższych klas gruntów, faktyczna przydatność rolnicza jest niepodważalna,</w:t>
      </w:r>
    </w:p>
    <w:p w14:paraId="1A9C91C4" w14:textId="45B1267F" w:rsidR="005344BB" w:rsidRPr="00396F63" w:rsidRDefault="005344BB" w:rsidP="008636AA">
      <w:pPr>
        <w:pStyle w:val="Tekstpodstawowy2"/>
        <w:numPr>
          <w:ilvl w:val="0"/>
          <w:numId w:val="5"/>
        </w:numPr>
        <w:spacing w:before="40" w:after="40" w:line="240" w:lineRule="auto"/>
        <w:ind w:left="907" w:hanging="227"/>
        <w:rPr>
          <w:rFonts w:ascii="Roboto Condensed" w:hAnsi="Roboto Condensed"/>
          <w:sz w:val="20"/>
          <w:lang w:val="pl-PL"/>
        </w:rPr>
      </w:pPr>
      <w:r w:rsidRPr="00396F63">
        <w:rPr>
          <w:rFonts w:ascii="Roboto Condensed" w:hAnsi="Roboto Condensed"/>
          <w:sz w:val="20"/>
          <w:lang w:val="pl-PL"/>
        </w:rPr>
        <w:t xml:space="preserve">udział gruntów rolnych </w:t>
      </w:r>
      <w:r w:rsidR="00396F63" w:rsidRPr="00396F63">
        <w:rPr>
          <w:rFonts w:ascii="Roboto Condensed" w:hAnsi="Roboto Condensed"/>
          <w:sz w:val="20"/>
          <w:lang w:val="pl-PL"/>
        </w:rPr>
        <w:t>wyższych</w:t>
      </w:r>
      <w:r w:rsidRPr="00396F63">
        <w:rPr>
          <w:rFonts w:ascii="Roboto Condensed" w:hAnsi="Roboto Condensed"/>
          <w:sz w:val="20"/>
          <w:lang w:val="pl-PL"/>
        </w:rPr>
        <w:t xml:space="preserve"> klas</w:t>
      </w:r>
      <w:r w:rsidR="00396F63" w:rsidRPr="00396F63">
        <w:rPr>
          <w:rFonts w:ascii="Roboto Condensed" w:hAnsi="Roboto Condensed"/>
          <w:sz w:val="20"/>
          <w:lang w:val="pl-PL"/>
        </w:rPr>
        <w:t>,</w:t>
      </w:r>
    </w:p>
    <w:p w14:paraId="0C2AC194" w14:textId="59B4B84F" w:rsidR="005344BB" w:rsidRPr="00396F63" w:rsidRDefault="005344BB" w:rsidP="008636AA">
      <w:pPr>
        <w:pStyle w:val="Tekstpodstawowy2"/>
        <w:numPr>
          <w:ilvl w:val="0"/>
          <w:numId w:val="5"/>
        </w:numPr>
        <w:spacing w:before="40" w:after="40" w:line="240" w:lineRule="auto"/>
        <w:ind w:left="907" w:hanging="227"/>
        <w:rPr>
          <w:rFonts w:ascii="Roboto Condensed" w:hAnsi="Roboto Condensed"/>
          <w:sz w:val="20"/>
          <w:lang w:val="pl-PL"/>
        </w:rPr>
      </w:pPr>
      <w:r w:rsidRPr="00396F63">
        <w:rPr>
          <w:rFonts w:ascii="Roboto Condensed" w:hAnsi="Roboto Condensed"/>
          <w:sz w:val="20"/>
          <w:lang w:val="pl-PL"/>
        </w:rPr>
        <w:t>udział terenów leśnych lub faktycznie zadrzewionych</w:t>
      </w:r>
      <w:r w:rsidR="00160F62" w:rsidRPr="00396F63">
        <w:rPr>
          <w:rFonts w:ascii="Roboto Condensed" w:hAnsi="Roboto Condensed"/>
          <w:sz w:val="20"/>
          <w:lang w:val="pl-PL"/>
        </w:rPr>
        <w:t>,</w:t>
      </w:r>
    </w:p>
    <w:p w14:paraId="639CD52D" w14:textId="6B08900C" w:rsidR="00396F63" w:rsidRPr="00F66B01" w:rsidRDefault="002C6A2D" w:rsidP="008636AA">
      <w:pPr>
        <w:pStyle w:val="Tekstpodstawowy2"/>
        <w:numPr>
          <w:ilvl w:val="0"/>
          <w:numId w:val="5"/>
        </w:numPr>
        <w:spacing w:before="40" w:after="40" w:line="240" w:lineRule="auto"/>
        <w:ind w:left="907" w:hanging="227"/>
        <w:rPr>
          <w:rFonts w:ascii="Roboto Condensed" w:hAnsi="Roboto Condensed"/>
          <w:sz w:val="20"/>
          <w:lang w:val="pl-PL"/>
        </w:rPr>
      </w:pPr>
      <w:r w:rsidRPr="00F66B01">
        <w:rPr>
          <w:rFonts w:ascii="Roboto Condensed" w:hAnsi="Roboto Condensed"/>
          <w:sz w:val="20"/>
          <w:lang w:val="pl-PL"/>
        </w:rPr>
        <w:t>faktyczn</w:t>
      </w:r>
      <w:r w:rsidR="00E22A1E" w:rsidRPr="00F66B01">
        <w:rPr>
          <w:rFonts w:ascii="Roboto Condensed" w:hAnsi="Roboto Condensed"/>
          <w:sz w:val="20"/>
          <w:lang w:val="pl-PL"/>
        </w:rPr>
        <w:t>y</w:t>
      </w:r>
      <w:r w:rsidRPr="00F66B01">
        <w:rPr>
          <w:rFonts w:ascii="Roboto Condensed" w:hAnsi="Roboto Condensed"/>
          <w:sz w:val="20"/>
          <w:lang w:val="pl-PL"/>
        </w:rPr>
        <w:t xml:space="preserve"> spos</w:t>
      </w:r>
      <w:r w:rsidR="00E22A1E" w:rsidRPr="00F66B01">
        <w:rPr>
          <w:rFonts w:ascii="Roboto Condensed" w:hAnsi="Roboto Condensed"/>
          <w:sz w:val="20"/>
          <w:lang w:val="pl-PL"/>
        </w:rPr>
        <w:t>ó</w:t>
      </w:r>
      <w:r w:rsidRPr="00F66B01">
        <w:rPr>
          <w:rFonts w:ascii="Roboto Condensed" w:hAnsi="Roboto Condensed"/>
          <w:sz w:val="20"/>
          <w:lang w:val="pl-PL"/>
        </w:rPr>
        <w:t>b użytkowania terenów,</w:t>
      </w:r>
    </w:p>
    <w:p w14:paraId="57C0BACA" w14:textId="6B86A60B" w:rsidR="005344BB" w:rsidRPr="00F66B01" w:rsidRDefault="005344BB" w:rsidP="008636AA">
      <w:pPr>
        <w:pStyle w:val="Tekstpodstawowy2"/>
        <w:numPr>
          <w:ilvl w:val="0"/>
          <w:numId w:val="4"/>
        </w:numPr>
        <w:spacing w:before="40" w:after="40" w:line="240" w:lineRule="auto"/>
        <w:ind w:left="737" w:hanging="227"/>
        <w:rPr>
          <w:rFonts w:ascii="Roboto Condensed" w:hAnsi="Roboto Condensed"/>
          <w:sz w:val="20"/>
          <w:lang w:val="pl-PL"/>
        </w:rPr>
      </w:pPr>
      <w:r w:rsidRPr="00F66B01">
        <w:rPr>
          <w:rFonts w:ascii="Roboto Condensed" w:hAnsi="Roboto Condensed"/>
          <w:sz w:val="20"/>
          <w:lang w:val="pl-PL"/>
        </w:rPr>
        <w:t xml:space="preserve">określenie </w:t>
      </w:r>
      <w:r w:rsidR="002C6A2D" w:rsidRPr="00F66B01">
        <w:rPr>
          <w:rFonts w:ascii="Roboto Condensed" w:hAnsi="Roboto Condensed"/>
          <w:sz w:val="20"/>
          <w:lang w:val="pl-PL"/>
        </w:rPr>
        <w:t xml:space="preserve">dodatkowego profilu funkcjonalnego </w:t>
      </w:r>
      <w:r w:rsidR="008C26B1" w:rsidRPr="00F66B01">
        <w:rPr>
          <w:rFonts w:ascii="Roboto Condensed" w:hAnsi="Roboto Condensed"/>
          <w:sz w:val="20"/>
          <w:lang w:val="pl-PL"/>
        </w:rPr>
        <w:t xml:space="preserve">dla </w:t>
      </w:r>
      <w:r w:rsidR="002C6A2D" w:rsidRPr="00F66B01">
        <w:rPr>
          <w:rFonts w:ascii="Roboto Condensed" w:hAnsi="Roboto Condensed"/>
          <w:sz w:val="20"/>
          <w:lang w:val="pl-PL"/>
        </w:rPr>
        <w:t>stref planistyczn</w:t>
      </w:r>
      <w:r w:rsidR="008C26B1" w:rsidRPr="00F66B01">
        <w:rPr>
          <w:rFonts w:ascii="Roboto Condensed" w:hAnsi="Roboto Condensed"/>
          <w:sz w:val="20"/>
          <w:lang w:val="pl-PL"/>
        </w:rPr>
        <w:t>ych w zależności od potrzeb oraz uwzględniając:</w:t>
      </w:r>
    </w:p>
    <w:p w14:paraId="46AC187E" w14:textId="428B0C87" w:rsidR="00B461A6" w:rsidRPr="00F66B01" w:rsidRDefault="00B461A6" w:rsidP="008636AA">
      <w:pPr>
        <w:pStyle w:val="Tekstpodstawowy2"/>
        <w:numPr>
          <w:ilvl w:val="0"/>
          <w:numId w:val="5"/>
        </w:numPr>
        <w:spacing w:before="40" w:after="40" w:line="240" w:lineRule="auto"/>
        <w:ind w:left="907" w:hanging="227"/>
        <w:rPr>
          <w:rFonts w:ascii="Roboto Condensed" w:hAnsi="Roboto Condensed"/>
          <w:sz w:val="20"/>
          <w:lang w:val="pl-PL"/>
        </w:rPr>
      </w:pPr>
      <w:r w:rsidRPr="00F66B01">
        <w:rPr>
          <w:rFonts w:ascii="Roboto Condensed" w:hAnsi="Roboto Condensed"/>
          <w:sz w:val="20"/>
          <w:lang w:val="pl-PL"/>
        </w:rPr>
        <w:t>zasadność powszechnego dopuszczenia usług w strefach</w:t>
      </w:r>
      <w:r w:rsidR="00396F63" w:rsidRPr="00F66B01">
        <w:rPr>
          <w:rFonts w:ascii="Roboto Condensed" w:hAnsi="Roboto Condensed"/>
          <w:sz w:val="20"/>
          <w:lang w:val="pl-PL"/>
        </w:rPr>
        <w:t>,</w:t>
      </w:r>
      <w:r w:rsidRPr="00F66B01">
        <w:rPr>
          <w:rFonts w:ascii="Roboto Condensed" w:hAnsi="Roboto Condensed"/>
          <w:sz w:val="20"/>
          <w:lang w:val="pl-PL"/>
        </w:rPr>
        <w:t xml:space="preserve"> które taki profil dodatkowy przewidują,</w:t>
      </w:r>
    </w:p>
    <w:p w14:paraId="272F4773" w14:textId="1C240FB6" w:rsidR="008C26B1" w:rsidRPr="00F66B01" w:rsidRDefault="008C26B1" w:rsidP="008636AA">
      <w:pPr>
        <w:pStyle w:val="Tekstpodstawowy2"/>
        <w:numPr>
          <w:ilvl w:val="0"/>
          <w:numId w:val="5"/>
        </w:numPr>
        <w:spacing w:before="40" w:after="40" w:line="240" w:lineRule="auto"/>
        <w:ind w:left="907" w:hanging="227"/>
        <w:rPr>
          <w:rFonts w:ascii="Roboto Condensed" w:hAnsi="Roboto Condensed"/>
          <w:sz w:val="20"/>
          <w:lang w:val="pl-PL"/>
        </w:rPr>
      </w:pPr>
      <w:r w:rsidRPr="00F66B01">
        <w:rPr>
          <w:rFonts w:ascii="Roboto Condensed" w:hAnsi="Roboto Condensed"/>
          <w:sz w:val="20"/>
          <w:lang w:val="pl-PL"/>
        </w:rPr>
        <w:t>wytyczne dokumentów ponadlokalnych</w:t>
      </w:r>
      <w:r w:rsidR="006E5D33" w:rsidRPr="00F66B01">
        <w:rPr>
          <w:rFonts w:ascii="Roboto Condensed" w:hAnsi="Roboto Condensed"/>
          <w:sz w:val="20"/>
          <w:lang w:val="pl-PL"/>
        </w:rPr>
        <w:t>:</w:t>
      </w:r>
    </w:p>
    <w:p w14:paraId="0D254106" w14:textId="6C788F54" w:rsidR="008C26B1" w:rsidRPr="00F66B01" w:rsidRDefault="006B1CF4" w:rsidP="008636AA">
      <w:pPr>
        <w:pStyle w:val="Tekstpodstawowy2"/>
        <w:numPr>
          <w:ilvl w:val="2"/>
          <w:numId w:val="3"/>
        </w:numPr>
        <w:spacing w:line="240" w:lineRule="auto"/>
        <w:ind w:left="1134" w:hanging="227"/>
        <w:rPr>
          <w:rFonts w:ascii="Roboto Condensed" w:hAnsi="Roboto Condensed"/>
          <w:sz w:val="20"/>
          <w:lang w:val="pl-PL"/>
        </w:rPr>
      </w:pPr>
      <w:r w:rsidRPr="00F66B01">
        <w:rPr>
          <w:rFonts w:ascii="Roboto Condensed" w:hAnsi="Roboto Condensed"/>
          <w:sz w:val="20"/>
          <w:lang w:val="pl-PL"/>
        </w:rPr>
        <w:t>wykorzystania odnawialnych źródeł energii (</w:t>
      </w:r>
      <w:r w:rsidR="00F66B01" w:rsidRPr="00F66B01">
        <w:rPr>
          <w:rFonts w:ascii="Roboto Condensed" w:hAnsi="Roboto Condensed"/>
          <w:sz w:val="20"/>
          <w:lang w:val="pl-PL"/>
        </w:rPr>
        <w:t>wspieranie budowy instalacji do p</w:t>
      </w:r>
      <w:r w:rsidR="00F66B01" w:rsidRPr="001C26B8">
        <w:rPr>
          <w:rFonts w:ascii="Roboto Condensed" w:hAnsi="Roboto Condensed"/>
          <w:sz w:val="20"/>
          <w:lang w:val="pl-PL"/>
        </w:rPr>
        <w:t xml:space="preserve">ozyskiwania energii z OZE, wspieranie budowy magazynów energii, wspieranie rozwoju energetyki </w:t>
      </w:r>
      <w:proofErr w:type="spellStart"/>
      <w:r w:rsidR="00F66B01" w:rsidRPr="001C26B8">
        <w:rPr>
          <w:rFonts w:ascii="Roboto Condensed" w:hAnsi="Roboto Condensed"/>
          <w:sz w:val="20"/>
          <w:lang w:val="pl-PL"/>
        </w:rPr>
        <w:t>prosumenckiej</w:t>
      </w:r>
      <w:proofErr w:type="spellEnd"/>
      <w:r w:rsidR="00F66B01" w:rsidRPr="001C26B8">
        <w:rPr>
          <w:rFonts w:ascii="Roboto Condensed" w:hAnsi="Roboto Condensed"/>
          <w:sz w:val="20"/>
          <w:lang w:val="pl-PL"/>
        </w:rPr>
        <w:t xml:space="preserve"> i rozproszonej,</w:t>
      </w:r>
      <w:r w:rsidRPr="001C26B8">
        <w:rPr>
          <w:rFonts w:ascii="Roboto Condensed" w:hAnsi="Roboto Condensed"/>
          <w:sz w:val="20"/>
          <w:lang w:val="pl-PL"/>
        </w:rPr>
        <w:t xml:space="preserve">) poprzez stosunkowo szerokie dopuszczenie </w:t>
      </w:r>
      <w:r w:rsidR="00CE2D60" w:rsidRPr="001C26B8">
        <w:rPr>
          <w:rFonts w:ascii="Roboto Condensed" w:hAnsi="Roboto Condensed"/>
          <w:sz w:val="20"/>
          <w:lang w:val="pl-PL"/>
        </w:rPr>
        <w:t xml:space="preserve">w planie ogólnym </w:t>
      </w:r>
      <w:r w:rsidRPr="001C26B8">
        <w:rPr>
          <w:rFonts w:ascii="Roboto Condensed" w:hAnsi="Roboto Condensed"/>
          <w:sz w:val="20"/>
          <w:lang w:val="pl-PL"/>
        </w:rPr>
        <w:t xml:space="preserve">możliwości lokalizowania elektrowni słonecznych </w:t>
      </w:r>
      <w:r w:rsidR="00CE2D60" w:rsidRPr="001C26B8">
        <w:rPr>
          <w:rFonts w:ascii="Roboto Condensed" w:hAnsi="Roboto Condensed"/>
          <w:sz w:val="20"/>
          <w:lang w:val="pl-PL"/>
        </w:rPr>
        <w:t xml:space="preserve">(PEF) w zdecydowanej większości </w:t>
      </w:r>
      <w:r w:rsidRPr="001C26B8">
        <w:rPr>
          <w:rFonts w:ascii="Roboto Condensed" w:hAnsi="Roboto Condensed"/>
          <w:sz w:val="20"/>
          <w:lang w:val="pl-PL"/>
        </w:rPr>
        <w:t>stref</w:t>
      </w:r>
      <w:r w:rsidR="008F727C" w:rsidRPr="001C26B8">
        <w:rPr>
          <w:rFonts w:ascii="Roboto Condensed" w:hAnsi="Roboto Condensed"/>
          <w:sz w:val="20"/>
          <w:lang w:val="pl-PL"/>
        </w:rPr>
        <w:t>,</w:t>
      </w:r>
      <w:r w:rsidR="00CE2D60" w:rsidRPr="001C26B8">
        <w:rPr>
          <w:rFonts w:ascii="Roboto Condensed" w:hAnsi="Roboto Condensed"/>
          <w:sz w:val="20"/>
          <w:lang w:val="pl-PL"/>
        </w:rPr>
        <w:t xml:space="preserve"> </w:t>
      </w:r>
      <w:r w:rsidR="001C26B8" w:rsidRPr="001C26B8">
        <w:rPr>
          <w:rFonts w:ascii="Roboto Condensed" w:hAnsi="Roboto Condensed"/>
          <w:sz w:val="20"/>
          <w:lang w:val="pl-PL"/>
        </w:rPr>
        <w:t xml:space="preserve">uwzględnienie istniejących </w:t>
      </w:r>
      <w:r w:rsidR="00CE2D60" w:rsidRPr="001C26B8">
        <w:rPr>
          <w:rFonts w:ascii="Roboto Condensed" w:hAnsi="Roboto Condensed"/>
          <w:sz w:val="20"/>
          <w:lang w:val="pl-PL"/>
        </w:rPr>
        <w:t xml:space="preserve">elektrowni wiatrowych (PEW) </w:t>
      </w:r>
      <w:r w:rsidRPr="001C26B8">
        <w:rPr>
          <w:rFonts w:ascii="Roboto Condensed" w:hAnsi="Roboto Condensed"/>
          <w:sz w:val="20"/>
          <w:lang w:val="pl-PL"/>
        </w:rPr>
        <w:t>– przyjęto</w:t>
      </w:r>
      <w:r w:rsidR="00CE2D60" w:rsidRPr="001C26B8">
        <w:rPr>
          <w:rFonts w:ascii="Roboto Condensed" w:hAnsi="Roboto Condensed"/>
          <w:sz w:val="20"/>
          <w:lang w:val="pl-PL"/>
        </w:rPr>
        <w:t>,</w:t>
      </w:r>
      <w:r w:rsidRPr="001C26B8">
        <w:rPr>
          <w:rFonts w:ascii="Roboto Condensed" w:hAnsi="Roboto Condensed"/>
          <w:sz w:val="20"/>
          <w:lang w:val="pl-PL"/>
        </w:rPr>
        <w:t xml:space="preserve"> że to plany miejscowe </w:t>
      </w:r>
      <w:r w:rsidR="00A9630D">
        <w:rPr>
          <w:rFonts w:ascii="Roboto Condensed" w:hAnsi="Roboto Condensed"/>
          <w:sz w:val="20"/>
          <w:lang w:val="pl-PL"/>
        </w:rPr>
        <w:t xml:space="preserve">lub decyzje WZ </w:t>
      </w:r>
      <w:r w:rsidRPr="001C26B8">
        <w:rPr>
          <w:rFonts w:ascii="Roboto Condensed" w:hAnsi="Roboto Condensed"/>
          <w:sz w:val="20"/>
          <w:lang w:val="pl-PL"/>
        </w:rPr>
        <w:t xml:space="preserve">będą narzędziem precyzyjnie </w:t>
      </w:r>
      <w:r w:rsidR="00CE2D60" w:rsidRPr="001C26B8">
        <w:rPr>
          <w:rFonts w:ascii="Roboto Condensed" w:hAnsi="Roboto Condensed"/>
          <w:sz w:val="20"/>
          <w:lang w:val="pl-PL"/>
        </w:rPr>
        <w:t>regulującym ostateczne możliwość faktycznego dopuszczenia terenu do takiego użytkowania,</w:t>
      </w:r>
      <w:r w:rsidR="002E53E6">
        <w:rPr>
          <w:rFonts w:ascii="Roboto Condensed" w:hAnsi="Roboto Condensed"/>
          <w:sz w:val="20"/>
          <w:lang w:val="pl-PL"/>
        </w:rPr>
        <w:t xml:space="preserve"> przy czym w projekcie </w:t>
      </w:r>
      <w:r w:rsidR="000F69E3">
        <w:rPr>
          <w:rFonts w:ascii="Roboto Condensed" w:hAnsi="Roboto Condensed"/>
          <w:sz w:val="20"/>
          <w:lang w:val="pl-PL"/>
        </w:rPr>
        <w:t xml:space="preserve">POG, już na etapie jego sporządzania, </w:t>
      </w:r>
      <w:r w:rsidR="002E53E6">
        <w:rPr>
          <w:rFonts w:ascii="Roboto Condensed" w:hAnsi="Roboto Condensed"/>
          <w:sz w:val="20"/>
          <w:lang w:val="pl-PL"/>
        </w:rPr>
        <w:t xml:space="preserve">eliminuje się możliwość </w:t>
      </w:r>
      <w:r w:rsidR="000F69E3">
        <w:rPr>
          <w:rFonts w:ascii="Roboto Condensed" w:hAnsi="Roboto Condensed"/>
          <w:sz w:val="20"/>
          <w:lang w:val="pl-PL"/>
        </w:rPr>
        <w:t>przeznaczania na cele elektrowni słonecznych gruntów zadrzewionych o znaczących areałach, wartościowych gatunkowo i wiekowo,</w:t>
      </w:r>
    </w:p>
    <w:p w14:paraId="202017EC" w14:textId="759253D9" w:rsidR="00CE2D60" w:rsidRPr="00F66B01" w:rsidRDefault="008F727C" w:rsidP="008636AA">
      <w:pPr>
        <w:pStyle w:val="Tekstpodstawowy2"/>
        <w:numPr>
          <w:ilvl w:val="2"/>
          <w:numId w:val="3"/>
        </w:numPr>
        <w:spacing w:line="240" w:lineRule="auto"/>
        <w:ind w:left="1134" w:hanging="227"/>
        <w:rPr>
          <w:rFonts w:ascii="Roboto Condensed" w:hAnsi="Roboto Condensed"/>
          <w:sz w:val="20"/>
          <w:lang w:val="pl-PL"/>
        </w:rPr>
      </w:pPr>
      <w:r w:rsidRPr="00F66B01">
        <w:rPr>
          <w:rFonts w:ascii="Roboto Condensed" w:hAnsi="Roboto Condensed"/>
          <w:sz w:val="20"/>
          <w:lang w:val="pl-PL"/>
        </w:rPr>
        <w:t>wzrost poziomu lesistości poprzez wprowadzenie możliwości realizacji lasów na wszystkich terenach</w:t>
      </w:r>
      <w:r w:rsidR="00F66B01" w:rsidRPr="00F66B01">
        <w:rPr>
          <w:rFonts w:ascii="Roboto Condensed" w:hAnsi="Roboto Condensed"/>
          <w:sz w:val="20"/>
          <w:lang w:val="pl-PL"/>
        </w:rPr>
        <w:t>,</w:t>
      </w:r>
    </w:p>
    <w:p w14:paraId="73B9E3D1" w14:textId="5F8B1430" w:rsidR="008F727C" w:rsidRPr="00F66B01" w:rsidRDefault="008F727C" w:rsidP="008636AA">
      <w:pPr>
        <w:pStyle w:val="Tekstpodstawowy2"/>
        <w:numPr>
          <w:ilvl w:val="2"/>
          <w:numId w:val="3"/>
        </w:numPr>
        <w:spacing w:line="240" w:lineRule="auto"/>
        <w:ind w:left="1134" w:hanging="227"/>
        <w:rPr>
          <w:rFonts w:ascii="Roboto Condensed" w:hAnsi="Roboto Condensed"/>
          <w:sz w:val="20"/>
          <w:lang w:val="pl-PL"/>
        </w:rPr>
      </w:pPr>
      <w:r w:rsidRPr="00F66B01">
        <w:rPr>
          <w:rFonts w:ascii="Roboto Condensed" w:hAnsi="Roboto Condensed"/>
          <w:sz w:val="20"/>
          <w:lang w:val="pl-PL"/>
        </w:rPr>
        <w:t>wzrost retencji poprzez dopuszczenie terenów zieleni naturalnej i wód na wszystkich terenach</w:t>
      </w:r>
      <w:r w:rsidR="00F66B01" w:rsidRPr="00F66B01">
        <w:rPr>
          <w:rFonts w:ascii="Roboto Condensed" w:hAnsi="Roboto Condensed"/>
          <w:sz w:val="20"/>
          <w:lang w:val="pl-PL"/>
        </w:rPr>
        <w:t>,</w:t>
      </w:r>
    </w:p>
    <w:p w14:paraId="496AD5C7" w14:textId="626BC68D" w:rsidR="008C26B1" w:rsidRPr="00F66B01" w:rsidRDefault="008F727C" w:rsidP="008636AA">
      <w:pPr>
        <w:pStyle w:val="Tekstpodstawowy2"/>
        <w:numPr>
          <w:ilvl w:val="2"/>
          <w:numId w:val="3"/>
        </w:numPr>
        <w:spacing w:line="240" w:lineRule="auto"/>
        <w:ind w:left="1134" w:hanging="227"/>
        <w:rPr>
          <w:rFonts w:ascii="Roboto Condensed" w:hAnsi="Roboto Condensed"/>
          <w:sz w:val="20"/>
          <w:lang w:val="pl-PL"/>
        </w:rPr>
      </w:pPr>
      <w:r w:rsidRPr="00F66B01">
        <w:rPr>
          <w:rFonts w:ascii="Roboto Condensed" w:hAnsi="Roboto Condensed"/>
          <w:sz w:val="20"/>
          <w:lang w:val="pl-PL"/>
        </w:rPr>
        <w:t xml:space="preserve">planowanie rozbudowy w sposób zapobiegający zbytniemu „rozlewaniu się” poprzez ograniczanie stref rolniczych </w:t>
      </w:r>
      <w:r w:rsidR="00F66B01" w:rsidRPr="00F66B01">
        <w:rPr>
          <w:rFonts w:ascii="Roboto Condensed" w:hAnsi="Roboto Condensed"/>
          <w:sz w:val="20"/>
          <w:lang w:val="pl-PL"/>
        </w:rPr>
        <w:t xml:space="preserve">w południowej części gminy w dolinie Warty </w:t>
      </w:r>
      <w:r w:rsidRPr="00F66B01">
        <w:rPr>
          <w:rFonts w:ascii="Roboto Condensed" w:hAnsi="Roboto Condensed"/>
          <w:sz w:val="20"/>
          <w:lang w:val="pl-PL"/>
        </w:rPr>
        <w:t>(umożliwiających lokalizację zabudowy rolniczej) na korzyć stref otwartych dopuszczających użytkowanie rolnicze, ale bez zabudowy (RN)</w:t>
      </w:r>
      <w:r w:rsidR="00F66B01" w:rsidRPr="00F66B01">
        <w:rPr>
          <w:rFonts w:ascii="Roboto Condensed" w:hAnsi="Roboto Condensed"/>
          <w:sz w:val="20"/>
          <w:lang w:val="pl-PL"/>
        </w:rPr>
        <w:t>.</w:t>
      </w:r>
    </w:p>
    <w:p w14:paraId="74683BD4" w14:textId="2A8D3706" w:rsidR="00801F07" w:rsidRPr="00F66B01" w:rsidRDefault="008F727C" w:rsidP="006E5D33">
      <w:pPr>
        <w:pStyle w:val="Tekstpodstawowy2"/>
        <w:spacing w:before="120" w:line="240" w:lineRule="auto"/>
        <w:ind w:left="170"/>
        <w:rPr>
          <w:rFonts w:ascii="Arial Narrow" w:hAnsi="Arial Narrow"/>
          <w:sz w:val="18"/>
          <w:szCs w:val="18"/>
          <w:lang w:val="pl-PL"/>
        </w:rPr>
      </w:pPr>
      <w:r w:rsidRPr="00F66B01">
        <w:rPr>
          <w:rFonts w:ascii="Roboto Condensed" w:hAnsi="Roboto Condensed"/>
          <w:sz w:val="20"/>
          <w:lang w:val="pl-PL"/>
        </w:rPr>
        <w:t>Ponadto:</w:t>
      </w:r>
    </w:p>
    <w:p w14:paraId="1D5CBC33" w14:textId="730268B4" w:rsidR="00C86375" w:rsidRPr="001C26B8" w:rsidRDefault="00B461A6" w:rsidP="008636AA">
      <w:pPr>
        <w:pStyle w:val="Tekstpodstawowy2"/>
        <w:numPr>
          <w:ilvl w:val="0"/>
          <w:numId w:val="3"/>
        </w:numPr>
        <w:spacing w:line="240" w:lineRule="auto"/>
        <w:ind w:left="567" w:hanging="227"/>
        <w:rPr>
          <w:rFonts w:ascii="Roboto Condensed" w:hAnsi="Roboto Condensed"/>
          <w:color w:val="EE0000"/>
          <w:sz w:val="20"/>
          <w:lang w:val="pl-PL"/>
        </w:rPr>
      </w:pPr>
      <w:r w:rsidRPr="00F66B01">
        <w:rPr>
          <w:rFonts w:ascii="Roboto Condensed" w:hAnsi="Roboto Condensed"/>
          <w:sz w:val="20"/>
          <w:lang w:val="pl-PL"/>
        </w:rPr>
        <w:t xml:space="preserve">ze względu na wiejski charakter terenów wyznaczenie strefy wielofunkcyjnej z zabudową zagrodową (SZ) nie było w żadnym stopniu ograniczane istniejącym sąsiedztwem strefy wielofunkcyjnej z zabudową mieszkaniową jednorodzinną, jeśli takie zapotrzebowanie zostało zgłoszone przez </w:t>
      </w:r>
      <w:r w:rsidRPr="001C26B8">
        <w:rPr>
          <w:rFonts w:ascii="Roboto Condensed" w:hAnsi="Roboto Condensed"/>
          <w:sz w:val="20"/>
          <w:lang w:val="pl-PL"/>
        </w:rPr>
        <w:t>właścicieli lub wynikało ze stanu istniejącego</w:t>
      </w:r>
      <w:r w:rsidR="00877795" w:rsidRPr="001C26B8">
        <w:rPr>
          <w:rFonts w:ascii="Roboto Condensed" w:hAnsi="Roboto Condensed"/>
          <w:sz w:val="20"/>
          <w:lang w:val="pl-PL"/>
        </w:rPr>
        <w:t>,</w:t>
      </w:r>
    </w:p>
    <w:p w14:paraId="51837846" w14:textId="35E479F0" w:rsidR="008F727C" w:rsidRPr="001C26B8" w:rsidRDefault="008F727C" w:rsidP="008636AA">
      <w:pPr>
        <w:pStyle w:val="Tekstpodstawowy2"/>
        <w:numPr>
          <w:ilvl w:val="0"/>
          <w:numId w:val="3"/>
        </w:numPr>
        <w:spacing w:line="240" w:lineRule="auto"/>
        <w:ind w:left="567" w:hanging="227"/>
        <w:rPr>
          <w:rFonts w:ascii="Roboto Condensed" w:hAnsi="Roboto Condensed"/>
          <w:sz w:val="20"/>
          <w:lang w:val="pl-PL"/>
        </w:rPr>
      </w:pPr>
      <w:r w:rsidRPr="001C26B8">
        <w:rPr>
          <w:rFonts w:ascii="Roboto Condensed" w:hAnsi="Roboto Condensed"/>
          <w:sz w:val="20"/>
          <w:lang w:val="pl-PL"/>
        </w:rPr>
        <w:t>strefy usługowe</w:t>
      </w:r>
      <w:r w:rsidR="00C86375" w:rsidRPr="001C26B8">
        <w:rPr>
          <w:rFonts w:ascii="Roboto Condensed" w:hAnsi="Roboto Condensed"/>
          <w:sz w:val="20"/>
          <w:lang w:val="pl-PL"/>
        </w:rPr>
        <w:t xml:space="preserve"> (SU)</w:t>
      </w:r>
      <w:r w:rsidR="00F66B01" w:rsidRPr="001C26B8">
        <w:rPr>
          <w:rFonts w:ascii="Roboto Condensed" w:hAnsi="Roboto Condensed"/>
          <w:sz w:val="20"/>
          <w:lang w:val="pl-PL"/>
        </w:rPr>
        <w:t xml:space="preserve"> i</w:t>
      </w:r>
      <w:r w:rsidRPr="001C26B8">
        <w:rPr>
          <w:rFonts w:ascii="Roboto Condensed" w:hAnsi="Roboto Condensed"/>
          <w:sz w:val="20"/>
          <w:lang w:val="pl-PL"/>
        </w:rPr>
        <w:t xml:space="preserve"> produkcyjne</w:t>
      </w:r>
      <w:r w:rsidR="00C86375" w:rsidRPr="001C26B8">
        <w:rPr>
          <w:rFonts w:ascii="Roboto Condensed" w:hAnsi="Roboto Condensed"/>
          <w:sz w:val="20"/>
          <w:lang w:val="pl-PL"/>
        </w:rPr>
        <w:t xml:space="preserve"> (SP)</w:t>
      </w:r>
      <w:r w:rsidRPr="001C26B8">
        <w:rPr>
          <w:rFonts w:ascii="Roboto Condensed" w:hAnsi="Roboto Condensed"/>
          <w:sz w:val="20"/>
          <w:lang w:val="pl-PL"/>
        </w:rPr>
        <w:t xml:space="preserve"> wyznaczono zgodnie ze stanem istniejącym</w:t>
      </w:r>
      <w:r w:rsidR="00C86375" w:rsidRPr="001C26B8">
        <w:rPr>
          <w:rFonts w:ascii="Roboto Condensed" w:hAnsi="Roboto Condensed"/>
          <w:sz w:val="20"/>
          <w:lang w:val="pl-PL"/>
        </w:rPr>
        <w:t xml:space="preserve"> nie przewidując nowych lokalizacji dla tego rodzaju stref</w:t>
      </w:r>
      <w:r w:rsidR="001C26B8" w:rsidRPr="001C26B8">
        <w:rPr>
          <w:rFonts w:ascii="Roboto Condensed" w:hAnsi="Roboto Condensed"/>
          <w:sz w:val="20"/>
          <w:lang w:val="pl-PL"/>
        </w:rPr>
        <w:t xml:space="preserve"> poza dwoma niewielkimi obszarami w Strzałkowie</w:t>
      </w:r>
      <w:r w:rsidR="00C86375" w:rsidRPr="001C26B8">
        <w:rPr>
          <w:rFonts w:ascii="Roboto Condensed" w:hAnsi="Roboto Condensed"/>
          <w:sz w:val="20"/>
          <w:lang w:val="pl-PL"/>
        </w:rPr>
        <w:t>,</w:t>
      </w:r>
    </w:p>
    <w:p w14:paraId="6BDB0289" w14:textId="48F293A1" w:rsidR="00801F07" w:rsidRPr="009A175C" w:rsidRDefault="00801F07" w:rsidP="008636AA">
      <w:pPr>
        <w:pStyle w:val="Tekstpodstawowy2"/>
        <w:numPr>
          <w:ilvl w:val="0"/>
          <w:numId w:val="3"/>
        </w:numPr>
        <w:spacing w:line="240" w:lineRule="auto"/>
        <w:ind w:left="567" w:hanging="227"/>
        <w:rPr>
          <w:rFonts w:ascii="Roboto Condensed" w:hAnsi="Roboto Condensed"/>
          <w:color w:val="EE0000"/>
          <w:sz w:val="20"/>
          <w:lang w:val="pl-PL"/>
        </w:rPr>
      </w:pPr>
      <w:r w:rsidRPr="001C26B8">
        <w:rPr>
          <w:rFonts w:ascii="Roboto Condensed" w:hAnsi="Roboto Condensed"/>
          <w:sz w:val="20"/>
          <w:lang w:val="pl-PL"/>
        </w:rPr>
        <w:t>w celu uzyskania</w:t>
      </w:r>
      <w:r w:rsidR="00335D6E" w:rsidRPr="001C26B8">
        <w:rPr>
          <w:rFonts w:ascii="Roboto Condensed" w:hAnsi="Roboto Condensed"/>
          <w:sz w:val="20"/>
          <w:lang w:val="pl-PL"/>
        </w:rPr>
        <w:t>,</w:t>
      </w:r>
      <w:r w:rsidRPr="001C26B8">
        <w:rPr>
          <w:rFonts w:ascii="Roboto Condensed" w:hAnsi="Roboto Condensed"/>
          <w:sz w:val="20"/>
          <w:lang w:val="pl-PL"/>
        </w:rPr>
        <w:t xml:space="preserve"> korzystniejsz</w:t>
      </w:r>
      <w:r w:rsidR="00335D6E" w:rsidRPr="001C26B8">
        <w:rPr>
          <w:rFonts w:ascii="Roboto Condensed" w:hAnsi="Roboto Condensed"/>
          <w:sz w:val="20"/>
          <w:lang w:val="pl-PL"/>
        </w:rPr>
        <w:t>ej</w:t>
      </w:r>
      <w:r w:rsidRPr="001C26B8">
        <w:rPr>
          <w:rFonts w:ascii="Roboto Condensed" w:hAnsi="Roboto Condensed"/>
          <w:sz w:val="20"/>
          <w:lang w:val="pl-PL"/>
        </w:rPr>
        <w:t xml:space="preserve"> </w:t>
      </w:r>
      <w:r w:rsidR="00335D6E" w:rsidRPr="001C26B8">
        <w:rPr>
          <w:rFonts w:ascii="Roboto Condensed" w:hAnsi="Roboto Condensed"/>
          <w:sz w:val="20"/>
          <w:lang w:val="pl-PL"/>
        </w:rPr>
        <w:t xml:space="preserve">z punktu widzenia gminy ilości powierzchni wielofunkcyjnych stref planistycznych, </w:t>
      </w:r>
      <w:r w:rsidRPr="001C26B8">
        <w:rPr>
          <w:rFonts w:ascii="Roboto Condensed" w:hAnsi="Roboto Condensed"/>
          <w:sz w:val="20"/>
          <w:lang w:val="pl-PL"/>
        </w:rPr>
        <w:t xml:space="preserve">zrezygnowano z </w:t>
      </w:r>
      <w:r w:rsidR="00335D6E" w:rsidRPr="001C26B8">
        <w:rPr>
          <w:rFonts w:ascii="Roboto Condensed" w:hAnsi="Roboto Condensed"/>
          <w:sz w:val="20"/>
          <w:lang w:val="pl-PL"/>
        </w:rPr>
        <w:t xml:space="preserve">nadmiernego </w:t>
      </w:r>
      <w:r w:rsidRPr="001C26B8">
        <w:rPr>
          <w:rFonts w:ascii="Roboto Condensed" w:hAnsi="Roboto Condensed"/>
          <w:sz w:val="20"/>
          <w:lang w:val="pl-PL"/>
        </w:rPr>
        <w:t xml:space="preserve">uogólniania </w:t>
      </w:r>
      <w:r w:rsidR="00335D6E" w:rsidRPr="001C26B8">
        <w:rPr>
          <w:rFonts w:ascii="Roboto Condensed" w:hAnsi="Roboto Condensed"/>
          <w:sz w:val="20"/>
          <w:lang w:val="pl-PL"/>
        </w:rPr>
        <w:t xml:space="preserve">tych </w:t>
      </w:r>
      <w:r w:rsidRPr="001C26B8">
        <w:rPr>
          <w:rFonts w:ascii="Roboto Condensed" w:hAnsi="Roboto Condensed"/>
          <w:sz w:val="20"/>
          <w:lang w:val="pl-PL"/>
        </w:rPr>
        <w:t>stref</w:t>
      </w:r>
      <w:r w:rsidR="00335D6E" w:rsidRPr="001C26B8">
        <w:rPr>
          <w:rFonts w:ascii="Roboto Condensed" w:hAnsi="Roboto Condensed"/>
          <w:sz w:val="20"/>
          <w:lang w:val="pl-PL"/>
        </w:rPr>
        <w:t>,</w:t>
      </w:r>
      <w:r w:rsidRPr="001C26B8">
        <w:rPr>
          <w:rFonts w:ascii="Roboto Condensed" w:hAnsi="Roboto Condensed"/>
          <w:sz w:val="20"/>
          <w:lang w:val="pl-PL"/>
        </w:rPr>
        <w:t xml:space="preserve"> wyodrębniając nawet </w:t>
      </w:r>
      <w:r w:rsidR="00335D6E" w:rsidRPr="001C26B8">
        <w:rPr>
          <w:rFonts w:ascii="Roboto Condensed" w:hAnsi="Roboto Condensed"/>
          <w:sz w:val="20"/>
          <w:lang w:val="pl-PL"/>
        </w:rPr>
        <w:t xml:space="preserve">stosunkowo </w:t>
      </w:r>
      <w:r w:rsidRPr="001C26B8">
        <w:rPr>
          <w:rFonts w:ascii="Roboto Condensed" w:hAnsi="Roboto Condensed"/>
          <w:sz w:val="20"/>
          <w:lang w:val="pl-PL"/>
        </w:rPr>
        <w:t>niewielkie tereny usługowe</w:t>
      </w:r>
      <w:r w:rsidR="00335D6E" w:rsidRPr="001C26B8">
        <w:rPr>
          <w:rFonts w:ascii="Roboto Condensed" w:hAnsi="Roboto Condensed"/>
          <w:sz w:val="20"/>
          <w:lang w:val="pl-PL"/>
        </w:rPr>
        <w:t>,</w:t>
      </w:r>
      <w:r w:rsidRPr="001C26B8">
        <w:rPr>
          <w:rFonts w:ascii="Roboto Condensed" w:hAnsi="Roboto Condensed"/>
          <w:sz w:val="20"/>
          <w:lang w:val="pl-PL"/>
        </w:rPr>
        <w:t xml:space="preserve"> </w:t>
      </w:r>
      <w:r w:rsidR="00335D6E" w:rsidRPr="001C26B8">
        <w:rPr>
          <w:rFonts w:ascii="Roboto Condensed" w:hAnsi="Roboto Condensed"/>
          <w:sz w:val="20"/>
          <w:lang w:val="pl-PL"/>
        </w:rPr>
        <w:t>które z powodzeniem mieściły się w strefach wielofunkcyjnych, w celu bardziej p</w:t>
      </w:r>
      <w:r w:rsidR="00335D6E" w:rsidRPr="00F66B01">
        <w:rPr>
          <w:rFonts w:ascii="Roboto Condensed" w:hAnsi="Roboto Condensed"/>
          <w:sz w:val="20"/>
          <w:lang w:val="pl-PL"/>
        </w:rPr>
        <w:t>recyzyjnego określenia udziału funkcji usługowych oraz precyzyjniejszego określenia parametru intensywności zabudowy mającego wpływ na chłonność poszczególnych terenów,</w:t>
      </w:r>
    </w:p>
    <w:p w14:paraId="3BA9E9CD" w14:textId="7F120324" w:rsidR="008F727C" w:rsidRPr="009A175C" w:rsidRDefault="008F727C" w:rsidP="008636AA">
      <w:pPr>
        <w:pStyle w:val="Tekstpodstawowy2"/>
        <w:numPr>
          <w:ilvl w:val="0"/>
          <w:numId w:val="3"/>
        </w:numPr>
        <w:spacing w:line="240" w:lineRule="auto"/>
        <w:ind w:left="567" w:hanging="227"/>
        <w:rPr>
          <w:rFonts w:ascii="Roboto Condensed" w:hAnsi="Roboto Condensed"/>
          <w:color w:val="EE0000"/>
          <w:sz w:val="20"/>
          <w:lang w:val="pl-PL"/>
        </w:rPr>
      </w:pPr>
      <w:r w:rsidRPr="00F66B01">
        <w:rPr>
          <w:rFonts w:ascii="Roboto Condensed" w:hAnsi="Roboto Condensed"/>
          <w:sz w:val="20"/>
          <w:lang w:val="pl-PL"/>
        </w:rPr>
        <w:t xml:space="preserve">strefy cmentarzy </w:t>
      </w:r>
      <w:r w:rsidR="00C86375" w:rsidRPr="00F66B01">
        <w:rPr>
          <w:rFonts w:ascii="Roboto Condensed" w:hAnsi="Roboto Condensed"/>
          <w:sz w:val="20"/>
          <w:lang w:val="pl-PL"/>
        </w:rPr>
        <w:t xml:space="preserve">(SC) </w:t>
      </w:r>
      <w:r w:rsidRPr="00F66B01">
        <w:rPr>
          <w:rFonts w:ascii="Roboto Condensed" w:hAnsi="Roboto Condensed"/>
          <w:sz w:val="20"/>
          <w:lang w:val="pl-PL"/>
        </w:rPr>
        <w:t>ustalono zgodnie z lokalizacją istniejących cmentarzy,</w:t>
      </w:r>
    </w:p>
    <w:p w14:paraId="0EECDCDC" w14:textId="2A1DCC9B" w:rsidR="00C86375" w:rsidRPr="009A175C" w:rsidRDefault="00C86375" w:rsidP="008636AA">
      <w:pPr>
        <w:pStyle w:val="Tekstpodstawowy2"/>
        <w:numPr>
          <w:ilvl w:val="0"/>
          <w:numId w:val="3"/>
        </w:numPr>
        <w:spacing w:line="240" w:lineRule="auto"/>
        <w:ind w:left="567" w:hanging="227"/>
        <w:rPr>
          <w:rFonts w:ascii="Roboto Condensed" w:hAnsi="Roboto Condensed"/>
          <w:color w:val="EE0000"/>
          <w:sz w:val="20"/>
          <w:lang w:val="pl-PL"/>
        </w:rPr>
      </w:pPr>
      <w:r w:rsidRPr="00F66B01">
        <w:rPr>
          <w:rFonts w:ascii="Roboto Condensed" w:hAnsi="Roboto Condensed"/>
          <w:sz w:val="20"/>
          <w:lang w:val="pl-PL"/>
        </w:rPr>
        <w:t xml:space="preserve">na terenie gminy nie przewidziano strefy wielofunkcyjnej z zabudową mieszkaniową wielorodzinną (SW) </w:t>
      </w:r>
      <w:r w:rsidR="00F66B01" w:rsidRPr="00F66B01">
        <w:rPr>
          <w:rFonts w:ascii="Roboto Condensed" w:hAnsi="Roboto Condensed"/>
          <w:sz w:val="20"/>
          <w:lang w:val="pl-PL"/>
        </w:rPr>
        <w:t xml:space="preserve">pomimo wskazania takiego celu w projekcie strategii Gminy, </w:t>
      </w:r>
      <w:r w:rsidRPr="00F66B01">
        <w:rPr>
          <w:rFonts w:ascii="Roboto Condensed" w:hAnsi="Roboto Condensed"/>
          <w:sz w:val="20"/>
          <w:lang w:val="pl-PL"/>
        </w:rPr>
        <w:t>ze względu na zbyt duży wpływ chłonności tych terenów, na zapotrzebowanie gminy na zabudowę mieszkaniową oraz stref handlu wielkopowierzchniowego (SH) ze względu na brak uzasadnienia dla lokalizacji tego rodzaju obiektów w gminie,</w:t>
      </w:r>
    </w:p>
    <w:p w14:paraId="406470C9" w14:textId="3767584A" w:rsidR="00C86375" w:rsidRPr="009A175C" w:rsidRDefault="00C86375" w:rsidP="008636AA">
      <w:pPr>
        <w:pStyle w:val="Tekstpodstawowy2"/>
        <w:numPr>
          <w:ilvl w:val="0"/>
          <w:numId w:val="3"/>
        </w:numPr>
        <w:spacing w:line="240" w:lineRule="auto"/>
        <w:ind w:left="567" w:hanging="227"/>
        <w:rPr>
          <w:rFonts w:ascii="Roboto Condensed" w:hAnsi="Roboto Condensed"/>
          <w:color w:val="EE0000"/>
          <w:sz w:val="20"/>
          <w:lang w:val="pl-PL"/>
        </w:rPr>
      </w:pPr>
      <w:r w:rsidRPr="007E5D83">
        <w:rPr>
          <w:rFonts w:ascii="Roboto Condensed" w:hAnsi="Roboto Condensed"/>
          <w:sz w:val="20"/>
          <w:lang w:val="pl-PL"/>
        </w:rPr>
        <w:t xml:space="preserve">Strefy zieleni i rekreacji </w:t>
      </w:r>
      <w:r w:rsidR="00B461A6" w:rsidRPr="007E5D83">
        <w:rPr>
          <w:rFonts w:ascii="Roboto Condensed" w:hAnsi="Roboto Condensed"/>
          <w:sz w:val="20"/>
          <w:lang w:val="pl-PL"/>
        </w:rPr>
        <w:t xml:space="preserve">(SN) </w:t>
      </w:r>
      <w:r w:rsidRPr="007E5D83">
        <w:rPr>
          <w:rFonts w:ascii="Roboto Condensed" w:hAnsi="Roboto Condensed"/>
          <w:sz w:val="20"/>
          <w:lang w:val="pl-PL"/>
        </w:rPr>
        <w:t>wyznaczono</w:t>
      </w:r>
      <w:r w:rsidR="00B461A6" w:rsidRPr="007E5D83">
        <w:rPr>
          <w:rFonts w:ascii="Roboto Condensed" w:hAnsi="Roboto Condensed"/>
          <w:sz w:val="20"/>
          <w:lang w:val="pl-PL"/>
        </w:rPr>
        <w:t xml:space="preserve"> wyłącznie, w uzasadnionych stanem istniejącym</w:t>
      </w:r>
      <w:r w:rsidR="00F66B01" w:rsidRPr="007E5D83">
        <w:rPr>
          <w:rFonts w:ascii="Roboto Condensed" w:hAnsi="Roboto Condensed"/>
          <w:sz w:val="20"/>
          <w:lang w:val="pl-PL"/>
        </w:rPr>
        <w:t xml:space="preserve"> lub</w:t>
      </w:r>
      <w:r w:rsidR="004E16D2">
        <w:rPr>
          <w:rFonts w:ascii="Roboto Condensed" w:hAnsi="Roboto Condensed"/>
          <w:sz w:val="20"/>
          <w:lang w:val="pl-PL"/>
        </w:rPr>
        <w:t>,</w:t>
      </w:r>
      <w:r w:rsidR="00F66B01" w:rsidRPr="007E5D83">
        <w:rPr>
          <w:rFonts w:ascii="Roboto Condensed" w:hAnsi="Roboto Condensed"/>
          <w:sz w:val="20"/>
          <w:lang w:val="pl-PL"/>
        </w:rPr>
        <w:t xml:space="preserve"> </w:t>
      </w:r>
      <w:r w:rsidR="004E16D2">
        <w:rPr>
          <w:rFonts w:ascii="Roboto Condensed" w:hAnsi="Roboto Condensed"/>
          <w:sz w:val="20"/>
          <w:lang w:val="pl-PL"/>
        </w:rPr>
        <w:t xml:space="preserve">w znacznie szerszym zakresie, </w:t>
      </w:r>
      <w:r w:rsidR="00F66B01" w:rsidRPr="007E5D83">
        <w:rPr>
          <w:rFonts w:ascii="Roboto Condensed" w:hAnsi="Roboto Condensed"/>
          <w:sz w:val="20"/>
          <w:lang w:val="pl-PL"/>
        </w:rPr>
        <w:t xml:space="preserve">potrzebami rozwoju funkcji turystycznych </w:t>
      </w:r>
      <w:r w:rsidR="007E5D83" w:rsidRPr="007E5D83">
        <w:rPr>
          <w:rFonts w:ascii="Roboto Condensed" w:hAnsi="Roboto Condensed"/>
          <w:sz w:val="20"/>
          <w:lang w:val="pl-PL"/>
        </w:rPr>
        <w:t xml:space="preserve">w </w:t>
      </w:r>
      <w:r w:rsidR="00F66B01" w:rsidRPr="007E5D83">
        <w:rPr>
          <w:rFonts w:ascii="Roboto Condensed" w:hAnsi="Roboto Condensed"/>
          <w:sz w:val="20"/>
          <w:lang w:val="pl-PL"/>
        </w:rPr>
        <w:t>obszarach</w:t>
      </w:r>
      <w:r w:rsidR="007E5D83" w:rsidRPr="007E5D83">
        <w:rPr>
          <w:rFonts w:ascii="Roboto Condensed" w:hAnsi="Roboto Condensed"/>
          <w:sz w:val="20"/>
          <w:lang w:val="pl-PL"/>
        </w:rPr>
        <w:t xml:space="preserve"> preferowanych przez strategie do tego celu, czyli w szczególności w obszarze doliny Warty</w:t>
      </w:r>
      <w:r w:rsidR="004E16D2">
        <w:rPr>
          <w:rFonts w:ascii="Roboto Condensed" w:hAnsi="Roboto Condensed"/>
          <w:sz w:val="20"/>
          <w:lang w:val="pl-PL"/>
        </w:rPr>
        <w:t xml:space="preserve"> – do strefy SN włączono dużą ilość terenów w dolinie Warty przyjmując, iż wypracowanie rozwiązań będzie odbywać się na etapie sporządzania planów miejscowych, w trakcie sporządzania których faktyczne potrzeby, szczegółowe uwarunkowania oraz opinie organów uzgadniających i opiniujących zostaną poddane znacznie głębszej analizie</w:t>
      </w:r>
      <w:r w:rsidR="00B461A6" w:rsidRPr="007E5D83">
        <w:rPr>
          <w:rFonts w:ascii="Roboto Condensed" w:hAnsi="Roboto Condensed"/>
          <w:sz w:val="20"/>
          <w:lang w:val="pl-PL"/>
        </w:rPr>
        <w:t>.</w:t>
      </w:r>
    </w:p>
    <w:p w14:paraId="20778AF6" w14:textId="77777777" w:rsidR="00F82964" w:rsidRPr="003C3AE2" w:rsidRDefault="00F82964" w:rsidP="00542E81">
      <w:pPr>
        <w:pStyle w:val="Nagwek1"/>
        <w:spacing w:before="240" w:after="60" w:line="240" w:lineRule="auto"/>
        <w:ind w:left="907" w:hanging="567"/>
        <w:rPr>
          <w:rFonts w:ascii="Roboto Condensed" w:hAnsi="Roboto Condensed"/>
          <w:bCs/>
          <w:i/>
          <w:iCs/>
          <w:sz w:val="22"/>
          <w:szCs w:val="22"/>
          <w:u w:val="single"/>
          <w:lang w:val="pl-PL"/>
        </w:rPr>
      </w:pPr>
      <w:bookmarkStart w:id="117" w:name="_Toc206769054"/>
      <w:r w:rsidRPr="003C3AE2">
        <w:rPr>
          <w:rFonts w:ascii="Roboto Condensed" w:hAnsi="Roboto Condensed"/>
          <w:bCs/>
          <w:i/>
          <w:iCs/>
          <w:sz w:val="22"/>
          <w:szCs w:val="22"/>
          <w:u w:val="single"/>
          <w:lang w:val="pl-PL"/>
        </w:rPr>
        <w:t>Chłonność terenów niezabudowanych w strefach planistycznych</w:t>
      </w:r>
      <w:bookmarkEnd w:id="117"/>
    </w:p>
    <w:p w14:paraId="52DC3E31" w14:textId="77777777" w:rsidR="003804D5" w:rsidRPr="003804D5" w:rsidRDefault="003804D5" w:rsidP="003804D5">
      <w:pPr>
        <w:pStyle w:val="Tekstpodstawowy2"/>
        <w:spacing w:line="240" w:lineRule="auto"/>
        <w:ind w:left="170"/>
        <w:rPr>
          <w:rFonts w:ascii="Roboto Condensed" w:hAnsi="Roboto Condensed"/>
          <w:sz w:val="20"/>
          <w:lang w:val="pl-PL"/>
        </w:rPr>
      </w:pPr>
      <w:r w:rsidRPr="003804D5">
        <w:rPr>
          <w:rFonts w:ascii="Roboto Condensed" w:hAnsi="Roboto Condensed"/>
          <w:sz w:val="20"/>
          <w:lang w:val="pl-PL"/>
        </w:rPr>
        <w:t>Zgodnie z rozporządzeniem, chłonność terenów niezabudowanych wyrażoną w liczbie mieszkańców, w tym luk w istniejącej zabudowie w strefach, o których mowa w art. 13c ust. 2 pkt 1-3 ustawy, oblicza się, uwzględniając:</w:t>
      </w:r>
    </w:p>
    <w:p w14:paraId="664ABCBC" w14:textId="77777777" w:rsidR="003804D5" w:rsidRPr="00011A6D" w:rsidRDefault="003804D5" w:rsidP="003804D5">
      <w:pPr>
        <w:pStyle w:val="Tekstpodstawowy2"/>
        <w:numPr>
          <w:ilvl w:val="0"/>
          <w:numId w:val="3"/>
        </w:numPr>
        <w:spacing w:line="240" w:lineRule="auto"/>
        <w:ind w:left="567" w:hanging="227"/>
        <w:rPr>
          <w:rFonts w:ascii="Roboto Condensed" w:hAnsi="Roboto Condensed"/>
          <w:sz w:val="20"/>
          <w:lang w:val="pl-PL"/>
        </w:rPr>
      </w:pPr>
      <w:r w:rsidRPr="00011A6D">
        <w:rPr>
          <w:rFonts w:ascii="Roboto Condensed" w:hAnsi="Roboto Condensed"/>
          <w:sz w:val="20"/>
          <w:lang w:val="pl-PL"/>
        </w:rPr>
        <w:t>powierzchnię terenów niezabudowanych, w tym luk w istniejącej zabudowie</w:t>
      </w:r>
      <w:r>
        <w:rPr>
          <w:rFonts w:ascii="Roboto Condensed" w:hAnsi="Roboto Condensed"/>
          <w:sz w:val="20"/>
          <w:lang w:val="pl-PL"/>
        </w:rPr>
        <w:t>,</w:t>
      </w:r>
    </w:p>
    <w:p w14:paraId="5C375774" w14:textId="77777777" w:rsidR="003804D5" w:rsidRPr="00421FFC" w:rsidRDefault="003804D5" w:rsidP="003804D5">
      <w:pPr>
        <w:pStyle w:val="Tekstpodstawowy2"/>
        <w:numPr>
          <w:ilvl w:val="0"/>
          <w:numId w:val="3"/>
        </w:numPr>
        <w:spacing w:line="240" w:lineRule="auto"/>
        <w:ind w:left="567" w:hanging="227"/>
        <w:rPr>
          <w:rFonts w:ascii="Roboto Condensed" w:hAnsi="Roboto Condensed"/>
          <w:sz w:val="20"/>
          <w:lang w:val="pl-PL"/>
        </w:rPr>
      </w:pPr>
      <w:r w:rsidRPr="00011A6D">
        <w:rPr>
          <w:rFonts w:ascii="Roboto Condensed" w:hAnsi="Roboto Condensed"/>
          <w:sz w:val="20"/>
          <w:lang w:val="pl-PL"/>
        </w:rPr>
        <w:t xml:space="preserve">chłonność terenów zabudowanych </w:t>
      </w:r>
      <w:bookmarkStart w:id="118" w:name="_Hlk199756381"/>
      <w:r w:rsidRPr="00011A6D">
        <w:rPr>
          <w:rFonts w:ascii="Roboto Condensed" w:hAnsi="Roboto Condensed"/>
          <w:sz w:val="20"/>
          <w:lang w:val="pl-PL"/>
        </w:rPr>
        <w:t>w sposób najbardziej zbliżony do planowanego w strefie w zakresie rodzaju zabudowy i nadziemnej intensywności zabudow</w:t>
      </w:r>
      <w:r w:rsidRPr="00421FFC">
        <w:rPr>
          <w:rFonts w:ascii="Roboto Condensed" w:hAnsi="Roboto Condensed"/>
          <w:sz w:val="20"/>
          <w:lang w:val="pl-PL"/>
        </w:rPr>
        <w:t>y</w:t>
      </w:r>
      <w:bookmarkEnd w:id="118"/>
      <w:r w:rsidRPr="00421FFC">
        <w:rPr>
          <w:rFonts w:ascii="Roboto Condensed" w:hAnsi="Roboto Condensed"/>
          <w:sz w:val="20"/>
          <w:lang w:val="pl-PL"/>
        </w:rPr>
        <w:t>, z możliwością uwzględnienia prognozowanych proporcji między funkcją mieszkaniową a innymi funkcjami.</w:t>
      </w:r>
    </w:p>
    <w:p w14:paraId="5222F134" w14:textId="77777777" w:rsidR="003804D5" w:rsidRPr="00421FFC" w:rsidRDefault="003804D5" w:rsidP="003804D5">
      <w:pPr>
        <w:ind w:left="142"/>
        <w:jc w:val="both"/>
        <w:rPr>
          <w:rFonts w:ascii="Roboto Condensed" w:hAnsi="Roboto Condensed"/>
          <w:sz w:val="20"/>
          <w:szCs w:val="20"/>
        </w:rPr>
      </w:pPr>
      <w:r w:rsidRPr="00421FFC">
        <w:rPr>
          <w:rFonts w:ascii="Roboto Condensed" w:hAnsi="Roboto Condensed"/>
          <w:sz w:val="20"/>
          <w:szCs w:val="20"/>
        </w:rPr>
        <w:t>Z uwagi na brak w przepisach obowiązujących wzoru określającego wymagany sposób obliczania chłonności terenów niezabudowanych i luk w istniejącej zabudowie, zaproponowano wzór spełniający wymogi wyżej przytoczonego przepisu, opracowany na podstawie wzoru zastosowanego w projekcie rozporządzenia Ministra Rozwoju i Technologii w sprawie sposobu przygotowania projektu planu ogólnego gminy z dnia 6 września 2023 r.  (Numer z wykazu prac legislacyjnych: 98, utworzony: 12-09-2023). Przyjęto wzór na sumę chłonności terenów niezabudowanych i luk w istniejącej zabudowie w gminie:</w:t>
      </w:r>
    </w:p>
    <w:p w14:paraId="218C3F98" w14:textId="77777777" w:rsidR="003804D5" w:rsidRPr="00E23AD6" w:rsidRDefault="00342D17" w:rsidP="003804D5">
      <w:pPr>
        <w:ind w:left="142"/>
        <w:jc w:val="both"/>
        <w:rPr>
          <w:rFonts w:ascii="Roboto Condensed" w:hAnsi="Roboto Condensed"/>
          <w:sz w:val="28"/>
          <w:szCs w:val="28"/>
        </w:rPr>
      </w:pPr>
      <m:oMathPara>
        <m:oMath>
          <m:sSub>
            <m:sSubPr>
              <m:ctrlPr>
                <w:rPr>
                  <w:rFonts w:ascii="Cambria Math" w:hAnsi="Cambria Math"/>
                  <w:i/>
                  <w:sz w:val="28"/>
                  <w:szCs w:val="28"/>
                </w:rPr>
              </m:ctrlPr>
            </m:sSubPr>
            <m:e>
              <m:r>
                <w:rPr>
                  <w:rFonts w:ascii="Cambria Math" w:hAnsi="Cambria Math"/>
                  <w:sz w:val="28"/>
                  <w:szCs w:val="28"/>
                </w:rPr>
                <m:t>Ch</m:t>
              </m:r>
            </m:e>
            <m:sub>
              <m:r>
                <w:rPr>
                  <w:rFonts w:ascii="Cambria Math" w:hAnsi="Cambria Math"/>
                  <w:sz w:val="28"/>
                  <w:szCs w:val="28"/>
                </w:rPr>
                <m:t>gm</m:t>
              </m:r>
            </m:sub>
          </m:sSub>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s=1</m:t>
              </m:r>
            </m:sub>
            <m:sup>
              <m:r>
                <w:rPr>
                  <w:rFonts w:ascii="Cambria Math" w:hAnsi="Cambria Math"/>
                  <w:sz w:val="28"/>
                  <w:szCs w:val="28"/>
                </w:rPr>
                <m:t>n</m:t>
              </m:r>
            </m:sup>
            <m:e>
              <m:r>
                <w:rPr>
                  <w:rFonts w:ascii="Cambria Math" w:hAnsi="Cambria Math"/>
                  <w:sz w:val="28"/>
                  <w:szCs w:val="28"/>
                </w:rPr>
                <m:t xml:space="preserve">round  </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st</m:t>
                  </m:r>
                </m:sub>
                <m:sup>
                  <m:r>
                    <w:rPr>
                      <w:rFonts w:ascii="Cambria Math" w:hAnsi="Cambria Math"/>
                      <w:sz w:val="28"/>
                      <w:szCs w:val="28"/>
                    </w:rPr>
                    <m:t>(s)</m:t>
                  </m:r>
                </m:sup>
              </m:sSubSup>
            </m:e>
          </m:nary>
          <m:r>
            <w:rPr>
              <w:rFonts w:ascii="Cambria Math" w:hAnsi="Cambria Math"/>
              <w:sz w:val="28"/>
              <w:szCs w:val="28"/>
            </w:rPr>
            <m:t xml:space="preserve"> x </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(s)</m:t>
              </m:r>
            </m:sup>
          </m:sSup>
          <m:r>
            <w:rPr>
              <w:rFonts w:ascii="Cambria Math" w:hAnsi="Cambria Math"/>
              <w:sz w:val="28"/>
              <w:szCs w:val="28"/>
            </w:rPr>
            <m:t xml:space="preserve"> x </m:t>
          </m:r>
          <m:sSubSup>
            <m:sSubSupPr>
              <m:ctrlPr>
                <w:rPr>
                  <w:rFonts w:ascii="Cambria Math" w:hAnsi="Cambria Math"/>
                  <w:i/>
                  <w:sz w:val="28"/>
                  <w:szCs w:val="28"/>
                </w:rPr>
              </m:ctrlPr>
            </m:sSubSupPr>
            <m:e>
              <m:r>
                <w:rPr>
                  <w:rFonts w:ascii="Cambria Math" w:hAnsi="Cambria Math"/>
                  <w:sz w:val="28"/>
                  <w:szCs w:val="28"/>
                </w:rPr>
                <m:t>W</m:t>
              </m:r>
            </m:e>
            <m:sub>
              <m:r>
                <w:rPr>
                  <w:rFonts w:ascii="Cambria Math" w:hAnsi="Cambria Math"/>
                  <w:sz w:val="28"/>
                  <w:szCs w:val="28"/>
                </w:rPr>
                <m:t>Ch</m:t>
              </m:r>
            </m:sub>
            <m:sup>
              <m:r>
                <w:rPr>
                  <w:rFonts w:ascii="Cambria Math" w:hAnsi="Cambria Math"/>
                  <w:sz w:val="28"/>
                  <w:szCs w:val="28"/>
                </w:rPr>
                <m:t>(s)</m:t>
              </m:r>
            </m:sup>
          </m:sSubSup>
          <m:r>
            <w:rPr>
              <w:rFonts w:ascii="Cambria Math" w:hAnsi="Cambria Math"/>
              <w:sz w:val="28"/>
              <w:szCs w:val="28"/>
            </w:rPr>
            <m:t xml:space="preserve">x </m:t>
          </m:r>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m</m:t>
              </m:r>
            </m:sub>
            <m:sup>
              <m:r>
                <w:rPr>
                  <w:rFonts w:ascii="Cambria Math" w:hAnsi="Cambria Math"/>
                  <w:sz w:val="28"/>
                  <w:szCs w:val="28"/>
                </w:rPr>
                <m:t>(s)</m:t>
              </m:r>
            </m:sup>
          </m:sSubSup>
          <m:r>
            <w:rPr>
              <w:rFonts w:ascii="Cambria Math" w:hAnsi="Cambria Math"/>
              <w:sz w:val="28"/>
              <w:szCs w:val="28"/>
            </w:rPr>
            <m:t>)</m:t>
          </m:r>
        </m:oMath>
      </m:oMathPara>
    </w:p>
    <w:p w14:paraId="1C706CAF" w14:textId="77777777" w:rsidR="003804D5" w:rsidRPr="006D50C6" w:rsidRDefault="003804D5" w:rsidP="003804D5">
      <w:pPr>
        <w:ind w:left="142"/>
        <w:rPr>
          <w:rFonts w:ascii="Roboto Condensed" w:hAnsi="Roboto Condensed"/>
          <w:color w:val="FFC000"/>
          <w:sz w:val="20"/>
          <w:szCs w:val="20"/>
        </w:rPr>
      </w:pPr>
      <w:r w:rsidRPr="00E23AD6">
        <w:rPr>
          <w:rFonts w:ascii="Roboto Condensed" w:hAnsi="Roboto Condensed"/>
          <w:sz w:val="20"/>
          <w:szCs w:val="20"/>
        </w:rPr>
        <w:t>gdzie:</w:t>
      </w:r>
    </w:p>
    <w:tbl>
      <w:tblPr>
        <w:tblStyle w:val="Tabela-Siatka"/>
        <w:tblW w:w="9351" w:type="dxa"/>
        <w:jc w:val="center"/>
        <w:tblLook w:val="04A0" w:firstRow="1" w:lastRow="0" w:firstColumn="1" w:lastColumn="0" w:noHBand="0" w:noVBand="1"/>
      </w:tblPr>
      <w:tblGrid>
        <w:gridCol w:w="1390"/>
        <w:gridCol w:w="7961"/>
      </w:tblGrid>
      <w:tr w:rsidR="003804D5" w:rsidRPr="006D50C6" w14:paraId="52E6C8A1" w14:textId="77777777" w:rsidTr="005458A3">
        <w:trPr>
          <w:jc w:val="center"/>
        </w:trPr>
        <w:tc>
          <w:tcPr>
            <w:tcW w:w="1390" w:type="dxa"/>
            <w:vAlign w:val="center"/>
          </w:tcPr>
          <w:p w14:paraId="20062D79" w14:textId="77777777" w:rsidR="003804D5" w:rsidRPr="00E23AD6" w:rsidRDefault="00342D17" w:rsidP="005458A3">
            <w:pPr>
              <w:tabs>
                <w:tab w:val="left" w:pos="708"/>
                <w:tab w:val="left" w:pos="1416"/>
                <w:tab w:val="left" w:pos="1930"/>
              </w:tabs>
              <w:jc w:val="center"/>
              <w:rPr>
                <w:rFonts w:ascii="Cambria Math" w:eastAsiaTheme="minorEastAsia" w:hAnsi="Cambria Math"/>
              </w:rPr>
            </w:pPr>
            <m:oMathPara>
              <m:oMath>
                <m:sSub>
                  <m:sSubPr>
                    <m:ctrlPr>
                      <w:rPr>
                        <w:rFonts w:ascii="Cambria Math" w:hAnsi="Cambria Math"/>
                        <w:i/>
                      </w:rPr>
                    </m:ctrlPr>
                  </m:sSubPr>
                  <m:e>
                    <m:r>
                      <w:rPr>
                        <w:rFonts w:ascii="Cambria Math" w:hAnsi="Cambria Math"/>
                      </w:rPr>
                      <m:t>Ch</m:t>
                    </m:r>
                  </m:e>
                  <m:sub>
                    <m:r>
                      <w:rPr>
                        <w:rFonts w:ascii="Cambria Math" w:hAnsi="Cambria Math"/>
                      </w:rPr>
                      <m:t>gm</m:t>
                    </m:r>
                  </m:sub>
                </m:sSub>
              </m:oMath>
            </m:oMathPara>
          </w:p>
        </w:tc>
        <w:tc>
          <w:tcPr>
            <w:tcW w:w="7961" w:type="dxa"/>
            <w:vAlign w:val="center"/>
          </w:tcPr>
          <w:p w14:paraId="280B41C4" w14:textId="77777777" w:rsidR="003804D5" w:rsidRPr="00E23AD6" w:rsidRDefault="003804D5" w:rsidP="005458A3">
            <w:pPr>
              <w:tabs>
                <w:tab w:val="left" w:pos="708"/>
                <w:tab w:val="left" w:pos="1416"/>
                <w:tab w:val="left" w:pos="1930"/>
              </w:tabs>
              <w:rPr>
                <w:rFonts w:ascii="Roboto Condensed" w:eastAsiaTheme="minorEastAsia" w:hAnsi="Roboto Condensed"/>
                <w:sz w:val="20"/>
                <w:szCs w:val="20"/>
              </w:rPr>
            </w:pPr>
            <w:r w:rsidRPr="00E23AD6">
              <w:rPr>
                <w:rFonts w:ascii="Roboto Condensed" w:eastAsiaTheme="minorEastAsia" w:hAnsi="Roboto Condensed"/>
                <w:sz w:val="20"/>
                <w:szCs w:val="20"/>
              </w:rPr>
              <w:t>łączna chłonność dla całej gminy (liczba osób),</w:t>
            </w:r>
          </w:p>
        </w:tc>
      </w:tr>
      <w:tr w:rsidR="003804D5" w:rsidRPr="006D50C6" w14:paraId="6C9CEDAB" w14:textId="77777777" w:rsidTr="005458A3">
        <w:trPr>
          <w:jc w:val="center"/>
        </w:trPr>
        <w:tc>
          <w:tcPr>
            <w:tcW w:w="1390" w:type="dxa"/>
            <w:vAlign w:val="center"/>
          </w:tcPr>
          <w:p w14:paraId="7AABACD0" w14:textId="77777777" w:rsidR="003804D5" w:rsidRPr="00E23AD6" w:rsidRDefault="003804D5" w:rsidP="005458A3">
            <w:pPr>
              <w:tabs>
                <w:tab w:val="left" w:pos="708"/>
                <w:tab w:val="left" w:pos="1416"/>
                <w:tab w:val="left" w:pos="1930"/>
              </w:tabs>
              <w:jc w:val="center"/>
              <w:rPr>
                <w:rFonts w:ascii="Cambria Math" w:eastAsiaTheme="minorEastAsia" w:hAnsi="Cambria Math"/>
              </w:rPr>
            </w:pPr>
            <m:oMathPara>
              <m:oMath>
                <m:r>
                  <w:rPr>
                    <w:rFonts w:ascii="Cambria Math" w:hAnsi="Cambria Math"/>
                  </w:rPr>
                  <m:t>n</m:t>
                </m:r>
              </m:oMath>
            </m:oMathPara>
          </w:p>
        </w:tc>
        <w:tc>
          <w:tcPr>
            <w:tcW w:w="7961" w:type="dxa"/>
            <w:vAlign w:val="center"/>
          </w:tcPr>
          <w:p w14:paraId="2711B015" w14:textId="77777777" w:rsidR="003804D5" w:rsidRPr="00E23AD6" w:rsidRDefault="003804D5" w:rsidP="005458A3">
            <w:pPr>
              <w:tabs>
                <w:tab w:val="left" w:pos="708"/>
                <w:tab w:val="left" w:pos="1416"/>
                <w:tab w:val="left" w:pos="1930"/>
              </w:tabs>
              <w:rPr>
                <w:rFonts w:ascii="Roboto Condensed" w:eastAsiaTheme="minorEastAsia" w:hAnsi="Roboto Condensed"/>
                <w:sz w:val="20"/>
                <w:szCs w:val="20"/>
              </w:rPr>
            </w:pPr>
            <w:r w:rsidRPr="00E23AD6">
              <w:rPr>
                <w:rFonts w:ascii="Roboto Condensed" w:eastAsiaTheme="minorEastAsia" w:hAnsi="Roboto Condensed"/>
                <w:sz w:val="20"/>
                <w:szCs w:val="20"/>
              </w:rPr>
              <w:t>liczba wyodrębnionych stref planistycznych,</w:t>
            </w:r>
          </w:p>
        </w:tc>
      </w:tr>
      <w:tr w:rsidR="003804D5" w:rsidRPr="006D50C6" w14:paraId="4119E3D2" w14:textId="77777777" w:rsidTr="005458A3">
        <w:trPr>
          <w:trHeight w:val="230"/>
          <w:jc w:val="center"/>
        </w:trPr>
        <w:tc>
          <w:tcPr>
            <w:tcW w:w="1390" w:type="dxa"/>
            <w:vAlign w:val="center"/>
          </w:tcPr>
          <w:p w14:paraId="5B56A35E" w14:textId="77777777" w:rsidR="003804D5" w:rsidRPr="00E23AD6" w:rsidRDefault="00342D17" w:rsidP="005458A3">
            <w:pPr>
              <w:tabs>
                <w:tab w:val="left" w:pos="708"/>
                <w:tab w:val="left" w:pos="1416"/>
                <w:tab w:val="left" w:pos="1930"/>
              </w:tabs>
              <w:jc w:val="center"/>
              <w:rPr>
                <w:rFonts w:ascii="Cambria Math" w:eastAsiaTheme="minorEastAsia" w:hAnsi="Cambria Math"/>
              </w:rPr>
            </w:pPr>
            <m:oMathPara>
              <m:oMath>
                <m:sSubSup>
                  <m:sSubSupPr>
                    <m:ctrlPr>
                      <w:rPr>
                        <w:rFonts w:ascii="Cambria Math" w:hAnsi="Cambria Math"/>
                        <w:i/>
                      </w:rPr>
                    </m:ctrlPr>
                  </m:sSubSupPr>
                  <m:e>
                    <m:r>
                      <w:rPr>
                        <w:rFonts w:ascii="Cambria Math" w:hAnsi="Cambria Math"/>
                      </w:rPr>
                      <m:t>P</m:t>
                    </m:r>
                  </m:e>
                  <m:sub>
                    <m:r>
                      <w:rPr>
                        <w:rFonts w:ascii="Cambria Math" w:hAnsi="Cambria Math"/>
                      </w:rPr>
                      <m:t>st</m:t>
                    </m:r>
                  </m:sub>
                  <m:sup>
                    <m:r>
                      <w:rPr>
                        <w:rFonts w:ascii="Cambria Math" w:hAnsi="Cambria Math"/>
                      </w:rPr>
                      <m:t>(s)</m:t>
                    </m:r>
                  </m:sup>
                </m:sSubSup>
              </m:oMath>
            </m:oMathPara>
          </w:p>
        </w:tc>
        <w:tc>
          <w:tcPr>
            <w:tcW w:w="7961" w:type="dxa"/>
            <w:vAlign w:val="center"/>
          </w:tcPr>
          <w:p w14:paraId="25C63CDE" w14:textId="77777777" w:rsidR="003804D5" w:rsidRPr="00E23AD6" w:rsidRDefault="003804D5" w:rsidP="005458A3">
            <w:pPr>
              <w:tabs>
                <w:tab w:val="left" w:pos="708"/>
                <w:tab w:val="left" w:pos="1416"/>
                <w:tab w:val="left" w:pos="1930"/>
              </w:tabs>
              <w:rPr>
                <w:rFonts w:ascii="Roboto Condensed" w:eastAsiaTheme="minorEastAsia" w:hAnsi="Roboto Condensed"/>
                <w:sz w:val="20"/>
                <w:szCs w:val="20"/>
              </w:rPr>
            </w:pPr>
            <w:r w:rsidRPr="00E23AD6">
              <w:rPr>
                <w:rFonts w:ascii="Roboto Condensed" w:eastAsiaTheme="minorEastAsia" w:hAnsi="Roboto Condensed"/>
                <w:sz w:val="20"/>
                <w:szCs w:val="20"/>
              </w:rPr>
              <w:t xml:space="preserve">powierzchnia terenów niezabudowanych w tym luk w zabudowie istniejącej w strefie </w:t>
            </w:r>
            <w:r w:rsidRPr="00E23AD6">
              <w:rPr>
                <w:rFonts w:ascii="Cambria Math" w:eastAsiaTheme="minorEastAsia" w:hAnsi="Cambria Math" w:cs="Cambria Math"/>
                <w:sz w:val="20"/>
                <w:szCs w:val="20"/>
              </w:rPr>
              <w:t>𝑠</w:t>
            </w:r>
            <w:r w:rsidRPr="00E23AD6">
              <w:rPr>
                <w:rFonts w:ascii="Roboto Condensed" w:eastAsiaTheme="minorEastAsia" w:hAnsi="Roboto Condensed"/>
                <w:sz w:val="20"/>
                <w:szCs w:val="20"/>
              </w:rPr>
              <w:t>, wyrażona w hektarach z dokładnością do 1 m</w:t>
            </w:r>
            <w:r w:rsidRPr="00E23AD6">
              <w:rPr>
                <w:rFonts w:ascii="Roboto Condensed" w:eastAsiaTheme="minorEastAsia" w:hAnsi="Roboto Condensed"/>
                <w:sz w:val="20"/>
                <w:szCs w:val="20"/>
                <w:vertAlign w:val="superscript"/>
              </w:rPr>
              <w:t>2</w:t>
            </w:r>
          </w:p>
        </w:tc>
      </w:tr>
      <w:tr w:rsidR="003804D5" w:rsidRPr="006D50C6" w14:paraId="565F95FF" w14:textId="77777777" w:rsidTr="005458A3">
        <w:trPr>
          <w:jc w:val="center"/>
        </w:trPr>
        <w:tc>
          <w:tcPr>
            <w:tcW w:w="1390" w:type="dxa"/>
            <w:vAlign w:val="center"/>
          </w:tcPr>
          <w:p w14:paraId="1945BA98" w14:textId="77777777" w:rsidR="003804D5" w:rsidRPr="00E23AD6" w:rsidRDefault="00342D17" w:rsidP="005458A3">
            <w:pPr>
              <w:tabs>
                <w:tab w:val="left" w:pos="708"/>
                <w:tab w:val="left" w:pos="1416"/>
                <w:tab w:val="left" w:pos="1930"/>
              </w:tabs>
              <w:jc w:val="center"/>
              <w:rPr>
                <w:rFonts w:ascii="Cambria Math" w:eastAsiaTheme="minorEastAsia" w:hAnsi="Cambria Math"/>
              </w:rPr>
            </w:pPr>
            <m:oMathPara>
              <m:oMath>
                <m:sSup>
                  <m:sSupPr>
                    <m:ctrlPr>
                      <w:rPr>
                        <w:rFonts w:ascii="Cambria Math" w:hAnsi="Cambria Math"/>
                        <w:i/>
                      </w:rPr>
                    </m:ctrlPr>
                  </m:sSupPr>
                  <m:e>
                    <m:r>
                      <w:rPr>
                        <w:rFonts w:ascii="Cambria Math" w:hAnsi="Cambria Math"/>
                      </w:rPr>
                      <m:t>I</m:t>
                    </m:r>
                  </m:e>
                  <m:sup>
                    <m:r>
                      <w:rPr>
                        <w:rFonts w:ascii="Cambria Math" w:hAnsi="Cambria Math"/>
                      </w:rPr>
                      <m:t>(s)</m:t>
                    </m:r>
                  </m:sup>
                </m:sSup>
              </m:oMath>
            </m:oMathPara>
          </w:p>
        </w:tc>
        <w:tc>
          <w:tcPr>
            <w:tcW w:w="7961" w:type="dxa"/>
            <w:vAlign w:val="center"/>
          </w:tcPr>
          <w:p w14:paraId="231421C0" w14:textId="77777777" w:rsidR="003804D5" w:rsidRPr="00E23AD6" w:rsidRDefault="003804D5" w:rsidP="005458A3">
            <w:pPr>
              <w:tabs>
                <w:tab w:val="left" w:pos="708"/>
                <w:tab w:val="left" w:pos="1416"/>
                <w:tab w:val="left" w:pos="1930"/>
              </w:tabs>
              <w:rPr>
                <w:rFonts w:ascii="Roboto Condensed" w:eastAsiaTheme="minorEastAsia" w:hAnsi="Roboto Condensed"/>
                <w:sz w:val="20"/>
                <w:szCs w:val="20"/>
              </w:rPr>
            </w:pPr>
            <w:r w:rsidRPr="00E23AD6">
              <w:rPr>
                <w:rFonts w:ascii="Roboto Condensed" w:eastAsiaTheme="minorEastAsia" w:hAnsi="Roboto Condensed"/>
                <w:sz w:val="20"/>
                <w:szCs w:val="20"/>
              </w:rPr>
              <w:t xml:space="preserve">projektowana maksymalna nadziemna intensywność zabudowy dla strefy </w:t>
            </w:r>
            <w:r w:rsidRPr="00E23AD6">
              <w:rPr>
                <w:rFonts w:ascii="Cambria Math" w:eastAsiaTheme="minorEastAsia" w:hAnsi="Cambria Math" w:cs="Cambria Math"/>
                <w:sz w:val="20"/>
                <w:szCs w:val="20"/>
              </w:rPr>
              <w:t>𝑠</w:t>
            </w:r>
          </w:p>
        </w:tc>
      </w:tr>
      <w:tr w:rsidR="003804D5" w:rsidRPr="006D50C6" w14:paraId="3A9AB0B5" w14:textId="77777777" w:rsidTr="005458A3">
        <w:trPr>
          <w:trHeight w:val="142"/>
          <w:jc w:val="center"/>
        </w:trPr>
        <w:tc>
          <w:tcPr>
            <w:tcW w:w="1390" w:type="dxa"/>
            <w:vAlign w:val="center"/>
          </w:tcPr>
          <w:p w14:paraId="2C0A29E9" w14:textId="77777777" w:rsidR="003804D5" w:rsidRPr="0098773F" w:rsidRDefault="00342D17" w:rsidP="005458A3">
            <w:pPr>
              <w:tabs>
                <w:tab w:val="left" w:pos="708"/>
                <w:tab w:val="left" w:pos="1416"/>
                <w:tab w:val="left" w:pos="1930"/>
              </w:tabs>
              <w:jc w:val="center"/>
              <w:rPr>
                <w:rFonts w:ascii="Cambria Math" w:hAnsi="Cambria Math"/>
              </w:rPr>
            </w:pPr>
            <m:oMathPara>
              <m:oMath>
                <m:sSubSup>
                  <m:sSubSupPr>
                    <m:ctrlPr>
                      <w:rPr>
                        <w:rFonts w:ascii="Cambria Math" w:hAnsi="Cambria Math"/>
                        <w:i/>
                      </w:rPr>
                    </m:ctrlPr>
                  </m:sSubSupPr>
                  <m:e>
                    <m:r>
                      <w:rPr>
                        <w:rFonts w:ascii="Cambria Math" w:hAnsi="Cambria Math"/>
                      </w:rPr>
                      <m:t>W</m:t>
                    </m:r>
                  </m:e>
                  <m:sub>
                    <m:r>
                      <w:rPr>
                        <w:rFonts w:ascii="Cambria Math" w:hAnsi="Cambria Math"/>
                      </w:rPr>
                      <m:t>Ch</m:t>
                    </m:r>
                  </m:sub>
                  <m:sup>
                    <m:r>
                      <w:rPr>
                        <w:rFonts w:ascii="Cambria Math" w:hAnsi="Cambria Math"/>
                      </w:rPr>
                      <m:t>(s)</m:t>
                    </m:r>
                  </m:sup>
                </m:sSubSup>
              </m:oMath>
            </m:oMathPara>
          </w:p>
        </w:tc>
        <w:tc>
          <w:tcPr>
            <w:tcW w:w="7961" w:type="dxa"/>
            <w:vAlign w:val="center"/>
          </w:tcPr>
          <w:p w14:paraId="1CF6940E" w14:textId="77777777" w:rsidR="003804D5" w:rsidRPr="00E23AD6" w:rsidRDefault="003804D5" w:rsidP="005458A3">
            <w:pPr>
              <w:tabs>
                <w:tab w:val="left" w:pos="708"/>
                <w:tab w:val="left" w:pos="1416"/>
                <w:tab w:val="left" w:pos="1930"/>
              </w:tabs>
              <w:rPr>
                <w:rFonts w:ascii="Roboto Condensed" w:eastAsiaTheme="minorEastAsia" w:hAnsi="Roboto Condensed"/>
                <w:sz w:val="20"/>
                <w:szCs w:val="20"/>
              </w:rPr>
            </w:pPr>
            <w:r w:rsidRPr="00E23AD6">
              <w:rPr>
                <w:rFonts w:ascii="Roboto Condensed" w:eastAsiaTheme="minorEastAsia" w:hAnsi="Roboto Condensed"/>
                <w:sz w:val="20"/>
                <w:szCs w:val="20"/>
              </w:rPr>
              <w:t xml:space="preserve">wskaźnik chłonności (os./ha) uznany za najbardziej zbliżony do planowanej zabudowy w strefie </w:t>
            </w:r>
            <w:r w:rsidRPr="00E23AD6">
              <w:rPr>
                <w:rFonts w:ascii="Cambria Math" w:eastAsiaTheme="minorEastAsia" w:hAnsi="Cambria Math" w:cs="Cambria Math"/>
                <w:sz w:val="20"/>
                <w:szCs w:val="20"/>
              </w:rPr>
              <w:t>𝑠</w:t>
            </w:r>
          </w:p>
        </w:tc>
      </w:tr>
      <w:tr w:rsidR="003804D5" w:rsidRPr="006D50C6" w14:paraId="1E372DA3" w14:textId="77777777" w:rsidTr="005458A3">
        <w:trPr>
          <w:trHeight w:val="424"/>
          <w:jc w:val="center"/>
        </w:trPr>
        <w:tc>
          <w:tcPr>
            <w:tcW w:w="1390" w:type="dxa"/>
            <w:vAlign w:val="center"/>
          </w:tcPr>
          <w:p w14:paraId="5B79DE81" w14:textId="77777777" w:rsidR="003804D5" w:rsidRPr="0098773F" w:rsidRDefault="00342D17" w:rsidP="005458A3">
            <w:pPr>
              <w:tabs>
                <w:tab w:val="left" w:pos="708"/>
                <w:tab w:val="left" w:pos="1416"/>
                <w:tab w:val="left" w:pos="1930"/>
              </w:tabs>
              <w:jc w:val="center"/>
              <w:rPr>
                <w:rFonts w:eastAsia="Aptos"/>
              </w:rPr>
            </w:pPr>
            <m:oMathPara>
              <m:oMath>
                <m:sSubSup>
                  <m:sSubSupPr>
                    <m:ctrlPr>
                      <w:rPr>
                        <w:rFonts w:ascii="Cambria Math" w:hAnsi="Cambria Math"/>
                        <w:i/>
                      </w:rPr>
                    </m:ctrlPr>
                  </m:sSubSupPr>
                  <m:e>
                    <m:r>
                      <w:rPr>
                        <w:rFonts w:ascii="Cambria Math" w:hAnsi="Cambria Math"/>
                      </w:rPr>
                      <m:t>f</m:t>
                    </m:r>
                  </m:e>
                  <m:sub>
                    <m:r>
                      <w:rPr>
                        <w:rFonts w:ascii="Cambria Math" w:hAnsi="Cambria Math"/>
                      </w:rPr>
                      <m:t>m</m:t>
                    </m:r>
                  </m:sub>
                  <m:sup>
                    <m:r>
                      <w:rPr>
                        <w:rFonts w:ascii="Cambria Math" w:hAnsi="Cambria Math"/>
                      </w:rPr>
                      <m:t>(s)</m:t>
                    </m:r>
                  </m:sup>
                </m:sSubSup>
              </m:oMath>
            </m:oMathPara>
          </w:p>
        </w:tc>
        <w:tc>
          <w:tcPr>
            <w:tcW w:w="7961" w:type="dxa"/>
            <w:vAlign w:val="center"/>
          </w:tcPr>
          <w:p w14:paraId="6D59D107" w14:textId="77777777" w:rsidR="003804D5" w:rsidRPr="0098773F" w:rsidRDefault="003804D5" w:rsidP="005458A3">
            <w:pPr>
              <w:tabs>
                <w:tab w:val="left" w:pos="708"/>
                <w:tab w:val="left" w:pos="1416"/>
                <w:tab w:val="left" w:pos="1930"/>
              </w:tabs>
              <w:rPr>
                <w:rFonts w:ascii="Roboto Condensed" w:eastAsiaTheme="minorEastAsia" w:hAnsi="Roboto Condensed"/>
                <w:color w:val="FFC000"/>
                <w:sz w:val="20"/>
                <w:szCs w:val="20"/>
              </w:rPr>
            </w:pPr>
            <w:r w:rsidRPr="0098773F">
              <w:rPr>
                <w:rFonts w:ascii="Roboto Condensed" w:eastAsiaTheme="minorEastAsia" w:hAnsi="Roboto Condensed"/>
                <w:sz w:val="20"/>
                <w:szCs w:val="20"/>
              </w:rPr>
              <w:t xml:space="preserve">prognozowany udział (proporcja) funkcji mieszkaniowej w strefie </w:t>
            </w:r>
            <w:r w:rsidRPr="0098773F">
              <w:rPr>
                <w:rFonts w:ascii="Cambria Math" w:eastAsiaTheme="minorEastAsia" w:hAnsi="Cambria Math" w:cs="Cambria Math"/>
                <w:sz w:val="20"/>
                <w:szCs w:val="20"/>
              </w:rPr>
              <w:t>𝑠</w:t>
            </w:r>
          </w:p>
          <w:p w14:paraId="29B4F567" w14:textId="77777777" w:rsidR="003804D5" w:rsidRPr="0098773F" w:rsidRDefault="003804D5" w:rsidP="005458A3">
            <w:pPr>
              <w:tabs>
                <w:tab w:val="left" w:pos="708"/>
                <w:tab w:val="left" w:pos="1416"/>
                <w:tab w:val="left" w:pos="1930"/>
              </w:tabs>
              <w:rPr>
                <w:rFonts w:ascii="Cambria Math" w:eastAsiaTheme="minorEastAsia" w:hAnsi="Cambria Math"/>
                <w:i/>
                <w:iCs/>
                <w:color w:val="FFC000"/>
                <w:sz w:val="18"/>
                <w:szCs w:val="18"/>
              </w:rPr>
            </w:pPr>
            <w:r>
              <w:rPr>
                <w:rFonts w:ascii="Cambria Math" w:eastAsiaTheme="minorEastAsia" w:hAnsi="Cambria Math"/>
                <w:i/>
                <w:iCs/>
                <w:sz w:val="18"/>
                <w:szCs w:val="18"/>
              </w:rPr>
              <w:t xml:space="preserve">       p</w:t>
            </w:r>
            <w:r w:rsidRPr="0098773F">
              <w:rPr>
                <w:rFonts w:ascii="Cambria Math" w:eastAsiaTheme="minorEastAsia" w:hAnsi="Cambria Math"/>
                <w:i/>
                <w:iCs/>
                <w:sz w:val="18"/>
                <w:szCs w:val="18"/>
              </w:rPr>
              <w:t>rzyjmuje wartość z zakresu [0,1], gdzie wartość ‘1’ odpowiada 100% funkcji mieszkaniowej.</w:t>
            </w:r>
          </w:p>
        </w:tc>
      </w:tr>
      <w:tr w:rsidR="003804D5" w:rsidRPr="006D50C6" w14:paraId="7FCB916E" w14:textId="77777777" w:rsidTr="005458A3">
        <w:trPr>
          <w:trHeight w:val="53"/>
          <w:jc w:val="center"/>
        </w:trPr>
        <w:tc>
          <w:tcPr>
            <w:tcW w:w="1390" w:type="dxa"/>
            <w:vAlign w:val="center"/>
          </w:tcPr>
          <w:p w14:paraId="45DE890D" w14:textId="77777777" w:rsidR="003804D5" w:rsidRPr="008B2390" w:rsidRDefault="003804D5" w:rsidP="005458A3">
            <w:pPr>
              <w:tabs>
                <w:tab w:val="left" w:pos="708"/>
                <w:tab w:val="left" w:pos="1416"/>
                <w:tab w:val="left" w:pos="1930"/>
              </w:tabs>
              <w:jc w:val="center"/>
              <w:rPr>
                <w:rFonts w:ascii="Cambria Math" w:hAnsi="Cambria Math"/>
                <w:sz w:val="20"/>
                <w:szCs w:val="20"/>
              </w:rPr>
            </w:pPr>
            <w:proofErr w:type="spellStart"/>
            <w:r w:rsidRPr="008B2390">
              <w:rPr>
                <w:rFonts w:ascii="Cambria Math" w:hAnsi="Cambria Math"/>
                <w:sz w:val="20"/>
                <w:szCs w:val="20"/>
              </w:rPr>
              <w:t>round</w:t>
            </w:r>
            <w:proofErr w:type="spellEnd"/>
            <w:r w:rsidRPr="008B2390">
              <w:rPr>
                <w:rFonts w:ascii="Cambria Math" w:hAnsi="Cambria Math"/>
                <w:sz w:val="20"/>
                <w:szCs w:val="20"/>
              </w:rPr>
              <w:t>(⋅)</w:t>
            </w:r>
          </w:p>
        </w:tc>
        <w:tc>
          <w:tcPr>
            <w:tcW w:w="7961" w:type="dxa"/>
            <w:vAlign w:val="center"/>
          </w:tcPr>
          <w:p w14:paraId="053C9277" w14:textId="77777777" w:rsidR="003804D5" w:rsidRPr="008B2390" w:rsidRDefault="003804D5" w:rsidP="005458A3">
            <w:pPr>
              <w:tabs>
                <w:tab w:val="left" w:pos="708"/>
                <w:tab w:val="left" w:pos="1416"/>
                <w:tab w:val="left" w:pos="1930"/>
              </w:tabs>
              <w:rPr>
                <w:rFonts w:ascii="Roboto Condensed" w:eastAsiaTheme="minorEastAsia" w:hAnsi="Roboto Condensed"/>
                <w:sz w:val="20"/>
                <w:szCs w:val="20"/>
              </w:rPr>
            </w:pPr>
            <w:r w:rsidRPr="008B2390">
              <w:rPr>
                <w:rFonts w:ascii="Roboto Condensed" w:eastAsiaTheme="minorEastAsia" w:hAnsi="Roboto Condensed"/>
                <w:sz w:val="20"/>
                <w:szCs w:val="20"/>
              </w:rPr>
              <w:t>oznacza zaokrąglenie wyniku częściowego dla strefy do liczby całkowitej.</w:t>
            </w:r>
          </w:p>
        </w:tc>
      </w:tr>
    </w:tbl>
    <w:p w14:paraId="3F971DA0" w14:textId="77777777" w:rsidR="003804D5" w:rsidRPr="006D50C6" w:rsidRDefault="003804D5" w:rsidP="003804D5">
      <w:pPr>
        <w:ind w:left="142"/>
        <w:rPr>
          <w:rFonts w:ascii="Roboto Condensed" w:hAnsi="Roboto Condensed"/>
          <w:color w:val="FFC000"/>
          <w:sz w:val="20"/>
          <w:szCs w:val="20"/>
        </w:rPr>
      </w:pPr>
    </w:p>
    <w:p w14:paraId="235855EC" w14:textId="666E1DB4" w:rsidR="003804D5" w:rsidRPr="00421FFC" w:rsidRDefault="003804D5" w:rsidP="003804D5">
      <w:pPr>
        <w:ind w:left="142"/>
        <w:jc w:val="both"/>
        <w:rPr>
          <w:rFonts w:ascii="Roboto Condensed" w:hAnsi="Roboto Condensed"/>
          <w:sz w:val="20"/>
          <w:szCs w:val="20"/>
        </w:rPr>
      </w:pPr>
      <w:r w:rsidRPr="00E23AD6">
        <w:rPr>
          <w:rFonts w:ascii="Roboto Condensed" w:hAnsi="Roboto Condensed"/>
          <w:sz w:val="20"/>
          <w:szCs w:val="20"/>
        </w:rPr>
        <w:t xml:space="preserve">Wzór spójnie łączy powierzchnię luk (w ha), intensywność zabudowy oraz wskaźnik os./ha wynikający z rzeczywistych przykładów występujących na terenie gminy, co jest </w:t>
      </w:r>
      <w:r w:rsidRPr="00421FFC">
        <w:rPr>
          <w:rFonts w:ascii="Roboto Condensed" w:hAnsi="Roboto Condensed"/>
          <w:sz w:val="20"/>
          <w:szCs w:val="20"/>
        </w:rPr>
        <w:t>zgodne z ideą „zasady analogii” (odwołanie do najbardziej zbliżonych warunków zabudowy) i uwzględnia rodzaj oraz poziom nadziemnej intensywność zabudowy nowych inwestycji. Ustawodawca wymaga sumarycznej weryfikacji chłonności w całej gminie, sprawdzając czy mieści się ona w przedziale 70–130% zapotrzebowania. Wyznaczenie zatomizowanego wskaźnika dla poszczególnych stref planistycznych i zsumowanie ich rezultatów wyczerpuje ten wymóg ustawowy.</w:t>
      </w:r>
      <w:r w:rsidR="008E1CFC">
        <w:rPr>
          <w:rFonts w:ascii="Roboto Condensed" w:hAnsi="Roboto Condensed"/>
          <w:sz w:val="20"/>
          <w:szCs w:val="20"/>
        </w:rPr>
        <w:t xml:space="preserve"> Szczegółowe </w:t>
      </w:r>
      <w:r w:rsidR="00B8236D">
        <w:rPr>
          <w:rFonts w:ascii="Roboto Condensed" w:hAnsi="Roboto Condensed"/>
          <w:sz w:val="20"/>
          <w:szCs w:val="20"/>
        </w:rPr>
        <w:t xml:space="preserve">obliczenia chłonności znajdują się w </w:t>
      </w:r>
      <w:hyperlink w:anchor="_Obliczenie_chłonności_terenów" w:history="1">
        <w:r w:rsidR="00B8236D" w:rsidRPr="00B8236D">
          <w:rPr>
            <w:rStyle w:val="Hipercze"/>
            <w:rFonts w:ascii="Roboto Condensed" w:hAnsi="Roboto Condensed"/>
            <w:i/>
            <w:iCs/>
            <w:color w:val="auto"/>
            <w:sz w:val="20"/>
            <w:szCs w:val="20"/>
            <w:u w:val="none"/>
          </w:rPr>
          <w:t>Obliczenie chłonności terenów niezabudowanych.</w:t>
        </w:r>
      </w:hyperlink>
    </w:p>
    <w:p w14:paraId="6F8CC130" w14:textId="32DC07FD" w:rsidR="00F82964" w:rsidRPr="003C3AE2" w:rsidRDefault="00F82964" w:rsidP="00A53B07">
      <w:pPr>
        <w:pStyle w:val="Nagwek1"/>
        <w:spacing w:before="60" w:after="60" w:line="240" w:lineRule="auto"/>
        <w:ind w:left="907" w:hanging="567"/>
        <w:rPr>
          <w:rFonts w:ascii="Roboto Condensed" w:hAnsi="Roboto Condensed"/>
          <w:bCs/>
          <w:i/>
          <w:iCs/>
          <w:sz w:val="22"/>
          <w:szCs w:val="22"/>
          <w:u w:val="single"/>
          <w:lang w:val="pl-PL"/>
        </w:rPr>
      </w:pPr>
      <w:bookmarkStart w:id="119" w:name="_Ref199849485"/>
      <w:bookmarkStart w:id="120" w:name="_Toc206769055"/>
      <w:r w:rsidRPr="003C3AE2">
        <w:rPr>
          <w:rFonts w:ascii="Roboto Condensed" w:hAnsi="Roboto Condensed"/>
          <w:bCs/>
          <w:i/>
          <w:iCs/>
          <w:sz w:val="22"/>
          <w:szCs w:val="22"/>
          <w:u w:val="single"/>
          <w:lang w:val="pl-PL"/>
        </w:rPr>
        <w:t>Delimitacja terenów niezabudowanych i luk w istniejącej zabudowie</w:t>
      </w:r>
      <w:bookmarkEnd w:id="119"/>
      <w:bookmarkEnd w:id="120"/>
      <w:r w:rsidRPr="003C3AE2">
        <w:rPr>
          <w:rFonts w:ascii="Roboto Condensed" w:hAnsi="Roboto Condensed"/>
          <w:bCs/>
          <w:i/>
          <w:iCs/>
          <w:sz w:val="22"/>
          <w:szCs w:val="22"/>
          <w:u w:val="single"/>
          <w:lang w:val="pl-PL"/>
        </w:rPr>
        <w:t xml:space="preserve"> </w:t>
      </w:r>
    </w:p>
    <w:p w14:paraId="505B72FA" w14:textId="5CA1CEC5" w:rsidR="00B76342" w:rsidRPr="00E635FC" w:rsidRDefault="00B76342" w:rsidP="00957C45">
      <w:pPr>
        <w:pStyle w:val="Tekstpodstawowy2"/>
        <w:spacing w:before="120" w:after="120" w:line="240" w:lineRule="auto"/>
        <w:ind w:left="170"/>
        <w:rPr>
          <w:rFonts w:ascii="Roboto Condensed" w:hAnsi="Roboto Condensed"/>
          <w:sz w:val="20"/>
          <w:lang w:val="pl-PL"/>
        </w:rPr>
      </w:pPr>
      <w:r w:rsidRPr="00E635FC">
        <w:rPr>
          <w:rFonts w:ascii="Roboto Condensed" w:hAnsi="Roboto Condensed"/>
          <w:sz w:val="20"/>
          <w:lang w:val="pl-PL"/>
        </w:rPr>
        <w:t xml:space="preserve">Przepisy nie definiują pojęcia luki, wiążące więc tu </w:t>
      </w:r>
      <w:r w:rsidR="00062B96" w:rsidRPr="00E635FC">
        <w:rPr>
          <w:rFonts w:ascii="Roboto Condensed" w:hAnsi="Roboto Condensed"/>
          <w:sz w:val="20"/>
          <w:lang w:val="pl-PL"/>
        </w:rPr>
        <w:t xml:space="preserve">jest </w:t>
      </w:r>
      <w:r w:rsidRPr="00E635FC">
        <w:rPr>
          <w:rFonts w:ascii="Roboto Condensed" w:hAnsi="Roboto Condensed"/>
          <w:sz w:val="20"/>
          <w:lang w:val="pl-PL"/>
        </w:rPr>
        <w:t>doświadczenie i warsztat urbanisty sporządzającego projekt, by takie luki zidentyfikować. Na podobnej zasadzie urbanista identyfikować będzie tereny w ramach wyznaczanych stref, które będą potencjalnie podlegały zabudowie</w:t>
      </w:r>
      <w:r w:rsidR="00A57D1F" w:rsidRPr="00E635FC">
        <w:rPr>
          <w:rFonts w:ascii="Roboto Condensed" w:hAnsi="Roboto Condensed"/>
          <w:sz w:val="20"/>
          <w:lang w:val="pl-PL"/>
        </w:rPr>
        <w:t>,</w:t>
      </w:r>
      <w:r w:rsidR="007A4116" w:rsidRPr="00E635FC">
        <w:rPr>
          <w:rFonts w:ascii="Roboto Condensed" w:hAnsi="Roboto Condensed"/>
          <w:sz w:val="20"/>
          <w:lang w:val="pl-PL"/>
        </w:rPr>
        <w:t xml:space="preserve"> będzie poddawał analizie obszary już zabudowane pod kątem możliwości realizacji na nim zabudowy w ramach uzupełnień luk.</w:t>
      </w:r>
    </w:p>
    <w:p w14:paraId="35B60E5E" w14:textId="7BFD081C" w:rsidR="000A22E2" w:rsidRPr="00E635FC" w:rsidRDefault="000A22E2" w:rsidP="00957C45">
      <w:pPr>
        <w:pStyle w:val="Tekstpodstawowy2"/>
        <w:spacing w:before="120" w:after="120" w:line="240" w:lineRule="auto"/>
        <w:ind w:left="170"/>
        <w:rPr>
          <w:rFonts w:ascii="Roboto Condensed" w:hAnsi="Roboto Condensed"/>
          <w:sz w:val="20"/>
          <w:lang w:val="pl-PL"/>
        </w:rPr>
      </w:pPr>
      <w:r w:rsidRPr="00E635FC">
        <w:rPr>
          <w:rFonts w:ascii="Roboto Condensed" w:hAnsi="Roboto Condensed"/>
          <w:sz w:val="20"/>
          <w:lang w:val="pl-PL"/>
        </w:rPr>
        <w:t>Do wyznaczenia terenów niezabudowanych, w tym luk w istniejącej zabudowie w ramach wyznaczonych stref wielofunkcyjnych należy określić, które tereny są już obecnie zabudowane (zainwestowane), a następnie odjąć je od wyznaczonych w projekcie planu ogólnego stref wielofunkcyjnych.</w:t>
      </w:r>
    </w:p>
    <w:p w14:paraId="55BAA657" w14:textId="687E4CF6" w:rsidR="00F21B0F" w:rsidRPr="004D3EEA" w:rsidRDefault="00F21B0F" w:rsidP="004D3EEA">
      <w:pPr>
        <w:pStyle w:val="Tekstpodstawowy2"/>
        <w:spacing w:before="120" w:after="120" w:line="240" w:lineRule="auto"/>
        <w:ind w:left="170"/>
        <w:rPr>
          <w:rFonts w:ascii="Roboto Condensed" w:hAnsi="Roboto Condensed"/>
          <w:sz w:val="20"/>
          <w:lang w:val="pl-PL"/>
        </w:rPr>
      </w:pPr>
      <w:r w:rsidRPr="004D3EEA">
        <w:rPr>
          <w:rFonts w:ascii="Roboto Condensed" w:hAnsi="Roboto Condensed"/>
          <w:sz w:val="20"/>
          <w:lang w:val="pl-PL"/>
        </w:rPr>
        <w:t>Wyznaczanie terenów niezabudowanych oraz luk w istniejącej zabudowie przeprowadzono w sposób manualny, opierając się na następujących zestawach danych:</w:t>
      </w:r>
    </w:p>
    <w:p w14:paraId="748C2F58" w14:textId="2DCC9619" w:rsidR="00F21B0F" w:rsidRPr="00E635FC" w:rsidRDefault="00F21B0F" w:rsidP="008636AA">
      <w:pPr>
        <w:pStyle w:val="Tekstpodstawowy2"/>
        <w:numPr>
          <w:ilvl w:val="0"/>
          <w:numId w:val="8"/>
        </w:numPr>
        <w:spacing w:before="40" w:after="40" w:line="240" w:lineRule="auto"/>
        <w:ind w:left="567" w:hanging="227"/>
        <w:rPr>
          <w:rFonts w:ascii="Roboto Condensed" w:hAnsi="Roboto Condensed"/>
          <w:sz w:val="20"/>
          <w:lang w:val="pl-PL"/>
        </w:rPr>
      </w:pPr>
      <w:bookmarkStart w:id="121" w:name="_Hlk204776320"/>
      <w:proofErr w:type="spellStart"/>
      <w:r w:rsidRPr="00E635FC">
        <w:rPr>
          <w:rFonts w:ascii="Roboto Condensed" w:hAnsi="Roboto Condensed"/>
          <w:sz w:val="20"/>
          <w:lang w:val="pl-PL"/>
        </w:rPr>
        <w:t>EGiB</w:t>
      </w:r>
      <w:proofErr w:type="spellEnd"/>
      <w:r w:rsidRPr="00E635FC">
        <w:rPr>
          <w:rFonts w:ascii="Roboto Condensed" w:hAnsi="Roboto Condensed"/>
          <w:sz w:val="20"/>
          <w:lang w:val="pl-PL"/>
        </w:rPr>
        <w:t xml:space="preserve"> </w:t>
      </w:r>
      <w:bookmarkEnd w:id="121"/>
      <w:r w:rsidRPr="00E635FC">
        <w:rPr>
          <w:rFonts w:ascii="Roboto Condensed" w:hAnsi="Roboto Condensed"/>
          <w:sz w:val="20"/>
          <w:lang w:val="pl-PL"/>
        </w:rPr>
        <w:t xml:space="preserve">(Ewidencja Gruntów i Budynków) – granice działek ewidencyjnych, granice użytków i </w:t>
      </w:r>
      <w:proofErr w:type="spellStart"/>
      <w:r w:rsidRPr="00E635FC">
        <w:rPr>
          <w:rFonts w:ascii="Roboto Condensed" w:hAnsi="Roboto Condensed"/>
          <w:sz w:val="20"/>
          <w:lang w:val="pl-PL"/>
        </w:rPr>
        <w:t>klasoużytków</w:t>
      </w:r>
      <w:proofErr w:type="spellEnd"/>
      <w:r w:rsidRPr="00E635FC">
        <w:rPr>
          <w:rFonts w:ascii="Roboto Condensed" w:hAnsi="Roboto Condensed"/>
          <w:sz w:val="20"/>
          <w:lang w:val="pl-PL"/>
        </w:rPr>
        <w:t xml:space="preserve"> oraz budynkach</w:t>
      </w:r>
      <w:r w:rsidR="006E5C53">
        <w:rPr>
          <w:rFonts w:ascii="Roboto Condensed" w:hAnsi="Roboto Condensed"/>
          <w:sz w:val="20"/>
          <w:lang w:val="pl-PL"/>
        </w:rPr>
        <w:t>,</w:t>
      </w:r>
    </w:p>
    <w:p w14:paraId="410137B5" w14:textId="4D27DB72" w:rsidR="00F21B0F" w:rsidRPr="00E635FC" w:rsidRDefault="00F21B0F" w:rsidP="008636AA">
      <w:pPr>
        <w:pStyle w:val="Tekstpodstawowy2"/>
        <w:numPr>
          <w:ilvl w:val="0"/>
          <w:numId w:val="8"/>
        </w:numPr>
        <w:spacing w:before="40" w:after="40" w:line="240" w:lineRule="auto"/>
        <w:ind w:left="567" w:hanging="227"/>
        <w:rPr>
          <w:rFonts w:ascii="Roboto Condensed" w:hAnsi="Roboto Condensed"/>
          <w:sz w:val="20"/>
          <w:lang w:val="pl-PL"/>
        </w:rPr>
      </w:pPr>
      <w:r w:rsidRPr="00E635FC">
        <w:rPr>
          <w:rFonts w:ascii="Roboto Condensed" w:hAnsi="Roboto Condensed"/>
          <w:sz w:val="20"/>
          <w:lang w:val="pl-PL"/>
        </w:rPr>
        <w:t xml:space="preserve">BDOT500 – obiekty topograficzne, takie jak ogrodzenia, jezdnie oraz budynki nieujęte w </w:t>
      </w:r>
      <w:proofErr w:type="spellStart"/>
      <w:r w:rsidRPr="00E635FC">
        <w:rPr>
          <w:rFonts w:ascii="Roboto Condensed" w:hAnsi="Roboto Condensed"/>
          <w:sz w:val="20"/>
          <w:lang w:val="pl-PL"/>
        </w:rPr>
        <w:t>EGiB</w:t>
      </w:r>
      <w:proofErr w:type="spellEnd"/>
      <w:r w:rsidR="006E5C53">
        <w:rPr>
          <w:rFonts w:ascii="Roboto Condensed" w:hAnsi="Roboto Condensed"/>
          <w:sz w:val="20"/>
          <w:lang w:val="pl-PL"/>
        </w:rPr>
        <w:t>,</w:t>
      </w:r>
    </w:p>
    <w:p w14:paraId="66C2F497" w14:textId="4DBD8606" w:rsidR="00F21B0F" w:rsidRPr="00E635FC" w:rsidRDefault="00F21B0F" w:rsidP="008636AA">
      <w:pPr>
        <w:pStyle w:val="Tekstpodstawowy2"/>
        <w:numPr>
          <w:ilvl w:val="0"/>
          <w:numId w:val="8"/>
        </w:numPr>
        <w:spacing w:before="40" w:after="40" w:line="240" w:lineRule="auto"/>
        <w:ind w:left="567" w:hanging="227"/>
        <w:rPr>
          <w:rFonts w:ascii="Roboto Condensed" w:hAnsi="Roboto Condensed"/>
          <w:sz w:val="20"/>
          <w:lang w:val="pl-PL"/>
        </w:rPr>
      </w:pPr>
      <w:r w:rsidRPr="00E635FC">
        <w:rPr>
          <w:rFonts w:ascii="Roboto Condensed" w:hAnsi="Roboto Condensed"/>
          <w:sz w:val="20"/>
          <w:lang w:val="pl-PL"/>
        </w:rPr>
        <w:t>GESUT – przebieg sieci infrastruktury technicznej, która może ograniczać możliwości zagospodarowania działki</w:t>
      </w:r>
      <w:r w:rsidR="006E5C53">
        <w:rPr>
          <w:rFonts w:ascii="Roboto Condensed" w:hAnsi="Roboto Condensed"/>
          <w:sz w:val="20"/>
          <w:lang w:val="pl-PL"/>
        </w:rPr>
        <w:t>,</w:t>
      </w:r>
    </w:p>
    <w:p w14:paraId="602E3CE4" w14:textId="09E48980" w:rsidR="00F21B0F" w:rsidRPr="00E635FC" w:rsidRDefault="00F21B0F" w:rsidP="008636AA">
      <w:pPr>
        <w:pStyle w:val="Tekstpodstawowy2"/>
        <w:numPr>
          <w:ilvl w:val="0"/>
          <w:numId w:val="8"/>
        </w:numPr>
        <w:spacing w:before="40" w:after="40" w:line="240" w:lineRule="auto"/>
        <w:ind w:left="567" w:hanging="227"/>
        <w:rPr>
          <w:rFonts w:ascii="Roboto Condensed" w:hAnsi="Roboto Condensed"/>
          <w:sz w:val="20"/>
          <w:lang w:val="pl-PL"/>
        </w:rPr>
      </w:pPr>
      <w:r w:rsidRPr="00E635FC">
        <w:rPr>
          <w:rFonts w:ascii="Roboto Condensed" w:hAnsi="Roboto Condensed"/>
          <w:sz w:val="20"/>
          <w:lang w:val="pl-PL"/>
        </w:rPr>
        <w:t xml:space="preserve">BDOT10K – dane o budynkach, powstające m.in. w oparciu o </w:t>
      </w:r>
      <w:proofErr w:type="spellStart"/>
      <w:r w:rsidRPr="00E635FC">
        <w:rPr>
          <w:rFonts w:ascii="Roboto Condensed" w:hAnsi="Roboto Condensed"/>
          <w:sz w:val="20"/>
          <w:lang w:val="pl-PL"/>
        </w:rPr>
        <w:t>ortofotomapy</w:t>
      </w:r>
      <w:proofErr w:type="spellEnd"/>
      <w:r w:rsidRPr="00E635FC">
        <w:rPr>
          <w:rFonts w:ascii="Roboto Condensed" w:hAnsi="Roboto Condensed"/>
          <w:sz w:val="20"/>
          <w:lang w:val="pl-PL"/>
        </w:rPr>
        <w:t xml:space="preserve">, dzięki czemu mogą uwzględniać także obiekty nieuwzględnione w </w:t>
      </w:r>
      <w:proofErr w:type="spellStart"/>
      <w:r w:rsidRPr="00E635FC">
        <w:rPr>
          <w:rFonts w:ascii="Roboto Condensed" w:hAnsi="Roboto Condensed"/>
          <w:sz w:val="20"/>
          <w:lang w:val="pl-PL"/>
        </w:rPr>
        <w:t>EGiB</w:t>
      </w:r>
      <w:proofErr w:type="spellEnd"/>
      <w:r w:rsidRPr="00E635FC">
        <w:rPr>
          <w:rFonts w:ascii="Roboto Condensed" w:hAnsi="Roboto Condensed"/>
          <w:sz w:val="20"/>
          <w:lang w:val="pl-PL"/>
        </w:rPr>
        <w:t xml:space="preserve"> czy BDOT500 (np. samowolę budowlaną)</w:t>
      </w:r>
      <w:r w:rsidR="00293084" w:rsidRPr="00E635FC">
        <w:rPr>
          <w:rFonts w:ascii="Roboto Condensed" w:hAnsi="Roboto Condensed"/>
          <w:sz w:val="20"/>
          <w:lang w:val="pl-PL"/>
        </w:rPr>
        <w:t>,</w:t>
      </w:r>
    </w:p>
    <w:p w14:paraId="68E2D037" w14:textId="59A4CBF8" w:rsidR="00F21B0F" w:rsidRDefault="00F21B0F" w:rsidP="008636AA">
      <w:pPr>
        <w:pStyle w:val="Tekstpodstawowy2"/>
        <w:numPr>
          <w:ilvl w:val="0"/>
          <w:numId w:val="8"/>
        </w:numPr>
        <w:spacing w:before="40" w:after="40" w:line="240" w:lineRule="auto"/>
        <w:ind w:left="567" w:hanging="227"/>
        <w:rPr>
          <w:rFonts w:ascii="Roboto Condensed" w:hAnsi="Roboto Condensed"/>
          <w:sz w:val="20"/>
          <w:lang w:val="pl-PL"/>
        </w:rPr>
      </w:pPr>
      <w:proofErr w:type="spellStart"/>
      <w:r w:rsidRPr="00E635FC">
        <w:rPr>
          <w:rFonts w:ascii="Roboto Condensed" w:hAnsi="Roboto Condensed"/>
          <w:sz w:val="20"/>
          <w:lang w:val="pl-PL"/>
        </w:rPr>
        <w:t>Ortofotomapy</w:t>
      </w:r>
      <w:proofErr w:type="spellEnd"/>
      <w:r w:rsidRPr="00E635FC">
        <w:rPr>
          <w:rFonts w:ascii="Roboto Condensed" w:hAnsi="Roboto Condensed"/>
          <w:sz w:val="20"/>
          <w:lang w:val="pl-PL"/>
        </w:rPr>
        <w:t xml:space="preserve"> – rzeczywiste zdjęcia lotnicze pozwalające ocenić faktyczne zagospodarowanie nieruchomości (informacje, których często nie sposób uzyskać z oficjalnych baz, np. istnienie ogrodu)</w:t>
      </w:r>
      <w:r w:rsidR="00293084" w:rsidRPr="00E635FC">
        <w:rPr>
          <w:rFonts w:ascii="Roboto Condensed" w:hAnsi="Roboto Condensed"/>
          <w:sz w:val="20"/>
          <w:lang w:val="pl-PL"/>
        </w:rPr>
        <w:t>,</w:t>
      </w:r>
    </w:p>
    <w:p w14:paraId="48D358CA" w14:textId="6B1472CB" w:rsidR="00DC45A5" w:rsidRPr="00EB6CBC" w:rsidRDefault="00EB6CBC" w:rsidP="00EB6CBC">
      <w:pPr>
        <w:pStyle w:val="Tekstpodstawowy2"/>
        <w:numPr>
          <w:ilvl w:val="0"/>
          <w:numId w:val="8"/>
        </w:numPr>
        <w:spacing w:before="40" w:after="40" w:line="240" w:lineRule="auto"/>
        <w:ind w:left="567" w:hanging="227"/>
        <w:rPr>
          <w:rFonts w:ascii="Roboto Condensed" w:hAnsi="Roboto Condensed"/>
          <w:sz w:val="20"/>
          <w:lang w:val="pl-PL"/>
        </w:rPr>
      </w:pPr>
      <w:r w:rsidRPr="00EB6CBC">
        <w:rPr>
          <w:rFonts w:ascii="Roboto Condensed" w:hAnsi="Roboto Condensed"/>
          <w:sz w:val="20"/>
          <w:lang w:val="pl-PL"/>
        </w:rPr>
        <w:t>Fotogrametryczne zdjęcia lotnicze</w:t>
      </w:r>
      <w:r w:rsidR="005977B1">
        <w:rPr>
          <w:rFonts w:ascii="Roboto Condensed" w:hAnsi="Roboto Condensed"/>
          <w:sz w:val="20"/>
          <w:lang w:val="pl-PL"/>
        </w:rPr>
        <w:t xml:space="preserve"> </w:t>
      </w:r>
      <w:r w:rsidR="005977B1" w:rsidRPr="00E635FC">
        <w:rPr>
          <w:rFonts w:ascii="Roboto Condensed" w:hAnsi="Roboto Condensed"/>
          <w:sz w:val="20"/>
          <w:lang w:val="pl-PL"/>
        </w:rPr>
        <w:t>–</w:t>
      </w:r>
      <w:r w:rsidR="005977B1">
        <w:rPr>
          <w:rFonts w:ascii="Roboto Condensed" w:hAnsi="Roboto Condensed"/>
          <w:sz w:val="20"/>
          <w:lang w:val="pl-PL"/>
        </w:rPr>
        <w:t xml:space="preserve"> uzupełniająco do </w:t>
      </w:r>
      <w:proofErr w:type="spellStart"/>
      <w:r w:rsidR="005977B1">
        <w:rPr>
          <w:rFonts w:ascii="Roboto Condensed" w:hAnsi="Roboto Condensed"/>
          <w:sz w:val="20"/>
          <w:lang w:val="pl-PL"/>
        </w:rPr>
        <w:t>Ortofotomap</w:t>
      </w:r>
      <w:proofErr w:type="spellEnd"/>
      <w:r w:rsidR="006E5C53">
        <w:rPr>
          <w:rFonts w:ascii="Roboto Condensed" w:hAnsi="Roboto Condensed"/>
          <w:sz w:val="20"/>
          <w:lang w:val="pl-PL"/>
        </w:rPr>
        <w:t>,</w:t>
      </w:r>
    </w:p>
    <w:p w14:paraId="605AC291" w14:textId="23F129F5" w:rsidR="00F21B0F" w:rsidRPr="00E635FC" w:rsidRDefault="00F21B0F" w:rsidP="008636AA">
      <w:pPr>
        <w:pStyle w:val="Tekstpodstawowy2"/>
        <w:numPr>
          <w:ilvl w:val="0"/>
          <w:numId w:val="8"/>
        </w:numPr>
        <w:spacing w:before="40" w:after="40" w:line="240" w:lineRule="auto"/>
        <w:ind w:left="567" w:hanging="227"/>
        <w:rPr>
          <w:rFonts w:ascii="Roboto Condensed" w:hAnsi="Roboto Condensed"/>
          <w:sz w:val="20"/>
          <w:lang w:val="pl-PL"/>
        </w:rPr>
      </w:pPr>
      <w:r w:rsidRPr="00E635FC">
        <w:rPr>
          <w:rFonts w:ascii="Roboto Condensed" w:hAnsi="Roboto Condensed"/>
          <w:sz w:val="20"/>
          <w:lang w:val="pl-PL"/>
        </w:rPr>
        <w:t>Zdjęcia satelitarne – dzięki częstym aktualizacjom umożliwiają wstępną weryfikację, czy dana działka jest zabudowana</w:t>
      </w:r>
      <w:r w:rsidR="005D6D74" w:rsidRPr="00E635FC">
        <w:rPr>
          <w:rFonts w:ascii="Roboto Condensed" w:hAnsi="Roboto Condensed"/>
          <w:sz w:val="20"/>
          <w:lang w:val="pl-PL"/>
        </w:rPr>
        <w:t>,</w:t>
      </w:r>
      <w:r w:rsidRPr="00E635FC">
        <w:rPr>
          <w:rFonts w:ascii="Roboto Condensed" w:hAnsi="Roboto Condensed"/>
          <w:sz w:val="20"/>
          <w:lang w:val="pl-PL"/>
        </w:rPr>
        <w:t xml:space="preserve"> ograniczeniem jest jednak stosunkowo niska rozdzielczość</w:t>
      </w:r>
      <w:r w:rsidR="006E5C53">
        <w:rPr>
          <w:rFonts w:ascii="Roboto Condensed" w:hAnsi="Roboto Condensed"/>
          <w:sz w:val="20"/>
          <w:lang w:val="pl-PL"/>
        </w:rPr>
        <w:t>,</w:t>
      </w:r>
    </w:p>
    <w:p w14:paraId="546F3E8E" w14:textId="31AB56F6" w:rsidR="00B90ABD" w:rsidRPr="00E635FC" w:rsidRDefault="001648AE" w:rsidP="008636AA">
      <w:pPr>
        <w:pStyle w:val="Tekstpodstawowy2"/>
        <w:numPr>
          <w:ilvl w:val="0"/>
          <w:numId w:val="8"/>
        </w:numPr>
        <w:spacing w:before="40" w:after="40" w:line="240" w:lineRule="auto"/>
        <w:ind w:left="567" w:hanging="227"/>
        <w:rPr>
          <w:rFonts w:ascii="Roboto Condensed" w:hAnsi="Roboto Condensed"/>
          <w:sz w:val="20"/>
          <w:lang w:val="pl-PL"/>
        </w:rPr>
      </w:pPr>
      <w:r w:rsidRPr="00E635FC">
        <w:rPr>
          <w:rFonts w:ascii="Roboto Condensed" w:hAnsi="Roboto Condensed"/>
          <w:sz w:val="20"/>
          <w:lang w:val="pl-PL"/>
        </w:rPr>
        <w:t>Rejestr danych dot. wniosków o pozwolenie na budowę i decyzji o pozwoleniu na budowę oraz zgłoszeń</w:t>
      </w:r>
      <w:r w:rsidR="00610321" w:rsidRPr="00E635FC">
        <w:rPr>
          <w:rFonts w:ascii="Roboto Condensed" w:hAnsi="Roboto Condensed"/>
          <w:sz w:val="20"/>
          <w:lang w:val="pl-PL"/>
        </w:rPr>
        <w:t xml:space="preserve">, prowadzony przez </w:t>
      </w:r>
      <w:r w:rsidR="00D86181" w:rsidRPr="00E635FC">
        <w:rPr>
          <w:rFonts w:ascii="Roboto Condensed" w:hAnsi="Roboto Condensed"/>
          <w:sz w:val="20"/>
          <w:lang w:val="pl-PL"/>
        </w:rPr>
        <w:t>Główny Urząd Nadzoru Budowlanego</w:t>
      </w:r>
      <w:r w:rsidR="006E5C53">
        <w:rPr>
          <w:rFonts w:ascii="Roboto Condensed" w:hAnsi="Roboto Condensed"/>
          <w:sz w:val="20"/>
          <w:lang w:val="pl-PL"/>
        </w:rPr>
        <w:t>.</w:t>
      </w:r>
    </w:p>
    <w:p w14:paraId="72E0826E" w14:textId="15685B22" w:rsidR="003434E2" w:rsidRPr="00E635FC" w:rsidRDefault="00F21B0F" w:rsidP="00957C45">
      <w:pPr>
        <w:pStyle w:val="Tekstpodstawowy2"/>
        <w:spacing w:before="120" w:after="120" w:line="240" w:lineRule="auto"/>
        <w:ind w:left="170"/>
        <w:rPr>
          <w:rFonts w:ascii="Roboto Condensed" w:hAnsi="Roboto Condensed"/>
          <w:sz w:val="20"/>
          <w:lang w:val="pl-PL"/>
        </w:rPr>
      </w:pPr>
      <w:r w:rsidRPr="00E635FC">
        <w:rPr>
          <w:rFonts w:ascii="Roboto Condensed" w:hAnsi="Roboto Condensed"/>
          <w:sz w:val="20"/>
          <w:lang w:val="pl-PL"/>
        </w:rPr>
        <w:t>Połączenie (kompilacja) powyższych źródeł w ramach analizy wizualnej umożliwiło uwzględnienie wszystkich istotnych uwarunkowań</w:t>
      </w:r>
      <w:r w:rsidR="00461663" w:rsidRPr="00E635FC">
        <w:rPr>
          <w:rFonts w:ascii="Roboto Condensed" w:hAnsi="Roboto Condensed"/>
          <w:sz w:val="20"/>
          <w:lang w:val="pl-PL"/>
        </w:rPr>
        <w:t xml:space="preserve"> </w:t>
      </w:r>
      <w:r w:rsidRPr="00E635FC">
        <w:rPr>
          <w:rFonts w:ascii="Roboto Condensed" w:hAnsi="Roboto Condensed"/>
          <w:sz w:val="20"/>
          <w:lang w:val="pl-PL"/>
        </w:rPr>
        <w:t xml:space="preserve"> oraz precyzyjną delimitację terenów niezabudowanych i luk w zabudowie w obrębie wyznaczonych stref planistycznych </w:t>
      </w:r>
      <w:r w:rsidR="001E644D" w:rsidRPr="00E635FC">
        <w:rPr>
          <w:rFonts w:ascii="Roboto Condensed" w:hAnsi="Roboto Condensed"/>
          <w:sz w:val="20"/>
          <w:lang w:val="pl-PL"/>
        </w:rPr>
        <w:t>dopuszczających zabudowę mieszkaniową.</w:t>
      </w:r>
    </w:p>
    <w:p w14:paraId="220F7C88" w14:textId="2D478304" w:rsidR="00E22032" w:rsidRPr="00E635FC" w:rsidRDefault="00C362AC" w:rsidP="00542E81">
      <w:pPr>
        <w:pStyle w:val="Tekstpodstawowy2"/>
        <w:spacing w:before="120" w:after="120" w:line="240" w:lineRule="auto"/>
        <w:ind w:left="170"/>
        <w:rPr>
          <w:rFonts w:ascii="Roboto Condensed" w:hAnsi="Roboto Condensed"/>
          <w:sz w:val="20"/>
          <w:lang w:val="pl-PL"/>
        </w:rPr>
      </w:pPr>
      <w:r w:rsidRPr="00E635FC">
        <w:rPr>
          <w:rFonts w:ascii="Roboto Condensed" w:hAnsi="Roboto Condensed"/>
          <w:sz w:val="20"/>
          <w:lang w:val="pl-PL"/>
        </w:rPr>
        <w:t xml:space="preserve">Przyjęto zasadę, iż jako luki planistyczne wyznacza się niezabudowane lub geometrie nie stanowiące zagospodarowanej w części nieruchomości, o parametrach pozwalających na lokalizację odrębnej nieruchomości budowlanej. Na podstawie analizy nieruchomości zabudowanych oraz ze względu na ekstensywny, wiejski charakter terenów zabudowy, przyjęto minimalną powierzchnię luki planistycznej na około </w:t>
      </w:r>
      <w:r w:rsidR="004B09E8" w:rsidRPr="00E635FC">
        <w:rPr>
          <w:rFonts w:ascii="Roboto Condensed" w:hAnsi="Roboto Condensed"/>
          <w:sz w:val="20"/>
          <w:lang w:val="pl-PL"/>
        </w:rPr>
        <w:t>5</w:t>
      </w:r>
      <w:r w:rsidRPr="00E635FC">
        <w:rPr>
          <w:rFonts w:ascii="Roboto Condensed" w:hAnsi="Roboto Condensed"/>
          <w:sz w:val="20"/>
          <w:lang w:val="pl-PL"/>
        </w:rPr>
        <w:t>00 m2.</w:t>
      </w:r>
      <w:r w:rsidR="00581329" w:rsidRPr="00E635FC">
        <w:rPr>
          <w:rFonts w:ascii="Roboto Condensed" w:hAnsi="Roboto Condensed"/>
          <w:sz w:val="20"/>
          <w:lang w:val="pl-PL"/>
        </w:rPr>
        <w:t xml:space="preserve"> Dodatkowo </w:t>
      </w:r>
      <w:r w:rsidR="00D559FE" w:rsidRPr="00E635FC">
        <w:rPr>
          <w:rFonts w:ascii="Roboto Condensed" w:hAnsi="Roboto Condensed"/>
          <w:sz w:val="20"/>
          <w:lang w:val="pl-PL"/>
        </w:rPr>
        <w:t xml:space="preserve">o uznaniu </w:t>
      </w:r>
      <w:r w:rsidR="00464A89" w:rsidRPr="00E635FC">
        <w:rPr>
          <w:rFonts w:ascii="Roboto Condensed" w:hAnsi="Roboto Condensed"/>
          <w:sz w:val="20"/>
          <w:lang w:val="pl-PL"/>
        </w:rPr>
        <w:t xml:space="preserve">części nieruchomości </w:t>
      </w:r>
      <w:r w:rsidR="00B6385C" w:rsidRPr="00E635FC">
        <w:rPr>
          <w:rFonts w:ascii="Roboto Condensed" w:hAnsi="Roboto Condensed"/>
          <w:sz w:val="20"/>
          <w:lang w:val="pl-PL"/>
        </w:rPr>
        <w:t xml:space="preserve">decydowała </w:t>
      </w:r>
      <w:r w:rsidR="00581329" w:rsidRPr="00E635FC">
        <w:rPr>
          <w:rFonts w:ascii="Roboto Condensed" w:hAnsi="Roboto Condensed"/>
          <w:sz w:val="20"/>
          <w:lang w:val="pl-PL"/>
        </w:rPr>
        <w:t xml:space="preserve">foremność kształtu </w:t>
      </w:r>
      <w:r w:rsidR="00A85938" w:rsidRPr="00E635FC">
        <w:rPr>
          <w:rFonts w:ascii="Roboto Condensed" w:hAnsi="Roboto Condensed"/>
          <w:sz w:val="20"/>
          <w:lang w:val="pl-PL"/>
        </w:rPr>
        <w:t xml:space="preserve">figury geometrycznej </w:t>
      </w:r>
      <w:r w:rsidR="00EA2FA1" w:rsidRPr="00E635FC">
        <w:rPr>
          <w:rFonts w:ascii="Roboto Condensed" w:hAnsi="Roboto Condensed"/>
          <w:sz w:val="20"/>
          <w:lang w:val="pl-PL"/>
        </w:rPr>
        <w:t xml:space="preserve">– </w:t>
      </w:r>
      <w:r w:rsidR="00581329" w:rsidRPr="00E635FC">
        <w:rPr>
          <w:rFonts w:ascii="Roboto Condensed" w:hAnsi="Roboto Condensed"/>
          <w:sz w:val="20"/>
          <w:lang w:val="pl-PL"/>
        </w:rPr>
        <w:t>luki</w:t>
      </w:r>
      <w:r w:rsidR="00EA2FA1" w:rsidRPr="00E635FC">
        <w:rPr>
          <w:rFonts w:ascii="Roboto Condensed" w:hAnsi="Roboto Condensed"/>
          <w:sz w:val="20"/>
          <w:lang w:val="pl-PL"/>
        </w:rPr>
        <w:t xml:space="preserve">, którą </w:t>
      </w:r>
      <w:r w:rsidR="00581329" w:rsidRPr="00E635FC">
        <w:rPr>
          <w:rFonts w:ascii="Roboto Condensed" w:hAnsi="Roboto Condensed"/>
          <w:sz w:val="20"/>
          <w:lang w:val="pl-PL"/>
        </w:rPr>
        <w:t>oceniano wizualnie. Zdarzały się zatem przypadki,</w:t>
      </w:r>
      <w:r w:rsidR="00194501" w:rsidRPr="00E635FC">
        <w:rPr>
          <w:rFonts w:ascii="Roboto Condensed" w:hAnsi="Roboto Condensed"/>
          <w:sz w:val="20"/>
          <w:lang w:val="pl-PL"/>
        </w:rPr>
        <w:t xml:space="preserve"> </w:t>
      </w:r>
      <w:r w:rsidR="00DF35C5" w:rsidRPr="00E635FC">
        <w:rPr>
          <w:rFonts w:ascii="Roboto Condensed" w:hAnsi="Roboto Condensed"/>
          <w:sz w:val="20"/>
          <w:lang w:val="pl-PL"/>
        </w:rPr>
        <w:t xml:space="preserve">w szczególności w odniesieniu </w:t>
      </w:r>
      <w:r w:rsidR="00BE4701" w:rsidRPr="00E635FC">
        <w:rPr>
          <w:rFonts w:ascii="Roboto Condensed" w:hAnsi="Roboto Condensed"/>
          <w:sz w:val="20"/>
          <w:lang w:val="pl-PL"/>
        </w:rPr>
        <w:t xml:space="preserve">do dróg wewnętrznych </w:t>
      </w:r>
      <w:r w:rsidR="00581329" w:rsidRPr="00E635FC">
        <w:rPr>
          <w:rFonts w:ascii="Roboto Condensed" w:hAnsi="Roboto Condensed"/>
          <w:sz w:val="20"/>
          <w:lang w:val="pl-PL"/>
        </w:rPr>
        <w:t>gdy mimo spełnienia wymogu powierzchni niektóre obszary nie zostały zakwalifikowane jako luki budowlane (ze względu na niekorzystną geometrię).</w:t>
      </w:r>
      <w:r w:rsidR="000A31D5" w:rsidRPr="00E635FC">
        <w:rPr>
          <w:rFonts w:ascii="Roboto Condensed" w:hAnsi="Roboto Condensed"/>
          <w:sz w:val="20"/>
          <w:lang w:val="pl-PL"/>
        </w:rPr>
        <w:t xml:space="preserve"> </w:t>
      </w:r>
      <w:r w:rsidR="004222FF" w:rsidRPr="00E635FC">
        <w:rPr>
          <w:rFonts w:ascii="Roboto Condensed" w:hAnsi="Roboto Condensed"/>
          <w:sz w:val="20"/>
          <w:lang w:val="pl-PL"/>
        </w:rPr>
        <w:t xml:space="preserve">Przy czym w sytuacji kiedy </w:t>
      </w:r>
      <w:r w:rsidR="00C244A0" w:rsidRPr="00E635FC">
        <w:rPr>
          <w:rFonts w:ascii="Roboto Condensed" w:hAnsi="Roboto Condensed"/>
          <w:sz w:val="20"/>
          <w:lang w:val="pl-PL"/>
        </w:rPr>
        <w:t xml:space="preserve">działka jest zabudowana budynkiem o bardzo złym stanie technicznym </w:t>
      </w:r>
      <w:r w:rsidR="00F40551" w:rsidRPr="00E635FC">
        <w:rPr>
          <w:rFonts w:ascii="Roboto Condensed" w:hAnsi="Roboto Condensed"/>
          <w:sz w:val="20"/>
          <w:lang w:val="pl-PL"/>
        </w:rPr>
        <w:t xml:space="preserve">nieużytkowanym też mogła zostać zakwalifikowana jako </w:t>
      </w:r>
      <w:r w:rsidR="00835A48" w:rsidRPr="00E635FC">
        <w:rPr>
          <w:rFonts w:ascii="Roboto Condensed" w:hAnsi="Roboto Condensed"/>
          <w:sz w:val="20"/>
          <w:lang w:val="pl-PL"/>
        </w:rPr>
        <w:t xml:space="preserve">teren niezabudowany. </w:t>
      </w:r>
    </w:p>
    <w:p w14:paraId="32F7DCF8" w14:textId="3C938454" w:rsidR="00444F42" w:rsidRPr="00E635FC" w:rsidRDefault="00A54C5E" w:rsidP="00A54C5E">
      <w:pPr>
        <w:pStyle w:val="Nagwek1"/>
        <w:spacing w:before="60" w:after="60" w:line="240" w:lineRule="auto"/>
        <w:ind w:left="907" w:hanging="567"/>
        <w:rPr>
          <w:rFonts w:ascii="Roboto Condensed" w:hAnsi="Roboto Condensed"/>
          <w:bCs/>
          <w:i/>
          <w:iCs/>
          <w:sz w:val="22"/>
          <w:szCs w:val="22"/>
          <w:u w:val="single"/>
          <w:lang w:val="pl-PL"/>
        </w:rPr>
      </w:pPr>
      <w:bookmarkStart w:id="122" w:name="_Obliczenie_chłonności_terenów"/>
      <w:bookmarkStart w:id="123" w:name="_Toc206769056"/>
      <w:bookmarkEnd w:id="115"/>
      <w:bookmarkEnd w:id="122"/>
      <w:r w:rsidRPr="00E635FC">
        <w:rPr>
          <w:rFonts w:ascii="Roboto Condensed" w:hAnsi="Roboto Condensed"/>
          <w:bCs/>
          <w:i/>
          <w:iCs/>
          <w:sz w:val="22"/>
          <w:szCs w:val="22"/>
          <w:u w:val="single"/>
          <w:lang w:val="pl-PL"/>
        </w:rPr>
        <w:lastRenderedPageBreak/>
        <w:t>Obliczenie chłonności terenów niezabudowanych.</w:t>
      </w:r>
      <w:bookmarkEnd w:id="123"/>
    </w:p>
    <w:p w14:paraId="537B33CE" w14:textId="5DFCECEA" w:rsidR="002C3C8F" w:rsidRPr="00E635FC" w:rsidRDefault="007A4721" w:rsidP="005679FE">
      <w:pPr>
        <w:ind w:left="142"/>
        <w:jc w:val="both"/>
        <w:rPr>
          <w:rFonts w:ascii="Roboto Condensed" w:hAnsi="Roboto Condensed"/>
          <w:sz w:val="20"/>
        </w:rPr>
      </w:pPr>
      <w:r w:rsidRPr="00E635FC">
        <w:rPr>
          <w:rFonts w:ascii="Roboto Condensed" w:hAnsi="Roboto Condensed"/>
          <w:sz w:val="20"/>
        </w:rPr>
        <w:t>W pierwszym etapie za ustawą w sprawie planu ogólnego wyznaczono strefy wielofunkcyjne w następującej kolejności: na obszarach, dla których w obowiązujących miejscowych planach zagospodarowania przestrzennego określono przeznaczenie umożliwiające realizację funkcji mieszkaniowej oraz kolejno na obszarach uzupełnienia zabudowy. Wyznaczono również strefy wielofunkcyjne na obszarach z istniejącą zabudową o funkcji mieszkaniowej, ale z wyłączeniem luk w tej zabudowie, przy czym nie ujęto w strefach SJ albo SZ pojedynczych przypadków istniejącej zabudowy mieszkaniowej ujawnionej jako budynki oznaczone klasą</w:t>
      </w:r>
      <w:r w:rsidR="006E21C9">
        <w:rPr>
          <w:rFonts w:ascii="Roboto Condensed" w:hAnsi="Roboto Condensed"/>
          <w:sz w:val="20"/>
        </w:rPr>
        <w:t xml:space="preserve"> KŚT</w:t>
      </w:r>
      <w:r w:rsidRPr="00E635FC">
        <w:rPr>
          <w:rFonts w:ascii="Roboto Condensed" w:hAnsi="Roboto Condensed"/>
          <w:sz w:val="20"/>
        </w:rPr>
        <w:t xml:space="preserve"> 110 w </w:t>
      </w:r>
      <w:proofErr w:type="spellStart"/>
      <w:r w:rsidR="00946A5B">
        <w:rPr>
          <w:rFonts w:ascii="Roboto Condensed" w:hAnsi="Roboto Condensed"/>
          <w:sz w:val="20"/>
        </w:rPr>
        <w:t>EGiB</w:t>
      </w:r>
      <w:proofErr w:type="spellEnd"/>
      <w:r w:rsidR="00946A5B">
        <w:rPr>
          <w:rFonts w:ascii="Roboto Condensed" w:hAnsi="Roboto Condensed"/>
          <w:sz w:val="20"/>
        </w:rPr>
        <w:t xml:space="preserve">, BDOT500, </w:t>
      </w:r>
      <w:r w:rsidR="00E63CEC" w:rsidRPr="00E635FC">
        <w:rPr>
          <w:rFonts w:ascii="Roboto Condensed" w:hAnsi="Roboto Condensed"/>
          <w:sz w:val="20"/>
        </w:rPr>
        <w:t>BDOT10K</w:t>
      </w:r>
      <w:r w:rsidRPr="00E635FC">
        <w:rPr>
          <w:rFonts w:ascii="Roboto Condensed" w:hAnsi="Roboto Condensed"/>
          <w:sz w:val="20"/>
        </w:rPr>
        <w:t xml:space="preserve"> w sytuacji, gdy przedmiotowe budynki</w:t>
      </w:r>
      <w:r w:rsidR="00C3135F" w:rsidRPr="00E635FC">
        <w:rPr>
          <w:rFonts w:ascii="Roboto Condensed" w:hAnsi="Roboto Condensed"/>
          <w:sz w:val="20"/>
        </w:rPr>
        <w:t xml:space="preserve"> zlokalizowane </w:t>
      </w:r>
      <w:r w:rsidR="00B61AAD" w:rsidRPr="00E635FC">
        <w:rPr>
          <w:rFonts w:ascii="Roboto Condensed" w:hAnsi="Roboto Condensed"/>
          <w:sz w:val="20"/>
        </w:rPr>
        <w:t>są na obszarach</w:t>
      </w:r>
      <w:r w:rsidR="00665A96" w:rsidRPr="00E635FC">
        <w:rPr>
          <w:rFonts w:ascii="Roboto Condensed" w:hAnsi="Roboto Condensed"/>
          <w:sz w:val="20"/>
        </w:rPr>
        <w:t xml:space="preserve"> </w:t>
      </w:r>
      <w:r w:rsidR="005679FE" w:rsidRPr="00E635FC">
        <w:rPr>
          <w:rFonts w:ascii="Roboto Condensed" w:hAnsi="Roboto Condensed"/>
          <w:sz w:val="20"/>
        </w:rPr>
        <w:t>na których prawdopodobieństwo wystąpienia powodzi jest średnie i wynosi 1% (raz na 100 lat)</w:t>
      </w:r>
      <w:r w:rsidR="00665A96" w:rsidRPr="00E635FC">
        <w:rPr>
          <w:rFonts w:ascii="Roboto Condensed" w:hAnsi="Roboto Condensed"/>
          <w:sz w:val="20"/>
        </w:rPr>
        <w:t xml:space="preserve"> </w:t>
      </w:r>
      <w:r w:rsidR="006B5753" w:rsidRPr="00E635FC">
        <w:rPr>
          <w:rFonts w:ascii="Roboto Condensed" w:hAnsi="Roboto Condensed"/>
          <w:sz w:val="20"/>
        </w:rPr>
        <w:t xml:space="preserve">oraz </w:t>
      </w:r>
      <w:r w:rsidR="005679FE" w:rsidRPr="00E635FC">
        <w:rPr>
          <w:rFonts w:ascii="Roboto Condensed" w:hAnsi="Roboto Condensed"/>
          <w:sz w:val="20"/>
        </w:rPr>
        <w:t>na których prawdopodobieństwo wystąpienia powodzi jest wysokie i wynosi 10% (raz na 10 lat)</w:t>
      </w:r>
      <w:r w:rsidR="00665A96" w:rsidRPr="00E635FC">
        <w:rPr>
          <w:rFonts w:ascii="Roboto Condensed" w:hAnsi="Roboto Condensed"/>
          <w:sz w:val="20"/>
        </w:rPr>
        <w:t xml:space="preserve">, </w:t>
      </w:r>
      <w:r w:rsidR="00BE2726" w:rsidRPr="00E635FC">
        <w:rPr>
          <w:rFonts w:ascii="Roboto Condensed" w:hAnsi="Roboto Condensed"/>
          <w:sz w:val="20"/>
        </w:rPr>
        <w:t xml:space="preserve">aczkolwiek nie była to uniwersalna zasada </w:t>
      </w:r>
      <w:r w:rsidR="00955276" w:rsidRPr="00E635FC">
        <w:rPr>
          <w:rFonts w:ascii="Roboto Condensed" w:hAnsi="Roboto Condensed"/>
          <w:sz w:val="20"/>
        </w:rPr>
        <w:t>zastosowana do każdego budynku mieszkalnego zlokalizowanego na wyżej wymienionych obszarach</w:t>
      </w:r>
      <w:r w:rsidR="00774350" w:rsidRPr="00E635FC">
        <w:rPr>
          <w:rFonts w:ascii="Roboto Condensed" w:hAnsi="Roboto Condensed"/>
          <w:sz w:val="20"/>
        </w:rPr>
        <w:t xml:space="preserve">, ponieważ dla budynków zlokalizowanych pod adresami </w:t>
      </w:r>
      <w:r w:rsidR="004170C5" w:rsidRPr="00E635FC">
        <w:rPr>
          <w:rFonts w:ascii="Roboto Condensed" w:hAnsi="Roboto Condensed"/>
          <w:sz w:val="20"/>
        </w:rPr>
        <w:t xml:space="preserve">gdzie byli zameldowani mieszkańcy </w:t>
      </w:r>
      <w:r w:rsidR="00A173BB" w:rsidRPr="00E635FC">
        <w:rPr>
          <w:rFonts w:ascii="Roboto Condensed" w:hAnsi="Roboto Condensed"/>
          <w:sz w:val="20"/>
        </w:rPr>
        <w:t xml:space="preserve">wyznaczano strefę SJ </w:t>
      </w:r>
      <w:r w:rsidR="00204304" w:rsidRPr="00E635FC">
        <w:rPr>
          <w:rFonts w:ascii="Roboto Condensed" w:hAnsi="Roboto Condensed"/>
          <w:sz w:val="20"/>
        </w:rPr>
        <w:t>albo SZ</w:t>
      </w:r>
      <w:r w:rsidR="00EC2829" w:rsidRPr="00E635FC">
        <w:rPr>
          <w:rFonts w:ascii="Roboto Condensed" w:hAnsi="Roboto Condensed"/>
          <w:sz w:val="20"/>
        </w:rPr>
        <w:t>.</w:t>
      </w:r>
    </w:p>
    <w:p w14:paraId="4664AEB5" w14:textId="227BEEC9" w:rsidR="00FD1EDE" w:rsidRPr="00E635FC" w:rsidRDefault="00EC2829" w:rsidP="007A4721">
      <w:pPr>
        <w:ind w:left="142"/>
        <w:jc w:val="both"/>
        <w:rPr>
          <w:rFonts w:ascii="Roboto Condensed" w:hAnsi="Roboto Condensed"/>
          <w:sz w:val="20"/>
        </w:rPr>
      </w:pPr>
      <w:r w:rsidRPr="00E635FC">
        <w:rPr>
          <w:rFonts w:ascii="Roboto Condensed" w:hAnsi="Roboto Condensed"/>
          <w:sz w:val="20"/>
        </w:rPr>
        <w:t>Dodatkowo</w:t>
      </w:r>
      <w:r w:rsidR="00484CD4" w:rsidRPr="00E635FC">
        <w:rPr>
          <w:rFonts w:ascii="Roboto Condensed" w:hAnsi="Roboto Condensed"/>
          <w:sz w:val="20"/>
        </w:rPr>
        <w:t xml:space="preserve"> nie objęto strefami budynków mieszkalnych </w:t>
      </w:r>
      <w:r w:rsidR="00174554" w:rsidRPr="00E635FC">
        <w:rPr>
          <w:rFonts w:ascii="Roboto Condensed" w:hAnsi="Roboto Condensed"/>
          <w:sz w:val="20"/>
        </w:rPr>
        <w:t xml:space="preserve">które </w:t>
      </w:r>
      <w:r w:rsidR="007A4721" w:rsidRPr="00E635FC">
        <w:rPr>
          <w:rFonts w:ascii="Roboto Condensed" w:hAnsi="Roboto Condensed"/>
          <w:sz w:val="20"/>
        </w:rPr>
        <w:t>podczas przeprowadzonej inwentaryzacji urbanistycznej okazywały się</w:t>
      </w:r>
      <w:r w:rsidR="00E34258" w:rsidRPr="00E635FC">
        <w:rPr>
          <w:rFonts w:ascii="Roboto Condensed" w:hAnsi="Roboto Condensed"/>
          <w:sz w:val="20"/>
        </w:rPr>
        <w:t xml:space="preserve"> być w </w:t>
      </w:r>
      <w:r w:rsidR="00E14B83" w:rsidRPr="00E635FC">
        <w:rPr>
          <w:rFonts w:ascii="Roboto Condensed" w:hAnsi="Roboto Condensed"/>
          <w:sz w:val="20"/>
        </w:rPr>
        <w:t xml:space="preserve">bardzo </w:t>
      </w:r>
      <w:r w:rsidR="00E34258" w:rsidRPr="00E635FC">
        <w:rPr>
          <w:rFonts w:ascii="Roboto Condensed" w:hAnsi="Roboto Condensed"/>
          <w:sz w:val="20"/>
        </w:rPr>
        <w:t>złym stanie technicznym</w:t>
      </w:r>
      <w:r w:rsidR="007A4721" w:rsidRPr="00E635FC">
        <w:rPr>
          <w:rFonts w:ascii="Roboto Condensed" w:hAnsi="Roboto Condensed"/>
          <w:sz w:val="20"/>
        </w:rPr>
        <w:t xml:space="preserve"> i </w:t>
      </w:r>
      <w:r w:rsidR="003F634F" w:rsidRPr="00E635FC">
        <w:rPr>
          <w:rFonts w:ascii="Roboto Condensed" w:hAnsi="Roboto Condensed"/>
          <w:sz w:val="20"/>
        </w:rPr>
        <w:t>nie były zamieszkane</w:t>
      </w:r>
      <w:r w:rsidR="00976EAD" w:rsidRPr="00E635FC">
        <w:rPr>
          <w:rFonts w:ascii="Roboto Condensed" w:hAnsi="Roboto Condensed"/>
          <w:sz w:val="20"/>
        </w:rPr>
        <w:t xml:space="preserve">, </w:t>
      </w:r>
      <w:r w:rsidR="007A4721" w:rsidRPr="00E635FC">
        <w:rPr>
          <w:rFonts w:ascii="Roboto Condensed" w:hAnsi="Roboto Condensed"/>
          <w:sz w:val="20"/>
        </w:rPr>
        <w:t>nie ujęto również w strefach wielofunkcyjnych budynków mieszkalnych stanowiących integralną część nieruchomości służącej usługom kultu religijnego</w:t>
      </w:r>
      <w:r w:rsidR="00FD1EDE" w:rsidRPr="00E635FC">
        <w:rPr>
          <w:rFonts w:ascii="Roboto Condensed" w:hAnsi="Roboto Condensed"/>
          <w:sz w:val="20"/>
        </w:rPr>
        <w:t xml:space="preserve"> (plebani)</w:t>
      </w:r>
    </w:p>
    <w:p w14:paraId="2C359DEB" w14:textId="73AEE1C3" w:rsidR="007A4721" w:rsidRPr="00E635FC" w:rsidRDefault="007A4721" w:rsidP="007A4721">
      <w:pPr>
        <w:ind w:left="142"/>
        <w:jc w:val="both"/>
        <w:rPr>
          <w:rFonts w:ascii="Roboto Condensed" w:hAnsi="Roboto Condensed"/>
          <w:sz w:val="20"/>
        </w:rPr>
      </w:pPr>
      <w:r w:rsidRPr="00E635FC">
        <w:rPr>
          <w:rFonts w:ascii="Roboto Condensed" w:hAnsi="Roboto Condensed"/>
          <w:sz w:val="20"/>
        </w:rPr>
        <w:t>oraz dwóch</w:t>
      </w:r>
      <w:r w:rsidR="00E34258" w:rsidRPr="00E635FC">
        <w:rPr>
          <w:rFonts w:ascii="Roboto Condensed" w:hAnsi="Roboto Condensed"/>
          <w:sz w:val="20"/>
        </w:rPr>
        <w:t xml:space="preserve"> </w:t>
      </w:r>
      <w:r w:rsidRPr="00E635FC">
        <w:rPr>
          <w:rFonts w:ascii="Roboto Condensed" w:hAnsi="Roboto Condensed"/>
          <w:sz w:val="20"/>
        </w:rPr>
        <w:t xml:space="preserve">budynków mieszkalnych zlokalizowanych na działkach </w:t>
      </w:r>
      <w:r w:rsidR="00A36378" w:rsidRPr="00E635FC">
        <w:rPr>
          <w:rFonts w:ascii="Roboto Condensed" w:hAnsi="Roboto Condensed"/>
          <w:sz w:val="20"/>
        </w:rPr>
        <w:t>101212_2.0006.297/6</w:t>
      </w:r>
      <w:r w:rsidRPr="00E635FC">
        <w:rPr>
          <w:rFonts w:ascii="Roboto Condensed" w:hAnsi="Roboto Condensed"/>
          <w:sz w:val="20"/>
        </w:rPr>
        <w:t xml:space="preserve">, </w:t>
      </w:r>
      <w:r w:rsidR="00045374" w:rsidRPr="00E635FC">
        <w:rPr>
          <w:rFonts w:ascii="Roboto Condensed" w:hAnsi="Roboto Condensed"/>
          <w:sz w:val="20"/>
        </w:rPr>
        <w:t>101212_2.0003.65/5</w:t>
      </w:r>
      <w:r w:rsidRPr="00E635FC">
        <w:rPr>
          <w:rFonts w:ascii="Roboto Condensed" w:hAnsi="Roboto Condensed"/>
          <w:sz w:val="20"/>
        </w:rPr>
        <w:t xml:space="preserve">, </w:t>
      </w:r>
      <w:r w:rsidR="00627C87" w:rsidRPr="00E635FC">
        <w:rPr>
          <w:rFonts w:ascii="Roboto Condensed" w:hAnsi="Roboto Condensed"/>
          <w:sz w:val="20"/>
        </w:rPr>
        <w:t xml:space="preserve">101212_2.0003.66/4 </w:t>
      </w:r>
      <w:r w:rsidRPr="00E635FC">
        <w:rPr>
          <w:rFonts w:ascii="Roboto Condensed" w:hAnsi="Roboto Condensed"/>
          <w:sz w:val="20"/>
        </w:rPr>
        <w:t xml:space="preserve">w centrum dużych </w:t>
      </w:r>
      <w:r w:rsidR="006F5394" w:rsidRPr="00E635FC">
        <w:rPr>
          <w:rFonts w:ascii="Roboto Condensed" w:hAnsi="Roboto Condensed"/>
          <w:sz w:val="20"/>
        </w:rPr>
        <w:t>firm</w:t>
      </w:r>
      <w:r w:rsidR="00EC21EF" w:rsidRPr="00E635FC">
        <w:rPr>
          <w:rFonts w:ascii="Roboto Condensed" w:hAnsi="Roboto Condensed"/>
          <w:sz w:val="20"/>
        </w:rPr>
        <w:t xml:space="preserve"> </w:t>
      </w:r>
      <w:r w:rsidR="006F5394" w:rsidRPr="00E635FC">
        <w:rPr>
          <w:rFonts w:ascii="Roboto Condensed" w:hAnsi="Roboto Condensed"/>
          <w:sz w:val="20"/>
        </w:rPr>
        <w:t>albo</w:t>
      </w:r>
      <w:r w:rsidR="00EC21EF" w:rsidRPr="00E635FC">
        <w:rPr>
          <w:rFonts w:ascii="Roboto Condensed" w:hAnsi="Roboto Condensed"/>
          <w:sz w:val="20"/>
        </w:rPr>
        <w:t xml:space="preserve"> w ich bezpośrednim sąsiedztwie charakteryzujących się </w:t>
      </w:r>
      <w:r w:rsidR="00C76CEF" w:rsidRPr="00E635FC">
        <w:rPr>
          <w:rFonts w:ascii="Roboto Condensed" w:hAnsi="Roboto Condensed"/>
          <w:sz w:val="20"/>
        </w:rPr>
        <w:t>średnim stanem technicznym</w:t>
      </w:r>
      <w:r w:rsidR="00CC574F" w:rsidRPr="00E635FC">
        <w:rPr>
          <w:rFonts w:ascii="Roboto Condensed" w:hAnsi="Roboto Condensed"/>
          <w:sz w:val="20"/>
        </w:rPr>
        <w:t xml:space="preserve"> </w:t>
      </w:r>
      <w:r w:rsidRPr="00E635FC">
        <w:rPr>
          <w:rFonts w:ascii="Roboto Condensed" w:hAnsi="Roboto Condensed"/>
          <w:sz w:val="20"/>
        </w:rPr>
        <w:t xml:space="preserve">, dodatkowo nie wyznaczono stref SJ albo SZ na terenie zespołu dworskiego w </w:t>
      </w:r>
      <w:r w:rsidR="0085422C" w:rsidRPr="00E635FC">
        <w:rPr>
          <w:rFonts w:ascii="Roboto Condensed" w:hAnsi="Roboto Condensed"/>
          <w:sz w:val="20"/>
        </w:rPr>
        <w:t>Strzałkowie</w:t>
      </w:r>
      <w:r w:rsidRPr="00E635FC">
        <w:rPr>
          <w:rFonts w:ascii="Roboto Condensed" w:hAnsi="Roboto Condensed"/>
          <w:sz w:val="20"/>
        </w:rPr>
        <w:t>.</w:t>
      </w:r>
    </w:p>
    <w:p w14:paraId="624F2960" w14:textId="33AF3495" w:rsidR="002476F9" w:rsidRPr="00E635FC" w:rsidRDefault="007A4721" w:rsidP="007A4721">
      <w:pPr>
        <w:pStyle w:val="Tekstpodstawowy2"/>
        <w:spacing w:before="120" w:after="120" w:line="240" w:lineRule="auto"/>
        <w:ind w:left="170"/>
        <w:rPr>
          <w:rFonts w:ascii="Roboto Condensed" w:hAnsi="Roboto Condensed"/>
          <w:sz w:val="20"/>
          <w:lang w:val="pl-PL"/>
        </w:rPr>
      </w:pPr>
      <w:r w:rsidRPr="00E635FC">
        <w:rPr>
          <w:rFonts w:ascii="Roboto Condensed" w:hAnsi="Roboto Condensed"/>
          <w:sz w:val="20"/>
          <w:lang w:val="pl-PL"/>
        </w:rPr>
        <w:t>W wyniku usankcjonowania istniejącej zabudowy mieszkaniowej oraz wyznaczenia wielofunkcyjnych stref w ramach ustaleń plan</w:t>
      </w:r>
      <w:r w:rsidR="00B45284" w:rsidRPr="00E635FC">
        <w:rPr>
          <w:rFonts w:ascii="Roboto Condensed" w:hAnsi="Roboto Condensed"/>
          <w:sz w:val="20"/>
          <w:lang w:val="pl-PL"/>
        </w:rPr>
        <w:t>ów</w:t>
      </w:r>
      <w:r w:rsidRPr="00E635FC">
        <w:rPr>
          <w:rFonts w:ascii="Roboto Condensed" w:hAnsi="Roboto Condensed"/>
          <w:sz w:val="20"/>
          <w:lang w:val="pl-PL"/>
        </w:rPr>
        <w:t xml:space="preserve"> miejscow</w:t>
      </w:r>
      <w:r w:rsidR="00B45284" w:rsidRPr="00E635FC">
        <w:rPr>
          <w:rFonts w:ascii="Roboto Condensed" w:hAnsi="Roboto Condensed"/>
          <w:sz w:val="20"/>
          <w:lang w:val="pl-PL"/>
        </w:rPr>
        <w:t>ych</w:t>
      </w:r>
      <w:r w:rsidRPr="00E635FC">
        <w:rPr>
          <w:rFonts w:ascii="Roboto Condensed" w:hAnsi="Roboto Condensed"/>
          <w:sz w:val="20"/>
          <w:lang w:val="pl-PL"/>
        </w:rPr>
        <w:t xml:space="preserve"> i wcześniej wyznaczonego obszaru uzupełnienia zabudowy, przeznaczono </w:t>
      </w:r>
      <w:r w:rsidR="00A22341">
        <w:rPr>
          <w:rFonts w:ascii="Roboto Condensed" w:hAnsi="Roboto Condensed"/>
          <w:sz w:val="20"/>
          <w:lang w:val="pl-PL"/>
        </w:rPr>
        <w:t>500,25</w:t>
      </w:r>
      <w:r w:rsidR="008E2BDB" w:rsidRPr="008E2BDB">
        <w:rPr>
          <w:rFonts w:ascii="Roboto Condensed" w:hAnsi="Roboto Condensed"/>
          <w:sz w:val="20"/>
          <w:lang w:val="pl-PL"/>
        </w:rPr>
        <w:t xml:space="preserve"> </w:t>
      </w:r>
      <w:r w:rsidRPr="00E635FC">
        <w:rPr>
          <w:rFonts w:ascii="Roboto Condensed" w:hAnsi="Roboto Condensed"/>
          <w:sz w:val="20"/>
          <w:lang w:val="pl-PL"/>
        </w:rPr>
        <w:t xml:space="preserve">ha terenów pod strefę wielofunkcyjną z zabudową mieszkaniową jednorodzinną - SJ oraz </w:t>
      </w:r>
      <w:r w:rsidR="007D1AA1" w:rsidRPr="007D1AA1">
        <w:rPr>
          <w:rFonts w:ascii="Roboto Condensed" w:hAnsi="Roboto Condensed"/>
          <w:sz w:val="20"/>
          <w:lang w:val="pl-PL"/>
        </w:rPr>
        <w:t>31,80</w:t>
      </w:r>
      <w:r w:rsidRPr="007D1AA1">
        <w:rPr>
          <w:rFonts w:ascii="Roboto Condensed" w:hAnsi="Roboto Condensed"/>
          <w:sz w:val="20"/>
          <w:lang w:val="pl-PL"/>
        </w:rPr>
        <w:t xml:space="preserve"> </w:t>
      </w:r>
      <w:r w:rsidRPr="00E635FC">
        <w:rPr>
          <w:rFonts w:ascii="Roboto Condensed" w:hAnsi="Roboto Condensed"/>
          <w:sz w:val="20"/>
          <w:lang w:val="pl-PL"/>
        </w:rPr>
        <w:t>ha pod strefę wielofunkcyjną z zabudową zagrodową - SZ, czyli sumarycznie</w:t>
      </w:r>
      <w:r w:rsidRPr="00E635FC">
        <w:rPr>
          <w:lang w:val="pl-PL"/>
        </w:rPr>
        <w:t xml:space="preserve"> </w:t>
      </w:r>
      <w:r w:rsidR="003575BE" w:rsidRPr="008E2BDB">
        <w:rPr>
          <w:rFonts w:ascii="Roboto Condensed" w:hAnsi="Roboto Condensed"/>
          <w:sz w:val="20"/>
          <w:lang w:val="pl-PL"/>
        </w:rPr>
        <w:t xml:space="preserve">532,05 </w:t>
      </w:r>
      <w:r w:rsidRPr="00E635FC">
        <w:rPr>
          <w:rFonts w:ascii="Roboto Condensed" w:hAnsi="Roboto Condensed"/>
          <w:sz w:val="20"/>
          <w:lang w:val="pl-PL"/>
        </w:rPr>
        <w:t xml:space="preserve">ha zostało objęte strefami wielofunkcyjnymi. </w:t>
      </w:r>
      <w:r w:rsidRPr="004D3EEA">
        <w:rPr>
          <w:rFonts w:ascii="Roboto Condensed" w:hAnsi="Roboto Condensed"/>
          <w:sz w:val="20"/>
          <w:lang w:val="pl-PL"/>
        </w:rPr>
        <w:t xml:space="preserve">Schematyczne przedstawienie stref na </w:t>
      </w:r>
      <w:r w:rsidR="00E9275F" w:rsidRPr="00F41EBE">
        <w:rPr>
          <w:rFonts w:ascii="Roboto Condensed" w:hAnsi="Roboto Condensed"/>
          <w:i/>
          <w:iCs/>
          <w:sz w:val="20"/>
          <w:lang w:val="pl-PL"/>
        </w:rPr>
        <w:t>Rys.</w:t>
      </w:r>
      <w:r w:rsidR="00F41EBE" w:rsidRPr="00F41EBE">
        <w:rPr>
          <w:rFonts w:ascii="Roboto Condensed" w:hAnsi="Roboto Condensed"/>
          <w:i/>
          <w:iCs/>
          <w:sz w:val="20"/>
          <w:lang w:val="pl-PL"/>
        </w:rPr>
        <w:t>30</w:t>
      </w:r>
      <w:r w:rsidR="00E9275F" w:rsidRPr="00F41EBE">
        <w:rPr>
          <w:rFonts w:ascii="Roboto Condensed" w:hAnsi="Roboto Condensed"/>
          <w:i/>
          <w:iCs/>
          <w:sz w:val="20"/>
          <w:lang w:val="pl-PL"/>
        </w:rPr>
        <w:t xml:space="preserve"> Wyznaczone strefy wielofunkcyjne w projekcie POG w ramach obowiązujących MPZP i OUZ.</w:t>
      </w:r>
    </w:p>
    <w:p w14:paraId="349343C3" w14:textId="38C3530C" w:rsidR="004D3EEA" w:rsidRPr="0028026C" w:rsidRDefault="0057494D" w:rsidP="004D3EEA">
      <w:pPr>
        <w:pStyle w:val="Tekstpodstawowy2"/>
        <w:spacing w:before="120" w:after="120" w:line="240" w:lineRule="auto"/>
        <w:ind w:left="170"/>
        <w:rPr>
          <w:rFonts w:ascii="Roboto Condensed" w:hAnsi="Roboto Condensed"/>
          <w:i/>
          <w:iCs/>
          <w:sz w:val="20"/>
          <w:lang w:val="pl-PL"/>
        </w:rPr>
      </w:pPr>
      <w:r w:rsidRPr="004D3EEA">
        <w:rPr>
          <w:rFonts w:ascii="Roboto Condensed" w:hAnsi="Roboto Condensed"/>
          <w:sz w:val="20"/>
          <w:lang w:val="pl-PL"/>
        </w:rPr>
        <w:t xml:space="preserve">Na terenie gminy Radomsko uchwalony jest jeden miejscowy plan zagospodarowania przestrzennego w którym określono przeznaczenie umożliwiające realizację funkcji mieszkaniowej (Uchwała Nr XLV/283/2022 Rady Gminy Radomsko z dnia </w:t>
      </w:r>
      <w:r w:rsidR="00EA0C5D">
        <w:rPr>
          <w:rFonts w:ascii="Roboto Condensed" w:hAnsi="Roboto Condensed"/>
          <w:sz w:val="20"/>
          <w:lang w:val="pl-PL"/>
        </w:rPr>
        <w:br/>
      </w:r>
      <w:r w:rsidRPr="004D3EEA">
        <w:rPr>
          <w:rFonts w:ascii="Roboto Condensed" w:hAnsi="Roboto Condensed"/>
          <w:sz w:val="20"/>
          <w:lang w:val="pl-PL"/>
        </w:rPr>
        <w:t xml:space="preserve">12 grudnia 2022 r. w sprawie uchwalenia miejscowego planu zagospodarowania przestrzennego terenu w rejonie ulicy Broniewskiego w miejscowości Strzałków w gminie Radomsko), w ramach którego zidentyfikowano , zgodnie z przyjętą metodologią patrz: </w:t>
      </w:r>
      <w:r w:rsidRPr="00E635FC">
        <w:rPr>
          <w:rFonts w:ascii="Roboto Condensed" w:hAnsi="Roboto Condensed"/>
          <w:sz w:val="20"/>
        </w:rPr>
        <w:fldChar w:fldCharType="begin"/>
      </w:r>
      <w:r w:rsidRPr="004D3EEA">
        <w:rPr>
          <w:rFonts w:ascii="Roboto Condensed" w:hAnsi="Roboto Condensed"/>
          <w:sz w:val="20"/>
          <w:lang w:val="pl-PL"/>
        </w:rPr>
        <w:instrText xml:space="preserve"> REF _Ref199849485 \h  \* MERGEFORMAT </w:instrText>
      </w:r>
      <w:r w:rsidRPr="00E635FC">
        <w:rPr>
          <w:rFonts w:ascii="Roboto Condensed" w:hAnsi="Roboto Condensed"/>
          <w:sz w:val="20"/>
        </w:rPr>
      </w:r>
      <w:r w:rsidRPr="00E635FC">
        <w:rPr>
          <w:rFonts w:ascii="Roboto Condensed" w:hAnsi="Roboto Condensed"/>
          <w:sz w:val="20"/>
        </w:rPr>
        <w:fldChar w:fldCharType="separate"/>
      </w:r>
      <w:r w:rsidR="00342D17" w:rsidRPr="00342D17">
        <w:rPr>
          <w:rFonts w:ascii="Roboto Condensed" w:hAnsi="Roboto Condensed"/>
          <w:bCs/>
          <w:i/>
          <w:iCs/>
          <w:sz w:val="20"/>
          <w:lang w:val="pl-PL"/>
        </w:rPr>
        <w:t>Delimitacja terenów niezabudowanych i luk w istniejącej zabudowie</w:t>
      </w:r>
      <w:r w:rsidRPr="00E635FC">
        <w:rPr>
          <w:rFonts w:ascii="Roboto Condensed" w:hAnsi="Roboto Condensed"/>
          <w:sz w:val="20"/>
        </w:rPr>
        <w:fldChar w:fldCharType="end"/>
      </w:r>
      <w:r w:rsidRPr="004D3EEA">
        <w:rPr>
          <w:rFonts w:ascii="Roboto Condensed" w:hAnsi="Roboto Condensed"/>
          <w:sz w:val="20"/>
          <w:lang w:val="pl-PL"/>
        </w:rPr>
        <w:t xml:space="preserve"> </w:t>
      </w:r>
      <w:r w:rsidR="007704B7" w:rsidRPr="002B23C3">
        <w:rPr>
          <w:rFonts w:ascii="Roboto Condensed" w:hAnsi="Roboto Condensed"/>
          <w:sz w:val="20"/>
          <w:lang w:val="pl-PL"/>
        </w:rPr>
        <w:t xml:space="preserve">24,95 </w:t>
      </w:r>
      <w:r w:rsidRPr="004D3EEA">
        <w:rPr>
          <w:rFonts w:ascii="Roboto Condensed" w:hAnsi="Roboto Condensed"/>
          <w:sz w:val="20"/>
          <w:lang w:val="pl-PL"/>
        </w:rPr>
        <w:t xml:space="preserve">ha terenów niezabudowanych lub luk w zabudowie podlegających bilansowaniu, następnie przystąpiono do wyznaczenia terenów niezabudowanych i luk w zabudowie dla obszaru uzupełnienia zabudowy w wyniku przeprowadzonej analizy </w:t>
      </w:r>
      <w:r w:rsidRPr="001273A3">
        <w:rPr>
          <w:rFonts w:ascii="Roboto Condensed" w:hAnsi="Roboto Condensed"/>
          <w:sz w:val="20"/>
          <w:lang w:val="pl-PL"/>
        </w:rPr>
        <w:t xml:space="preserve">wyznaczono sumarycznie </w:t>
      </w:r>
      <w:r w:rsidR="00731638" w:rsidRPr="001273A3">
        <w:rPr>
          <w:rFonts w:ascii="Roboto Condensed" w:hAnsi="Roboto Condensed"/>
          <w:sz w:val="20"/>
          <w:lang w:val="pl-PL"/>
        </w:rPr>
        <w:t>110,</w:t>
      </w:r>
      <w:r w:rsidR="00897D04" w:rsidRPr="001273A3">
        <w:rPr>
          <w:rFonts w:ascii="Roboto Condensed" w:hAnsi="Roboto Condensed"/>
          <w:sz w:val="20"/>
          <w:lang w:val="pl-PL"/>
        </w:rPr>
        <w:t>38</w:t>
      </w:r>
      <w:r w:rsidR="00731638" w:rsidRPr="001273A3">
        <w:rPr>
          <w:rFonts w:ascii="Roboto Condensed" w:hAnsi="Roboto Condensed"/>
          <w:sz w:val="20"/>
          <w:lang w:val="pl-PL"/>
        </w:rPr>
        <w:t xml:space="preserve"> </w:t>
      </w:r>
      <w:r w:rsidRPr="001273A3">
        <w:rPr>
          <w:rFonts w:ascii="Roboto Condensed" w:hAnsi="Roboto Condensed"/>
          <w:sz w:val="20"/>
          <w:lang w:val="pl-PL"/>
        </w:rPr>
        <w:t xml:space="preserve">ha terenów nie zabudowanych i luk w zabudowie w ramach stref planistycznych SJ, SZ, w tym </w:t>
      </w:r>
      <w:r w:rsidR="001273A3" w:rsidRPr="001273A3">
        <w:rPr>
          <w:rFonts w:ascii="Roboto Condensed" w:hAnsi="Roboto Condensed"/>
          <w:sz w:val="20"/>
          <w:lang w:val="pl-PL"/>
        </w:rPr>
        <w:t>110,17</w:t>
      </w:r>
      <w:r w:rsidRPr="001273A3">
        <w:rPr>
          <w:rFonts w:ascii="Roboto Condensed" w:hAnsi="Roboto Condensed"/>
          <w:sz w:val="20"/>
          <w:lang w:val="pl-PL"/>
        </w:rPr>
        <w:t xml:space="preserve"> ha w ramach strefy wielofunkcyjnej z zabudową mieszkaniową jednorodzinną oraz </w:t>
      </w:r>
      <w:r w:rsidR="00BA4C26" w:rsidRPr="001273A3">
        <w:rPr>
          <w:rFonts w:ascii="Roboto Condensed" w:hAnsi="Roboto Condensed"/>
          <w:sz w:val="20"/>
          <w:lang w:val="pl-PL"/>
        </w:rPr>
        <w:t>0,21</w:t>
      </w:r>
      <w:r w:rsidRPr="001273A3">
        <w:rPr>
          <w:rFonts w:ascii="Roboto Condensed" w:hAnsi="Roboto Condensed"/>
          <w:sz w:val="20"/>
          <w:lang w:val="pl-PL"/>
        </w:rPr>
        <w:t xml:space="preserve"> ha </w:t>
      </w:r>
      <w:r w:rsidRPr="004D3EEA">
        <w:rPr>
          <w:rFonts w:ascii="Roboto Condensed" w:hAnsi="Roboto Condensed"/>
          <w:sz w:val="20"/>
          <w:lang w:val="pl-PL"/>
        </w:rPr>
        <w:t>w ramach strefy wielofunkcyjna z zabudową zagrodową, tereny które będą podlegać bilansowaniu w pierwszym etapie, schematycznie przedstawione na</w:t>
      </w:r>
      <w:r w:rsidR="00993DC5">
        <w:rPr>
          <w:rFonts w:ascii="Roboto Condensed" w:hAnsi="Roboto Condensed"/>
          <w:sz w:val="20"/>
          <w:lang w:val="pl-PL"/>
        </w:rPr>
        <w:t>:</w:t>
      </w:r>
      <w:r w:rsidR="00993DC5">
        <w:rPr>
          <w:rFonts w:ascii="Roboto Condensed" w:hAnsi="Roboto Condensed"/>
          <w:sz w:val="20"/>
          <w:lang w:val="pl-PL"/>
        </w:rPr>
        <w:br/>
      </w:r>
      <w:r w:rsidR="004D3EEA" w:rsidRPr="0028026C">
        <w:rPr>
          <w:rFonts w:ascii="Roboto Condensed" w:hAnsi="Roboto Condensed"/>
          <w:i/>
          <w:iCs/>
          <w:sz w:val="20"/>
          <w:lang w:val="pl-PL"/>
        </w:rPr>
        <w:t>Rys.</w:t>
      </w:r>
      <w:r w:rsidR="004E168A">
        <w:rPr>
          <w:rFonts w:ascii="Roboto Condensed" w:hAnsi="Roboto Condensed"/>
          <w:i/>
          <w:iCs/>
          <w:sz w:val="20"/>
          <w:lang w:val="pl-PL"/>
        </w:rPr>
        <w:t>31</w:t>
      </w:r>
      <w:r w:rsidR="004D3EEA" w:rsidRPr="0028026C">
        <w:rPr>
          <w:rFonts w:ascii="Roboto Condensed" w:hAnsi="Roboto Condensed"/>
          <w:i/>
          <w:iCs/>
          <w:sz w:val="20"/>
          <w:lang w:val="pl-PL"/>
        </w:rPr>
        <w:t xml:space="preserve"> Tereny niezabudowane i luki w zabudowie w ramach stref wielofunkcyjnych w projekcie POG</w:t>
      </w:r>
      <w:r w:rsidR="004D3EEA">
        <w:rPr>
          <w:rFonts w:ascii="Roboto Condensed" w:hAnsi="Roboto Condensed"/>
          <w:i/>
          <w:iCs/>
          <w:sz w:val="20"/>
          <w:lang w:val="pl-PL"/>
        </w:rPr>
        <w:t xml:space="preserve"> </w:t>
      </w:r>
      <w:r w:rsidR="004D3EEA" w:rsidRPr="000705E1">
        <w:rPr>
          <w:rFonts w:ascii="Roboto Condensed" w:hAnsi="Roboto Condensed"/>
          <w:i/>
          <w:iCs/>
          <w:sz w:val="20"/>
          <w:lang w:val="pl-PL"/>
        </w:rPr>
        <w:t>w ramach obowiązujących MPZP i OUZ.</w:t>
      </w:r>
    </w:p>
    <w:p w14:paraId="34E0504D" w14:textId="77777777" w:rsidR="00ED1FC4" w:rsidRPr="00D72628" w:rsidRDefault="00ED1FC4" w:rsidP="00ED1FC4">
      <w:pPr>
        <w:pStyle w:val="Tekstpodstawowy2"/>
        <w:spacing w:before="120" w:line="240" w:lineRule="auto"/>
        <w:ind w:left="170"/>
        <w:rPr>
          <w:rFonts w:ascii="Roboto Condensed" w:hAnsi="Roboto Condensed"/>
          <w:sz w:val="20"/>
          <w:lang w:val="pl-PL"/>
        </w:rPr>
      </w:pPr>
      <w:r w:rsidRPr="00D72628">
        <w:rPr>
          <w:rFonts w:ascii="Roboto Condensed" w:hAnsi="Roboto Condensed"/>
          <w:sz w:val="20"/>
          <w:lang w:val="pl-PL"/>
        </w:rPr>
        <w:t>Metoda określania chłonności terenów zabudowanych uwzględnia istniejącą zabudowę najbardziej zbliżoną do planowanych parametrów dla danej strefy, w szczególności pod względem rodzaju i nadziemnej intensywności zabudowy (w rozumieniu przepisów ustawy). Rozwiązanie to odzwierciedla zasadę analogii wskazaną w § 3 ust. 11 rozporządzenia w sprawie projektu planu ogólnego, która nakazuje uwzględnić parametry zabudowy zbliżone do planowanych.</w:t>
      </w:r>
    </w:p>
    <w:p w14:paraId="1C757AA2" w14:textId="77777777" w:rsidR="00ED1FC4" w:rsidRPr="00D72628" w:rsidRDefault="00ED1FC4" w:rsidP="00ED1FC4">
      <w:pPr>
        <w:pStyle w:val="Tekstpodstawowy2"/>
        <w:spacing w:before="120" w:line="240" w:lineRule="auto"/>
        <w:ind w:left="170"/>
        <w:rPr>
          <w:rFonts w:ascii="Roboto Condensed" w:hAnsi="Roboto Condensed"/>
          <w:sz w:val="20"/>
          <w:lang w:val="pl-PL"/>
        </w:rPr>
      </w:pPr>
      <w:r w:rsidRPr="00D72628">
        <w:rPr>
          <w:rFonts w:ascii="Roboto Condensed" w:hAnsi="Roboto Condensed"/>
          <w:sz w:val="20"/>
          <w:lang w:val="pl-PL"/>
        </w:rPr>
        <w:t>Do obliczenia chłonności terenów przyjęto wskaźnik rzeczywistej gęstości zaludnienia (RGZ) [os./ha], wyznaczony na podstawie punktów adresowych powstałych w ostatnich 10 latach. RGZ określono dla terenów już zabudowanych, morfologicznie i funkcjonalnie najbliższych planowanej zabudowie w obrębie stref SJ (mieszkaniowa jednorodzinna) i SZ (zagrodowa). Następnie RGZ stanowił podstawę wyznaczenia wskaźnika chłonności terenów (</w:t>
      </w:r>
      <w:proofErr w:type="spellStart"/>
      <w:r w:rsidRPr="00D72628">
        <w:rPr>
          <w:rFonts w:ascii="Roboto Condensed" w:hAnsi="Roboto Condensed"/>
          <w:sz w:val="20"/>
          <w:lang w:val="pl-PL"/>
        </w:rPr>
        <w:t>Wch</w:t>
      </w:r>
      <w:proofErr w:type="spellEnd"/>
      <w:r w:rsidRPr="00D72628">
        <w:rPr>
          <w:rFonts w:ascii="Roboto Condensed" w:hAnsi="Roboto Condensed"/>
          <w:sz w:val="20"/>
          <w:lang w:val="pl-PL"/>
        </w:rPr>
        <w:t>) w tych samych strefach.</w:t>
      </w:r>
    </w:p>
    <w:p w14:paraId="61EE5877" w14:textId="77777777" w:rsidR="00ED1FC4" w:rsidRPr="00D72628" w:rsidRDefault="00ED1FC4" w:rsidP="00542E81">
      <w:pPr>
        <w:pStyle w:val="Tekstpodstawowy2"/>
        <w:spacing w:before="120" w:line="240" w:lineRule="auto"/>
        <w:ind w:left="142"/>
        <w:rPr>
          <w:rFonts w:ascii="Roboto Condensed" w:hAnsi="Roboto Condensed"/>
          <w:sz w:val="20"/>
        </w:rPr>
      </w:pPr>
      <w:proofErr w:type="spellStart"/>
      <w:r w:rsidRPr="00D72628">
        <w:rPr>
          <w:rFonts w:ascii="Roboto Condensed" w:hAnsi="Roboto Condensed"/>
          <w:sz w:val="20"/>
        </w:rPr>
        <w:t>Uzasadnienie</w:t>
      </w:r>
      <w:proofErr w:type="spellEnd"/>
      <w:r w:rsidRPr="00D72628">
        <w:rPr>
          <w:rFonts w:ascii="Roboto Condensed" w:hAnsi="Roboto Condensed"/>
          <w:sz w:val="20"/>
        </w:rPr>
        <w:t xml:space="preserve"> </w:t>
      </w:r>
      <w:proofErr w:type="spellStart"/>
      <w:r w:rsidRPr="00D72628">
        <w:rPr>
          <w:rFonts w:ascii="Roboto Condensed" w:hAnsi="Roboto Condensed"/>
          <w:sz w:val="20"/>
        </w:rPr>
        <w:t>przyjęcia</w:t>
      </w:r>
      <w:proofErr w:type="spellEnd"/>
      <w:r w:rsidRPr="00D72628">
        <w:rPr>
          <w:rFonts w:ascii="Roboto Condensed" w:hAnsi="Roboto Condensed"/>
          <w:sz w:val="20"/>
        </w:rPr>
        <w:t xml:space="preserve"> </w:t>
      </w:r>
      <w:proofErr w:type="spellStart"/>
      <w:r w:rsidRPr="00D72628">
        <w:rPr>
          <w:rFonts w:ascii="Roboto Condensed" w:hAnsi="Roboto Condensed"/>
          <w:sz w:val="20"/>
        </w:rPr>
        <w:t>horyzontu</w:t>
      </w:r>
      <w:proofErr w:type="spellEnd"/>
      <w:r w:rsidRPr="00D72628">
        <w:rPr>
          <w:rFonts w:ascii="Roboto Condensed" w:hAnsi="Roboto Condensed"/>
          <w:sz w:val="20"/>
        </w:rPr>
        <w:t xml:space="preserve"> 10 </w:t>
      </w:r>
      <w:proofErr w:type="spellStart"/>
      <w:r w:rsidRPr="00D72628">
        <w:rPr>
          <w:rFonts w:ascii="Roboto Condensed" w:hAnsi="Roboto Condensed"/>
          <w:sz w:val="20"/>
        </w:rPr>
        <w:t>lat</w:t>
      </w:r>
      <w:proofErr w:type="spellEnd"/>
      <w:r>
        <w:rPr>
          <w:rFonts w:ascii="Roboto Condensed" w:hAnsi="Roboto Condensed"/>
          <w:sz w:val="20"/>
        </w:rPr>
        <w:t>:</w:t>
      </w:r>
    </w:p>
    <w:p w14:paraId="0FC4AF3D" w14:textId="77777777" w:rsidR="00ED1FC4" w:rsidRPr="00D72628" w:rsidRDefault="00ED1FC4" w:rsidP="00ED1FC4">
      <w:pPr>
        <w:pStyle w:val="Tekstpodstawowy2"/>
        <w:numPr>
          <w:ilvl w:val="0"/>
          <w:numId w:val="13"/>
        </w:numPr>
        <w:spacing w:before="120" w:after="120" w:line="240" w:lineRule="auto"/>
        <w:rPr>
          <w:rFonts w:ascii="Roboto Condensed" w:hAnsi="Roboto Condensed"/>
          <w:sz w:val="20"/>
          <w:lang w:val="pl-PL"/>
        </w:rPr>
      </w:pPr>
      <w:r w:rsidRPr="00D72628">
        <w:rPr>
          <w:rFonts w:ascii="Roboto Condensed" w:hAnsi="Roboto Condensed"/>
          <w:sz w:val="20"/>
          <w:lang w:val="pl-PL"/>
        </w:rPr>
        <w:t>Specyfika dotychczasowej zabudowy siedliskowej – tradycyjna zabudowa siedliskowa (duże działki, niska intensywność, rozbudowane zaplecze gospodarcze) nie odpowiada współczesnym potrzebom urbanistycznym.</w:t>
      </w:r>
    </w:p>
    <w:p w14:paraId="0783811E" w14:textId="77777777" w:rsidR="00ED1FC4" w:rsidRPr="00D72628" w:rsidRDefault="00ED1FC4" w:rsidP="00ED1FC4">
      <w:pPr>
        <w:pStyle w:val="Tekstpodstawowy2"/>
        <w:numPr>
          <w:ilvl w:val="0"/>
          <w:numId w:val="13"/>
        </w:numPr>
        <w:spacing w:before="120" w:after="120" w:line="240" w:lineRule="auto"/>
        <w:rPr>
          <w:rFonts w:ascii="Roboto Condensed" w:hAnsi="Roboto Condensed"/>
          <w:sz w:val="20"/>
          <w:lang w:val="pl-PL"/>
        </w:rPr>
      </w:pPr>
      <w:r w:rsidRPr="00D72628">
        <w:rPr>
          <w:rFonts w:ascii="Roboto Condensed" w:hAnsi="Roboto Condensed"/>
          <w:sz w:val="20"/>
          <w:lang w:val="pl-PL"/>
        </w:rPr>
        <w:t>Zmiana trendów inwestycyjnych – nowe inwestycje z ostatniej dekady charakteryzują się mniejszymi działkami i wyższą intensywnością oraz ograniczeniem funkcji gospodarczych.</w:t>
      </w:r>
    </w:p>
    <w:p w14:paraId="5AFD1A16" w14:textId="77777777" w:rsidR="00ED1FC4" w:rsidRPr="00D72628" w:rsidRDefault="00ED1FC4" w:rsidP="00ED1FC4">
      <w:pPr>
        <w:pStyle w:val="Tekstpodstawowy2"/>
        <w:numPr>
          <w:ilvl w:val="0"/>
          <w:numId w:val="13"/>
        </w:numPr>
        <w:spacing w:before="120" w:after="120" w:line="240" w:lineRule="auto"/>
        <w:rPr>
          <w:rFonts w:ascii="Roboto Condensed" w:hAnsi="Roboto Condensed"/>
          <w:sz w:val="20"/>
          <w:lang w:val="pl-PL"/>
        </w:rPr>
      </w:pPr>
      <w:r w:rsidRPr="00D72628">
        <w:rPr>
          <w:rFonts w:ascii="Roboto Condensed" w:hAnsi="Roboto Condensed"/>
          <w:sz w:val="20"/>
          <w:lang w:val="pl-PL"/>
        </w:rPr>
        <w:t>Podobieństwo do planowanej zabudowy – inwestycje realizowane w tym okresie najlepiej odzwierciedlają planowane parametry (funkcje, struktura przestrzenna).</w:t>
      </w:r>
    </w:p>
    <w:p w14:paraId="3ADEB50E" w14:textId="77777777" w:rsidR="00ED1FC4" w:rsidRPr="00D72628" w:rsidRDefault="00ED1FC4" w:rsidP="00ED1FC4">
      <w:pPr>
        <w:pStyle w:val="Tekstpodstawowy2"/>
        <w:numPr>
          <w:ilvl w:val="0"/>
          <w:numId w:val="13"/>
        </w:numPr>
        <w:spacing w:before="120" w:after="120" w:line="240" w:lineRule="auto"/>
        <w:rPr>
          <w:rFonts w:ascii="Roboto Condensed" w:hAnsi="Roboto Condensed"/>
          <w:sz w:val="20"/>
          <w:lang w:val="pl-PL"/>
        </w:rPr>
      </w:pPr>
      <w:r w:rsidRPr="00D72628">
        <w:rPr>
          <w:rFonts w:ascii="Roboto Condensed" w:hAnsi="Roboto Condensed"/>
          <w:sz w:val="20"/>
          <w:lang w:val="pl-PL"/>
        </w:rPr>
        <w:t xml:space="preserve">Precyzja i aktualność danych – punkty adresowe z </w:t>
      </w:r>
      <w:proofErr w:type="spellStart"/>
      <w:r w:rsidRPr="00D72628">
        <w:rPr>
          <w:rFonts w:ascii="Roboto Condensed" w:hAnsi="Roboto Condensed"/>
          <w:sz w:val="20"/>
          <w:lang w:val="pl-PL"/>
        </w:rPr>
        <w:t>EMUiA</w:t>
      </w:r>
      <w:proofErr w:type="spellEnd"/>
      <w:r w:rsidRPr="00D72628">
        <w:rPr>
          <w:rFonts w:ascii="Roboto Condensed" w:hAnsi="Roboto Condensed"/>
          <w:sz w:val="20"/>
          <w:lang w:val="pl-PL"/>
        </w:rPr>
        <w:t xml:space="preserve"> (odzwierciedlenie faktycznej liczby mieszkańców), powiązanie z ewidencją ludności oraz geometrie działek z </w:t>
      </w:r>
      <w:proofErr w:type="spellStart"/>
      <w:r w:rsidRPr="00D72628">
        <w:rPr>
          <w:rFonts w:ascii="Roboto Condensed" w:hAnsi="Roboto Condensed"/>
          <w:sz w:val="20"/>
          <w:lang w:val="pl-PL"/>
        </w:rPr>
        <w:t>EGiB</w:t>
      </w:r>
      <w:proofErr w:type="spellEnd"/>
      <w:r w:rsidRPr="00D72628">
        <w:rPr>
          <w:rFonts w:ascii="Roboto Condensed" w:hAnsi="Roboto Condensed"/>
          <w:sz w:val="20"/>
          <w:lang w:val="pl-PL"/>
        </w:rPr>
        <w:t xml:space="preserve"> zapewniają wiarygodność.</w:t>
      </w:r>
    </w:p>
    <w:p w14:paraId="0CD4A59E" w14:textId="77777777" w:rsidR="00ED1FC4" w:rsidRPr="00D72628" w:rsidRDefault="00ED1FC4" w:rsidP="00ED1FC4">
      <w:pPr>
        <w:pStyle w:val="Tekstpodstawowy2"/>
        <w:numPr>
          <w:ilvl w:val="0"/>
          <w:numId w:val="13"/>
        </w:numPr>
        <w:spacing w:before="120" w:after="120" w:line="240" w:lineRule="auto"/>
        <w:rPr>
          <w:rFonts w:ascii="Roboto Condensed" w:hAnsi="Roboto Condensed"/>
          <w:sz w:val="20"/>
          <w:lang w:val="pl-PL"/>
        </w:rPr>
      </w:pPr>
      <w:r w:rsidRPr="00D72628">
        <w:rPr>
          <w:rFonts w:ascii="Roboto Condensed" w:hAnsi="Roboto Condensed"/>
          <w:sz w:val="20"/>
          <w:lang w:val="pl-PL"/>
        </w:rPr>
        <w:t>Reprezentatywność okresu – 10 lat stabilizuje wyniki i ogranicza wpływ krótkookresowych wahań.</w:t>
      </w:r>
    </w:p>
    <w:p w14:paraId="54E25578" w14:textId="77777777" w:rsidR="00ED1FC4" w:rsidRPr="00AB1638" w:rsidRDefault="00ED1FC4" w:rsidP="00ED1FC4">
      <w:pPr>
        <w:pStyle w:val="Tekstpodstawowy2"/>
        <w:spacing w:before="120" w:line="240" w:lineRule="auto"/>
        <w:ind w:left="142"/>
        <w:rPr>
          <w:rFonts w:ascii="Roboto Condensed" w:hAnsi="Roboto Condensed"/>
          <w:color w:val="FFC000"/>
          <w:sz w:val="20"/>
          <w:lang w:val="pl-PL"/>
        </w:rPr>
      </w:pPr>
      <w:r w:rsidRPr="00AB1638">
        <w:rPr>
          <w:rFonts w:ascii="Roboto Condensed" w:hAnsi="Roboto Condensed"/>
          <w:sz w:val="20"/>
          <w:lang w:val="pl-PL"/>
        </w:rPr>
        <w:t xml:space="preserve">W </w:t>
      </w:r>
      <w:r w:rsidRPr="00B4418E">
        <w:rPr>
          <w:rFonts w:ascii="Roboto Condensed" w:hAnsi="Roboto Condensed"/>
          <w:sz w:val="20"/>
          <w:lang w:val="pl-PL"/>
        </w:rPr>
        <w:t>analizie</w:t>
      </w:r>
      <w:r w:rsidRPr="00AB1638">
        <w:rPr>
          <w:rFonts w:ascii="Roboto Condensed" w:hAnsi="Roboto Condensed"/>
          <w:sz w:val="20"/>
          <w:lang w:val="pl-PL"/>
        </w:rPr>
        <w:t xml:space="preserve"> użyto następujących danych:</w:t>
      </w:r>
    </w:p>
    <w:p w14:paraId="09F5C9D8" w14:textId="77777777" w:rsidR="00ED1FC4" w:rsidRPr="00271935" w:rsidRDefault="00ED1FC4" w:rsidP="00ED1FC4">
      <w:pPr>
        <w:pStyle w:val="Tekstpodstawowy2"/>
        <w:numPr>
          <w:ilvl w:val="0"/>
          <w:numId w:val="3"/>
        </w:numPr>
        <w:spacing w:line="240" w:lineRule="auto"/>
        <w:ind w:left="567" w:hanging="227"/>
        <w:jc w:val="left"/>
        <w:rPr>
          <w:rFonts w:ascii="Roboto Condensed" w:hAnsi="Roboto Condensed"/>
          <w:sz w:val="20"/>
          <w:lang w:val="pl-PL"/>
        </w:rPr>
      </w:pPr>
      <w:r w:rsidRPr="00271935">
        <w:rPr>
          <w:rFonts w:ascii="Roboto Condensed" w:hAnsi="Roboto Condensed"/>
          <w:sz w:val="20"/>
          <w:lang w:val="pl-PL"/>
        </w:rPr>
        <w:t>Zestawienie liczby mieszkańców według adresu stałego zameldowania aktualny na dzień 17.01.2025 r. pozyskany z Urzędu Gminy.</w:t>
      </w:r>
    </w:p>
    <w:p w14:paraId="354D1080" w14:textId="77777777" w:rsidR="00ED1FC4" w:rsidRPr="00271935" w:rsidRDefault="00ED1FC4" w:rsidP="00ED1FC4">
      <w:pPr>
        <w:pStyle w:val="Tekstpodstawowy2"/>
        <w:numPr>
          <w:ilvl w:val="0"/>
          <w:numId w:val="3"/>
        </w:numPr>
        <w:spacing w:line="240" w:lineRule="auto"/>
        <w:ind w:left="567" w:hanging="227"/>
        <w:jc w:val="left"/>
        <w:rPr>
          <w:rFonts w:ascii="Roboto Condensed" w:hAnsi="Roboto Condensed"/>
          <w:sz w:val="20"/>
          <w:lang w:val="pl-PL"/>
        </w:rPr>
      </w:pPr>
      <w:r w:rsidRPr="00271935">
        <w:rPr>
          <w:rFonts w:ascii="Roboto Condensed" w:hAnsi="Roboto Condensed"/>
          <w:sz w:val="20"/>
          <w:lang w:val="pl-PL"/>
        </w:rPr>
        <w:lastRenderedPageBreak/>
        <w:t xml:space="preserve">Ewidencja miejscowości, ulic i adresów, w zakresie punktów adresowych i ich numerów porządkowych, pozyskanych z usługi WFS prowadzonej przez Gminę </w:t>
      </w:r>
      <w:r>
        <w:rPr>
          <w:rFonts w:ascii="Roboto Condensed" w:hAnsi="Roboto Condensed"/>
          <w:sz w:val="20"/>
          <w:lang w:val="pl-PL"/>
        </w:rPr>
        <w:br/>
      </w:r>
      <w:r w:rsidRPr="00271935">
        <w:rPr>
          <w:rFonts w:ascii="Roboto Condensed" w:hAnsi="Roboto Condensed"/>
          <w:sz w:val="20"/>
          <w:lang w:val="pl-PL"/>
        </w:rPr>
        <w:t xml:space="preserve">(adres: </w:t>
      </w:r>
      <w:r w:rsidRPr="00B82E59">
        <w:rPr>
          <w:rFonts w:ascii="Roboto Condensed" w:hAnsi="Roboto Condensed"/>
          <w:sz w:val="20"/>
          <w:lang w:val="pl-PL"/>
        </w:rPr>
        <w:t>https://mapy.geoportal.gov.pl/wss/ext/NumeracjaAdresowaGmin/101212</w:t>
      </w:r>
      <w:r w:rsidRPr="00271935">
        <w:rPr>
          <w:rFonts w:ascii="Roboto Condensed" w:hAnsi="Roboto Condensed"/>
          <w:sz w:val="20"/>
          <w:lang w:val="pl-PL"/>
        </w:rPr>
        <w:t xml:space="preserve"> dostęp: 17.01.2025 r.).</w:t>
      </w:r>
    </w:p>
    <w:p w14:paraId="687EDEB5" w14:textId="77777777" w:rsidR="00ED1FC4" w:rsidRPr="00C22E7F" w:rsidRDefault="00ED1FC4" w:rsidP="00ED1FC4">
      <w:pPr>
        <w:pStyle w:val="Tekstpodstawowy2"/>
        <w:numPr>
          <w:ilvl w:val="0"/>
          <w:numId w:val="3"/>
        </w:numPr>
        <w:spacing w:line="240" w:lineRule="auto"/>
        <w:ind w:left="567" w:hanging="227"/>
        <w:jc w:val="left"/>
        <w:rPr>
          <w:rFonts w:ascii="Roboto Condensed" w:hAnsi="Roboto Condensed"/>
          <w:sz w:val="20"/>
          <w:lang w:val="pl-PL"/>
        </w:rPr>
      </w:pPr>
      <w:r>
        <w:rPr>
          <w:rFonts w:ascii="Roboto Condensed" w:hAnsi="Roboto Condensed"/>
          <w:sz w:val="20"/>
          <w:lang w:val="pl-PL"/>
        </w:rPr>
        <w:t xml:space="preserve">Działki ewidencyjne z </w:t>
      </w:r>
      <w:r w:rsidRPr="00920286">
        <w:rPr>
          <w:rFonts w:ascii="Roboto Condensed" w:hAnsi="Roboto Condensed"/>
          <w:sz w:val="20"/>
          <w:lang w:val="pl-PL"/>
        </w:rPr>
        <w:t>EGIB</w:t>
      </w:r>
      <w:r>
        <w:rPr>
          <w:rFonts w:ascii="Roboto Condensed" w:hAnsi="Roboto Condensed"/>
          <w:sz w:val="20"/>
          <w:lang w:val="pl-PL"/>
        </w:rPr>
        <w:t>.</w:t>
      </w:r>
    </w:p>
    <w:p w14:paraId="6632A848" w14:textId="77777777" w:rsidR="00ED1FC4" w:rsidRDefault="00ED1FC4" w:rsidP="00ED1FC4">
      <w:pPr>
        <w:pStyle w:val="Tekstpodstawowy2"/>
        <w:numPr>
          <w:ilvl w:val="0"/>
          <w:numId w:val="3"/>
        </w:numPr>
        <w:spacing w:line="240" w:lineRule="auto"/>
        <w:ind w:left="567" w:hanging="227"/>
        <w:jc w:val="left"/>
        <w:rPr>
          <w:rFonts w:ascii="Roboto Condensed" w:hAnsi="Roboto Condensed"/>
          <w:sz w:val="20"/>
          <w:lang w:val="pl-PL"/>
        </w:rPr>
      </w:pPr>
      <w:r>
        <w:rPr>
          <w:rFonts w:ascii="Roboto Condensed" w:hAnsi="Roboto Condensed"/>
          <w:sz w:val="20"/>
          <w:lang w:val="pl-PL"/>
        </w:rPr>
        <w:t>Stref wielofunkcyjnych wyznaczonych w ramach obowiązujących MPZP, OUZ i istniejącej zabudowy mieszkaniowej.</w:t>
      </w:r>
    </w:p>
    <w:p w14:paraId="75B70E88" w14:textId="77777777" w:rsidR="00ED1FC4" w:rsidRDefault="00ED1FC4" w:rsidP="00ED1FC4">
      <w:pPr>
        <w:pStyle w:val="Tekstpodstawowy2"/>
        <w:numPr>
          <w:ilvl w:val="0"/>
          <w:numId w:val="3"/>
        </w:numPr>
        <w:spacing w:line="240" w:lineRule="auto"/>
        <w:ind w:left="567" w:hanging="227"/>
        <w:jc w:val="left"/>
        <w:rPr>
          <w:rFonts w:ascii="Roboto Condensed" w:hAnsi="Roboto Condensed"/>
          <w:sz w:val="20"/>
          <w:lang w:val="pl-PL"/>
        </w:rPr>
      </w:pPr>
      <w:r>
        <w:rPr>
          <w:rFonts w:ascii="Roboto Condensed" w:hAnsi="Roboto Condensed"/>
          <w:sz w:val="20"/>
          <w:lang w:val="pl-PL"/>
        </w:rPr>
        <w:t>Terenów niezabudowanych i luk w zabudowie istniejącej wyznaczonych w ramach OUZ.</w:t>
      </w:r>
    </w:p>
    <w:p w14:paraId="6DC05898" w14:textId="77777777" w:rsidR="00ED1FC4" w:rsidRPr="005E3C39" w:rsidRDefault="00ED1FC4" w:rsidP="00ED1FC4">
      <w:pPr>
        <w:pStyle w:val="Tekstpodstawowy2"/>
        <w:spacing w:before="120" w:line="240" w:lineRule="auto"/>
        <w:ind w:left="142"/>
        <w:rPr>
          <w:rFonts w:ascii="Roboto Condensed" w:hAnsi="Roboto Condensed"/>
          <w:sz w:val="20"/>
          <w:lang w:val="pl-PL"/>
        </w:rPr>
      </w:pPr>
      <w:r>
        <w:rPr>
          <w:rFonts w:ascii="Roboto Condensed" w:hAnsi="Roboto Condensed"/>
          <w:sz w:val="20"/>
          <w:lang w:val="pl-PL"/>
        </w:rPr>
        <w:t xml:space="preserve">Zaobserwowano różnicę pomiędzy liczbą ludności w rejestrze prowadzonym przez gminę a danymi dotyczącymi liczby </w:t>
      </w:r>
      <w:r w:rsidRPr="005E3C39">
        <w:rPr>
          <w:rFonts w:ascii="Roboto Condensed" w:hAnsi="Roboto Condensed"/>
          <w:sz w:val="20"/>
          <w:lang w:val="pl-PL"/>
        </w:rPr>
        <w:t>ludności udostępnionymi przez GUS, mianowicie:</w:t>
      </w:r>
    </w:p>
    <w:p w14:paraId="0713A5E0" w14:textId="77777777" w:rsidR="00ED1FC4" w:rsidRPr="005E3C39" w:rsidRDefault="00ED1FC4" w:rsidP="00ED1FC4">
      <w:pPr>
        <w:pStyle w:val="Tekstpodstawowy2"/>
        <w:numPr>
          <w:ilvl w:val="0"/>
          <w:numId w:val="3"/>
        </w:numPr>
        <w:spacing w:line="240" w:lineRule="auto"/>
        <w:ind w:left="567" w:hanging="227"/>
        <w:rPr>
          <w:rFonts w:ascii="Roboto Condensed" w:hAnsi="Roboto Condensed"/>
          <w:sz w:val="20"/>
          <w:lang w:val="pl-PL"/>
        </w:rPr>
      </w:pPr>
      <w:r w:rsidRPr="005E3C39">
        <w:rPr>
          <w:rFonts w:ascii="Roboto Condensed" w:hAnsi="Roboto Condensed"/>
          <w:sz w:val="20"/>
          <w:lang w:val="pl-PL"/>
        </w:rPr>
        <w:t xml:space="preserve">Liczba mieszkańców stale zameldowanych (wg danych gminy 2024 r.) – </w:t>
      </w:r>
      <w:r>
        <w:rPr>
          <w:rFonts w:ascii="Roboto Condensed" w:hAnsi="Roboto Condensed"/>
          <w:sz w:val="20"/>
          <w:lang w:val="pl-PL"/>
        </w:rPr>
        <w:t>5329</w:t>
      </w:r>
      <w:r w:rsidRPr="005E3C39">
        <w:rPr>
          <w:rFonts w:ascii="Roboto Condensed" w:hAnsi="Roboto Condensed"/>
          <w:sz w:val="20"/>
          <w:lang w:val="pl-PL"/>
        </w:rPr>
        <w:t xml:space="preserve"> [os.] </w:t>
      </w:r>
    </w:p>
    <w:p w14:paraId="17CF3029" w14:textId="77777777" w:rsidR="00ED1FC4" w:rsidRPr="005E3C39" w:rsidRDefault="00ED1FC4" w:rsidP="00ED1FC4">
      <w:pPr>
        <w:pStyle w:val="Tekstpodstawowy2"/>
        <w:numPr>
          <w:ilvl w:val="0"/>
          <w:numId w:val="3"/>
        </w:numPr>
        <w:spacing w:line="240" w:lineRule="auto"/>
        <w:ind w:left="567" w:hanging="227"/>
        <w:rPr>
          <w:rFonts w:ascii="Roboto Condensed" w:hAnsi="Roboto Condensed"/>
          <w:sz w:val="20"/>
          <w:lang w:val="pl-PL"/>
        </w:rPr>
      </w:pPr>
      <w:r w:rsidRPr="005E3C39">
        <w:rPr>
          <w:rFonts w:ascii="Roboto Condensed" w:hAnsi="Roboto Condensed"/>
          <w:sz w:val="20"/>
          <w:lang w:val="pl-PL"/>
        </w:rPr>
        <w:t xml:space="preserve">Liczba mieszkańców (wg GUS 2024) – </w:t>
      </w:r>
      <w:r w:rsidRPr="0017612B">
        <w:rPr>
          <w:rFonts w:ascii="Roboto Condensed" w:hAnsi="Roboto Condensed"/>
          <w:sz w:val="20"/>
          <w:lang w:val="pl-PL"/>
        </w:rPr>
        <w:t>5 408</w:t>
      </w:r>
      <w:r w:rsidRPr="005E3C39">
        <w:rPr>
          <w:rFonts w:ascii="Roboto Condensed" w:hAnsi="Roboto Condensed"/>
          <w:sz w:val="20"/>
          <w:lang w:val="pl-PL"/>
        </w:rPr>
        <w:t xml:space="preserve"> [os.]</w:t>
      </w:r>
    </w:p>
    <w:p w14:paraId="027747B3" w14:textId="77777777" w:rsidR="00ED1FC4" w:rsidRPr="00B4418E" w:rsidRDefault="00ED1FC4" w:rsidP="00ED1FC4">
      <w:pPr>
        <w:pStyle w:val="Tekstpodstawowy2"/>
        <w:spacing w:before="120" w:line="240" w:lineRule="auto"/>
        <w:ind w:left="142"/>
        <w:rPr>
          <w:rFonts w:ascii="Roboto Condensed" w:hAnsi="Roboto Condensed"/>
          <w:sz w:val="20"/>
          <w:lang w:val="pl-PL"/>
        </w:rPr>
      </w:pPr>
      <w:r w:rsidRPr="005E3C39">
        <w:rPr>
          <w:rFonts w:ascii="Roboto Condensed" w:hAnsi="Roboto Condensed"/>
          <w:sz w:val="20"/>
          <w:lang w:val="pl-PL"/>
        </w:rPr>
        <w:t xml:space="preserve">Obliczono współczynnik korygujący, który stanowi stosunek liczby ludności według danych GUS do liczby mieszkańców zameldowanych na pobyt stały - </w:t>
      </w:r>
      <w:r w:rsidRPr="00173C35">
        <w:rPr>
          <w:rFonts w:ascii="Roboto Condensed" w:hAnsi="Roboto Condensed"/>
          <w:sz w:val="20"/>
          <w:lang w:val="pl-PL"/>
        </w:rPr>
        <w:t>1,0148</w:t>
      </w:r>
      <w:r>
        <w:rPr>
          <w:rFonts w:ascii="Roboto Condensed" w:hAnsi="Roboto Condensed"/>
          <w:sz w:val="20"/>
          <w:lang w:val="pl-PL"/>
        </w:rPr>
        <w:t xml:space="preserve"> </w:t>
      </w:r>
      <w:r w:rsidRPr="005E3C39">
        <w:rPr>
          <w:rFonts w:ascii="Roboto Condensed" w:hAnsi="Roboto Condensed"/>
          <w:sz w:val="20"/>
          <w:lang w:val="pl-PL"/>
        </w:rPr>
        <w:t>biorąc pod uwagę wartość współczynnika poniżej 1</w:t>
      </w:r>
      <w:r>
        <w:rPr>
          <w:rFonts w:ascii="Roboto Condensed" w:hAnsi="Roboto Condensed"/>
          <w:sz w:val="20"/>
          <w:lang w:val="pl-PL"/>
        </w:rPr>
        <w:t>,5</w:t>
      </w:r>
      <w:r w:rsidRPr="005E3C39">
        <w:rPr>
          <w:rFonts w:ascii="Roboto Condensed" w:hAnsi="Roboto Condensed"/>
          <w:sz w:val="20"/>
          <w:lang w:val="pl-PL"/>
        </w:rPr>
        <w:t>% nie uwzględniono go</w:t>
      </w:r>
      <w:r>
        <w:rPr>
          <w:rFonts w:ascii="Roboto Condensed" w:hAnsi="Roboto Condensed"/>
          <w:sz w:val="20"/>
          <w:lang w:val="pl-PL"/>
        </w:rPr>
        <w:t xml:space="preserve"> z uwagi na brak wpływu na wyniki obliczeń</w:t>
      </w:r>
      <w:r w:rsidRPr="005E3C39">
        <w:rPr>
          <w:rFonts w:ascii="Roboto Condensed" w:hAnsi="Roboto Condensed"/>
          <w:sz w:val="20"/>
          <w:lang w:val="pl-PL"/>
        </w:rPr>
        <w:t>.</w:t>
      </w:r>
    </w:p>
    <w:p w14:paraId="35065759" w14:textId="77777777" w:rsidR="00ED1FC4" w:rsidRPr="00D72628" w:rsidRDefault="00ED1FC4" w:rsidP="00ED1FC4">
      <w:pPr>
        <w:pStyle w:val="Tekstpodstawowy2"/>
        <w:spacing w:before="120" w:after="120" w:line="240" w:lineRule="auto"/>
        <w:ind w:left="170"/>
        <w:rPr>
          <w:rFonts w:ascii="Roboto Condensed" w:hAnsi="Roboto Condensed"/>
          <w:sz w:val="20"/>
          <w:lang w:val="pl-PL"/>
        </w:rPr>
      </w:pPr>
      <w:r w:rsidRPr="00D72628">
        <w:rPr>
          <w:rFonts w:ascii="Roboto Condensed" w:hAnsi="Roboto Condensed"/>
          <w:sz w:val="20"/>
          <w:lang w:val="pl-PL"/>
        </w:rPr>
        <w:t>Pozyskanie danych referencyjnych</w:t>
      </w:r>
      <w:r>
        <w:rPr>
          <w:rFonts w:ascii="Roboto Condensed" w:hAnsi="Roboto Condensed"/>
          <w:sz w:val="20"/>
          <w:lang w:val="pl-PL"/>
        </w:rPr>
        <w:t xml:space="preserve"> p</w:t>
      </w:r>
      <w:r w:rsidRPr="00D72628">
        <w:rPr>
          <w:rFonts w:ascii="Roboto Condensed" w:hAnsi="Roboto Condensed"/>
          <w:sz w:val="20"/>
          <w:lang w:val="pl-PL"/>
        </w:rPr>
        <w:t xml:space="preserve">rzeprowadzono </w:t>
      </w:r>
      <w:r>
        <w:rPr>
          <w:rFonts w:ascii="Roboto Condensed" w:hAnsi="Roboto Condensed"/>
          <w:sz w:val="20"/>
          <w:lang w:val="pl-PL"/>
        </w:rPr>
        <w:t xml:space="preserve">poprzez </w:t>
      </w:r>
      <w:r w:rsidRPr="00D72628">
        <w:rPr>
          <w:rFonts w:ascii="Roboto Condensed" w:hAnsi="Roboto Condensed"/>
          <w:sz w:val="20"/>
          <w:lang w:val="pl-PL"/>
        </w:rPr>
        <w:t xml:space="preserve">filtrację punktów adresowych po dacie ich powstania, w celu </w:t>
      </w:r>
      <w:r>
        <w:rPr>
          <w:rFonts w:ascii="Roboto Condensed" w:hAnsi="Roboto Condensed"/>
          <w:sz w:val="20"/>
          <w:lang w:val="pl-PL"/>
        </w:rPr>
        <w:t xml:space="preserve">wyodrębnienia </w:t>
      </w:r>
      <w:r w:rsidRPr="00D72628">
        <w:rPr>
          <w:rFonts w:ascii="Roboto Condensed" w:hAnsi="Roboto Condensed"/>
          <w:sz w:val="20"/>
          <w:lang w:val="pl-PL"/>
        </w:rPr>
        <w:t>tych, które powstały w ostatnich 10 latach. Uzyskano 122 referencyjne punkty adresowe.</w:t>
      </w:r>
      <w:r w:rsidRPr="005C4A06">
        <w:rPr>
          <w:rFonts w:ascii="Roboto Condensed" w:hAnsi="Roboto Condensed"/>
          <w:sz w:val="20"/>
          <w:lang w:val="pl-PL"/>
        </w:rPr>
        <w:t xml:space="preserve"> </w:t>
      </w:r>
      <w:r w:rsidRPr="00D72628">
        <w:rPr>
          <w:rFonts w:ascii="Roboto Condensed" w:hAnsi="Roboto Condensed"/>
          <w:sz w:val="20"/>
          <w:lang w:val="pl-PL"/>
        </w:rPr>
        <w:t xml:space="preserve">Następnie, wobec braku w zasobie </w:t>
      </w:r>
      <w:proofErr w:type="spellStart"/>
      <w:r w:rsidRPr="005C4A06">
        <w:rPr>
          <w:rFonts w:ascii="Roboto Condensed" w:hAnsi="Roboto Condensed"/>
          <w:sz w:val="20"/>
          <w:lang w:val="pl-PL"/>
        </w:rPr>
        <w:t>P</w:t>
      </w:r>
      <w:r w:rsidRPr="00D72628">
        <w:rPr>
          <w:rFonts w:ascii="Roboto Condensed" w:hAnsi="Roboto Condensed"/>
          <w:sz w:val="20"/>
          <w:lang w:val="pl-PL"/>
        </w:rPr>
        <w:t>ODGiK</w:t>
      </w:r>
      <w:proofErr w:type="spellEnd"/>
      <w:r w:rsidRPr="00D72628">
        <w:rPr>
          <w:rFonts w:ascii="Roboto Condensed" w:hAnsi="Roboto Condensed"/>
          <w:sz w:val="20"/>
          <w:lang w:val="pl-PL"/>
        </w:rPr>
        <w:t xml:space="preserve"> danych o jednostkach rejestrowych, wykonano ręczną delimitację granic nieruchomości referencyjnych na podstawie intersekcji geometrii budynków i działek ewidencyjnych (</w:t>
      </w:r>
      <w:proofErr w:type="spellStart"/>
      <w:r w:rsidRPr="00D72628">
        <w:rPr>
          <w:rFonts w:ascii="Roboto Condensed" w:hAnsi="Roboto Condensed"/>
          <w:sz w:val="20"/>
          <w:lang w:val="pl-PL"/>
        </w:rPr>
        <w:t>EGiB</w:t>
      </w:r>
      <w:proofErr w:type="spellEnd"/>
      <w:r w:rsidRPr="00D72628">
        <w:rPr>
          <w:rFonts w:ascii="Roboto Condensed" w:hAnsi="Roboto Condensed"/>
          <w:sz w:val="20"/>
          <w:lang w:val="pl-PL"/>
        </w:rPr>
        <w:t>), wspomagając się danymi o ogrodzeniach z BDOT500. Pozwoliło to zgrupować działki, na których znajdują się analizowane punkty adresowe, i utworzyć nieruchomości referencyjne do dalszych analiz.</w:t>
      </w:r>
      <w:r w:rsidRPr="005C4A06">
        <w:rPr>
          <w:rFonts w:ascii="Roboto Condensed" w:hAnsi="Roboto Condensed"/>
          <w:sz w:val="20"/>
          <w:lang w:val="pl-PL"/>
        </w:rPr>
        <w:t xml:space="preserve"> </w:t>
      </w:r>
      <w:r w:rsidRPr="00D72628">
        <w:rPr>
          <w:rFonts w:ascii="Roboto Condensed" w:hAnsi="Roboto Condensed"/>
          <w:sz w:val="20"/>
          <w:lang w:val="pl-PL"/>
        </w:rPr>
        <w:t>W kolejnym kroku przycięto nieruchomości referencyjne do granic stref planistycznych, aby uchwycić rzeczywistą gęstość zamieszkania i wyeliminować artefakt rozległych, lecz nie</w:t>
      </w:r>
      <w:r>
        <w:rPr>
          <w:rFonts w:ascii="Roboto Condensed" w:hAnsi="Roboto Condensed"/>
          <w:sz w:val="20"/>
          <w:lang w:val="pl-PL"/>
        </w:rPr>
        <w:t>zainwestowanych</w:t>
      </w:r>
      <w:r w:rsidRPr="00D72628">
        <w:rPr>
          <w:rFonts w:ascii="Roboto Condensed" w:hAnsi="Roboto Condensed"/>
          <w:sz w:val="20"/>
          <w:lang w:val="pl-PL"/>
        </w:rPr>
        <w:t xml:space="preserve"> części działek.</w:t>
      </w:r>
      <w:r>
        <w:rPr>
          <w:rFonts w:ascii="Roboto Condensed" w:hAnsi="Roboto Condensed"/>
          <w:sz w:val="20"/>
          <w:lang w:val="pl-PL"/>
        </w:rPr>
        <w:t xml:space="preserve"> Następnie przeprowadzono</w:t>
      </w:r>
      <w:r w:rsidRPr="00CB009C">
        <w:rPr>
          <w:rFonts w:ascii="Roboto Condensed" w:hAnsi="Roboto Condensed"/>
          <w:sz w:val="20"/>
          <w:lang w:val="pl-PL"/>
        </w:rPr>
        <w:t xml:space="preserve"> obliczenie</w:t>
      </w:r>
      <w:r>
        <w:rPr>
          <w:rFonts w:ascii="Roboto Condensed" w:hAnsi="Roboto Condensed"/>
          <w:sz w:val="20"/>
          <w:lang w:val="pl-PL"/>
        </w:rPr>
        <w:t>:</w:t>
      </w:r>
      <w:r w:rsidRPr="00CB009C">
        <w:rPr>
          <w:rFonts w:ascii="Roboto Condensed" w:hAnsi="Roboto Condensed"/>
          <w:sz w:val="20"/>
          <w:lang w:val="pl-PL"/>
        </w:rPr>
        <w:t xml:space="preserve"> liczba osób / powierzchnia </w:t>
      </w:r>
      <w:r>
        <w:rPr>
          <w:rFonts w:ascii="Roboto Condensed" w:hAnsi="Roboto Condensed"/>
          <w:sz w:val="20"/>
          <w:lang w:val="pl-PL"/>
        </w:rPr>
        <w:t xml:space="preserve">nieruchomości referencyjnej </w:t>
      </w:r>
      <w:r w:rsidRPr="00CB009C">
        <w:rPr>
          <w:rFonts w:ascii="Roboto Condensed" w:hAnsi="Roboto Condensed"/>
          <w:sz w:val="20"/>
          <w:lang w:val="pl-PL"/>
        </w:rPr>
        <w:t>[ha] = liczba osób na hektar wynik zaokrąglany do liczb całkowitych</w:t>
      </w:r>
      <w:r>
        <w:rPr>
          <w:rFonts w:ascii="Roboto Condensed" w:hAnsi="Roboto Condensed"/>
          <w:sz w:val="20"/>
          <w:lang w:val="pl-PL"/>
        </w:rPr>
        <w:t>.</w:t>
      </w:r>
    </w:p>
    <w:p w14:paraId="4F51C973" w14:textId="7E9714D2" w:rsidR="00ED1FC4" w:rsidRPr="00D72628" w:rsidRDefault="00ED1FC4" w:rsidP="00ED1FC4">
      <w:pPr>
        <w:pStyle w:val="Tekstpodstawowy2"/>
        <w:spacing w:before="120" w:after="120" w:line="240" w:lineRule="auto"/>
        <w:ind w:left="170"/>
        <w:rPr>
          <w:rFonts w:ascii="Roboto Condensed" w:hAnsi="Roboto Condensed"/>
          <w:sz w:val="20"/>
          <w:lang w:val="pl-PL"/>
        </w:rPr>
      </w:pPr>
      <w:r w:rsidRPr="00D72628">
        <w:rPr>
          <w:rFonts w:ascii="Roboto Condensed" w:hAnsi="Roboto Condensed"/>
          <w:sz w:val="20"/>
          <w:lang w:val="pl-PL"/>
        </w:rPr>
        <w:t xml:space="preserve">Wyznaczenie RGZ i </w:t>
      </w:r>
      <w:proofErr w:type="spellStart"/>
      <w:r w:rsidRPr="00D72628">
        <w:rPr>
          <w:rFonts w:ascii="Roboto Condensed" w:hAnsi="Roboto Condensed"/>
          <w:sz w:val="20"/>
          <w:lang w:val="pl-PL"/>
        </w:rPr>
        <w:t>Wch</w:t>
      </w:r>
      <w:proofErr w:type="spellEnd"/>
      <w:r w:rsidRPr="00D72628">
        <w:rPr>
          <w:rFonts w:ascii="Roboto Condensed" w:hAnsi="Roboto Condensed"/>
          <w:sz w:val="20"/>
          <w:lang w:val="pl-PL"/>
        </w:rPr>
        <w:t xml:space="preserve"> – z rozróżnieniem na strefy</w:t>
      </w:r>
      <w:r w:rsidR="00CD60F8">
        <w:rPr>
          <w:rFonts w:ascii="Roboto Condensed" w:hAnsi="Roboto Condensed"/>
          <w:sz w:val="20"/>
          <w:lang w:val="pl-PL"/>
        </w:rPr>
        <w:t>:</w:t>
      </w:r>
    </w:p>
    <w:p w14:paraId="0FAA22A3" w14:textId="77777777" w:rsidR="00ED1FC4" w:rsidRPr="00D72628" w:rsidRDefault="00ED1FC4" w:rsidP="00ED1FC4">
      <w:pPr>
        <w:pStyle w:val="Tekstpodstawowy2"/>
        <w:numPr>
          <w:ilvl w:val="0"/>
          <w:numId w:val="14"/>
        </w:numPr>
        <w:spacing w:before="120" w:after="120" w:line="240" w:lineRule="auto"/>
        <w:rPr>
          <w:rFonts w:ascii="Roboto Condensed" w:hAnsi="Roboto Condensed"/>
          <w:sz w:val="20"/>
          <w:lang w:val="pl-PL"/>
        </w:rPr>
      </w:pPr>
      <w:r w:rsidRPr="00D72628">
        <w:rPr>
          <w:rFonts w:ascii="Roboto Condensed" w:hAnsi="Roboto Condensed"/>
          <w:sz w:val="20"/>
          <w:lang w:val="pl-PL"/>
        </w:rPr>
        <w:t>Strefa SJ. Dla 120 nieruchomości referencyjnych zastosowano średnią obciętą 5% (odcięto skrajne 2,5% wartości dolnych i górnych), co dało 20,28 os./ha, zaokrąglone do 20 os./ha.</w:t>
      </w:r>
    </w:p>
    <w:p w14:paraId="0CFF833C" w14:textId="77777777" w:rsidR="00ED1FC4" w:rsidRPr="00D72628" w:rsidRDefault="00ED1FC4" w:rsidP="00ED1FC4">
      <w:pPr>
        <w:pStyle w:val="Tekstpodstawowy2"/>
        <w:numPr>
          <w:ilvl w:val="0"/>
          <w:numId w:val="14"/>
        </w:numPr>
        <w:spacing w:before="120" w:after="120" w:line="240" w:lineRule="auto"/>
        <w:rPr>
          <w:rFonts w:ascii="Roboto Condensed" w:hAnsi="Roboto Condensed"/>
          <w:sz w:val="20"/>
        </w:rPr>
      </w:pPr>
      <w:r w:rsidRPr="00D72628">
        <w:rPr>
          <w:rFonts w:ascii="Roboto Condensed" w:hAnsi="Roboto Condensed"/>
          <w:sz w:val="20"/>
          <w:lang w:val="pl-PL"/>
        </w:rPr>
        <w:t xml:space="preserve">Strefa SZ. Z uwagi na skrajnie nierównomierny rozkład próbki </w:t>
      </w:r>
      <w:r>
        <w:rPr>
          <w:rFonts w:ascii="Roboto Condensed" w:hAnsi="Roboto Condensed"/>
          <w:sz w:val="20"/>
          <w:lang w:val="pl-PL"/>
        </w:rPr>
        <w:t xml:space="preserve">statystycznej </w:t>
      </w:r>
      <w:r w:rsidRPr="00D72628">
        <w:rPr>
          <w:rFonts w:ascii="Roboto Condensed" w:hAnsi="Roboto Condensed"/>
          <w:sz w:val="20"/>
          <w:lang w:val="pl-PL"/>
        </w:rPr>
        <w:t xml:space="preserve">(w oknie 10-letnim wystąpiła tylko 1 nieruchomość referencyjna) przyjęto szersze okno czasowe: w analizie ujęto wszystkie zamieszkałe punkty adresowe występujące w strefach SZ. Po ich powiązaniu z działkami ewidencyjnymi oraz przycięciu do granic SZ uzyskano 57 nieruchomości referencyjnych. </w:t>
      </w:r>
      <w:proofErr w:type="spellStart"/>
      <w:r w:rsidRPr="00D72628">
        <w:rPr>
          <w:rFonts w:ascii="Roboto Condensed" w:hAnsi="Roboto Condensed"/>
          <w:sz w:val="20"/>
        </w:rPr>
        <w:t>Średnia</w:t>
      </w:r>
      <w:proofErr w:type="spellEnd"/>
      <w:r w:rsidRPr="00D72628">
        <w:rPr>
          <w:rFonts w:ascii="Roboto Condensed" w:hAnsi="Roboto Condensed"/>
          <w:sz w:val="20"/>
        </w:rPr>
        <w:t xml:space="preserve"> </w:t>
      </w:r>
      <w:proofErr w:type="spellStart"/>
      <w:r w:rsidRPr="00D72628">
        <w:rPr>
          <w:rFonts w:ascii="Roboto Condensed" w:hAnsi="Roboto Condensed"/>
          <w:sz w:val="20"/>
        </w:rPr>
        <w:t>arytmetyczna</w:t>
      </w:r>
      <w:proofErr w:type="spellEnd"/>
      <w:r w:rsidRPr="00D72628">
        <w:rPr>
          <w:rFonts w:ascii="Roboto Condensed" w:hAnsi="Roboto Condensed"/>
          <w:sz w:val="20"/>
        </w:rPr>
        <w:t xml:space="preserve"> </w:t>
      </w:r>
      <w:proofErr w:type="spellStart"/>
      <w:r w:rsidRPr="00D72628">
        <w:rPr>
          <w:rFonts w:ascii="Roboto Condensed" w:hAnsi="Roboto Condensed"/>
          <w:sz w:val="20"/>
        </w:rPr>
        <w:t>wyniosła</w:t>
      </w:r>
      <w:proofErr w:type="spellEnd"/>
      <w:r w:rsidRPr="00D72628">
        <w:rPr>
          <w:rFonts w:ascii="Roboto Condensed" w:hAnsi="Roboto Condensed"/>
          <w:sz w:val="20"/>
        </w:rPr>
        <w:t xml:space="preserve"> 15,84 </w:t>
      </w:r>
      <w:proofErr w:type="spellStart"/>
      <w:r w:rsidRPr="00D72628">
        <w:rPr>
          <w:rFonts w:ascii="Roboto Condensed" w:hAnsi="Roboto Condensed"/>
          <w:sz w:val="20"/>
        </w:rPr>
        <w:t>os</w:t>
      </w:r>
      <w:proofErr w:type="spellEnd"/>
      <w:r w:rsidRPr="00D72628">
        <w:rPr>
          <w:rFonts w:ascii="Roboto Condensed" w:hAnsi="Roboto Condensed"/>
          <w:sz w:val="20"/>
        </w:rPr>
        <w:t xml:space="preserve">./ha, </w:t>
      </w:r>
      <w:proofErr w:type="spellStart"/>
      <w:r w:rsidRPr="00D72628">
        <w:rPr>
          <w:rFonts w:ascii="Roboto Condensed" w:hAnsi="Roboto Condensed"/>
          <w:sz w:val="20"/>
        </w:rPr>
        <w:t>zaokrąglone</w:t>
      </w:r>
      <w:proofErr w:type="spellEnd"/>
      <w:r w:rsidRPr="00D72628">
        <w:rPr>
          <w:rFonts w:ascii="Roboto Condensed" w:hAnsi="Roboto Condensed"/>
          <w:sz w:val="20"/>
        </w:rPr>
        <w:t xml:space="preserve"> do 16 </w:t>
      </w:r>
      <w:proofErr w:type="spellStart"/>
      <w:r w:rsidRPr="00D72628">
        <w:rPr>
          <w:rFonts w:ascii="Roboto Condensed" w:hAnsi="Roboto Condensed"/>
          <w:sz w:val="20"/>
        </w:rPr>
        <w:t>os</w:t>
      </w:r>
      <w:proofErr w:type="spellEnd"/>
      <w:r w:rsidRPr="00D72628">
        <w:rPr>
          <w:rFonts w:ascii="Roboto Condensed" w:hAnsi="Roboto Condensed"/>
          <w:sz w:val="20"/>
        </w:rPr>
        <w:t>./ha.</w:t>
      </w:r>
    </w:p>
    <w:p w14:paraId="415A5B3B" w14:textId="77777777" w:rsidR="00ED1FC4" w:rsidRPr="00D72628" w:rsidRDefault="00ED1FC4" w:rsidP="00ED1FC4">
      <w:pPr>
        <w:pStyle w:val="Tekstpodstawowy2"/>
        <w:spacing w:before="120" w:after="120" w:line="240" w:lineRule="auto"/>
        <w:ind w:left="170"/>
        <w:rPr>
          <w:rFonts w:ascii="Roboto Condensed" w:hAnsi="Roboto Condensed"/>
          <w:sz w:val="20"/>
          <w:lang w:val="pl-PL"/>
        </w:rPr>
      </w:pPr>
      <w:r w:rsidRPr="00D72628">
        <w:rPr>
          <w:rFonts w:ascii="Roboto Condensed" w:hAnsi="Roboto Condensed"/>
          <w:sz w:val="20"/>
          <w:lang w:val="pl-PL"/>
        </w:rPr>
        <w:t xml:space="preserve">Reasumując: przyjęto </w:t>
      </w:r>
      <w:proofErr w:type="spellStart"/>
      <w:r w:rsidRPr="00D72628">
        <w:rPr>
          <w:rFonts w:ascii="Roboto Condensed" w:hAnsi="Roboto Condensed"/>
          <w:sz w:val="20"/>
          <w:lang w:val="pl-PL"/>
        </w:rPr>
        <w:t>Wch</w:t>
      </w:r>
      <w:proofErr w:type="spellEnd"/>
      <w:r w:rsidRPr="00D72628">
        <w:rPr>
          <w:rFonts w:ascii="Roboto Condensed" w:hAnsi="Roboto Condensed"/>
          <w:sz w:val="20"/>
          <w:lang w:val="pl-PL"/>
        </w:rPr>
        <w:t xml:space="preserve"> = 20 os./ha dla SJ oraz </w:t>
      </w:r>
      <w:proofErr w:type="spellStart"/>
      <w:r w:rsidRPr="00D72628">
        <w:rPr>
          <w:rFonts w:ascii="Roboto Condensed" w:hAnsi="Roboto Condensed"/>
          <w:sz w:val="20"/>
          <w:lang w:val="pl-PL"/>
        </w:rPr>
        <w:t>Wch</w:t>
      </w:r>
      <w:proofErr w:type="spellEnd"/>
      <w:r w:rsidRPr="00D72628">
        <w:rPr>
          <w:rFonts w:ascii="Roboto Condensed" w:hAnsi="Roboto Condensed"/>
          <w:sz w:val="20"/>
          <w:lang w:val="pl-PL"/>
        </w:rPr>
        <w:t xml:space="preserve"> = 16 os./ha dla SZ.</w:t>
      </w:r>
    </w:p>
    <w:p w14:paraId="426AB662" w14:textId="77777777" w:rsidR="00ED1FC4" w:rsidRPr="00D72628" w:rsidRDefault="00ED1FC4" w:rsidP="00ED1FC4">
      <w:pPr>
        <w:pStyle w:val="Tekstpodstawowy2"/>
        <w:spacing w:before="120" w:after="120" w:line="240" w:lineRule="auto"/>
        <w:ind w:left="170"/>
        <w:rPr>
          <w:rFonts w:ascii="Roboto Condensed" w:hAnsi="Roboto Condensed"/>
          <w:sz w:val="20"/>
          <w:lang w:val="pl-PL"/>
        </w:rPr>
      </w:pPr>
      <w:r w:rsidRPr="00D72628">
        <w:rPr>
          <w:rFonts w:ascii="Roboto Condensed" w:hAnsi="Roboto Condensed"/>
          <w:sz w:val="20"/>
          <w:lang w:val="pl-PL"/>
        </w:rPr>
        <w:t xml:space="preserve">Procedura łączy wymóg analogii do istniejącej zabudowy (§ 3 ust. 11 rozporządzenia) z elementami odporności statystycznej (średnia obcięta dla dużej próby w SJ) i zapewnia, że wyprowadzone wskaźniki </w:t>
      </w:r>
      <w:proofErr w:type="spellStart"/>
      <w:r w:rsidRPr="00D72628">
        <w:rPr>
          <w:rFonts w:ascii="Roboto Condensed" w:hAnsi="Roboto Condensed"/>
          <w:sz w:val="20"/>
          <w:lang w:val="pl-PL"/>
        </w:rPr>
        <w:t>Wch</w:t>
      </w:r>
      <w:proofErr w:type="spellEnd"/>
      <w:r w:rsidRPr="00D72628">
        <w:rPr>
          <w:rFonts w:ascii="Roboto Condensed" w:hAnsi="Roboto Condensed"/>
          <w:sz w:val="20"/>
          <w:lang w:val="pl-PL"/>
        </w:rPr>
        <w:t xml:space="preserve"> odzwierciedlają realną pojemność demograficzną terenów przeznaczonych pod zabudowę. Dane wejściowe (</w:t>
      </w:r>
      <w:proofErr w:type="spellStart"/>
      <w:r w:rsidRPr="00D72628">
        <w:rPr>
          <w:rFonts w:ascii="Roboto Condensed" w:hAnsi="Roboto Condensed"/>
          <w:sz w:val="20"/>
          <w:lang w:val="pl-PL"/>
        </w:rPr>
        <w:t>EMUiA</w:t>
      </w:r>
      <w:proofErr w:type="spellEnd"/>
      <w:r w:rsidRPr="00D72628">
        <w:rPr>
          <w:rFonts w:ascii="Roboto Condensed" w:hAnsi="Roboto Condensed"/>
          <w:sz w:val="20"/>
          <w:lang w:val="pl-PL"/>
        </w:rPr>
        <w:t xml:space="preserve">, </w:t>
      </w:r>
      <w:proofErr w:type="spellStart"/>
      <w:r w:rsidRPr="00D72628">
        <w:rPr>
          <w:rFonts w:ascii="Roboto Condensed" w:hAnsi="Roboto Condensed"/>
          <w:sz w:val="20"/>
          <w:lang w:val="pl-PL"/>
        </w:rPr>
        <w:t>EGiB</w:t>
      </w:r>
      <w:proofErr w:type="spellEnd"/>
      <w:r w:rsidRPr="00D72628">
        <w:rPr>
          <w:rFonts w:ascii="Roboto Condensed" w:hAnsi="Roboto Condensed"/>
          <w:sz w:val="20"/>
          <w:lang w:val="pl-PL"/>
        </w:rPr>
        <w:t>, BDOT) przyjęto w stanie nie wcześniejszym niż dzień przystąpienia do sporządzania planu, co pozostaje w zgodzie z § 3 ust. 12 rozporządzenia.</w:t>
      </w:r>
    </w:p>
    <w:p w14:paraId="732073CF" w14:textId="3EB64379" w:rsidR="00E74701" w:rsidRPr="00542E81" w:rsidRDefault="00ED1FC4" w:rsidP="00542E81">
      <w:pPr>
        <w:pStyle w:val="Tekstpodstawowy2"/>
        <w:spacing w:before="120" w:after="120" w:line="240" w:lineRule="auto"/>
        <w:ind w:left="170"/>
        <w:rPr>
          <w:rFonts w:ascii="Roboto Condensed" w:hAnsi="Roboto Condensed"/>
          <w:sz w:val="20"/>
          <w:lang w:val="pl-PL"/>
        </w:rPr>
      </w:pPr>
      <w:r w:rsidRPr="00D72628">
        <w:rPr>
          <w:rFonts w:ascii="Roboto Condensed" w:hAnsi="Roboto Condensed"/>
          <w:sz w:val="20"/>
          <w:lang w:val="pl-PL"/>
        </w:rPr>
        <w:t xml:space="preserve">Obliczone wskaźniki </w:t>
      </w:r>
      <w:proofErr w:type="spellStart"/>
      <w:r w:rsidRPr="00D72628">
        <w:rPr>
          <w:rFonts w:ascii="Roboto Condensed" w:hAnsi="Roboto Condensed"/>
          <w:sz w:val="20"/>
          <w:lang w:val="pl-PL"/>
        </w:rPr>
        <w:t>Wch</w:t>
      </w:r>
      <w:proofErr w:type="spellEnd"/>
      <w:r w:rsidRPr="00D72628">
        <w:rPr>
          <w:rFonts w:ascii="Roboto Condensed" w:hAnsi="Roboto Condensed"/>
          <w:sz w:val="20"/>
          <w:lang w:val="pl-PL"/>
        </w:rPr>
        <w:t xml:space="preserve"> podstawia się do </w:t>
      </w:r>
      <w:r w:rsidRPr="007E643D">
        <w:rPr>
          <w:rFonts w:ascii="Roboto Condensed" w:hAnsi="Roboto Condensed"/>
          <w:sz w:val="20"/>
          <w:lang w:val="pl-PL"/>
        </w:rPr>
        <w:t xml:space="preserve">wzoru na sumę chłonności w gminie (patrz: </w:t>
      </w:r>
      <w:hyperlink w:anchor="_Chłonność_terenów_niezabudowanych" w:history="1">
        <w:r w:rsidRPr="007E643D">
          <w:rPr>
            <w:rStyle w:val="Hipercze"/>
            <w:rFonts w:ascii="Roboto Condensed" w:hAnsi="Roboto Condensed"/>
            <w:color w:val="auto"/>
            <w:sz w:val="20"/>
            <w:lang w:val="pl-PL"/>
          </w:rPr>
          <w:t>Chłonność terenów niezabudowanych w strefach planistycznych</w:t>
        </w:r>
      </w:hyperlink>
      <w:r w:rsidRPr="007E643D">
        <w:rPr>
          <w:rFonts w:ascii="Roboto Condensed" w:hAnsi="Roboto Condensed"/>
          <w:sz w:val="20"/>
          <w:lang w:val="pl-PL"/>
        </w:rPr>
        <w:t>)</w:t>
      </w:r>
      <w:r>
        <w:rPr>
          <w:rFonts w:ascii="Roboto Condensed" w:hAnsi="Roboto Condensed"/>
          <w:sz w:val="20"/>
          <w:lang w:val="pl-PL"/>
        </w:rPr>
        <w:t xml:space="preserve"> na etapie liczenia chłonności terenów nie zabudowanych</w:t>
      </w:r>
      <w:r w:rsidR="00274C14">
        <w:rPr>
          <w:rFonts w:ascii="Roboto Condensed" w:hAnsi="Roboto Condensed"/>
          <w:sz w:val="20"/>
          <w:lang w:val="pl-PL"/>
        </w:rPr>
        <w:t>.</w:t>
      </w:r>
    </w:p>
    <w:p w14:paraId="4FD16501" w14:textId="5750DC8C" w:rsidR="007879DC" w:rsidRPr="008F7D31" w:rsidRDefault="00F51D3F" w:rsidP="00542E81">
      <w:pPr>
        <w:pStyle w:val="Tekstpodstawowy2"/>
        <w:spacing w:before="120" w:after="120" w:line="240" w:lineRule="auto"/>
        <w:ind w:left="170"/>
        <w:rPr>
          <w:rFonts w:ascii="Roboto Condensed" w:hAnsi="Roboto Condensed"/>
          <w:sz w:val="20"/>
          <w:lang w:val="pl-PL"/>
        </w:rPr>
      </w:pPr>
      <w:r w:rsidRPr="008F7D31">
        <w:rPr>
          <w:rFonts w:ascii="Roboto Condensed" w:hAnsi="Roboto Condensed"/>
          <w:sz w:val="20"/>
          <w:lang w:val="pl-PL"/>
        </w:rPr>
        <w:t xml:space="preserve">Do obliczenia chłonności </w:t>
      </w:r>
      <w:r w:rsidRPr="00542E81">
        <w:rPr>
          <w:rFonts w:ascii="Roboto Condensed" w:hAnsi="Roboto Condensed"/>
          <w:sz w:val="20"/>
          <w:lang w:val="pl-PL"/>
        </w:rPr>
        <w:t>terenów</w:t>
      </w:r>
      <w:r w:rsidRPr="008F7D31">
        <w:rPr>
          <w:rFonts w:ascii="Roboto Condensed" w:hAnsi="Roboto Condensed"/>
          <w:sz w:val="20"/>
          <w:lang w:val="pl-PL"/>
        </w:rPr>
        <w:t xml:space="preserve"> </w:t>
      </w:r>
      <w:r w:rsidR="00274C14" w:rsidRPr="008F7D31">
        <w:rPr>
          <w:rFonts w:ascii="Roboto Condensed" w:hAnsi="Roboto Condensed"/>
          <w:sz w:val="20"/>
          <w:lang w:val="pl-PL"/>
        </w:rPr>
        <w:t>nie</w:t>
      </w:r>
      <w:r w:rsidRPr="008F7D31">
        <w:rPr>
          <w:rFonts w:ascii="Roboto Condensed" w:hAnsi="Roboto Condensed"/>
          <w:sz w:val="20"/>
          <w:lang w:val="pl-PL"/>
        </w:rPr>
        <w:t>zabudowanych przyjęto wskaźnik</w:t>
      </w:r>
      <w:r w:rsidR="006B7B9B" w:rsidRPr="008F7D31">
        <w:rPr>
          <w:rFonts w:ascii="Roboto Condensed" w:hAnsi="Roboto Condensed"/>
          <w:sz w:val="20"/>
          <w:lang w:val="pl-PL"/>
        </w:rPr>
        <w:t>i</w:t>
      </w:r>
      <w:r w:rsidRPr="008F7D31">
        <w:rPr>
          <w:rFonts w:ascii="Roboto Condensed" w:hAnsi="Roboto Condensed"/>
          <w:sz w:val="20"/>
          <w:lang w:val="pl-PL"/>
        </w:rPr>
        <w:t xml:space="preserve"> rzeczywistej gęstości zaludnienia wyrażony w osobach na hektar (os./ha), zgodnie z metodologią opisaną </w:t>
      </w:r>
      <w:r w:rsidR="00274C14" w:rsidRPr="008F7D31">
        <w:rPr>
          <w:rFonts w:ascii="Roboto Condensed" w:hAnsi="Roboto Condensed"/>
          <w:sz w:val="20"/>
          <w:lang w:val="pl-PL"/>
        </w:rPr>
        <w:t>powyżej</w:t>
      </w:r>
      <w:r w:rsidR="00C41CCE" w:rsidRPr="008F7D31">
        <w:rPr>
          <w:rFonts w:ascii="Roboto Condensed" w:hAnsi="Roboto Condensed"/>
          <w:sz w:val="20"/>
          <w:lang w:val="pl-PL"/>
        </w:rPr>
        <w:t xml:space="preserve">, </w:t>
      </w:r>
      <w:r w:rsidR="00C444A1" w:rsidRPr="008F7D31">
        <w:rPr>
          <w:rFonts w:ascii="Roboto Condensed" w:hAnsi="Roboto Condensed"/>
          <w:sz w:val="20"/>
          <w:lang w:val="pl-PL"/>
        </w:rPr>
        <w:t>razem z powierzchnią terenów niezabudowanych i luk w zabudowie w ramach poszczególnych stref planistycznych SJ i SZ</w:t>
      </w:r>
      <w:r w:rsidR="007879DC" w:rsidRPr="008F7D31">
        <w:rPr>
          <w:rFonts w:ascii="Roboto Condensed" w:hAnsi="Roboto Condensed"/>
          <w:sz w:val="20"/>
          <w:lang w:val="pl-PL"/>
        </w:rPr>
        <w:t xml:space="preserve">, </w:t>
      </w:r>
      <w:r w:rsidR="00C444A1" w:rsidRPr="008F7D31">
        <w:rPr>
          <w:rFonts w:ascii="Roboto Condensed" w:hAnsi="Roboto Condensed"/>
          <w:sz w:val="20"/>
          <w:lang w:val="pl-PL"/>
        </w:rPr>
        <w:t>projektowanym maksymalnym wskaźnikiem intensywności zabudowy dla poszczególnych stref planistycznych SJ i SZ oraz prognozowanych proporcji między funkcją mieszkaniową a innymi funkcjami, a następnie weryfikuje, czy wynik mieści się w przedziale 70–130% zapotrzebowania, zgodnie z art. 13d ust. 2 ustawy.</w:t>
      </w:r>
    </w:p>
    <w:p w14:paraId="5D235923" w14:textId="61061DDB" w:rsidR="006A20BB" w:rsidRPr="002C003E" w:rsidRDefault="006A20BB" w:rsidP="006B07D5">
      <w:pPr>
        <w:ind w:left="142"/>
        <w:jc w:val="both"/>
        <w:rPr>
          <w:rFonts w:ascii="Roboto Condensed" w:hAnsi="Roboto Condensed"/>
          <w:sz w:val="20"/>
        </w:rPr>
      </w:pPr>
      <w:r w:rsidRPr="002C003E">
        <w:rPr>
          <w:rFonts w:ascii="Roboto Condensed" w:hAnsi="Roboto Condensed"/>
          <w:sz w:val="20"/>
        </w:rPr>
        <w:t>Ustalenie proporcji między funkcją mieszkaniową a innymi funkcjami w strefach SJ i SZ służy temu, aby w szerokim przeznaczeniu dopuszczonym w tych strefach odzwierciedlić rzeczywisty, planowany sposób zagospodarowania terenów niezabudowanych i luk w zabudowie. Nawet w przypadku dominacji zabudowy mieszkaniowej jednorodzinnej lub zagrodowej niezbędne są funkcje towarzyszące: obsługa komunikacyjna oraz usługi. Metoda przyjęta w planie bazuje na dopuszczalnym w przepisach uwzględnieniu prognozowanych proporcji funkcji przy szacowaniu chłonności.</w:t>
      </w:r>
    </w:p>
    <w:p w14:paraId="43A0B1D3" w14:textId="77777777" w:rsidR="006A20BB" w:rsidRPr="002C003E" w:rsidRDefault="006A20BB" w:rsidP="006B07D5">
      <w:pPr>
        <w:ind w:left="142"/>
        <w:jc w:val="both"/>
        <w:rPr>
          <w:rFonts w:ascii="Roboto Condensed" w:hAnsi="Roboto Condensed"/>
          <w:sz w:val="20"/>
        </w:rPr>
      </w:pPr>
    </w:p>
    <w:p w14:paraId="13399114" w14:textId="75C6E4DA" w:rsidR="00F44316" w:rsidRPr="002C003E" w:rsidRDefault="00F44316" w:rsidP="00542E81">
      <w:pPr>
        <w:ind w:left="142"/>
        <w:jc w:val="both"/>
        <w:rPr>
          <w:rFonts w:ascii="Roboto Condensed" w:hAnsi="Roboto Condensed"/>
          <w:sz w:val="20"/>
        </w:rPr>
      </w:pPr>
      <w:r w:rsidRPr="002C003E">
        <w:rPr>
          <w:rFonts w:ascii="Roboto Condensed" w:hAnsi="Roboto Condensed"/>
          <w:sz w:val="20"/>
        </w:rPr>
        <w:t>Do oszacowania prognozowanych proporcji między funkcją mieszkaniową a innymi funkcjami</w:t>
      </w:r>
      <w:r w:rsidR="00D825D5" w:rsidRPr="002C003E">
        <w:rPr>
          <w:rFonts w:ascii="Roboto Condensed" w:hAnsi="Roboto Condensed"/>
          <w:sz w:val="20"/>
        </w:rPr>
        <w:t xml:space="preserve"> w ramach </w:t>
      </w:r>
      <w:r w:rsidR="00FA14BD" w:rsidRPr="002C003E">
        <w:rPr>
          <w:rFonts w:ascii="Roboto Condensed" w:hAnsi="Roboto Condensed"/>
          <w:sz w:val="20"/>
        </w:rPr>
        <w:t>stref SJ i SZ</w:t>
      </w:r>
      <w:r w:rsidRPr="002C003E">
        <w:rPr>
          <w:rFonts w:ascii="Roboto Condensed" w:hAnsi="Roboto Condensed"/>
          <w:sz w:val="20"/>
        </w:rPr>
        <w:t>, przyjęto katalog funkcji które mogą wystąpić na strefach wielofunkcyjnych obok funkcji mieszkaniowej</w:t>
      </w:r>
      <w:r w:rsidR="00FA14BD" w:rsidRPr="002C003E">
        <w:rPr>
          <w:rFonts w:ascii="Roboto Condensed" w:hAnsi="Roboto Condensed"/>
          <w:sz w:val="20"/>
        </w:rPr>
        <w:t xml:space="preserve">, </w:t>
      </w:r>
      <w:r w:rsidR="00E83D87" w:rsidRPr="002C003E">
        <w:rPr>
          <w:rFonts w:ascii="Roboto Condensed" w:hAnsi="Roboto Condensed"/>
          <w:sz w:val="20"/>
        </w:rPr>
        <w:t xml:space="preserve">dla których określenia </w:t>
      </w:r>
      <w:r w:rsidR="00FA14BD" w:rsidRPr="002C003E">
        <w:rPr>
          <w:rFonts w:ascii="Roboto Condensed" w:hAnsi="Roboto Condensed"/>
          <w:sz w:val="20"/>
        </w:rPr>
        <w:t xml:space="preserve">przyjęto </w:t>
      </w:r>
      <w:r w:rsidRPr="002C003E">
        <w:rPr>
          <w:rFonts w:ascii="Roboto Condensed" w:hAnsi="Roboto Condensed"/>
          <w:sz w:val="20"/>
        </w:rPr>
        <w:t>następujące</w:t>
      </w:r>
      <w:r w:rsidR="00137CE0" w:rsidRPr="002C003E">
        <w:rPr>
          <w:rFonts w:ascii="Roboto Condensed" w:hAnsi="Roboto Condensed"/>
          <w:sz w:val="20"/>
        </w:rPr>
        <w:t xml:space="preserve"> zasady</w:t>
      </w:r>
      <w:r w:rsidRPr="002C003E">
        <w:rPr>
          <w:rFonts w:ascii="Roboto Condensed" w:hAnsi="Roboto Condensed"/>
          <w:sz w:val="20"/>
        </w:rPr>
        <w:t>:</w:t>
      </w:r>
    </w:p>
    <w:p w14:paraId="71092265" w14:textId="3397612D" w:rsidR="006B07D5" w:rsidRPr="00542E81" w:rsidRDefault="00137CE0" w:rsidP="00542E81">
      <w:pPr>
        <w:pStyle w:val="Tekstpodstawowy2"/>
        <w:numPr>
          <w:ilvl w:val="0"/>
          <w:numId w:val="3"/>
        </w:numPr>
        <w:spacing w:line="240" w:lineRule="auto"/>
        <w:ind w:left="567" w:hanging="227"/>
        <w:rPr>
          <w:rFonts w:ascii="Roboto Condensed" w:hAnsi="Roboto Condensed"/>
          <w:sz w:val="20"/>
          <w:lang w:val="pl-PL"/>
        </w:rPr>
      </w:pPr>
      <w:r w:rsidRPr="00784C22">
        <w:rPr>
          <w:rFonts w:ascii="Roboto Condensed" w:hAnsi="Roboto Condensed"/>
          <w:sz w:val="20"/>
          <w:lang w:val="pl-PL"/>
        </w:rPr>
        <w:t>Komunikacja</w:t>
      </w:r>
      <w:r w:rsidR="00926D62" w:rsidRPr="00784C22">
        <w:rPr>
          <w:rFonts w:ascii="Roboto Condensed" w:hAnsi="Roboto Condensed"/>
          <w:sz w:val="20"/>
          <w:lang w:val="pl-PL"/>
        </w:rPr>
        <w:t xml:space="preserve"> </w:t>
      </w:r>
      <w:r w:rsidR="00784C22" w:rsidRPr="00784C22">
        <w:rPr>
          <w:rFonts w:ascii="Roboto Condensed" w:hAnsi="Roboto Condensed"/>
          <w:sz w:val="20"/>
          <w:lang w:val="pl-PL"/>
        </w:rPr>
        <w:t xml:space="preserve">- </w:t>
      </w:r>
      <w:r w:rsidR="00926D62" w:rsidRPr="00784C22">
        <w:rPr>
          <w:rFonts w:ascii="Roboto Condensed" w:hAnsi="Roboto Condensed"/>
          <w:sz w:val="20"/>
          <w:lang w:val="pl-PL"/>
        </w:rPr>
        <w:t xml:space="preserve">w szczególności dróg </w:t>
      </w:r>
      <w:r w:rsidR="006B07D5" w:rsidRPr="00784C22">
        <w:rPr>
          <w:rFonts w:ascii="Roboto Condensed" w:hAnsi="Roboto Condensed"/>
          <w:sz w:val="20"/>
          <w:lang w:val="pl-PL"/>
        </w:rPr>
        <w:t>niższej klasy niż KDL (KDD i KR) –</w:t>
      </w:r>
      <w:r w:rsidRPr="00784C22">
        <w:rPr>
          <w:rFonts w:ascii="Roboto Condensed" w:hAnsi="Roboto Condensed"/>
          <w:sz w:val="20"/>
          <w:lang w:val="pl-PL"/>
        </w:rPr>
        <w:t xml:space="preserve"> </w:t>
      </w:r>
      <w:r w:rsidR="00003906" w:rsidRPr="00784C22">
        <w:rPr>
          <w:rFonts w:ascii="Roboto Condensed" w:hAnsi="Roboto Condensed"/>
          <w:sz w:val="20"/>
          <w:lang w:val="pl-PL"/>
        </w:rPr>
        <w:t xml:space="preserve">projekt planu </w:t>
      </w:r>
      <w:r w:rsidR="00302162" w:rsidRPr="00784C22">
        <w:rPr>
          <w:rFonts w:ascii="Roboto Condensed" w:hAnsi="Roboto Condensed"/>
          <w:sz w:val="20"/>
          <w:lang w:val="pl-PL"/>
        </w:rPr>
        <w:t xml:space="preserve">ogólnego </w:t>
      </w:r>
      <w:r w:rsidR="00003906" w:rsidRPr="00784C22">
        <w:rPr>
          <w:rFonts w:ascii="Roboto Condensed" w:hAnsi="Roboto Condensed"/>
          <w:sz w:val="20"/>
          <w:lang w:val="pl-PL"/>
        </w:rPr>
        <w:t xml:space="preserve">nie przewiduje </w:t>
      </w:r>
      <w:r w:rsidR="00302162" w:rsidRPr="00784C22">
        <w:rPr>
          <w:rFonts w:ascii="Roboto Condensed" w:hAnsi="Roboto Condensed"/>
          <w:sz w:val="20"/>
          <w:lang w:val="pl-PL"/>
        </w:rPr>
        <w:t xml:space="preserve">nowych rozległych terenów zabudowy mieszkaniowej </w:t>
      </w:r>
      <w:r w:rsidR="00CB1927" w:rsidRPr="00784C22">
        <w:rPr>
          <w:rFonts w:ascii="Roboto Condensed" w:hAnsi="Roboto Condensed"/>
          <w:sz w:val="20"/>
          <w:lang w:val="pl-PL"/>
        </w:rPr>
        <w:t xml:space="preserve">wobec czego </w:t>
      </w:r>
      <w:r w:rsidR="00161F10" w:rsidRPr="00784C22">
        <w:rPr>
          <w:rFonts w:ascii="Roboto Condensed" w:hAnsi="Roboto Condensed"/>
          <w:sz w:val="20"/>
          <w:lang w:val="pl-PL"/>
        </w:rPr>
        <w:t xml:space="preserve">nie przewiduje się konieczności realizacji nowych dróg celem obsługi komunikacyjnej </w:t>
      </w:r>
      <w:r w:rsidR="00B96320" w:rsidRPr="00784C22">
        <w:rPr>
          <w:rFonts w:ascii="Roboto Condensed" w:hAnsi="Roboto Condensed"/>
          <w:sz w:val="20"/>
          <w:lang w:val="pl-PL"/>
        </w:rPr>
        <w:t xml:space="preserve">nowej przyszłej zabudowy mieszkaniowej natomiast </w:t>
      </w:r>
      <w:r w:rsidR="001F4D9C" w:rsidRPr="00784C22">
        <w:rPr>
          <w:rFonts w:ascii="Roboto Condensed" w:hAnsi="Roboto Condensed"/>
          <w:sz w:val="20"/>
          <w:lang w:val="pl-PL"/>
        </w:rPr>
        <w:t xml:space="preserve">przyjęto wskaźnik zajętości pod komunikację do obsługi nowej zabudowy dla stref charakteryzujących się </w:t>
      </w:r>
      <w:r w:rsidR="00A37948" w:rsidRPr="00784C22">
        <w:rPr>
          <w:rFonts w:ascii="Roboto Condensed" w:hAnsi="Roboto Condensed"/>
          <w:sz w:val="20"/>
          <w:lang w:val="pl-PL"/>
        </w:rPr>
        <w:t xml:space="preserve">odpowiednią powierzchnią, </w:t>
      </w:r>
      <w:r w:rsidR="00A43542" w:rsidRPr="00784C22">
        <w:rPr>
          <w:rFonts w:ascii="Roboto Condensed" w:hAnsi="Roboto Condensed"/>
          <w:sz w:val="20"/>
          <w:lang w:val="pl-PL"/>
        </w:rPr>
        <w:t>odpowiednim kształtem geometri</w:t>
      </w:r>
      <w:r w:rsidR="005805EA" w:rsidRPr="00784C22">
        <w:rPr>
          <w:rFonts w:ascii="Roboto Condensed" w:hAnsi="Roboto Condensed"/>
          <w:sz w:val="20"/>
          <w:lang w:val="pl-PL"/>
        </w:rPr>
        <w:t>i</w:t>
      </w:r>
      <w:r w:rsidR="00BC01C1" w:rsidRPr="00784C22">
        <w:rPr>
          <w:rFonts w:ascii="Roboto Condensed" w:hAnsi="Roboto Condensed"/>
          <w:sz w:val="20"/>
          <w:lang w:val="pl-PL"/>
        </w:rPr>
        <w:t xml:space="preserve"> (</w:t>
      </w:r>
      <w:r w:rsidR="001A2497" w:rsidRPr="00784C22">
        <w:rPr>
          <w:rFonts w:ascii="Roboto Condensed" w:hAnsi="Roboto Condensed"/>
          <w:sz w:val="20"/>
          <w:lang w:val="pl-PL"/>
        </w:rPr>
        <w:t>odpowiednią szerokością i głębokością terenów niezabudowanych)</w:t>
      </w:r>
      <w:r w:rsidR="005805EA" w:rsidRPr="00784C22">
        <w:rPr>
          <w:rFonts w:ascii="Roboto Condensed" w:hAnsi="Roboto Condensed"/>
          <w:sz w:val="20"/>
          <w:lang w:val="pl-PL"/>
        </w:rPr>
        <w:t xml:space="preserve"> takim który pozwala na </w:t>
      </w:r>
      <w:r w:rsidR="005805EA" w:rsidRPr="00784C22">
        <w:rPr>
          <w:rFonts w:ascii="Roboto Condensed" w:hAnsi="Roboto Condensed"/>
          <w:sz w:val="20"/>
          <w:lang w:val="pl-PL"/>
        </w:rPr>
        <w:lastRenderedPageBreak/>
        <w:t>wydzielenie nowych działek budowlanych w obrębie terenów nie zabudowanych</w:t>
      </w:r>
      <w:r w:rsidR="007C47CA" w:rsidRPr="00784C22">
        <w:rPr>
          <w:rFonts w:ascii="Roboto Condensed" w:hAnsi="Roboto Condensed"/>
          <w:sz w:val="20"/>
          <w:lang w:val="pl-PL"/>
        </w:rPr>
        <w:t xml:space="preserve"> wymagających </w:t>
      </w:r>
      <w:r w:rsidR="00BF2BDB" w:rsidRPr="00784C22">
        <w:rPr>
          <w:rFonts w:ascii="Roboto Condensed" w:hAnsi="Roboto Condensed"/>
          <w:sz w:val="20"/>
          <w:lang w:val="pl-PL"/>
        </w:rPr>
        <w:t xml:space="preserve">realizacji obsługi komunikacyjnej poprzez drogi </w:t>
      </w:r>
      <w:r w:rsidR="00003906" w:rsidRPr="00784C22">
        <w:rPr>
          <w:rFonts w:ascii="Roboto Condensed" w:hAnsi="Roboto Condensed"/>
          <w:sz w:val="20"/>
          <w:lang w:val="pl-PL"/>
        </w:rPr>
        <w:t>wewnętrzne</w:t>
      </w:r>
      <w:r w:rsidR="0082505B" w:rsidRPr="00784C22">
        <w:rPr>
          <w:rFonts w:ascii="Roboto Condensed" w:hAnsi="Roboto Condensed"/>
          <w:sz w:val="20"/>
          <w:lang w:val="pl-PL"/>
        </w:rPr>
        <w:t xml:space="preserve"> </w:t>
      </w:r>
      <w:r w:rsidR="00015094" w:rsidRPr="00784C22">
        <w:rPr>
          <w:rFonts w:ascii="Roboto Condensed" w:hAnsi="Roboto Condensed"/>
          <w:sz w:val="20"/>
          <w:lang w:val="pl-PL"/>
        </w:rPr>
        <w:t>w przedziale 5% -</w:t>
      </w:r>
      <w:r w:rsidR="0082505B" w:rsidRPr="00784C22">
        <w:rPr>
          <w:rFonts w:ascii="Roboto Condensed" w:hAnsi="Roboto Condensed"/>
          <w:sz w:val="20"/>
          <w:lang w:val="pl-PL"/>
        </w:rPr>
        <w:t xml:space="preserve"> 10% </w:t>
      </w:r>
      <w:r w:rsidR="00DC7BC6" w:rsidRPr="00784C22">
        <w:rPr>
          <w:rFonts w:ascii="Roboto Condensed" w:hAnsi="Roboto Condensed"/>
          <w:sz w:val="20"/>
          <w:lang w:val="pl-PL"/>
        </w:rPr>
        <w:t xml:space="preserve">powierzchni </w:t>
      </w:r>
      <w:r w:rsidR="0082505B" w:rsidRPr="00784C22">
        <w:rPr>
          <w:rFonts w:ascii="Roboto Condensed" w:hAnsi="Roboto Condensed"/>
          <w:sz w:val="20"/>
          <w:lang w:val="pl-PL"/>
        </w:rPr>
        <w:t>terenów niezabudowanych</w:t>
      </w:r>
      <w:r w:rsidR="006B07D5" w:rsidRPr="00784C22">
        <w:rPr>
          <w:rFonts w:ascii="Roboto Condensed" w:hAnsi="Roboto Condensed"/>
          <w:sz w:val="20"/>
          <w:lang w:val="pl-PL"/>
        </w:rPr>
        <w:t>.</w:t>
      </w:r>
    </w:p>
    <w:p w14:paraId="3C1964CE" w14:textId="26D50ACD" w:rsidR="001351DC" w:rsidRPr="00784C22" w:rsidRDefault="00E03519" w:rsidP="00784C22">
      <w:pPr>
        <w:pStyle w:val="Tekstpodstawowy2"/>
        <w:numPr>
          <w:ilvl w:val="0"/>
          <w:numId w:val="3"/>
        </w:numPr>
        <w:spacing w:line="240" w:lineRule="auto"/>
        <w:ind w:left="567" w:hanging="227"/>
        <w:rPr>
          <w:rFonts w:ascii="Roboto Condensed" w:hAnsi="Roboto Condensed"/>
          <w:sz w:val="20"/>
          <w:lang w:val="pl-PL"/>
        </w:rPr>
      </w:pPr>
      <w:r w:rsidRPr="00784C22">
        <w:rPr>
          <w:rFonts w:ascii="Roboto Condensed" w:hAnsi="Roboto Condensed"/>
          <w:sz w:val="20"/>
          <w:lang w:val="pl-PL"/>
        </w:rPr>
        <w:t>Usługi</w:t>
      </w:r>
      <w:r w:rsidR="00723DF4" w:rsidRPr="00784C22">
        <w:rPr>
          <w:rFonts w:ascii="Roboto Condensed" w:hAnsi="Roboto Condensed"/>
          <w:sz w:val="20"/>
          <w:lang w:val="pl-PL"/>
        </w:rPr>
        <w:t xml:space="preserve"> </w:t>
      </w:r>
      <w:r w:rsidR="00784C22" w:rsidRPr="00784C22">
        <w:rPr>
          <w:rFonts w:ascii="Roboto Condensed" w:hAnsi="Roboto Condensed"/>
          <w:sz w:val="20"/>
          <w:lang w:val="pl-PL"/>
        </w:rPr>
        <w:t xml:space="preserve">- </w:t>
      </w:r>
      <w:r w:rsidR="00706AAF" w:rsidRPr="00784C22">
        <w:rPr>
          <w:rFonts w:ascii="Roboto Condensed" w:hAnsi="Roboto Condensed"/>
          <w:sz w:val="20"/>
          <w:lang w:val="pl-PL"/>
        </w:rPr>
        <w:t xml:space="preserve">gmina Radomsko charakteryzuje się znacznym przemieszaniem </w:t>
      </w:r>
      <w:r w:rsidR="009C290F" w:rsidRPr="00784C22">
        <w:rPr>
          <w:rFonts w:ascii="Roboto Condensed" w:hAnsi="Roboto Condensed"/>
          <w:sz w:val="20"/>
          <w:lang w:val="pl-PL"/>
        </w:rPr>
        <w:t xml:space="preserve">funkcji mieszkaniowej z usługową a nawet produkcyjną wynika to z faktu, że </w:t>
      </w:r>
      <w:r w:rsidR="001F7A63" w:rsidRPr="00784C22">
        <w:rPr>
          <w:rFonts w:ascii="Roboto Condensed" w:hAnsi="Roboto Condensed"/>
          <w:sz w:val="20"/>
          <w:lang w:val="pl-PL"/>
        </w:rPr>
        <w:t xml:space="preserve">przy wielu budynkach mieszkalnych znajdują się zakłady rzemieślnicze </w:t>
      </w:r>
      <w:r w:rsidR="003A0292" w:rsidRPr="00784C22">
        <w:rPr>
          <w:rFonts w:ascii="Roboto Condensed" w:hAnsi="Roboto Condensed"/>
          <w:sz w:val="20"/>
          <w:lang w:val="pl-PL"/>
        </w:rPr>
        <w:t xml:space="preserve">gdzie prowadzona jest działalność gospodarcza </w:t>
      </w:r>
      <w:r w:rsidR="007609D8" w:rsidRPr="00784C22">
        <w:rPr>
          <w:rFonts w:ascii="Roboto Condensed" w:hAnsi="Roboto Condensed"/>
          <w:sz w:val="20"/>
          <w:lang w:val="pl-PL"/>
        </w:rPr>
        <w:t xml:space="preserve">na co wskazuje przeprowadzona analiza </w:t>
      </w:r>
      <w:r w:rsidR="008D4100">
        <w:rPr>
          <w:rFonts w:ascii="Roboto Condensed" w:hAnsi="Roboto Condensed"/>
          <w:sz w:val="20"/>
          <w:lang w:val="pl-PL"/>
        </w:rPr>
        <w:t xml:space="preserve">aktywnych </w:t>
      </w:r>
      <w:r w:rsidR="007609D8" w:rsidRPr="00784C22">
        <w:rPr>
          <w:rFonts w:ascii="Roboto Condensed" w:hAnsi="Roboto Condensed"/>
          <w:sz w:val="20"/>
          <w:lang w:val="pl-PL"/>
        </w:rPr>
        <w:t xml:space="preserve">podmiotów </w:t>
      </w:r>
      <w:r w:rsidR="009B5736" w:rsidRPr="00784C22">
        <w:rPr>
          <w:rFonts w:ascii="Roboto Condensed" w:hAnsi="Roboto Condensed"/>
          <w:sz w:val="20"/>
          <w:lang w:val="pl-PL"/>
        </w:rPr>
        <w:t xml:space="preserve">zarejestrowanych w </w:t>
      </w:r>
      <w:r w:rsidR="007F02CD" w:rsidRPr="00784C22">
        <w:rPr>
          <w:rFonts w:ascii="Roboto Condensed" w:hAnsi="Roboto Condensed"/>
          <w:sz w:val="20"/>
          <w:lang w:val="pl-PL"/>
        </w:rPr>
        <w:t xml:space="preserve">Centralna Ewidencja i Informacja o Działalności Gospodarczej </w:t>
      </w:r>
      <w:r w:rsidR="00DB7D82" w:rsidRPr="00784C22">
        <w:rPr>
          <w:rFonts w:ascii="Roboto Condensed" w:hAnsi="Roboto Condensed"/>
          <w:sz w:val="20"/>
          <w:lang w:val="pl-PL"/>
        </w:rPr>
        <w:t xml:space="preserve">której </w:t>
      </w:r>
      <w:r w:rsidR="0086074F" w:rsidRPr="00784C22">
        <w:rPr>
          <w:rFonts w:ascii="Roboto Condensed" w:hAnsi="Roboto Condensed"/>
          <w:sz w:val="20"/>
          <w:lang w:val="pl-PL"/>
        </w:rPr>
        <w:t xml:space="preserve">wyniki wskazują, że największa </w:t>
      </w:r>
      <w:r w:rsidR="00E00988" w:rsidRPr="00784C22">
        <w:rPr>
          <w:rFonts w:ascii="Roboto Condensed" w:hAnsi="Roboto Condensed"/>
          <w:sz w:val="20"/>
          <w:lang w:val="pl-PL"/>
        </w:rPr>
        <w:t>firm występuje w Strzałkowie</w:t>
      </w:r>
      <w:r w:rsidR="00601077" w:rsidRPr="00784C22">
        <w:rPr>
          <w:rFonts w:ascii="Roboto Condensed" w:hAnsi="Roboto Condensed"/>
          <w:sz w:val="20"/>
          <w:lang w:val="pl-PL"/>
        </w:rPr>
        <w:t xml:space="preserve">, </w:t>
      </w:r>
      <w:proofErr w:type="spellStart"/>
      <w:r w:rsidR="00601077" w:rsidRPr="00784C22">
        <w:rPr>
          <w:rFonts w:ascii="Roboto Condensed" w:hAnsi="Roboto Condensed"/>
          <w:sz w:val="20"/>
          <w:lang w:val="pl-PL"/>
        </w:rPr>
        <w:t>Dziepółciu</w:t>
      </w:r>
      <w:proofErr w:type="spellEnd"/>
      <w:r w:rsidR="00601077" w:rsidRPr="00784C22">
        <w:rPr>
          <w:rFonts w:ascii="Roboto Condensed" w:hAnsi="Roboto Condensed"/>
          <w:sz w:val="20"/>
          <w:lang w:val="pl-PL"/>
        </w:rPr>
        <w:t xml:space="preserve"> i </w:t>
      </w:r>
      <w:r w:rsidR="00E635C1" w:rsidRPr="00784C22">
        <w:rPr>
          <w:rFonts w:ascii="Roboto Condensed" w:hAnsi="Roboto Condensed"/>
          <w:sz w:val="20"/>
          <w:lang w:val="pl-PL"/>
        </w:rPr>
        <w:t>Kolonii Kietlin a najmniejsza w Grzebieniu</w:t>
      </w:r>
      <w:r w:rsidR="005E5AD5" w:rsidRPr="00784C22">
        <w:rPr>
          <w:rFonts w:ascii="Roboto Condensed" w:hAnsi="Roboto Condensed"/>
          <w:sz w:val="20"/>
          <w:lang w:val="pl-PL"/>
        </w:rPr>
        <w:t>,</w:t>
      </w:r>
      <w:r w:rsidR="00BC0537" w:rsidRPr="00784C22">
        <w:rPr>
          <w:rFonts w:ascii="Roboto Condensed" w:hAnsi="Roboto Condensed"/>
          <w:sz w:val="20"/>
          <w:lang w:val="pl-PL"/>
        </w:rPr>
        <w:t xml:space="preserve"> Biorąc ten fakt pod uwagę można przewidywać iż część terenów niezabudowanych i luk w zabudowie istniejącej zostanie wykorzystana pod rozbudowę istniejących zakładów rzemieślniczych lub realizację nowych jak również innych obiektów usługowych</w:t>
      </w:r>
      <w:r w:rsidR="005E5AD5" w:rsidRPr="00784C22">
        <w:rPr>
          <w:rFonts w:ascii="Roboto Condensed" w:hAnsi="Roboto Condensed"/>
          <w:sz w:val="20"/>
          <w:lang w:val="pl-PL"/>
        </w:rPr>
        <w:t xml:space="preserve"> wobec czego przyjęto udział funkcji usługowej </w:t>
      </w:r>
      <w:r w:rsidR="00D837C4" w:rsidRPr="00784C22">
        <w:rPr>
          <w:rFonts w:ascii="Roboto Condensed" w:hAnsi="Roboto Condensed"/>
          <w:sz w:val="20"/>
          <w:lang w:val="pl-PL"/>
        </w:rPr>
        <w:t xml:space="preserve">dla stref SJ </w:t>
      </w:r>
      <w:r w:rsidR="00FF0999" w:rsidRPr="00784C22">
        <w:rPr>
          <w:rFonts w:ascii="Roboto Condensed" w:hAnsi="Roboto Condensed"/>
          <w:sz w:val="20"/>
          <w:lang w:val="pl-PL"/>
        </w:rPr>
        <w:t xml:space="preserve">najbardziej predysponowanych pod tą funkcję </w:t>
      </w:r>
      <w:r w:rsidR="008806EF" w:rsidRPr="00784C22">
        <w:rPr>
          <w:rFonts w:ascii="Roboto Condensed" w:hAnsi="Roboto Condensed"/>
          <w:sz w:val="20"/>
          <w:lang w:val="pl-PL"/>
        </w:rPr>
        <w:t xml:space="preserve">z atrakcyjną lokalizacją przy głównych drogach </w:t>
      </w:r>
      <w:r w:rsidR="008A0C14" w:rsidRPr="00784C22">
        <w:rPr>
          <w:rFonts w:ascii="Roboto Condensed" w:hAnsi="Roboto Condensed"/>
          <w:sz w:val="20"/>
          <w:lang w:val="pl-PL"/>
        </w:rPr>
        <w:t xml:space="preserve">lub w centralnych częściach miejscowości </w:t>
      </w:r>
      <w:r w:rsidR="00CE76FD" w:rsidRPr="00784C22">
        <w:rPr>
          <w:rFonts w:ascii="Roboto Condensed" w:hAnsi="Roboto Condensed"/>
          <w:sz w:val="20"/>
          <w:lang w:val="pl-PL"/>
        </w:rPr>
        <w:t xml:space="preserve">na terenach niezabudowanych o odpowiednich parametrach </w:t>
      </w:r>
      <w:r w:rsidR="008163AC" w:rsidRPr="00784C22">
        <w:rPr>
          <w:rFonts w:ascii="Roboto Condensed" w:hAnsi="Roboto Condensed"/>
          <w:sz w:val="20"/>
          <w:lang w:val="pl-PL"/>
        </w:rPr>
        <w:t xml:space="preserve">(powierzchnia, kształt) umożliwiających realizację </w:t>
      </w:r>
      <w:r w:rsidR="004A1AE9" w:rsidRPr="00784C22">
        <w:rPr>
          <w:rFonts w:ascii="Roboto Condensed" w:hAnsi="Roboto Condensed"/>
          <w:sz w:val="20"/>
          <w:lang w:val="pl-PL"/>
        </w:rPr>
        <w:t>budynków usługowych</w:t>
      </w:r>
      <w:r w:rsidR="007038DF" w:rsidRPr="00784C22">
        <w:rPr>
          <w:rFonts w:ascii="Roboto Condensed" w:hAnsi="Roboto Condensed"/>
          <w:sz w:val="20"/>
          <w:lang w:val="pl-PL"/>
        </w:rPr>
        <w:t xml:space="preserve">, prognozowany udział </w:t>
      </w:r>
      <w:r w:rsidR="00205EBD" w:rsidRPr="00784C22">
        <w:rPr>
          <w:rFonts w:ascii="Roboto Condensed" w:hAnsi="Roboto Condensed"/>
          <w:sz w:val="20"/>
          <w:lang w:val="pl-PL"/>
        </w:rPr>
        <w:t xml:space="preserve">funkcji </w:t>
      </w:r>
      <w:r w:rsidR="009F6265" w:rsidRPr="00784C22">
        <w:rPr>
          <w:rFonts w:ascii="Roboto Condensed" w:hAnsi="Roboto Condensed"/>
          <w:sz w:val="20"/>
          <w:lang w:val="pl-PL"/>
        </w:rPr>
        <w:t>usługowej został określony dla wybranych stref w przedziale od 10</w:t>
      </w:r>
      <w:r w:rsidR="00836AEA" w:rsidRPr="00784C22">
        <w:rPr>
          <w:rFonts w:ascii="Roboto Condensed" w:hAnsi="Roboto Condensed"/>
          <w:sz w:val="20"/>
          <w:lang w:val="pl-PL"/>
        </w:rPr>
        <w:t>% do 20% powierzchni terenów niezabudowanych i luk w zabudowie istniejącej.</w:t>
      </w:r>
      <w:r w:rsidR="00894E34" w:rsidRPr="00784C22">
        <w:rPr>
          <w:rFonts w:ascii="Roboto Condensed" w:hAnsi="Roboto Condensed"/>
          <w:sz w:val="20"/>
          <w:lang w:val="pl-PL"/>
        </w:rPr>
        <w:t xml:space="preserve"> </w:t>
      </w:r>
      <w:r w:rsidR="00D2648A" w:rsidRPr="00784C22">
        <w:rPr>
          <w:rFonts w:ascii="Roboto Condensed" w:hAnsi="Roboto Condensed"/>
          <w:sz w:val="20"/>
          <w:lang w:val="pl-PL"/>
        </w:rPr>
        <w:t>Dane o aktywności gospodarczej oparto na CEIDG n</w:t>
      </w:r>
      <w:r w:rsidR="001351DC" w:rsidRPr="00784C22">
        <w:rPr>
          <w:rFonts w:ascii="Roboto Condensed" w:hAnsi="Roboto Condensed"/>
          <w:sz w:val="20"/>
          <w:lang w:val="pl-PL"/>
        </w:rPr>
        <w:t xml:space="preserve">ie analizowano firm zarejestrowanych w Krajowym Rejestrze Sądowym z </w:t>
      </w:r>
      <w:r w:rsidR="003A683E" w:rsidRPr="00784C22">
        <w:rPr>
          <w:rFonts w:ascii="Roboto Condensed" w:hAnsi="Roboto Condensed"/>
          <w:sz w:val="20"/>
          <w:lang w:val="pl-PL"/>
        </w:rPr>
        <w:t xml:space="preserve">uwagi na </w:t>
      </w:r>
      <w:r w:rsidR="00AB59BC" w:rsidRPr="00784C22">
        <w:rPr>
          <w:rFonts w:ascii="Roboto Condensed" w:hAnsi="Roboto Condensed"/>
          <w:sz w:val="20"/>
          <w:lang w:val="pl-PL"/>
        </w:rPr>
        <w:t>brak</w:t>
      </w:r>
      <w:r w:rsidR="00F37320" w:rsidRPr="00784C22">
        <w:rPr>
          <w:rFonts w:ascii="Roboto Condensed" w:hAnsi="Roboto Condensed"/>
          <w:sz w:val="20"/>
          <w:lang w:val="pl-PL"/>
        </w:rPr>
        <w:t xml:space="preserve"> </w:t>
      </w:r>
      <w:r w:rsidR="00BF7D6F" w:rsidRPr="00784C22">
        <w:rPr>
          <w:rFonts w:ascii="Roboto Condensed" w:hAnsi="Roboto Condensed"/>
          <w:sz w:val="20"/>
          <w:lang w:val="pl-PL"/>
        </w:rPr>
        <w:t xml:space="preserve">możliwości </w:t>
      </w:r>
      <w:r w:rsidR="00D96875" w:rsidRPr="00784C22">
        <w:rPr>
          <w:rFonts w:ascii="Roboto Condensed" w:hAnsi="Roboto Condensed"/>
          <w:sz w:val="20"/>
          <w:lang w:val="pl-PL"/>
        </w:rPr>
        <w:t xml:space="preserve">hurtowego </w:t>
      </w:r>
      <w:r w:rsidR="00F37320" w:rsidRPr="00784C22">
        <w:rPr>
          <w:rFonts w:ascii="Roboto Condensed" w:hAnsi="Roboto Condensed"/>
          <w:sz w:val="20"/>
          <w:lang w:val="pl-PL"/>
        </w:rPr>
        <w:t xml:space="preserve">pobrania danych o ich lokalizacji </w:t>
      </w:r>
      <w:r w:rsidR="00D96875" w:rsidRPr="00784C22">
        <w:rPr>
          <w:rFonts w:ascii="Roboto Condensed" w:hAnsi="Roboto Condensed"/>
          <w:sz w:val="20"/>
          <w:lang w:val="pl-PL"/>
        </w:rPr>
        <w:t xml:space="preserve">dodatkowo </w:t>
      </w:r>
      <w:r w:rsidR="00953821" w:rsidRPr="00784C22">
        <w:rPr>
          <w:rFonts w:ascii="Roboto Condensed" w:hAnsi="Roboto Condensed"/>
          <w:sz w:val="20"/>
          <w:lang w:val="pl-PL"/>
        </w:rPr>
        <w:t xml:space="preserve">założono </w:t>
      </w:r>
      <w:r w:rsidR="00EC028C" w:rsidRPr="00784C22">
        <w:rPr>
          <w:rFonts w:ascii="Roboto Condensed" w:hAnsi="Roboto Condensed"/>
          <w:sz w:val="20"/>
          <w:lang w:val="pl-PL"/>
        </w:rPr>
        <w:t xml:space="preserve">że większe przedsięwzięcia lokują się co do zasady w strefach usługowych lub gospodarczych, a więc poza SJ, SZ. </w:t>
      </w:r>
      <w:r w:rsidR="00146F75" w:rsidRPr="00784C22">
        <w:rPr>
          <w:rFonts w:ascii="Roboto Condensed" w:hAnsi="Roboto Condensed"/>
          <w:sz w:val="20"/>
          <w:lang w:val="pl-PL"/>
        </w:rPr>
        <w:t xml:space="preserve">Rozkład przestrzenny podmiotów </w:t>
      </w:r>
      <w:r w:rsidR="00815BAB" w:rsidRPr="00784C22">
        <w:rPr>
          <w:rFonts w:ascii="Roboto Condensed" w:hAnsi="Roboto Condensed"/>
          <w:sz w:val="20"/>
          <w:lang w:val="pl-PL"/>
        </w:rPr>
        <w:t>zarejestrowanych</w:t>
      </w:r>
      <w:r w:rsidR="00146F75" w:rsidRPr="00784C22">
        <w:rPr>
          <w:rFonts w:ascii="Roboto Condensed" w:hAnsi="Roboto Condensed"/>
          <w:sz w:val="20"/>
          <w:lang w:val="pl-PL"/>
        </w:rPr>
        <w:t xml:space="preserve"> </w:t>
      </w:r>
      <w:r w:rsidR="00815BAB" w:rsidRPr="00784C22">
        <w:rPr>
          <w:rFonts w:ascii="Roboto Condensed" w:hAnsi="Roboto Condensed"/>
          <w:sz w:val="20"/>
          <w:lang w:val="pl-PL"/>
        </w:rPr>
        <w:t>w CEIDG</w:t>
      </w:r>
      <w:r w:rsidR="00B436CB" w:rsidRPr="00784C22">
        <w:rPr>
          <w:rFonts w:ascii="Roboto Condensed" w:hAnsi="Roboto Condensed"/>
          <w:sz w:val="20"/>
          <w:lang w:val="pl-PL"/>
        </w:rPr>
        <w:t xml:space="preserve"> na terenie gminy Radomsko:</w:t>
      </w:r>
    </w:p>
    <w:p w14:paraId="6F3B84B2" w14:textId="6CDACAF4" w:rsidR="0052195B" w:rsidRDefault="0052195B">
      <w:pPr>
        <w:rPr>
          <w:rFonts w:ascii="Roboto Condensed" w:hAnsi="Roboto Condensed"/>
          <w:color w:val="7030A0"/>
          <w:sz w:val="20"/>
        </w:rPr>
      </w:pPr>
    </w:p>
    <w:p w14:paraId="38AFD2AF" w14:textId="77777777" w:rsidR="00542E81" w:rsidRDefault="00542E81">
      <w:pPr>
        <w:rPr>
          <w:rFonts w:ascii="Roboto Condensed" w:hAnsi="Roboto Condensed"/>
          <w:i/>
          <w:iCs/>
          <w:sz w:val="20"/>
          <w:szCs w:val="20"/>
        </w:rPr>
      </w:pPr>
      <w:r>
        <w:rPr>
          <w:rFonts w:ascii="Roboto Condensed" w:hAnsi="Roboto Condensed"/>
          <w:i/>
          <w:iCs/>
          <w:sz w:val="20"/>
          <w:szCs w:val="20"/>
        </w:rPr>
        <w:br w:type="page"/>
      </w:r>
    </w:p>
    <w:p w14:paraId="554714E0" w14:textId="7FE2BE6A" w:rsidR="00F46024" w:rsidRPr="002C003E" w:rsidRDefault="00F46024" w:rsidP="006B07D5">
      <w:pPr>
        <w:ind w:left="142"/>
        <w:jc w:val="both"/>
        <w:rPr>
          <w:rFonts w:ascii="Roboto Condensed" w:hAnsi="Roboto Condensed"/>
          <w:i/>
          <w:iCs/>
          <w:sz w:val="20"/>
          <w:szCs w:val="20"/>
        </w:rPr>
      </w:pPr>
      <w:r w:rsidRPr="002C003E">
        <w:rPr>
          <w:rFonts w:ascii="Roboto Condensed" w:hAnsi="Roboto Condensed"/>
          <w:i/>
          <w:iCs/>
          <w:sz w:val="20"/>
          <w:szCs w:val="20"/>
        </w:rPr>
        <w:lastRenderedPageBreak/>
        <w:t>Rys</w:t>
      </w:r>
      <w:r w:rsidR="002C003E">
        <w:rPr>
          <w:rFonts w:ascii="Roboto Condensed" w:hAnsi="Roboto Condensed"/>
          <w:i/>
          <w:iCs/>
          <w:sz w:val="20"/>
          <w:szCs w:val="20"/>
        </w:rPr>
        <w:t>.2</w:t>
      </w:r>
      <w:r w:rsidR="00D653D8">
        <w:rPr>
          <w:rFonts w:ascii="Roboto Condensed" w:hAnsi="Roboto Condensed"/>
          <w:i/>
          <w:iCs/>
          <w:sz w:val="20"/>
          <w:szCs w:val="20"/>
        </w:rPr>
        <w:t>8</w:t>
      </w:r>
      <w:r w:rsidR="002C003E">
        <w:rPr>
          <w:rFonts w:ascii="Roboto Condensed" w:hAnsi="Roboto Condensed"/>
          <w:i/>
          <w:iCs/>
          <w:sz w:val="20"/>
          <w:szCs w:val="20"/>
        </w:rPr>
        <w:t>.</w:t>
      </w:r>
      <w:r w:rsidRPr="002C003E">
        <w:rPr>
          <w:rFonts w:ascii="Roboto Condensed" w:hAnsi="Roboto Condensed"/>
          <w:i/>
          <w:iCs/>
          <w:sz w:val="20"/>
          <w:szCs w:val="20"/>
        </w:rPr>
        <w:t xml:space="preserve"> Rozmieszczenie firm zarejestrowanych w C</w:t>
      </w:r>
      <w:r w:rsidR="00DB7A58" w:rsidRPr="002C003E">
        <w:rPr>
          <w:rFonts w:ascii="Roboto Condensed" w:hAnsi="Roboto Condensed"/>
          <w:i/>
          <w:iCs/>
          <w:sz w:val="20"/>
          <w:szCs w:val="20"/>
        </w:rPr>
        <w:t>EIDG na terenie gminy</w:t>
      </w:r>
      <w:r w:rsidR="00EB2CDE">
        <w:rPr>
          <w:rFonts w:ascii="Roboto Condensed" w:hAnsi="Roboto Condensed"/>
          <w:i/>
          <w:iCs/>
          <w:sz w:val="20"/>
          <w:szCs w:val="20"/>
        </w:rPr>
        <w:t>.</w:t>
      </w:r>
    </w:p>
    <w:p w14:paraId="43E90A44" w14:textId="38B8845B" w:rsidR="00B436CB" w:rsidRDefault="00CB4524" w:rsidP="005B7E5C">
      <w:pPr>
        <w:ind w:left="142"/>
        <w:jc w:val="center"/>
        <w:rPr>
          <w:rFonts w:ascii="Roboto Condensed" w:hAnsi="Roboto Condensed"/>
          <w:color w:val="7030A0"/>
          <w:sz w:val="20"/>
        </w:rPr>
      </w:pPr>
      <w:r>
        <w:rPr>
          <w:rFonts w:ascii="Roboto Condensed" w:hAnsi="Roboto Condensed"/>
          <w:noProof/>
          <w:color w:val="7030A0"/>
          <w:sz w:val="20"/>
        </w:rPr>
        <w:drawing>
          <wp:inline distT="0" distB="0" distL="0" distR="0" wp14:anchorId="663F2BA8" wp14:editId="6AEF2274">
            <wp:extent cx="5968370" cy="5573210"/>
            <wp:effectExtent l="0" t="0" r="0" b="8890"/>
            <wp:docPr id="154392748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26903" cy="5627867"/>
                    </a:xfrm>
                    <a:prstGeom prst="rect">
                      <a:avLst/>
                    </a:prstGeom>
                    <a:noFill/>
                    <a:ln>
                      <a:noFill/>
                    </a:ln>
                  </pic:spPr>
                </pic:pic>
              </a:graphicData>
            </a:graphic>
          </wp:inline>
        </w:drawing>
      </w:r>
    </w:p>
    <w:p w14:paraId="6B774863" w14:textId="77777777" w:rsidR="006B07D5" w:rsidRDefault="006B07D5" w:rsidP="006B07D5">
      <w:pPr>
        <w:ind w:left="142"/>
        <w:jc w:val="both"/>
        <w:rPr>
          <w:rFonts w:ascii="Roboto Condensed" w:hAnsi="Roboto Condensed"/>
          <w:color w:val="7030A0"/>
          <w:sz w:val="20"/>
        </w:rPr>
      </w:pPr>
    </w:p>
    <w:p w14:paraId="3F3F23E2" w14:textId="686B2B6A" w:rsidR="006B07D5" w:rsidRPr="00542E81" w:rsidRDefault="00E03519" w:rsidP="00542E81">
      <w:pPr>
        <w:pStyle w:val="Tekstpodstawowy2"/>
        <w:numPr>
          <w:ilvl w:val="0"/>
          <w:numId w:val="3"/>
        </w:numPr>
        <w:spacing w:line="240" w:lineRule="auto"/>
        <w:ind w:left="567" w:hanging="227"/>
        <w:rPr>
          <w:rFonts w:ascii="Roboto Condensed" w:hAnsi="Roboto Condensed"/>
          <w:sz w:val="20"/>
          <w:lang w:val="pl-PL"/>
        </w:rPr>
      </w:pPr>
      <w:r w:rsidRPr="008D4100">
        <w:rPr>
          <w:rFonts w:ascii="Roboto Condensed" w:hAnsi="Roboto Condensed"/>
          <w:sz w:val="20"/>
          <w:lang w:val="pl-PL"/>
        </w:rPr>
        <w:t>Z</w:t>
      </w:r>
      <w:r w:rsidR="006B07D5" w:rsidRPr="008D4100">
        <w:rPr>
          <w:rFonts w:ascii="Roboto Condensed" w:hAnsi="Roboto Condensed"/>
          <w:sz w:val="20"/>
          <w:lang w:val="pl-PL"/>
        </w:rPr>
        <w:t>abudow</w:t>
      </w:r>
      <w:r w:rsidRPr="008D4100">
        <w:rPr>
          <w:rFonts w:ascii="Roboto Condensed" w:hAnsi="Roboto Condensed"/>
          <w:sz w:val="20"/>
          <w:lang w:val="pl-PL"/>
        </w:rPr>
        <w:t>a</w:t>
      </w:r>
      <w:r w:rsidR="006B07D5" w:rsidRPr="008D4100">
        <w:rPr>
          <w:rFonts w:ascii="Roboto Condensed" w:hAnsi="Roboto Condensed"/>
          <w:sz w:val="20"/>
          <w:lang w:val="pl-PL"/>
        </w:rPr>
        <w:t xml:space="preserve"> letniskow</w:t>
      </w:r>
      <w:r w:rsidRPr="008D4100">
        <w:rPr>
          <w:rFonts w:ascii="Roboto Condensed" w:hAnsi="Roboto Condensed"/>
          <w:sz w:val="20"/>
          <w:lang w:val="pl-PL"/>
        </w:rPr>
        <w:t>a</w:t>
      </w:r>
      <w:r w:rsidR="006B07D5" w:rsidRPr="008D4100">
        <w:rPr>
          <w:rFonts w:ascii="Roboto Condensed" w:hAnsi="Roboto Condensed"/>
          <w:sz w:val="20"/>
          <w:lang w:val="pl-PL"/>
        </w:rPr>
        <w:t xml:space="preserve"> lub rekreacji indywidualnej – w gminie zidentyfikowano </w:t>
      </w:r>
      <w:r w:rsidR="00E56380" w:rsidRPr="008D4100">
        <w:rPr>
          <w:rFonts w:ascii="Roboto Condensed" w:hAnsi="Roboto Condensed"/>
          <w:sz w:val="20"/>
          <w:lang w:val="pl-PL"/>
        </w:rPr>
        <w:t xml:space="preserve">istniejącą zabudowę letniskową i rekreacyjną występującą </w:t>
      </w:r>
      <w:r w:rsidR="00395C9C" w:rsidRPr="008D4100">
        <w:rPr>
          <w:rFonts w:ascii="Roboto Condensed" w:hAnsi="Roboto Condensed"/>
          <w:sz w:val="20"/>
          <w:lang w:val="pl-PL"/>
        </w:rPr>
        <w:t xml:space="preserve">w małej skali w południowej części gminy, </w:t>
      </w:r>
      <w:r w:rsidR="00B75C1F" w:rsidRPr="008D4100">
        <w:rPr>
          <w:rFonts w:ascii="Roboto Condensed" w:hAnsi="Roboto Condensed"/>
          <w:sz w:val="20"/>
          <w:lang w:val="pl-PL"/>
        </w:rPr>
        <w:t xml:space="preserve">południowa część </w:t>
      </w:r>
      <w:r w:rsidR="00395C9C" w:rsidRPr="008D4100">
        <w:rPr>
          <w:rFonts w:ascii="Roboto Condensed" w:hAnsi="Roboto Condensed"/>
          <w:sz w:val="20"/>
          <w:lang w:val="pl-PL"/>
        </w:rPr>
        <w:t>gmin</w:t>
      </w:r>
      <w:r w:rsidR="00B75C1F" w:rsidRPr="008D4100">
        <w:rPr>
          <w:rFonts w:ascii="Roboto Condensed" w:hAnsi="Roboto Condensed"/>
          <w:sz w:val="20"/>
          <w:lang w:val="pl-PL"/>
        </w:rPr>
        <w:t>y</w:t>
      </w:r>
      <w:r w:rsidR="00395C9C" w:rsidRPr="008D4100">
        <w:rPr>
          <w:rFonts w:ascii="Roboto Condensed" w:hAnsi="Roboto Condensed"/>
          <w:sz w:val="20"/>
          <w:lang w:val="pl-PL"/>
        </w:rPr>
        <w:t xml:space="preserve"> z uwagi na </w:t>
      </w:r>
      <w:r w:rsidR="002C369C" w:rsidRPr="008D4100">
        <w:rPr>
          <w:rFonts w:ascii="Roboto Condensed" w:hAnsi="Roboto Condensed"/>
          <w:sz w:val="20"/>
          <w:lang w:val="pl-PL"/>
        </w:rPr>
        <w:t xml:space="preserve">wysokie walory przyrodnicze </w:t>
      </w:r>
      <w:r w:rsidR="00B75C1F" w:rsidRPr="008D4100">
        <w:rPr>
          <w:rFonts w:ascii="Roboto Condensed" w:hAnsi="Roboto Condensed"/>
          <w:sz w:val="20"/>
          <w:lang w:val="pl-PL"/>
        </w:rPr>
        <w:t>(</w:t>
      </w:r>
      <w:r w:rsidR="00132047" w:rsidRPr="008D4100">
        <w:rPr>
          <w:rFonts w:ascii="Roboto Condensed" w:hAnsi="Roboto Condensed"/>
          <w:sz w:val="20"/>
          <w:lang w:val="pl-PL"/>
        </w:rPr>
        <w:t xml:space="preserve">rozległe kompleksy leśne, rzeka Warta) oraz </w:t>
      </w:r>
      <w:r w:rsidR="002216C7" w:rsidRPr="008D4100">
        <w:rPr>
          <w:rFonts w:ascii="Roboto Condensed" w:hAnsi="Roboto Condensed"/>
          <w:sz w:val="20"/>
          <w:lang w:val="pl-PL"/>
        </w:rPr>
        <w:t xml:space="preserve">bezpośrednie sąsiedztwo ośrodka powiatowego posiada </w:t>
      </w:r>
      <w:r w:rsidR="007906D3" w:rsidRPr="008D4100">
        <w:rPr>
          <w:rFonts w:ascii="Roboto Condensed" w:hAnsi="Roboto Condensed"/>
          <w:sz w:val="20"/>
          <w:lang w:val="pl-PL"/>
        </w:rPr>
        <w:t>predyspozycje pod rozwój zabudowy letniskowej lub re</w:t>
      </w:r>
      <w:r w:rsidR="00282AEA" w:rsidRPr="008D4100">
        <w:rPr>
          <w:rFonts w:ascii="Roboto Condensed" w:hAnsi="Roboto Condensed"/>
          <w:sz w:val="20"/>
          <w:lang w:val="pl-PL"/>
        </w:rPr>
        <w:t xml:space="preserve">kreacji indywidualnej, co zostało przewidziane </w:t>
      </w:r>
      <w:r w:rsidR="00C93C44" w:rsidRPr="008D4100">
        <w:rPr>
          <w:rFonts w:ascii="Roboto Condensed" w:hAnsi="Roboto Condensed"/>
          <w:sz w:val="20"/>
          <w:lang w:val="pl-PL"/>
        </w:rPr>
        <w:t xml:space="preserve">w udziale tejże funkcji </w:t>
      </w:r>
      <w:r w:rsidR="00112665" w:rsidRPr="008D4100">
        <w:rPr>
          <w:rFonts w:ascii="Roboto Condensed" w:hAnsi="Roboto Condensed"/>
          <w:sz w:val="20"/>
          <w:lang w:val="pl-PL"/>
        </w:rPr>
        <w:t xml:space="preserve">dla wybranych stref planistycznych </w:t>
      </w:r>
      <w:r w:rsidR="00C67B4B" w:rsidRPr="008D4100">
        <w:rPr>
          <w:rFonts w:ascii="Roboto Condensed" w:hAnsi="Roboto Condensed"/>
          <w:sz w:val="20"/>
          <w:lang w:val="pl-PL"/>
        </w:rPr>
        <w:t xml:space="preserve">położonych w obrębach ewidencyjnych </w:t>
      </w:r>
      <w:r w:rsidR="00E21D7E" w:rsidRPr="008D4100">
        <w:rPr>
          <w:rFonts w:ascii="Roboto Condensed" w:hAnsi="Roboto Condensed"/>
          <w:sz w:val="20"/>
          <w:lang w:val="pl-PL"/>
        </w:rPr>
        <w:t xml:space="preserve">Dąbrówka, </w:t>
      </w:r>
      <w:r w:rsidR="00C67B4B" w:rsidRPr="008D4100">
        <w:rPr>
          <w:rFonts w:ascii="Roboto Condensed" w:hAnsi="Roboto Condensed"/>
          <w:sz w:val="20"/>
          <w:lang w:val="pl-PL"/>
        </w:rPr>
        <w:t xml:space="preserve">Grzebień </w:t>
      </w:r>
      <w:r w:rsidR="00E21D7E" w:rsidRPr="008D4100">
        <w:rPr>
          <w:rFonts w:ascii="Roboto Condensed" w:hAnsi="Roboto Condensed"/>
          <w:sz w:val="20"/>
          <w:lang w:val="pl-PL"/>
        </w:rPr>
        <w:t>i Szczepocice Rządowe.</w:t>
      </w:r>
    </w:p>
    <w:p w14:paraId="79489AC2" w14:textId="76931204" w:rsidR="007879DC" w:rsidRPr="008D4100" w:rsidRDefault="00226586" w:rsidP="008D4100">
      <w:pPr>
        <w:pStyle w:val="Tekstpodstawowy2"/>
        <w:numPr>
          <w:ilvl w:val="0"/>
          <w:numId w:val="3"/>
        </w:numPr>
        <w:spacing w:line="240" w:lineRule="auto"/>
        <w:ind w:left="567" w:hanging="227"/>
        <w:rPr>
          <w:rFonts w:ascii="Roboto Condensed" w:hAnsi="Roboto Condensed"/>
          <w:sz w:val="20"/>
          <w:lang w:val="pl-PL"/>
        </w:rPr>
      </w:pPr>
      <w:r w:rsidRPr="008D4100">
        <w:rPr>
          <w:rFonts w:ascii="Roboto Condensed" w:hAnsi="Roboto Condensed"/>
          <w:sz w:val="20"/>
          <w:lang w:val="pl-PL"/>
        </w:rPr>
        <w:t>Zieleń urządzona</w:t>
      </w:r>
      <w:r w:rsidR="006B07D5" w:rsidRPr="008D4100">
        <w:rPr>
          <w:rFonts w:ascii="Roboto Condensed" w:hAnsi="Roboto Condensed"/>
          <w:sz w:val="20"/>
          <w:lang w:val="pl-PL"/>
        </w:rPr>
        <w:t xml:space="preserve"> – z uwagi na charakter zabudowy dominujący w gminie (ekstensywna zabudowa mieszkaniowa jednorodzinna </w:t>
      </w:r>
      <w:r w:rsidR="003E5654" w:rsidRPr="008D4100">
        <w:rPr>
          <w:rFonts w:ascii="Roboto Condensed" w:hAnsi="Roboto Condensed"/>
          <w:sz w:val="20"/>
          <w:lang w:val="pl-PL"/>
        </w:rPr>
        <w:t xml:space="preserve">i zabudowa zagrodowa </w:t>
      </w:r>
      <w:r w:rsidR="007E213B" w:rsidRPr="008D4100">
        <w:rPr>
          <w:rFonts w:ascii="Roboto Condensed" w:hAnsi="Roboto Condensed"/>
          <w:sz w:val="20"/>
          <w:lang w:val="pl-PL"/>
        </w:rPr>
        <w:t>zlokalizowana na dużych działkach</w:t>
      </w:r>
      <w:r w:rsidR="006B07D5" w:rsidRPr="008D4100">
        <w:rPr>
          <w:rFonts w:ascii="Roboto Condensed" w:hAnsi="Roboto Condensed"/>
          <w:sz w:val="20"/>
          <w:lang w:val="pl-PL"/>
        </w:rPr>
        <w:t>), konieczność realizacji publicznej zieleni urządzonej przez gminę jest ograniczona z uwagi na potencjalny niski popyt</w:t>
      </w:r>
      <w:r w:rsidR="0032078D" w:rsidRPr="008D4100">
        <w:rPr>
          <w:rFonts w:ascii="Roboto Condensed" w:hAnsi="Roboto Condensed"/>
          <w:sz w:val="20"/>
          <w:lang w:val="pl-PL"/>
        </w:rPr>
        <w:t xml:space="preserve"> wynikający </w:t>
      </w:r>
      <w:r w:rsidR="00ED3170" w:rsidRPr="008D4100">
        <w:rPr>
          <w:rFonts w:ascii="Roboto Condensed" w:hAnsi="Roboto Condensed"/>
          <w:sz w:val="20"/>
          <w:lang w:val="pl-PL"/>
        </w:rPr>
        <w:t xml:space="preserve">z rozwiniętej </w:t>
      </w:r>
      <w:r w:rsidR="000903C1" w:rsidRPr="008D4100">
        <w:rPr>
          <w:rFonts w:ascii="Roboto Condensed" w:hAnsi="Roboto Condensed"/>
          <w:sz w:val="20"/>
          <w:lang w:val="pl-PL"/>
        </w:rPr>
        <w:t>już istniejącej</w:t>
      </w:r>
      <w:r w:rsidR="003D1367" w:rsidRPr="008D4100">
        <w:rPr>
          <w:rFonts w:ascii="Roboto Condensed" w:hAnsi="Roboto Condensed"/>
          <w:sz w:val="20"/>
          <w:lang w:val="pl-PL"/>
        </w:rPr>
        <w:t xml:space="preserve"> infrastruktura zieleni i sportowo-rekreacyjna zaspokaja bieżące potrzeby oraz prognozowany napływ mieszkańców.</w:t>
      </w:r>
    </w:p>
    <w:p w14:paraId="4C67CD01" w14:textId="48CAD686" w:rsidR="006F0203" w:rsidRPr="00EB2CDE" w:rsidRDefault="00BD650D" w:rsidP="001D68BB">
      <w:pPr>
        <w:pStyle w:val="Tekstpodstawowy2"/>
        <w:spacing w:before="120" w:after="120" w:line="240" w:lineRule="auto"/>
        <w:ind w:left="170"/>
        <w:rPr>
          <w:rFonts w:ascii="Roboto Condensed" w:hAnsi="Roboto Condensed"/>
          <w:sz w:val="20"/>
          <w:lang w:val="pl-PL"/>
        </w:rPr>
      </w:pPr>
      <w:r w:rsidRPr="00EB2CDE">
        <w:rPr>
          <w:rFonts w:ascii="Roboto Condensed" w:hAnsi="Roboto Condensed"/>
          <w:sz w:val="20"/>
          <w:lang w:val="pl-PL"/>
        </w:rPr>
        <w:t>Ni</w:t>
      </w:r>
      <w:r w:rsidR="003164E9" w:rsidRPr="00EB2CDE">
        <w:rPr>
          <w:rFonts w:ascii="Roboto Condensed" w:hAnsi="Roboto Condensed"/>
          <w:sz w:val="20"/>
          <w:lang w:val="pl-PL"/>
        </w:rPr>
        <w:t xml:space="preserve">e prognozowano udziału pozostałych </w:t>
      </w:r>
      <w:r w:rsidR="00721A99" w:rsidRPr="00EB2CDE">
        <w:rPr>
          <w:rFonts w:ascii="Roboto Condensed" w:hAnsi="Roboto Condensed"/>
          <w:sz w:val="20"/>
          <w:lang w:val="pl-PL"/>
        </w:rPr>
        <w:t xml:space="preserve">przeznaczeń terenów możliwych do realizacji w ramach stref SJ i SZ </w:t>
      </w:r>
      <w:r w:rsidR="00E70727" w:rsidRPr="00EB2CDE">
        <w:rPr>
          <w:rFonts w:ascii="Roboto Condensed" w:hAnsi="Roboto Condensed"/>
          <w:sz w:val="20"/>
          <w:lang w:val="pl-PL"/>
        </w:rPr>
        <w:t xml:space="preserve">takich jak </w:t>
      </w:r>
      <w:r w:rsidR="007E2376" w:rsidRPr="00EB2CDE">
        <w:rPr>
          <w:rFonts w:ascii="Roboto Condensed" w:hAnsi="Roboto Condensed"/>
          <w:sz w:val="20"/>
          <w:lang w:val="pl-PL"/>
        </w:rPr>
        <w:t>teren infrastruktury technicznej</w:t>
      </w:r>
      <w:r w:rsidR="001D68BB" w:rsidRPr="00EB2CDE">
        <w:rPr>
          <w:rFonts w:ascii="Roboto Condensed" w:hAnsi="Roboto Condensed"/>
          <w:sz w:val="20"/>
          <w:lang w:val="pl-PL"/>
        </w:rPr>
        <w:t xml:space="preserve"> czy teren ogrodów, działkowych, teren zieleni naturalnej, teren lasu, teren </w:t>
      </w:r>
      <w:r w:rsidR="0059629A" w:rsidRPr="00EB2CDE">
        <w:rPr>
          <w:rFonts w:ascii="Roboto Condensed" w:hAnsi="Roboto Condensed"/>
          <w:sz w:val="20"/>
          <w:lang w:val="pl-PL"/>
        </w:rPr>
        <w:t>wód</w:t>
      </w:r>
      <w:r w:rsidR="009E2104" w:rsidRPr="00EB2CDE">
        <w:rPr>
          <w:rFonts w:ascii="Roboto Condensed" w:hAnsi="Roboto Condensed"/>
          <w:sz w:val="20"/>
          <w:lang w:val="pl-PL"/>
        </w:rPr>
        <w:t>.</w:t>
      </w:r>
    </w:p>
    <w:p w14:paraId="33EF2FC1" w14:textId="12CC7A74" w:rsidR="00121EC2" w:rsidRPr="00EB2CDE" w:rsidRDefault="004579F9" w:rsidP="007A4721">
      <w:pPr>
        <w:pStyle w:val="Tekstpodstawowy2"/>
        <w:spacing w:before="120" w:after="120" w:line="240" w:lineRule="auto"/>
        <w:ind w:left="170"/>
        <w:rPr>
          <w:rFonts w:ascii="Roboto Condensed" w:hAnsi="Roboto Condensed"/>
          <w:sz w:val="20"/>
          <w:lang w:val="pl-PL"/>
        </w:rPr>
      </w:pPr>
      <w:r w:rsidRPr="00EB2CDE">
        <w:rPr>
          <w:rFonts w:ascii="Roboto Condensed" w:hAnsi="Roboto Condensed"/>
          <w:sz w:val="20"/>
          <w:lang w:val="pl-PL"/>
        </w:rPr>
        <w:t xml:space="preserve">Wskaźnik prognozowanego udziału funkcji mieszkaniowej określono dla </w:t>
      </w:r>
      <w:r w:rsidR="00400D4E">
        <w:rPr>
          <w:rFonts w:ascii="Roboto Condensed" w:hAnsi="Roboto Condensed"/>
          <w:sz w:val="20"/>
          <w:lang w:val="pl-PL"/>
        </w:rPr>
        <w:t>24</w:t>
      </w:r>
      <w:r w:rsidRPr="00EB2CDE">
        <w:rPr>
          <w:rFonts w:ascii="Roboto Condensed" w:hAnsi="Roboto Condensed"/>
          <w:sz w:val="20"/>
          <w:lang w:val="pl-PL"/>
        </w:rPr>
        <w:t xml:space="preserve"> z 1</w:t>
      </w:r>
      <w:r w:rsidR="00400D4E">
        <w:rPr>
          <w:rFonts w:ascii="Roboto Condensed" w:hAnsi="Roboto Condensed"/>
          <w:sz w:val="20"/>
          <w:lang w:val="pl-PL"/>
        </w:rPr>
        <w:t>10</w:t>
      </w:r>
      <w:r w:rsidRPr="00EB2CDE">
        <w:rPr>
          <w:rFonts w:ascii="Roboto Condensed" w:hAnsi="Roboto Condensed"/>
          <w:sz w:val="20"/>
          <w:lang w:val="pl-PL"/>
        </w:rPr>
        <w:t xml:space="preserve"> stref SJ</w:t>
      </w:r>
      <w:r w:rsidR="00DE3C1F">
        <w:rPr>
          <w:rFonts w:ascii="Roboto Condensed" w:hAnsi="Roboto Condensed"/>
          <w:sz w:val="20"/>
          <w:lang w:val="pl-PL"/>
        </w:rPr>
        <w:t xml:space="preserve"> gdzie </w:t>
      </w:r>
      <w:r w:rsidR="00315C3B">
        <w:rPr>
          <w:rFonts w:ascii="Roboto Condensed" w:hAnsi="Roboto Condensed"/>
          <w:sz w:val="20"/>
          <w:lang w:val="pl-PL"/>
        </w:rPr>
        <w:t>wystąpiły tereny niezabudowane i luki w zabudowie istniejącej</w:t>
      </w:r>
      <w:r w:rsidR="00C52F11">
        <w:rPr>
          <w:rFonts w:ascii="Roboto Condensed" w:hAnsi="Roboto Condensed"/>
          <w:sz w:val="20"/>
          <w:lang w:val="pl-PL"/>
        </w:rPr>
        <w:t>,</w:t>
      </w:r>
      <w:r w:rsidRPr="00EB2CDE">
        <w:rPr>
          <w:rFonts w:ascii="Roboto Condensed" w:hAnsi="Roboto Condensed"/>
          <w:sz w:val="20"/>
          <w:lang w:val="pl-PL"/>
        </w:rPr>
        <w:t xml:space="preserve"> w strefach SZ wskaźnika nie ustalano. Zastosowano go wyłącznie tam, gdzie istniały przesłanki </w:t>
      </w:r>
      <w:proofErr w:type="spellStart"/>
      <w:r w:rsidRPr="00EB2CDE">
        <w:rPr>
          <w:rFonts w:ascii="Roboto Condensed" w:hAnsi="Roboto Condensed"/>
          <w:sz w:val="20"/>
          <w:lang w:val="pl-PL"/>
        </w:rPr>
        <w:t>funkcjonalno</w:t>
      </w:r>
      <w:proofErr w:type="spellEnd"/>
      <w:r w:rsidRPr="00EB2CDE">
        <w:rPr>
          <w:rFonts w:ascii="Roboto Condensed" w:hAnsi="Roboto Condensed"/>
          <w:sz w:val="20"/>
          <w:lang w:val="pl-PL"/>
        </w:rPr>
        <w:t>–przestrzenne (m.in. parametr powierzchni i kształtu, dostępność komunikacyjna, otoczenie usługowe).</w:t>
      </w:r>
      <w:r w:rsidR="00BB778B" w:rsidRPr="00EB2CDE">
        <w:rPr>
          <w:rFonts w:ascii="Roboto Condensed" w:hAnsi="Roboto Condensed"/>
          <w:sz w:val="20"/>
          <w:lang w:val="pl-PL"/>
        </w:rPr>
        <w:t xml:space="preserve"> </w:t>
      </w:r>
      <w:r w:rsidR="00071F16" w:rsidRPr="00EB2CDE">
        <w:rPr>
          <w:rFonts w:ascii="Roboto Condensed" w:hAnsi="Roboto Condensed"/>
          <w:sz w:val="20"/>
          <w:lang w:val="pl-PL"/>
        </w:rPr>
        <w:t xml:space="preserve">Poniższy rysunek schematycznie przedstawia </w:t>
      </w:r>
      <w:r w:rsidR="00F17968" w:rsidRPr="00EB2CDE">
        <w:rPr>
          <w:rFonts w:ascii="Roboto Condensed" w:hAnsi="Roboto Condensed"/>
          <w:sz w:val="20"/>
          <w:lang w:val="pl-PL"/>
        </w:rPr>
        <w:t xml:space="preserve">przyjęte wskaźniki proporcji funkcji dla </w:t>
      </w:r>
      <w:r w:rsidR="00BB778B" w:rsidRPr="00EB2CDE">
        <w:rPr>
          <w:rFonts w:ascii="Roboto Condensed" w:hAnsi="Roboto Condensed"/>
          <w:sz w:val="20"/>
          <w:lang w:val="pl-PL"/>
        </w:rPr>
        <w:t>stref</w:t>
      </w:r>
      <w:r w:rsidR="00954CE8" w:rsidRPr="00EB2CDE">
        <w:rPr>
          <w:rFonts w:ascii="Roboto Condensed" w:hAnsi="Roboto Condensed"/>
          <w:sz w:val="20"/>
          <w:lang w:val="pl-PL"/>
        </w:rPr>
        <w:t xml:space="preserve"> SJ wyznaczonych </w:t>
      </w:r>
      <w:r w:rsidR="00F53223" w:rsidRPr="00EB2CDE">
        <w:rPr>
          <w:rFonts w:ascii="Roboto Condensed" w:hAnsi="Roboto Condensed"/>
          <w:sz w:val="20"/>
          <w:lang w:val="pl-PL"/>
        </w:rPr>
        <w:t xml:space="preserve">w ramach obowiązujących </w:t>
      </w:r>
      <w:proofErr w:type="spellStart"/>
      <w:r w:rsidR="00F53223" w:rsidRPr="00EB2CDE">
        <w:rPr>
          <w:rFonts w:ascii="Roboto Condensed" w:hAnsi="Roboto Condensed"/>
          <w:sz w:val="20"/>
          <w:lang w:val="pl-PL"/>
        </w:rPr>
        <w:t>mpzp</w:t>
      </w:r>
      <w:proofErr w:type="spellEnd"/>
      <w:r w:rsidR="00F53223" w:rsidRPr="00EB2CDE">
        <w:rPr>
          <w:rFonts w:ascii="Roboto Condensed" w:hAnsi="Roboto Condensed"/>
          <w:sz w:val="20"/>
          <w:lang w:val="pl-PL"/>
        </w:rPr>
        <w:t xml:space="preserve"> i obszaru uzupełnienia zabudowy </w:t>
      </w:r>
      <w:r w:rsidR="0022388B" w:rsidRPr="00EB2CDE">
        <w:rPr>
          <w:rFonts w:ascii="Roboto Condensed" w:hAnsi="Roboto Condensed"/>
          <w:sz w:val="20"/>
          <w:lang w:val="pl-PL"/>
        </w:rPr>
        <w:t xml:space="preserve">w których występują </w:t>
      </w:r>
      <w:r w:rsidR="00906939" w:rsidRPr="00EB2CDE">
        <w:rPr>
          <w:rFonts w:ascii="Roboto Condensed" w:hAnsi="Roboto Condensed"/>
          <w:sz w:val="20"/>
          <w:lang w:val="pl-PL"/>
        </w:rPr>
        <w:t>tereny niezabudowane i luki w zabudowie istniejącej</w:t>
      </w:r>
      <w:r w:rsidR="00BB778B" w:rsidRPr="00EB2CDE">
        <w:rPr>
          <w:rFonts w:ascii="Roboto Condensed" w:hAnsi="Roboto Condensed"/>
          <w:sz w:val="20"/>
          <w:lang w:val="pl-PL"/>
        </w:rPr>
        <w:t>:</w:t>
      </w:r>
    </w:p>
    <w:p w14:paraId="6DB7190E" w14:textId="77777777" w:rsidR="00542E81" w:rsidRDefault="00542E81">
      <w:pPr>
        <w:rPr>
          <w:rFonts w:ascii="Roboto Condensed" w:hAnsi="Roboto Condensed"/>
          <w:i/>
          <w:iCs/>
          <w:sz w:val="20"/>
        </w:rPr>
      </w:pPr>
      <w:r>
        <w:rPr>
          <w:rFonts w:ascii="Roboto Condensed" w:hAnsi="Roboto Condensed"/>
          <w:i/>
          <w:iCs/>
          <w:sz w:val="20"/>
        </w:rPr>
        <w:br w:type="page"/>
      </w:r>
    </w:p>
    <w:p w14:paraId="0161E55A" w14:textId="726D7F3C" w:rsidR="00980A24" w:rsidRPr="007C7546" w:rsidRDefault="00980A24" w:rsidP="00980A24">
      <w:pPr>
        <w:ind w:left="142"/>
        <w:jc w:val="both"/>
        <w:rPr>
          <w:rFonts w:ascii="Roboto Condensed" w:hAnsi="Roboto Condensed"/>
          <w:i/>
          <w:iCs/>
          <w:sz w:val="20"/>
        </w:rPr>
      </w:pPr>
      <w:r w:rsidRPr="007C7546">
        <w:rPr>
          <w:rFonts w:ascii="Roboto Condensed" w:hAnsi="Roboto Condensed"/>
          <w:i/>
          <w:iCs/>
          <w:sz w:val="20"/>
        </w:rPr>
        <w:lastRenderedPageBreak/>
        <w:t>Rys</w:t>
      </w:r>
      <w:r w:rsidR="00B34DD3" w:rsidRPr="007C7546">
        <w:rPr>
          <w:rFonts w:ascii="Roboto Condensed" w:hAnsi="Roboto Condensed"/>
          <w:i/>
          <w:iCs/>
          <w:sz w:val="20"/>
        </w:rPr>
        <w:t>.2</w:t>
      </w:r>
      <w:r w:rsidR="00D653D8" w:rsidRPr="007C7546">
        <w:rPr>
          <w:rFonts w:ascii="Roboto Condensed" w:hAnsi="Roboto Condensed"/>
          <w:i/>
          <w:iCs/>
          <w:sz w:val="20"/>
        </w:rPr>
        <w:t>9</w:t>
      </w:r>
      <w:r w:rsidR="00B34DD3" w:rsidRPr="007C7546">
        <w:rPr>
          <w:rFonts w:ascii="Roboto Condensed" w:hAnsi="Roboto Condensed"/>
          <w:i/>
          <w:iCs/>
          <w:sz w:val="20"/>
        </w:rPr>
        <w:t>.</w:t>
      </w:r>
      <w:r w:rsidRPr="007C7546">
        <w:rPr>
          <w:rFonts w:ascii="Roboto Condensed" w:hAnsi="Roboto Condensed"/>
          <w:i/>
          <w:iCs/>
          <w:sz w:val="20"/>
        </w:rPr>
        <w:t xml:space="preserve"> </w:t>
      </w:r>
      <w:r w:rsidR="00036F8E" w:rsidRPr="007C7546">
        <w:rPr>
          <w:rFonts w:ascii="Roboto Condensed" w:hAnsi="Roboto Condensed"/>
          <w:i/>
          <w:iCs/>
          <w:sz w:val="20"/>
        </w:rPr>
        <w:t>Prognozowany udział funkcji mieszkaniowej w strefach SJ</w:t>
      </w:r>
      <w:r w:rsidR="00F53223" w:rsidRPr="007C7546">
        <w:rPr>
          <w:rFonts w:ascii="Roboto Condensed" w:hAnsi="Roboto Condensed"/>
          <w:i/>
          <w:iCs/>
          <w:sz w:val="20"/>
        </w:rPr>
        <w:t xml:space="preserve"> w ramach obowiązujących </w:t>
      </w:r>
      <w:proofErr w:type="spellStart"/>
      <w:r w:rsidR="00F53223" w:rsidRPr="007C7546">
        <w:rPr>
          <w:rFonts w:ascii="Roboto Condensed" w:hAnsi="Roboto Condensed"/>
          <w:i/>
          <w:iCs/>
          <w:sz w:val="20"/>
        </w:rPr>
        <w:t>mpzp</w:t>
      </w:r>
      <w:proofErr w:type="spellEnd"/>
      <w:r w:rsidR="00F53223" w:rsidRPr="007C7546">
        <w:rPr>
          <w:rFonts w:ascii="Roboto Condensed" w:hAnsi="Roboto Condensed"/>
          <w:i/>
          <w:iCs/>
          <w:sz w:val="20"/>
        </w:rPr>
        <w:t xml:space="preserve"> i obszaru uzupełnienia zabudowy</w:t>
      </w:r>
      <w:r w:rsidR="00036F8E" w:rsidRPr="007C7546">
        <w:rPr>
          <w:rFonts w:ascii="Roboto Condensed" w:hAnsi="Roboto Condensed"/>
          <w:i/>
          <w:iCs/>
          <w:sz w:val="20"/>
        </w:rPr>
        <w:t xml:space="preserve"> w których występują tereny niezabudowane i luki w zabudowie istniejącej</w:t>
      </w:r>
      <w:r w:rsidR="00B34DD3" w:rsidRPr="007C7546">
        <w:rPr>
          <w:rFonts w:ascii="Roboto Condensed" w:hAnsi="Roboto Condensed"/>
          <w:i/>
          <w:iCs/>
          <w:sz w:val="20"/>
        </w:rPr>
        <w:t>.</w:t>
      </w:r>
    </w:p>
    <w:p w14:paraId="23A85F13" w14:textId="77777777" w:rsidR="00980A24" w:rsidRDefault="00980A24" w:rsidP="00980A24">
      <w:pPr>
        <w:ind w:left="142"/>
        <w:jc w:val="center"/>
        <w:rPr>
          <w:rFonts w:ascii="Roboto Condensed" w:hAnsi="Roboto Condensed"/>
          <w:color w:val="7030A0"/>
          <w:sz w:val="20"/>
        </w:rPr>
      </w:pPr>
      <w:r>
        <w:rPr>
          <w:rFonts w:ascii="Roboto Condensed" w:hAnsi="Roboto Condensed"/>
          <w:noProof/>
          <w:color w:val="7030A0"/>
          <w:sz w:val="20"/>
        </w:rPr>
        <w:drawing>
          <wp:inline distT="0" distB="0" distL="0" distR="0" wp14:anchorId="70E6CAFB" wp14:editId="55272D98">
            <wp:extent cx="6317161" cy="5896334"/>
            <wp:effectExtent l="0" t="0" r="7620" b="9525"/>
            <wp:docPr id="52630764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307641" name="Obraz 3"/>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6317161" cy="5896334"/>
                    </a:xfrm>
                    <a:prstGeom prst="rect">
                      <a:avLst/>
                    </a:prstGeom>
                    <a:noFill/>
                    <a:ln>
                      <a:noFill/>
                    </a:ln>
                  </pic:spPr>
                </pic:pic>
              </a:graphicData>
            </a:graphic>
          </wp:inline>
        </w:drawing>
      </w:r>
    </w:p>
    <w:p w14:paraId="37505B50" w14:textId="77777777" w:rsidR="009F2964" w:rsidRDefault="009F2964">
      <w:pPr>
        <w:rPr>
          <w:rFonts w:ascii="Roboto Condensed" w:hAnsi="Roboto Condensed"/>
          <w:sz w:val="20"/>
          <w:szCs w:val="20"/>
        </w:rPr>
      </w:pPr>
      <w:r>
        <w:rPr>
          <w:rFonts w:ascii="Roboto Condensed" w:hAnsi="Roboto Condensed"/>
          <w:sz w:val="20"/>
        </w:rPr>
        <w:br w:type="page"/>
      </w:r>
    </w:p>
    <w:p w14:paraId="43CC8DD9" w14:textId="34149F66" w:rsidR="00E26F76" w:rsidRPr="00E26F76" w:rsidRDefault="00E26F76" w:rsidP="00E26F76">
      <w:pPr>
        <w:pStyle w:val="Tekstpodstawowy2"/>
        <w:spacing w:before="120" w:line="240" w:lineRule="auto"/>
        <w:ind w:left="142"/>
        <w:rPr>
          <w:rFonts w:ascii="Roboto Condensed" w:hAnsi="Roboto Condensed"/>
          <w:sz w:val="20"/>
          <w:lang w:val="pl-PL"/>
        </w:rPr>
      </w:pPr>
      <w:r w:rsidRPr="00E26F76">
        <w:rPr>
          <w:rFonts w:ascii="Roboto Condensed" w:hAnsi="Roboto Condensed"/>
          <w:sz w:val="20"/>
          <w:lang w:val="pl-PL"/>
        </w:rPr>
        <w:lastRenderedPageBreak/>
        <w:t xml:space="preserve">W wyznaczonych strefach wielofunkcyjnych z zabudową mieszkaniową jednorodzinną SJ na obszarach </w:t>
      </w:r>
      <w:r w:rsidR="000B7359">
        <w:rPr>
          <w:rFonts w:ascii="Roboto Condensed" w:hAnsi="Roboto Condensed"/>
          <w:sz w:val="20"/>
          <w:lang w:val="pl-PL"/>
        </w:rPr>
        <w:t xml:space="preserve">obowiązujących </w:t>
      </w:r>
      <w:proofErr w:type="spellStart"/>
      <w:r w:rsidR="007727A9">
        <w:rPr>
          <w:rFonts w:ascii="Roboto Condensed" w:hAnsi="Roboto Condensed"/>
          <w:sz w:val="20"/>
          <w:lang w:val="pl-PL"/>
        </w:rPr>
        <w:t>mpzp</w:t>
      </w:r>
      <w:proofErr w:type="spellEnd"/>
      <w:r w:rsidR="007727A9">
        <w:rPr>
          <w:rFonts w:ascii="Roboto Condensed" w:hAnsi="Roboto Condensed"/>
          <w:sz w:val="20"/>
          <w:lang w:val="pl-PL"/>
        </w:rPr>
        <w:t xml:space="preserve"> i </w:t>
      </w:r>
      <w:r w:rsidRPr="00E26F76">
        <w:rPr>
          <w:rFonts w:ascii="Roboto Condensed" w:hAnsi="Roboto Condensed"/>
          <w:sz w:val="20"/>
          <w:lang w:val="pl-PL"/>
        </w:rPr>
        <w:t>uzupełnienia zabudowy, oszacowana chłonność wynosi:</w:t>
      </w:r>
    </w:p>
    <w:p w14:paraId="196AA250" w14:textId="0AB074AB" w:rsidR="00E26F76" w:rsidRPr="002A2EC5" w:rsidRDefault="00E26F76" w:rsidP="00E26F76">
      <w:pPr>
        <w:pStyle w:val="Tekstpodstawowy2"/>
        <w:spacing w:before="120" w:line="240" w:lineRule="auto"/>
        <w:ind w:left="170"/>
        <w:rPr>
          <w:rFonts w:ascii="Roboto Condensed" w:hAnsi="Roboto Condensed"/>
          <w:sz w:val="20"/>
          <w:lang w:val="pl-PL"/>
        </w:rPr>
      </w:pPr>
      <w:r w:rsidRPr="002A2EC5">
        <w:rPr>
          <w:rFonts w:ascii="Roboto Condensed" w:hAnsi="Roboto Condensed"/>
          <w:i/>
          <w:iCs/>
          <w:sz w:val="20"/>
          <w:szCs w:val="24"/>
          <w:lang w:val="pl-PL"/>
        </w:rPr>
        <w:t xml:space="preserve">Tab. </w:t>
      </w:r>
      <w:r w:rsidR="00DF0B52" w:rsidRPr="002A2EC5">
        <w:rPr>
          <w:rFonts w:ascii="Roboto Condensed" w:hAnsi="Roboto Condensed"/>
          <w:i/>
          <w:iCs/>
          <w:sz w:val="20"/>
          <w:szCs w:val="24"/>
          <w:lang w:val="pl-PL"/>
        </w:rPr>
        <w:t>9</w:t>
      </w:r>
      <w:r w:rsidRPr="002A2EC5">
        <w:rPr>
          <w:rFonts w:ascii="Roboto Condensed" w:hAnsi="Roboto Condensed"/>
          <w:i/>
          <w:iCs/>
          <w:sz w:val="20"/>
          <w:szCs w:val="24"/>
          <w:lang w:val="pl-PL"/>
        </w:rPr>
        <w:t>. Chłonność terenów niezabudowanych i luk w zabudowie istniejącej w ramach</w:t>
      </w:r>
      <w:r w:rsidRPr="002A2EC5">
        <w:rPr>
          <w:lang w:val="pl-PL"/>
        </w:rPr>
        <w:t xml:space="preserve"> </w:t>
      </w:r>
      <w:r w:rsidRPr="002A2EC5">
        <w:rPr>
          <w:rFonts w:ascii="Roboto Condensed" w:hAnsi="Roboto Condensed"/>
          <w:i/>
          <w:iCs/>
          <w:sz w:val="20"/>
          <w:szCs w:val="24"/>
          <w:lang w:val="pl-PL"/>
        </w:rPr>
        <w:t xml:space="preserve">stref wielofunkcyjnych z zabudową mieszkaniową jednorodzinną SJ na obszarach </w:t>
      </w:r>
      <w:r w:rsidR="004120C4" w:rsidRPr="002A2EC5">
        <w:rPr>
          <w:rFonts w:ascii="Roboto Condensed" w:hAnsi="Roboto Condensed"/>
          <w:i/>
          <w:iCs/>
          <w:sz w:val="20"/>
          <w:szCs w:val="24"/>
          <w:lang w:val="pl-PL"/>
        </w:rPr>
        <w:t xml:space="preserve">obowiązujących </w:t>
      </w:r>
      <w:proofErr w:type="spellStart"/>
      <w:r w:rsidR="004120C4" w:rsidRPr="002A2EC5">
        <w:rPr>
          <w:rFonts w:ascii="Roboto Condensed" w:hAnsi="Roboto Condensed"/>
          <w:i/>
          <w:iCs/>
          <w:sz w:val="20"/>
          <w:szCs w:val="24"/>
          <w:lang w:val="pl-PL"/>
        </w:rPr>
        <w:t>mpzp</w:t>
      </w:r>
      <w:proofErr w:type="spellEnd"/>
      <w:r w:rsidR="004120C4" w:rsidRPr="002A2EC5">
        <w:rPr>
          <w:rFonts w:ascii="Roboto Condensed" w:hAnsi="Roboto Condensed"/>
          <w:i/>
          <w:iCs/>
          <w:sz w:val="20"/>
          <w:szCs w:val="24"/>
          <w:lang w:val="pl-PL"/>
        </w:rPr>
        <w:t xml:space="preserve"> </w:t>
      </w:r>
      <w:r w:rsidR="000B7359" w:rsidRPr="002A2EC5">
        <w:rPr>
          <w:rFonts w:ascii="Roboto Condensed" w:hAnsi="Roboto Condensed"/>
          <w:i/>
          <w:iCs/>
          <w:sz w:val="20"/>
          <w:szCs w:val="24"/>
          <w:lang w:val="pl-PL"/>
        </w:rPr>
        <w:t xml:space="preserve">i </w:t>
      </w:r>
      <w:r w:rsidRPr="002A2EC5">
        <w:rPr>
          <w:rFonts w:ascii="Roboto Condensed" w:hAnsi="Roboto Condensed"/>
          <w:i/>
          <w:iCs/>
          <w:sz w:val="20"/>
          <w:szCs w:val="24"/>
          <w:lang w:val="pl-PL"/>
        </w:rPr>
        <w:t>uzupełnienia zabudowy.</w:t>
      </w:r>
    </w:p>
    <w:tbl>
      <w:tblPr>
        <w:tblStyle w:val="Tabela-Siatka"/>
        <w:tblW w:w="9750" w:type="dxa"/>
        <w:tblInd w:w="142" w:type="dxa"/>
        <w:tblLook w:val="04A0" w:firstRow="1" w:lastRow="0" w:firstColumn="1" w:lastColumn="0" w:noHBand="0" w:noVBand="1"/>
      </w:tblPr>
      <w:tblGrid>
        <w:gridCol w:w="498"/>
        <w:gridCol w:w="1293"/>
        <w:gridCol w:w="1836"/>
        <w:gridCol w:w="1241"/>
        <w:gridCol w:w="1784"/>
        <w:gridCol w:w="1554"/>
        <w:gridCol w:w="1544"/>
      </w:tblGrid>
      <w:tr w:rsidR="006C2936" w14:paraId="3ECA9A8A" w14:textId="77777777" w:rsidTr="00E86EE3">
        <w:tc>
          <w:tcPr>
            <w:tcW w:w="498" w:type="dxa"/>
            <w:vMerge w:val="restart"/>
            <w:tcBorders>
              <w:top w:val="single" w:sz="12" w:space="0" w:color="auto"/>
              <w:left w:val="single" w:sz="12" w:space="0" w:color="auto"/>
            </w:tcBorders>
            <w:shd w:val="clear" w:color="auto" w:fill="A6A6A6" w:themeFill="background1" w:themeFillShade="A6"/>
          </w:tcPr>
          <w:p w14:paraId="2AE1A0CB" w14:textId="77777777" w:rsidR="006C2936" w:rsidRPr="00201791" w:rsidRDefault="006C2936" w:rsidP="00DB4F38">
            <w:pPr>
              <w:jc w:val="center"/>
              <w:rPr>
                <w:rFonts w:ascii="Roboto Condensed" w:hAnsi="Roboto Condensed"/>
                <w:sz w:val="16"/>
                <w:szCs w:val="16"/>
              </w:rPr>
            </w:pPr>
            <w:bookmarkStart w:id="124" w:name="_Hlk204026302"/>
            <w:r w:rsidRPr="00201791">
              <w:rPr>
                <w:rFonts w:ascii="Roboto Condensed" w:hAnsi="Roboto Condensed"/>
                <w:sz w:val="16"/>
                <w:szCs w:val="16"/>
              </w:rPr>
              <w:t>Lp.</w:t>
            </w:r>
          </w:p>
        </w:tc>
        <w:tc>
          <w:tcPr>
            <w:tcW w:w="1293" w:type="dxa"/>
            <w:vMerge w:val="restart"/>
            <w:tcBorders>
              <w:top w:val="single" w:sz="12" w:space="0" w:color="auto"/>
            </w:tcBorders>
            <w:shd w:val="clear" w:color="auto" w:fill="A6A6A6" w:themeFill="background1" w:themeFillShade="A6"/>
          </w:tcPr>
          <w:p w14:paraId="2CE25B65" w14:textId="1F1CE6A2" w:rsidR="006C2936" w:rsidRPr="00201791" w:rsidRDefault="00FF652C" w:rsidP="00DB4F38">
            <w:pPr>
              <w:jc w:val="center"/>
              <w:rPr>
                <w:rFonts w:ascii="Roboto Condensed" w:hAnsi="Roboto Condensed"/>
                <w:sz w:val="16"/>
                <w:szCs w:val="16"/>
              </w:rPr>
            </w:pPr>
            <w:r>
              <w:rPr>
                <w:rFonts w:ascii="Roboto Condensed" w:hAnsi="Roboto Condensed"/>
                <w:sz w:val="16"/>
                <w:szCs w:val="16"/>
              </w:rPr>
              <w:t>Oznaczenie</w:t>
            </w:r>
            <w:r w:rsidR="006C2936" w:rsidRPr="00201791">
              <w:rPr>
                <w:rFonts w:ascii="Roboto Condensed" w:hAnsi="Roboto Condensed"/>
                <w:sz w:val="16"/>
                <w:szCs w:val="16"/>
              </w:rPr>
              <w:t xml:space="preserve"> strefy</w:t>
            </w:r>
          </w:p>
        </w:tc>
        <w:tc>
          <w:tcPr>
            <w:tcW w:w="1836" w:type="dxa"/>
            <w:tcBorders>
              <w:top w:val="single" w:sz="12" w:space="0" w:color="auto"/>
            </w:tcBorders>
            <w:shd w:val="clear" w:color="auto" w:fill="A6A6A6" w:themeFill="background1" w:themeFillShade="A6"/>
          </w:tcPr>
          <w:p w14:paraId="02D90EC2" w14:textId="77777777" w:rsidR="006C2936" w:rsidRPr="00201791" w:rsidRDefault="006C2936" w:rsidP="00DB4F38">
            <w:pPr>
              <w:jc w:val="center"/>
              <w:rPr>
                <w:rFonts w:ascii="Roboto Condensed" w:hAnsi="Roboto Condensed"/>
                <w:sz w:val="16"/>
                <w:szCs w:val="16"/>
              </w:rPr>
            </w:pPr>
            <w:r w:rsidRPr="00201791">
              <w:rPr>
                <w:rFonts w:ascii="Roboto Condensed" w:hAnsi="Roboto Condensed"/>
                <w:sz w:val="16"/>
                <w:szCs w:val="16"/>
              </w:rPr>
              <w:t xml:space="preserve">powierzchnia terenów niezabudowanych w tym luk w zabudowie istniejącej </w:t>
            </w:r>
          </w:p>
        </w:tc>
        <w:tc>
          <w:tcPr>
            <w:tcW w:w="1241" w:type="dxa"/>
            <w:tcBorders>
              <w:top w:val="single" w:sz="12" w:space="0" w:color="auto"/>
            </w:tcBorders>
            <w:shd w:val="clear" w:color="auto" w:fill="A6A6A6" w:themeFill="background1" w:themeFillShade="A6"/>
          </w:tcPr>
          <w:p w14:paraId="5C17CC84" w14:textId="77777777" w:rsidR="006C2936" w:rsidRPr="00201791" w:rsidRDefault="006C2936" w:rsidP="00DB4F38">
            <w:pPr>
              <w:jc w:val="center"/>
              <w:rPr>
                <w:rFonts w:ascii="Roboto Condensed" w:hAnsi="Roboto Condensed"/>
                <w:sz w:val="16"/>
                <w:szCs w:val="16"/>
              </w:rPr>
            </w:pPr>
            <w:r w:rsidRPr="00201791">
              <w:rPr>
                <w:rFonts w:ascii="Roboto Condensed" w:hAnsi="Roboto Condensed"/>
                <w:sz w:val="16"/>
                <w:szCs w:val="16"/>
              </w:rPr>
              <w:t>projektowana maksymalna nadziemna intensywność zabudowy</w:t>
            </w:r>
          </w:p>
        </w:tc>
        <w:tc>
          <w:tcPr>
            <w:tcW w:w="1784" w:type="dxa"/>
            <w:tcBorders>
              <w:top w:val="single" w:sz="12" w:space="0" w:color="auto"/>
            </w:tcBorders>
            <w:shd w:val="clear" w:color="auto" w:fill="A6A6A6" w:themeFill="background1" w:themeFillShade="A6"/>
          </w:tcPr>
          <w:p w14:paraId="180DCBF5" w14:textId="77777777" w:rsidR="006C2936" w:rsidRPr="00201791" w:rsidRDefault="006C2936" w:rsidP="00DB4F38">
            <w:pPr>
              <w:jc w:val="center"/>
              <w:rPr>
                <w:rFonts w:ascii="Roboto Condensed" w:hAnsi="Roboto Condensed"/>
                <w:sz w:val="16"/>
                <w:szCs w:val="16"/>
              </w:rPr>
            </w:pPr>
            <w:r w:rsidRPr="00201791">
              <w:rPr>
                <w:rFonts w:ascii="Roboto Condensed" w:hAnsi="Roboto Condensed"/>
                <w:sz w:val="16"/>
                <w:szCs w:val="16"/>
              </w:rPr>
              <w:t>wskaźnik chłonności uznany za najbardziej zbliżony do planowanej zabudowy</w:t>
            </w:r>
          </w:p>
        </w:tc>
        <w:tc>
          <w:tcPr>
            <w:tcW w:w="1554" w:type="dxa"/>
            <w:tcBorders>
              <w:top w:val="single" w:sz="12" w:space="0" w:color="auto"/>
            </w:tcBorders>
            <w:shd w:val="clear" w:color="auto" w:fill="A6A6A6" w:themeFill="background1" w:themeFillShade="A6"/>
          </w:tcPr>
          <w:p w14:paraId="3CDC29FD" w14:textId="62FC5512" w:rsidR="006C2936" w:rsidRPr="00201791" w:rsidRDefault="006C2936" w:rsidP="00DB4F38">
            <w:pPr>
              <w:jc w:val="center"/>
              <w:rPr>
                <w:rFonts w:ascii="Roboto Condensed" w:hAnsi="Roboto Condensed"/>
                <w:sz w:val="16"/>
                <w:szCs w:val="16"/>
              </w:rPr>
            </w:pPr>
            <w:r w:rsidRPr="006C2936">
              <w:rPr>
                <w:rFonts w:ascii="Roboto Condensed" w:hAnsi="Roboto Condensed"/>
                <w:sz w:val="16"/>
                <w:szCs w:val="16"/>
              </w:rPr>
              <w:t>prognozowany udział (proporcja) funkcji mieszkaniowej w strefie</w:t>
            </w:r>
          </w:p>
        </w:tc>
        <w:tc>
          <w:tcPr>
            <w:tcW w:w="1544" w:type="dxa"/>
            <w:tcBorders>
              <w:top w:val="single" w:sz="12" w:space="0" w:color="auto"/>
              <w:right w:val="single" w:sz="12" w:space="0" w:color="auto"/>
            </w:tcBorders>
            <w:shd w:val="clear" w:color="auto" w:fill="A6A6A6" w:themeFill="background1" w:themeFillShade="A6"/>
          </w:tcPr>
          <w:p w14:paraId="645644FA" w14:textId="62D5BDB8" w:rsidR="006C2936" w:rsidRPr="00201791" w:rsidRDefault="006C2936" w:rsidP="00DB4F38">
            <w:pPr>
              <w:jc w:val="center"/>
              <w:rPr>
                <w:rFonts w:ascii="Roboto Condensed" w:hAnsi="Roboto Condensed"/>
                <w:sz w:val="16"/>
                <w:szCs w:val="16"/>
              </w:rPr>
            </w:pPr>
            <w:r w:rsidRPr="00201791">
              <w:rPr>
                <w:rFonts w:ascii="Roboto Condensed" w:hAnsi="Roboto Condensed"/>
                <w:sz w:val="16"/>
                <w:szCs w:val="16"/>
              </w:rPr>
              <w:t>Chłonność terenów</w:t>
            </w:r>
          </w:p>
          <w:p w14:paraId="5CA115E4" w14:textId="77777777" w:rsidR="006C2936" w:rsidRPr="00201791" w:rsidRDefault="006C2936" w:rsidP="00DB4F38">
            <w:pPr>
              <w:jc w:val="center"/>
              <w:rPr>
                <w:rFonts w:ascii="Roboto Condensed" w:hAnsi="Roboto Condensed"/>
                <w:sz w:val="16"/>
                <w:szCs w:val="16"/>
              </w:rPr>
            </w:pPr>
            <w:r w:rsidRPr="00201791">
              <w:rPr>
                <w:rFonts w:ascii="Roboto Condensed" w:hAnsi="Roboto Condensed"/>
                <w:sz w:val="16"/>
                <w:szCs w:val="16"/>
              </w:rPr>
              <w:t>niezabudowanych, w</w:t>
            </w:r>
          </w:p>
          <w:p w14:paraId="2AD1BB53" w14:textId="77777777" w:rsidR="006C2936" w:rsidRPr="00201791" w:rsidRDefault="006C2936" w:rsidP="00DB4F38">
            <w:pPr>
              <w:jc w:val="center"/>
              <w:rPr>
                <w:rFonts w:ascii="Roboto Condensed" w:hAnsi="Roboto Condensed"/>
                <w:sz w:val="16"/>
                <w:szCs w:val="16"/>
              </w:rPr>
            </w:pPr>
            <w:r w:rsidRPr="00201791">
              <w:rPr>
                <w:rFonts w:ascii="Roboto Condensed" w:hAnsi="Roboto Condensed"/>
                <w:sz w:val="16"/>
                <w:szCs w:val="16"/>
              </w:rPr>
              <w:t>tym luk w istniejącej</w:t>
            </w:r>
          </w:p>
          <w:p w14:paraId="4B0C1D6B" w14:textId="77777777" w:rsidR="006C2936" w:rsidRPr="00201791" w:rsidRDefault="006C2936" w:rsidP="00DB4F38">
            <w:pPr>
              <w:jc w:val="center"/>
              <w:rPr>
                <w:rFonts w:ascii="Roboto Condensed" w:hAnsi="Roboto Condensed"/>
                <w:sz w:val="16"/>
                <w:szCs w:val="16"/>
              </w:rPr>
            </w:pPr>
            <w:r w:rsidRPr="00201791">
              <w:rPr>
                <w:rFonts w:ascii="Roboto Condensed" w:hAnsi="Roboto Condensed"/>
                <w:sz w:val="16"/>
                <w:szCs w:val="16"/>
              </w:rPr>
              <w:t>zabudowie w strefie</w:t>
            </w:r>
          </w:p>
          <w:p w14:paraId="2AD1698A" w14:textId="77777777" w:rsidR="006C2936" w:rsidRPr="00201791" w:rsidRDefault="006C2936" w:rsidP="00DB4F38">
            <w:pPr>
              <w:jc w:val="center"/>
              <w:rPr>
                <w:rFonts w:ascii="Roboto Condensed" w:hAnsi="Roboto Condensed"/>
                <w:sz w:val="16"/>
                <w:szCs w:val="16"/>
              </w:rPr>
            </w:pPr>
            <w:r w:rsidRPr="00201791">
              <w:rPr>
                <w:rFonts w:ascii="Roboto Condensed" w:hAnsi="Roboto Condensed"/>
                <w:sz w:val="16"/>
                <w:szCs w:val="16"/>
              </w:rPr>
              <w:t>planistycznej</w:t>
            </w:r>
          </w:p>
        </w:tc>
      </w:tr>
      <w:tr w:rsidR="006C2936" w14:paraId="2B8EB50D" w14:textId="77777777" w:rsidTr="00E86EE3">
        <w:tc>
          <w:tcPr>
            <w:tcW w:w="498" w:type="dxa"/>
            <w:vMerge/>
            <w:tcBorders>
              <w:left w:val="single" w:sz="12" w:space="0" w:color="auto"/>
            </w:tcBorders>
            <w:shd w:val="clear" w:color="auto" w:fill="A6A6A6" w:themeFill="background1" w:themeFillShade="A6"/>
          </w:tcPr>
          <w:p w14:paraId="7D977DF1" w14:textId="77777777" w:rsidR="006C2936" w:rsidRPr="00201791" w:rsidRDefault="006C2936" w:rsidP="00DB4F38">
            <w:pPr>
              <w:jc w:val="center"/>
              <w:rPr>
                <w:rFonts w:ascii="Roboto Condensed" w:hAnsi="Roboto Condensed"/>
                <w:sz w:val="16"/>
                <w:szCs w:val="16"/>
              </w:rPr>
            </w:pPr>
          </w:p>
        </w:tc>
        <w:tc>
          <w:tcPr>
            <w:tcW w:w="1293" w:type="dxa"/>
            <w:vMerge/>
            <w:shd w:val="clear" w:color="auto" w:fill="A6A6A6" w:themeFill="background1" w:themeFillShade="A6"/>
          </w:tcPr>
          <w:p w14:paraId="37C77047" w14:textId="77777777" w:rsidR="006C2936" w:rsidRPr="00201791" w:rsidRDefault="006C2936" w:rsidP="00DB4F38">
            <w:pPr>
              <w:jc w:val="center"/>
              <w:rPr>
                <w:rFonts w:ascii="Roboto Condensed" w:hAnsi="Roboto Condensed"/>
                <w:sz w:val="16"/>
                <w:szCs w:val="16"/>
              </w:rPr>
            </w:pPr>
          </w:p>
        </w:tc>
        <w:tc>
          <w:tcPr>
            <w:tcW w:w="1836" w:type="dxa"/>
            <w:shd w:val="clear" w:color="auto" w:fill="A6A6A6" w:themeFill="background1" w:themeFillShade="A6"/>
          </w:tcPr>
          <w:p w14:paraId="792B12A8" w14:textId="77777777" w:rsidR="006C2936" w:rsidRPr="00201791" w:rsidRDefault="00342D17" w:rsidP="00BB0E2A">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P</m:t>
                    </m:r>
                  </m:e>
                  <m:sub>
                    <m:r>
                      <m:rPr>
                        <m:sty m:val="bi"/>
                      </m:rPr>
                      <w:rPr>
                        <w:rFonts w:ascii="Cambria Math" w:hAnsi="Cambria Math"/>
                        <w:sz w:val="16"/>
                        <w:szCs w:val="16"/>
                      </w:rPr>
                      <m:t>st</m:t>
                    </m:r>
                  </m:sub>
                  <m:sup>
                    <m:r>
                      <m:rPr>
                        <m:sty m:val="bi"/>
                      </m:rPr>
                      <w:rPr>
                        <w:rFonts w:ascii="Cambria Math" w:hAnsi="Cambria Math"/>
                        <w:sz w:val="16"/>
                        <w:szCs w:val="16"/>
                      </w:rPr>
                      <m:t>(s)</m:t>
                    </m:r>
                  </m:sup>
                </m:sSubSup>
              </m:oMath>
            </m:oMathPara>
          </w:p>
        </w:tc>
        <w:tc>
          <w:tcPr>
            <w:tcW w:w="1241" w:type="dxa"/>
            <w:shd w:val="clear" w:color="auto" w:fill="A6A6A6" w:themeFill="background1" w:themeFillShade="A6"/>
          </w:tcPr>
          <w:p w14:paraId="0477A016" w14:textId="77777777" w:rsidR="006C2936" w:rsidRPr="00201791" w:rsidRDefault="00342D17" w:rsidP="00BB0E2A">
            <w:pPr>
              <w:spacing w:line="276" w:lineRule="auto"/>
              <w:jc w:val="center"/>
              <w:rPr>
                <w:rFonts w:ascii="Roboto Condensed" w:hAnsi="Roboto Condensed"/>
                <w:b/>
                <w:bCs/>
                <w:sz w:val="16"/>
                <w:szCs w:val="16"/>
              </w:rPr>
            </w:pPr>
            <m:oMathPara>
              <m:oMath>
                <m:sSup>
                  <m:sSupPr>
                    <m:ctrlPr>
                      <w:rPr>
                        <w:rFonts w:ascii="Cambria Math" w:hAnsi="Cambria Math"/>
                        <w:b/>
                        <w:bCs/>
                        <w:i/>
                        <w:sz w:val="16"/>
                        <w:szCs w:val="16"/>
                      </w:rPr>
                    </m:ctrlPr>
                  </m:sSupPr>
                  <m:e>
                    <m:r>
                      <m:rPr>
                        <m:sty m:val="bi"/>
                      </m:rPr>
                      <w:rPr>
                        <w:rFonts w:ascii="Cambria Math" w:hAnsi="Cambria Math"/>
                        <w:sz w:val="16"/>
                        <w:szCs w:val="16"/>
                      </w:rPr>
                      <m:t>I</m:t>
                    </m:r>
                  </m:e>
                  <m:sup>
                    <m:r>
                      <m:rPr>
                        <m:sty m:val="bi"/>
                      </m:rPr>
                      <w:rPr>
                        <w:rFonts w:ascii="Cambria Math" w:hAnsi="Cambria Math"/>
                        <w:sz w:val="16"/>
                        <w:szCs w:val="16"/>
                      </w:rPr>
                      <m:t>(s)</m:t>
                    </m:r>
                  </m:sup>
                </m:sSup>
              </m:oMath>
            </m:oMathPara>
          </w:p>
        </w:tc>
        <w:tc>
          <w:tcPr>
            <w:tcW w:w="1784" w:type="dxa"/>
            <w:shd w:val="clear" w:color="auto" w:fill="A6A6A6" w:themeFill="background1" w:themeFillShade="A6"/>
          </w:tcPr>
          <w:p w14:paraId="7C451294" w14:textId="77777777" w:rsidR="006C2936" w:rsidRPr="00201791" w:rsidRDefault="00342D17" w:rsidP="00BB0E2A">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W</m:t>
                    </m:r>
                  </m:e>
                  <m:sub>
                    <m:r>
                      <m:rPr>
                        <m:sty m:val="bi"/>
                      </m:rPr>
                      <w:rPr>
                        <w:rFonts w:ascii="Cambria Math" w:hAnsi="Cambria Math"/>
                        <w:sz w:val="16"/>
                        <w:szCs w:val="16"/>
                      </w:rPr>
                      <m:t>Ch</m:t>
                    </m:r>
                  </m:sub>
                  <m:sup>
                    <m:r>
                      <m:rPr>
                        <m:sty m:val="bi"/>
                      </m:rPr>
                      <w:rPr>
                        <w:rFonts w:ascii="Cambria Math" w:hAnsi="Cambria Math"/>
                        <w:sz w:val="16"/>
                        <w:szCs w:val="16"/>
                      </w:rPr>
                      <m:t>(s)</m:t>
                    </m:r>
                  </m:sup>
                </m:sSubSup>
              </m:oMath>
            </m:oMathPara>
          </w:p>
        </w:tc>
        <w:tc>
          <w:tcPr>
            <w:tcW w:w="1554" w:type="dxa"/>
            <w:shd w:val="clear" w:color="auto" w:fill="A6A6A6" w:themeFill="background1" w:themeFillShade="A6"/>
          </w:tcPr>
          <w:p w14:paraId="565F68A4" w14:textId="0AD3ADDF" w:rsidR="006C2936" w:rsidRPr="00BB0E2A" w:rsidRDefault="00342D17" w:rsidP="00BB0E2A">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f</m:t>
                    </m:r>
                  </m:e>
                  <m:sub>
                    <m:r>
                      <m:rPr>
                        <m:sty m:val="bi"/>
                      </m:rPr>
                      <w:rPr>
                        <w:rFonts w:ascii="Cambria Math" w:hAnsi="Cambria Math"/>
                        <w:sz w:val="16"/>
                        <w:szCs w:val="16"/>
                      </w:rPr>
                      <m:t>m</m:t>
                    </m:r>
                  </m:sub>
                  <m:sup>
                    <m:r>
                      <m:rPr>
                        <m:sty m:val="bi"/>
                      </m:rPr>
                      <w:rPr>
                        <w:rFonts w:ascii="Cambria Math" w:hAnsi="Cambria Math"/>
                        <w:sz w:val="16"/>
                        <w:szCs w:val="16"/>
                      </w:rPr>
                      <m:t>(s)</m:t>
                    </m:r>
                  </m:sup>
                </m:sSubSup>
              </m:oMath>
            </m:oMathPara>
          </w:p>
        </w:tc>
        <w:tc>
          <w:tcPr>
            <w:tcW w:w="1544" w:type="dxa"/>
            <w:tcBorders>
              <w:right w:val="single" w:sz="12" w:space="0" w:color="auto"/>
            </w:tcBorders>
            <w:shd w:val="clear" w:color="auto" w:fill="A6A6A6" w:themeFill="background1" w:themeFillShade="A6"/>
          </w:tcPr>
          <w:p w14:paraId="00E6A684" w14:textId="087046F9" w:rsidR="006C2936" w:rsidRPr="00201791" w:rsidRDefault="00342D17" w:rsidP="00BB0E2A">
            <w:pPr>
              <w:spacing w:line="276" w:lineRule="auto"/>
              <w:jc w:val="center"/>
              <w:rPr>
                <w:rFonts w:ascii="Roboto Condensed" w:hAnsi="Roboto Condensed"/>
                <w:b/>
                <w:bCs/>
                <w:sz w:val="16"/>
                <w:szCs w:val="16"/>
              </w:rPr>
            </w:pPr>
            <m:oMathPara>
              <m:oMath>
                <m:sSub>
                  <m:sSubPr>
                    <m:ctrlPr>
                      <w:rPr>
                        <w:rFonts w:ascii="Cambria Math" w:hAnsi="Cambria Math"/>
                        <w:b/>
                        <w:bCs/>
                        <w:i/>
                        <w:sz w:val="16"/>
                        <w:szCs w:val="16"/>
                      </w:rPr>
                    </m:ctrlPr>
                  </m:sSubPr>
                  <m:e>
                    <m:r>
                      <m:rPr>
                        <m:sty m:val="bi"/>
                      </m:rPr>
                      <w:rPr>
                        <w:rFonts w:ascii="Cambria Math" w:hAnsi="Cambria Math"/>
                        <w:sz w:val="16"/>
                        <w:szCs w:val="16"/>
                      </w:rPr>
                      <m:t>Ch</m:t>
                    </m:r>
                  </m:e>
                  <m:sub>
                    <m:r>
                      <m:rPr>
                        <m:sty m:val="bi"/>
                      </m:rPr>
                      <w:rPr>
                        <w:rFonts w:ascii="Cambria Math" w:hAnsi="Cambria Math"/>
                        <w:sz w:val="16"/>
                        <w:szCs w:val="16"/>
                      </w:rPr>
                      <m:t>s</m:t>
                    </m:r>
                  </m:sub>
                </m:sSub>
              </m:oMath>
            </m:oMathPara>
          </w:p>
        </w:tc>
      </w:tr>
      <w:tr w:rsidR="006C2936" w14:paraId="38D5C041" w14:textId="77777777" w:rsidTr="00E86EE3">
        <w:tc>
          <w:tcPr>
            <w:tcW w:w="498" w:type="dxa"/>
            <w:vMerge/>
            <w:tcBorders>
              <w:left w:val="single" w:sz="12" w:space="0" w:color="auto"/>
              <w:bottom w:val="single" w:sz="12" w:space="0" w:color="auto"/>
            </w:tcBorders>
            <w:shd w:val="clear" w:color="auto" w:fill="A6A6A6" w:themeFill="background1" w:themeFillShade="A6"/>
          </w:tcPr>
          <w:p w14:paraId="1CC475D0" w14:textId="77777777" w:rsidR="006C2936" w:rsidRPr="00201791" w:rsidRDefault="006C2936" w:rsidP="00DB4F38">
            <w:pPr>
              <w:jc w:val="center"/>
              <w:rPr>
                <w:rFonts w:ascii="Roboto Condensed" w:hAnsi="Roboto Condensed"/>
                <w:sz w:val="16"/>
                <w:szCs w:val="16"/>
              </w:rPr>
            </w:pPr>
          </w:p>
        </w:tc>
        <w:tc>
          <w:tcPr>
            <w:tcW w:w="1293" w:type="dxa"/>
            <w:vMerge/>
            <w:tcBorders>
              <w:bottom w:val="single" w:sz="12" w:space="0" w:color="auto"/>
            </w:tcBorders>
            <w:shd w:val="clear" w:color="auto" w:fill="A6A6A6" w:themeFill="background1" w:themeFillShade="A6"/>
          </w:tcPr>
          <w:p w14:paraId="37E8737C" w14:textId="77777777" w:rsidR="006C2936" w:rsidRPr="00201791" w:rsidRDefault="006C2936" w:rsidP="00DB4F38">
            <w:pPr>
              <w:jc w:val="center"/>
              <w:rPr>
                <w:rFonts w:ascii="Roboto Condensed" w:hAnsi="Roboto Condensed"/>
                <w:sz w:val="16"/>
                <w:szCs w:val="16"/>
              </w:rPr>
            </w:pPr>
          </w:p>
        </w:tc>
        <w:tc>
          <w:tcPr>
            <w:tcW w:w="1836" w:type="dxa"/>
            <w:tcBorders>
              <w:bottom w:val="single" w:sz="12" w:space="0" w:color="auto"/>
            </w:tcBorders>
            <w:shd w:val="clear" w:color="auto" w:fill="A6A6A6" w:themeFill="background1" w:themeFillShade="A6"/>
          </w:tcPr>
          <w:p w14:paraId="6BA31FBE" w14:textId="77777777" w:rsidR="006C2936" w:rsidRPr="00201791" w:rsidRDefault="006C2936" w:rsidP="00DB4F38">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ha</w:t>
            </w:r>
            <w:r>
              <w:rPr>
                <w:rFonts w:ascii="Roboto Condensed" w:hAnsi="Roboto Condensed"/>
                <w:sz w:val="16"/>
                <w:szCs w:val="16"/>
              </w:rPr>
              <w:t>]</w:t>
            </w:r>
          </w:p>
        </w:tc>
        <w:tc>
          <w:tcPr>
            <w:tcW w:w="1241" w:type="dxa"/>
            <w:tcBorders>
              <w:bottom w:val="single" w:sz="12" w:space="0" w:color="auto"/>
            </w:tcBorders>
            <w:shd w:val="clear" w:color="auto" w:fill="A6A6A6" w:themeFill="background1" w:themeFillShade="A6"/>
          </w:tcPr>
          <w:p w14:paraId="6C05AD50" w14:textId="77777777" w:rsidR="006C2936" w:rsidRPr="00201791" w:rsidRDefault="006C2936" w:rsidP="00DB4F38">
            <w:pPr>
              <w:jc w:val="center"/>
              <w:rPr>
                <w:rFonts w:ascii="Roboto Condensed" w:hAnsi="Roboto Condensed"/>
                <w:sz w:val="16"/>
                <w:szCs w:val="16"/>
              </w:rPr>
            </w:pPr>
          </w:p>
        </w:tc>
        <w:tc>
          <w:tcPr>
            <w:tcW w:w="1784" w:type="dxa"/>
            <w:tcBorders>
              <w:bottom w:val="single" w:sz="12" w:space="0" w:color="auto"/>
            </w:tcBorders>
            <w:shd w:val="clear" w:color="auto" w:fill="A6A6A6" w:themeFill="background1" w:themeFillShade="A6"/>
          </w:tcPr>
          <w:p w14:paraId="30D6C87B" w14:textId="77777777" w:rsidR="006C2936" w:rsidRPr="00201791" w:rsidRDefault="006C2936" w:rsidP="00DB4F38">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os./ha</w:t>
            </w:r>
            <w:r>
              <w:rPr>
                <w:rFonts w:ascii="Roboto Condensed" w:hAnsi="Roboto Condensed"/>
                <w:sz w:val="16"/>
                <w:szCs w:val="16"/>
              </w:rPr>
              <w:t>]</w:t>
            </w:r>
          </w:p>
        </w:tc>
        <w:tc>
          <w:tcPr>
            <w:tcW w:w="1554" w:type="dxa"/>
            <w:tcBorders>
              <w:bottom w:val="single" w:sz="12" w:space="0" w:color="auto"/>
            </w:tcBorders>
            <w:shd w:val="clear" w:color="auto" w:fill="A6A6A6" w:themeFill="background1" w:themeFillShade="A6"/>
          </w:tcPr>
          <w:p w14:paraId="728F2A10" w14:textId="77777777" w:rsidR="006C2936" w:rsidRDefault="006C2936" w:rsidP="00DB4F38">
            <w:pPr>
              <w:jc w:val="center"/>
              <w:rPr>
                <w:rFonts w:ascii="Roboto Condensed" w:hAnsi="Roboto Condensed"/>
                <w:sz w:val="16"/>
                <w:szCs w:val="16"/>
              </w:rPr>
            </w:pPr>
          </w:p>
        </w:tc>
        <w:tc>
          <w:tcPr>
            <w:tcW w:w="1544" w:type="dxa"/>
            <w:tcBorders>
              <w:bottom w:val="single" w:sz="12" w:space="0" w:color="auto"/>
              <w:right w:val="single" w:sz="12" w:space="0" w:color="auto"/>
            </w:tcBorders>
            <w:shd w:val="clear" w:color="auto" w:fill="A6A6A6" w:themeFill="background1" w:themeFillShade="A6"/>
          </w:tcPr>
          <w:p w14:paraId="3AD5D83F" w14:textId="1A135421" w:rsidR="006C2936" w:rsidRPr="00201791" w:rsidRDefault="006C2936" w:rsidP="00DB4F38">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os.</w:t>
            </w:r>
            <w:r>
              <w:rPr>
                <w:rFonts w:ascii="Roboto Condensed" w:hAnsi="Roboto Condensed"/>
                <w:sz w:val="16"/>
                <w:szCs w:val="16"/>
              </w:rPr>
              <w:t>]</w:t>
            </w:r>
          </w:p>
        </w:tc>
      </w:tr>
      <w:tr w:rsidR="000801FC" w14:paraId="68B55E1A" w14:textId="77777777" w:rsidTr="00A50F55">
        <w:tc>
          <w:tcPr>
            <w:tcW w:w="498" w:type="dxa"/>
          </w:tcPr>
          <w:p w14:paraId="54EF075D" w14:textId="1145A1F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293" w:type="dxa"/>
          </w:tcPr>
          <w:p w14:paraId="70FA6242" w14:textId="5C8173A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1SJ</w:t>
            </w:r>
          </w:p>
        </w:tc>
        <w:tc>
          <w:tcPr>
            <w:tcW w:w="1836" w:type="dxa"/>
          </w:tcPr>
          <w:p w14:paraId="50987842" w14:textId="2A22A34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0.3665</w:t>
            </w:r>
          </w:p>
        </w:tc>
        <w:tc>
          <w:tcPr>
            <w:tcW w:w="1241" w:type="dxa"/>
          </w:tcPr>
          <w:p w14:paraId="044A669A" w14:textId="4182DE3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354EE7A1" w14:textId="570ACAF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37A9AD5E" w14:textId="523C0C7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2F18E27B" w14:textId="5CE5C69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w:t>
            </w:r>
          </w:p>
        </w:tc>
      </w:tr>
      <w:tr w:rsidR="000801FC" w14:paraId="569BC1EF" w14:textId="77777777" w:rsidTr="00A50F55">
        <w:tc>
          <w:tcPr>
            <w:tcW w:w="498" w:type="dxa"/>
          </w:tcPr>
          <w:p w14:paraId="10E7E7FC" w14:textId="707C5DA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c>
          <w:tcPr>
            <w:tcW w:w="1293" w:type="dxa"/>
          </w:tcPr>
          <w:p w14:paraId="2BBB6E8A" w14:textId="44D160E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3SJ</w:t>
            </w:r>
          </w:p>
        </w:tc>
        <w:tc>
          <w:tcPr>
            <w:tcW w:w="1836" w:type="dxa"/>
          </w:tcPr>
          <w:p w14:paraId="508C5C41" w14:textId="59A8FE0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0.2505</w:t>
            </w:r>
          </w:p>
        </w:tc>
        <w:tc>
          <w:tcPr>
            <w:tcW w:w="1241" w:type="dxa"/>
          </w:tcPr>
          <w:p w14:paraId="33BC0554" w14:textId="49BE557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4F252794" w14:textId="7CAE3D9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715318AB" w14:textId="6432198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5F6C3E38" w14:textId="2963A96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w:t>
            </w:r>
          </w:p>
        </w:tc>
      </w:tr>
      <w:tr w:rsidR="000801FC" w14:paraId="58EB8291" w14:textId="77777777" w:rsidTr="00A50F55">
        <w:tc>
          <w:tcPr>
            <w:tcW w:w="498" w:type="dxa"/>
          </w:tcPr>
          <w:p w14:paraId="306BD4A1" w14:textId="5B0DFA5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w:t>
            </w:r>
          </w:p>
        </w:tc>
        <w:tc>
          <w:tcPr>
            <w:tcW w:w="1293" w:type="dxa"/>
          </w:tcPr>
          <w:p w14:paraId="33C8E00F" w14:textId="3CE0644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4SJ</w:t>
            </w:r>
          </w:p>
        </w:tc>
        <w:tc>
          <w:tcPr>
            <w:tcW w:w="1836" w:type="dxa"/>
          </w:tcPr>
          <w:p w14:paraId="3C486270" w14:textId="5EC5528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0.3434</w:t>
            </w:r>
          </w:p>
        </w:tc>
        <w:tc>
          <w:tcPr>
            <w:tcW w:w="1241" w:type="dxa"/>
          </w:tcPr>
          <w:p w14:paraId="3FF52500" w14:textId="4A93154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3A994153" w14:textId="354DA53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9271855" w14:textId="5125A3C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246BDC34" w14:textId="5DC1850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w:t>
            </w:r>
          </w:p>
        </w:tc>
      </w:tr>
      <w:tr w:rsidR="000801FC" w14:paraId="3CDA1748" w14:textId="77777777" w:rsidTr="00A50F55">
        <w:tc>
          <w:tcPr>
            <w:tcW w:w="498" w:type="dxa"/>
          </w:tcPr>
          <w:p w14:paraId="5DFCE00C" w14:textId="1AD4FA2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w:t>
            </w:r>
          </w:p>
        </w:tc>
        <w:tc>
          <w:tcPr>
            <w:tcW w:w="1293" w:type="dxa"/>
          </w:tcPr>
          <w:p w14:paraId="492C115D" w14:textId="10FBCE1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8SJ</w:t>
            </w:r>
          </w:p>
        </w:tc>
        <w:tc>
          <w:tcPr>
            <w:tcW w:w="1836" w:type="dxa"/>
          </w:tcPr>
          <w:p w14:paraId="3AA2F0EE" w14:textId="6E238A7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0.5569</w:t>
            </w:r>
          </w:p>
        </w:tc>
        <w:tc>
          <w:tcPr>
            <w:tcW w:w="1241" w:type="dxa"/>
          </w:tcPr>
          <w:p w14:paraId="1801B3A1" w14:textId="0D2F41F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454E0D0" w14:textId="76B036A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6B09D6E8" w14:textId="4644E60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17413D51" w14:textId="2D33D20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w:t>
            </w:r>
          </w:p>
        </w:tc>
      </w:tr>
      <w:tr w:rsidR="000801FC" w14:paraId="0B65345E" w14:textId="77777777" w:rsidTr="00A50F55">
        <w:tc>
          <w:tcPr>
            <w:tcW w:w="498" w:type="dxa"/>
          </w:tcPr>
          <w:p w14:paraId="15BBEA3E" w14:textId="059A362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w:t>
            </w:r>
          </w:p>
        </w:tc>
        <w:tc>
          <w:tcPr>
            <w:tcW w:w="1293" w:type="dxa"/>
          </w:tcPr>
          <w:p w14:paraId="65161221" w14:textId="688B895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10SJ</w:t>
            </w:r>
          </w:p>
        </w:tc>
        <w:tc>
          <w:tcPr>
            <w:tcW w:w="1836" w:type="dxa"/>
          </w:tcPr>
          <w:p w14:paraId="1AC27261" w14:textId="481FD1E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0.222</w:t>
            </w:r>
          </w:p>
        </w:tc>
        <w:tc>
          <w:tcPr>
            <w:tcW w:w="1241" w:type="dxa"/>
          </w:tcPr>
          <w:p w14:paraId="30AAA66A" w14:textId="3CFD041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DBF0CAC" w14:textId="2F72913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677904E8" w14:textId="03AB8B0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4555E5FF" w14:textId="29BDE00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7FBEDCBD" w14:textId="77777777" w:rsidTr="00A50F55">
        <w:tc>
          <w:tcPr>
            <w:tcW w:w="498" w:type="dxa"/>
          </w:tcPr>
          <w:p w14:paraId="4496ADA0" w14:textId="18E853E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w:t>
            </w:r>
          </w:p>
        </w:tc>
        <w:tc>
          <w:tcPr>
            <w:tcW w:w="1293" w:type="dxa"/>
          </w:tcPr>
          <w:p w14:paraId="638FA4CC" w14:textId="172FD87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19SJ</w:t>
            </w:r>
          </w:p>
        </w:tc>
        <w:tc>
          <w:tcPr>
            <w:tcW w:w="1836" w:type="dxa"/>
          </w:tcPr>
          <w:p w14:paraId="18B1FF80" w14:textId="23375BF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0.2989</w:t>
            </w:r>
          </w:p>
        </w:tc>
        <w:tc>
          <w:tcPr>
            <w:tcW w:w="1241" w:type="dxa"/>
          </w:tcPr>
          <w:p w14:paraId="7FA39FB9" w14:textId="7217800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43336E53" w14:textId="17102DB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5A6E2AA1" w14:textId="3649E88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271C3235" w14:textId="0987D4B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w:t>
            </w:r>
          </w:p>
        </w:tc>
      </w:tr>
      <w:tr w:rsidR="000801FC" w14:paraId="1202D52B" w14:textId="77777777" w:rsidTr="00A50F55">
        <w:tc>
          <w:tcPr>
            <w:tcW w:w="498" w:type="dxa"/>
          </w:tcPr>
          <w:p w14:paraId="5827356C" w14:textId="37100F3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w:t>
            </w:r>
          </w:p>
        </w:tc>
        <w:tc>
          <w:tcPr>
            <w:tcW w:w="1293" w:type="dxa"/>
          </w:tcPr>
          <w:p w14:paraId="73394653" w14:textId="7A4AE2C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20SJ</w:t>
            </w:r>
          </w:p>
        </w:tc>
        <w:tc>
          <w:tcPr>
            <w:tcW w:w="1836" w:type="dxa"/>
          </w:tcPr>
          <w:p w14:paraId="774BD30A" w14:textId="1807E7F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0.6648</w:t>
            </w:r>
          </w:p>
        </w:tc>
        <w:tc>
          <w:tcPr>
            <w:tcW w:w="1241" w:type="dxa"/>
          </w:tcPr>
          <w:p w14:paraId="32EC0E43" w14:textId="7D21613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4EBDBE9" w14:textId="41D32E3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3FDE8609" w14:textId="7ACE7C6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07603CA2" w14:textId="3D7998C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w:t>
            </w:r>
          </w:p>
        </w:tc>
      </w:tr>
      <w:tr w:rsidR="000801FC" w14:paraId="6216BD7A" w14:textId="77777777" w:rsidTr="00A50F55">
        <w:tc>
          <w:tcPr>
            <w:tcW w:w="498" w:type="dxa"/>
          </w:tcPr>
          <w:p w14:paraId="11B87C96" w14:textId="226B3BD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w:t>
            </w:r>
          </w:p>
        </w:tc>
        <w:tc>
          <w:tcPr>
            <w:tcW w:w="1293" w:type="dxa"/>
          </w:tcPr>
          <w:p w14:paraId="6D902F2D" w14:textId="6F97ABA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21SJ</w:t>
            </w:r>
          </w:p>
        </w:tc>
        <w:tc>
          <w:tcPr>
            <w:tcW w:w="1836" w:type="dxa"/>
          </w:tcPr>
          <w:p w14:paraId="4F6EC363" w14:textId="42857AD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0.3072</w:t>
            </w:r>
          </w:p>
        </w:tc>
        <w:tc>
          <w:tcPr>
            <w:tcW w:w="1241" w:type="dxa"/>
          </w:tcPr>
          <w:p w14:paraId="674A987C" w14:textId="7251E1F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33C8BFFD" w14:textId="277ADB9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313B97DC" w14:textId="4AEE43A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377A18D0" w14:textId="7EC4150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w:t>
            </w:r>
          </w:p>
        </w:tc>
      </w:tr>
      <w:tr w:rsidR="000801FC" w14:paraId="67D02CC7" w14:textId="77777777" w:rsidTr="00A50F55">
        <w:tc>
          <w:tcPr>
            <w:tcW w:w="498" w:type="dxa"/>
          </w:tcPr>
          <w:p w14:paraId="1D6FC9F7" w14:textId="64A1F1A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w:t>
            </w:r>
          </w:p>
        </w:tc>
        <w:tc>
          <w:tcPr>
            <w:tcW w:w="1293" w:type="dxa"/>
          </w:tcPr>
          <w:p w14:paraId="64A3B7A2" w14:textId="6DB07F1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24SJ</w:t>
            </w:r>
          </w:p>
        </w:tc>
        <w:tc>
          <w:tcPr>
            <w:tcW w:w="1836" w:type="dxa"/>
          </w:tcPr>
          <w:p w14:paraId="77C8B6D0" w14:textId="7651612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0.2347</w:t>
            </w:r>
          </w:p>
        </w:tc>
        <w:tc>
          <w:tcPr>
            <w:tcW w:w="1241" w:type="dxa"/>
          </w:tcPr>
          <w:p w14:paraId="6A1A3828" w14:textId="08FDEB2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0AE93445" w14:textId="2DB12DE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360553C2" w14:textId="49F1426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2F86F776" w14:textId="3B27D6A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2FF44DAD" w14:textId="77777777" w:rsidTr="00A50F55">
        <w:tc>
          <w:tcPr>
            <w:tcW w:w="498" w:type="dxa"/>
          </w:tcPr>
          <w:p w14:paraId="3852B000" w14:textId="7EC8C80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w:t>
            </w:r>
          </w:p>
        </w:tc>
        <w:tc>
          <w:tcPr>
            <w:tcW w:w="1293" w:type="dxa"/>
          </w:tcPr>
          <w:p w14:paraId="5736C471" w14:textId="2EB3843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29SJ</w:t>
            </w:r>
          </w:p>
        </w:tc>
        <w:tc>
          <w:tcPr>
            <w:tcW w:w="1836" w:type="dxa"/>
          </w:tcPr>
          <w:p w14:paraId="6B1B1816" w14:textId="6E1A947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0.1245</w:t>
            </w:r>
          </w:p>
        </w:tc>
        <w:tc>
          <w:tcPr>
            <w:tcW w:w="1241" w:type="dxa"/>
          </w:tcPr>
          <w:p w14:paraId="0977F98F" w14:textId="0897F77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5AAD9646" w14:textId="5712F83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2A6BC9A0" w14:textId="17E3E76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506AE587" w14:textId="10D4A23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r>
      <w:tr w:rsidR="000801FC" w14:paraId="4BE8E706" w14:textId="77777777" w:rsidTr="00A50F55">
        <w:tc>
          <w:tcPr>
            <w:tcW w:w="498" w:type="dxa"/>
          </w:tcPr>
          <w:p w14:paraId="4A54B353" w14:textId="196FAE5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11</w:t>
            </w:r>
          </w:p>
        </w:tc>
        <w:tc>
          <w:tcPr>
            <w:tcW w:w="1293" w:type="dxa"/>
          </w:tcPr>
          <w:p w14:paraId="2E7049F3" w14:textId="78E9D98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35SJ</w:t>
            </w:r>
          </w:p>
        </w:tc>
        <w:tc>
          <w:tcPr>
            <w:tcW w:w="1836" w:type="dxa"/>
          </w:tcPr>
          <w:p w14:paraId="24D1BE1B" w14:textId="79D0B1B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0.1759</w:t>
            </w:r>
          </w:p>
        </w:tc>
        <w:tc>
          <w:tcPr>
            <w:tcW w:w="1241" w:type="dxa"/>
          </w:tcPr>
          <w:p w14:paraId="1D76C895" w14:textId="407D13B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70F9CD80" w14:textId="059EF7B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4EDE5DB7" w14:textId="587BB9F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3A4D8B61" w14:textId="17D2EF4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09D979FA" w14:textId="77777777" w:rsidTr="00A50F55">
        <w:tc>
          <w:tcPr>
            <w:tcW w:w="498" w:type="dxa"/>
          </w:tcPr>
          <w:p w14:paraId="40F3A267" w14:textId="540C613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12</w:t>
            </w:r>
          </w:p>
        </w:tc>
        <w:tc>
          <w:tcPr>
            <w:tcW w:w="1293" w:type="dxa"/>
          </w:tcPr>
          <w:p w14:paraId="5DAA1F5C" w14:textId="385AC66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37SJ</w:t>
            </w:r>
          </w:p>
        </w:tc>
        <w:tc>
          <w:tcPr>
            <w:tcW w:w="1836" w:type="dxa"/>
          </w:tcPr>
          <w:p w14:paraId="6281F35F" w14:textId="3CB3DBA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1.4337</w:t>
            </w:r>
          </w:p>
        </w:tc>
        <w:tc>
          <w:tcPr>
            <w:tcW w:w="1241" w:type="dxa"/>
          </w:tcPr>
          <w:p w14:paraId="2E627362" w14:textId="50A8F23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1F13159" w14:textId="309566B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51AF6F8" w14:textId="6C2CF51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6CFEE664" w14:textId="600F220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14</w:t>
            </w:r>
          </w:p>
        </w:tc>
      </w:tr>
      <w:tr w:rsidR="000801FC" w14:paraId="10B7B9CF" w14:textId="77777777" w:rsidTr="00A50F55">
        <w:tc>
          <w:tcPr>
            <w:tcW w:w="498" w:type="dxa"/>
          </w:tcPr>
          <w:p w14:paraId="772911CE" w14:textId="137385C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13</w:t>
            </w:r>
          </w:p>
        </w:tc>
        <w:tc>
          <w:tcPr>
            <w:tcW w:w="1293" w:type="dxa"/>
          </w:tcPr>
          <w:p w14:paraId="7D9D0F8E" w14:textId="153BDE5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38SJ</w:t>
            </w:r>
          </w:p>
        </w:tc>
        <w:tc>
          <w:tcPr>
            <w:tcW w:w="1836" w:type="dxa"/>
          </w:tcPr>
          <w:p w14:paraId="0D6AC761" w14:textId="5778C95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1.3091</w:t>
            </w:r>
          </w:p>
        </w:tc>
        <w:tc>
          <w:tcPr>
            <w:tcW w:w="1241" w:type="dxa"/>
          </w:tcPr>
          <w:p w14:paraId="546F9367" w14:textId="18E8B7D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5776B4FA" w14:textId="79EA25F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6E103289" w14:textId="061E8B0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0009BD81" w14:textId="7C84A5F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12</w:t>
            </w:r>
          </w:p>
        </w:tc>
      </w:tr>
      <w:tr w:rsidR="000801FC" w14:paraId="34ECAA14" w14:textId="77777777" w:rsidTr="00A50F55">
        <w:tc>
          <w:tcPr>
            <w:tcW w:w="498" w:type="dxa"/>
          </w:tcPr>
          <w:p w14:paraId="735FF9A9" w14:textId="4614EA9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14</w:t>
            </w:r>
          </w:p>
        </w:tc>
        <w:tc>
          <w:tcPr>
            <w:tcW w:w="1293" w:type="dxa"/>
          </w:tcPr>
          <w:p w14:paraId="43F9D07C" w14:textId="4207F2E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39SJ</w:t>
            </w:r>
          </w:p>
        </w:tc>
        <w:tc>
          <w:tcPr>
            <w:tcW w:w="1836" w:type="dxa"/>
          </w:tcPr>
          <w:p w14:paraId="61BFF1B2" w14:textId="356CF95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0.1901</w:t>
            </w:r>
          </w:p>
        </w:tc>
        <w:tc>
          <w:tcPr>
            <w:tcW w:w="1241" w:type="dxa"/>
          </w:tcPr>
          <w:p w14:paraId="1BA832E7" w14:textId="625D7F4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EB5775A" w14:textId="76F3642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38434CE7" w14:textId="6077D10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32B06A59" w14:textId="2C232FB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3A5A42B1" w14:textId="77777777" w:rsidTr="00A50F55">
        <w:tc>
          <w:tcPr>
            <w:tcW w:w="498" w:type="dxa"/>
          </w:tcPr>
          <w:p w14:paraId="7645A19F" w14:textId="4CF7A93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15</w:t>
            </w:r>
          </w:p>
        </w:tc>
        <w:tc>
          <w:tcPr>
            <w:tcW w:w="1293" w:type="dxa"/>
          </w:tcPr>
          <w:p w14:paraId="6856413A" w14:textId="0C6DD3F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45SJ</w:t>
            </w:r>
          </w:p>
        </w:tc>
        <w:tc>
          <w:tcPr>
            <w:tcW w:w="1836" w:type="dxa"/>
          </w:tcPr>
          <w:p w14:paraId="501140A3" w14:textId="01BCD49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0.2477</w:t>
            </w:r>
          </w:p>
        </w:tc>
        <w:tc>
          <w:tcPr>
            <w:tcW w:w="1241" w:type="dxa"/>
          </w:tcPr>
          <w:p w14:paraId="40E97CA4" w14:textId="2D49403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585F67BC" w14:textId="5FE143D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7B78ABE" w14:textId="5F4B62E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5F1B6E10" w14:textId="383BAA0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17A54622" w14:textId="77777777" w:rsidTr="00A50F55">
        <w:tc>
          <w:tcPr>
            <w:tcW w:w="498" w:type="dxa"/>
          </w:tcPr>
          <w:p w14:paraId="33BD42D7" w14:textId="07CC131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16</w:t>
            </w:r>
          </w:p>
        </w:tc>
        <w:tc>
          <w:tcPr>
            <w:tcW w:w="1293" w:type="dxa"/>
          </w:tcPr>
          <w:p w14:paraId="7EB9F0F8" w14:textId="63A9461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46SJ</w:t>
            </w:r>
          </w:p>
        </w:tc>
        <w:tc>
          <w:tcPr>
            <w:tcW w:w="1836" w:type="dxa"/>
          </w:tcPr>
          <w:p w14:paraId="3E5E4325" w14:textId="629DF2D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0.4944</w:t>
            </w:r>
          </w:p>
        </w:tc>
        <w:tc>
          <w:tcPr>
            <w:tcW w:w="1241" w:type="dxa"/>
          </w:tcPr>
          <w:p w14:paraId="4142AF65" w14:textId="4580A50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364F7E13" w14:textId="2A96A8C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3BB221D" w14:textId="7543B13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22A46437" w14:textId="2EA8175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w:t>
            </w:r>
          </w:p>
        </w:tc>
      </w:tr>
      <w:tr w:rsidR="000801FC" w14:paraId="65FB0F4F" w14:textId="77777777" w:rsidTr="00A50F55">
        <w:tc>
          <w:tcPr>
            <w:tcW w:w="498" w:type="dxa"/>
          </w:tcPr>
          <w:p w14:paraId="3A804A03" w14:textId="0489F82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17</w:t>
            </w:r>
          </w:p>
        </w:tc>
        <w:tc>
          <w:tcPr>
            <w:tcW w:w="1293" w:type="dxa"/>
          </w:tcPr>
          <w:p w14:paraId="66A42FC0" w14:textId="13EFFD6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47SJ</w:t>
            </w:r>
          </w:p>
        </w:tc>
        <w:tc>
          <w:tcPr>
            <w:tcW w:w="1836" w:type="dxa"/>
          </w:tcPr>
          <w:p w14:paraId="43C8D0B6" w14:textId="58881E5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0.6603</w:t>
            </w:r>
          </w:p>
        </w:tc>
        <w:tc>
          <w:tcPr>
            <w:tcW w:w="1241" w:type="dxa"/>
          </w:tcPr>
          <w:p w14:paraId="09FBA88B" w14:textId="37F07C5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67D887B" w14:textId="531CA9C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1EFA169A" w14:textId="343C9B1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68E9A20F" w14:textId="65DF052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w:t>
            </w:r>
          </w:p>
        </w:tc>
      </w:tr>
      <w:tr w:rsidR="000801FC" w14:paraId="57217116" w14:textId="77777777" w:rsidTr="00A50F55">
        <w:tc>
          <w:tcPr>
            <w:tcW w:w="498" w:type="dxa"/>
          </w:tcPr>
          <w:p w14:paraId="6B873F2F" w14:textId="7673D5F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18</w:t>
            </w:r>
          </w:p>
        </w:tc>
        <w:tc>
          <w:tcPr>
            <w:tcW w:w="1293" w:type="dxa"/>
          </w:tcPr>
          <w:p w14:paraId="3E8FE715" w14:textId="2FBA51F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50SJ</w:t>
            </w:r>
          </w:p>
        </w:tc>
        <w:tc>
          <w:tcPr>
            <w:tcW w:w="1836" w:type="dxa"/>
          </w:tcPr>
          <w:p w14:paraId="31A0F7F5" w14:textId="64F1ACC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0.3002</w:t>
            </w:r>
          </w:p>
        </w:tc>
        <w:tc>
          <w:tcPr>
            <w:tcW w:w="1241" w:type="dxa"/>
          </w:tcPr>
          <w:p w14:paraId="075537FE" w14:textId="6297058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6B51B169" w14:textId="304FE4D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7107660B" w14:textId="2E47479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380FF471" w14:textId="037AE5A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w:t>
            </w:r>
          </w:p>
        </w:tc>
      </w:tr>
      <w:tr w:rsidR="000801FC" w14:paraId="31B64BCE" w14:textId="77777777" w:rsidTr="00A50F55">
        <w:tc>
          <w:tcPr>
            <w:tcW w:w="498" w:type="dxa"/>
          </w:tcPr>
          <w:p w14:paraId="38FC3142" w14:textId="3AF2C8C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19</w:t>
            </w:r>
          </w:p>
        </w:tc>
        <w:tc>
          <w:tcPr>
            <w:tcW w:w="1293" w:type="dxa"/>
          </w:tcPr>
          <w:p w14:paraId="3DFA89C4" w14:textId="0579C91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52SJ</w:t>
            </w:r>
          </w:p>
        </w:tc>
        <w:tc>
          <w:tcPr>
            <w:tcW w:w="1836" w:type="dxa"/>
          </w:tcPr>
          <w:p w14:paraId="4F840768" w14:textId="6953E18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0.1939</w:t>
            </w:r>
          </w:p>
        </w:tc>
        <w:tc>
          <w:tcPr>
            <w:tcW w:w="1241" w:type="dxa"/>
          </w:tcPr>
          <w:p w14:paraId="171D0D81" w14:textId="4E5FD25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509BD6D8" w14:textId="4AE3085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4118CCFE" w14:textId="1E184A9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058DF32A" w14:textId="7EB8D9E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675EA099" w14:textId="77777777" w:rsidTr="00A50F55">
        <w:tc>
          <w:tcPr>
            <w:tcW w:w="498" w:type="dxa"/>
          </w:tcPr>
          <w:p w14:paraId="3986E47E" w14:textId="71D7912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293" w:type="dxa"/>
          </w:tcPr>
          <w:p w14:paraId="06F89AA1" w14:textId="5453EFC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53SJ</w:t>
            </w:r>
          </w:p>
        </w:tc>
        <w:tc>
          <w:tcPr>
            <w:tcW w:w="1836" w:type="dxa"/>
          </w:tcPr>
          <w:p w14:paraId="0A50D8B3" w14:textId="557E306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0.1145</w:t>
            </w:r>
          </w:p>
        </w:tc>
        <w:tc>
          <w:tcPr>
            <w:tcW w:w="1241" w:type="dxa"/>
          </w:tcPr>
          <w:p w14:paraId="5A960612" w14:textId="63A2987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4873BF79" w14:textId="12C7C07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C3EB8C5" w14:textId="23DD7DE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1B85641E" w14:textId="54C11D1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r>
      <w:tr w:rsidR="000801FC" w14:paraId="1DDDA843" w14:textId="77777777" w:rsidTr="00A50F55">
        <w:tc>
          <w:tcPr>
            <w:tcW w:w="498" w:type="dxa"/>
          </w:tcPr>
          <w:p w14:paraId="3443F549" w14:textId="0917A54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21</w:t>
            </w:r>
          </w:p>
        </w:tc>
        <w:tc>
          <w:tcPr>
            <w:tcW w:w="1293" w:type="dxa"/>
          </w:tcPr>
          <w:p w14:paraId="2E25B3FB" w14:textId="72A816D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54SJ</w:t>
            </w:r>
          </w:p>
        </w:tc>
        <w:tc>
          <w:tcPr>
            <w:tcW w:w="1836" w:type="dxa"/>
          </w:tcPr>
          <w:p w14:paraId="77768271" w14:textId="65D4C2B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0.886</w:t>
            </w:r>
          </w:p>
        </w:tc>
        <w:tc>
          <w:tcPr>
            <w:tcW w:w="1241" w:type="dxa"/>
          </w:tcPr>
          <w:p w14:paraId="18771639" w14:textId="1A55D5A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B9C5536" w14:textId="223A5E6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10ACE815" w14:textId="3712946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277DBD8E" w14:textId="6283FEF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w:t>
            </w:r>
          </w:p>
        </w:tc>
      </w:tr>
      <w:tr w:rsidR="000801FC" w14:paraId="362D666A" w14:textId="77777777" w:rsidTr="00A50F55">
        <w:tc>
          <w:tcPr>
            <w:tcW w:w="498" w:type="dxa"/>
          </w:tcPr>
          <w:p w14:paraId="5B8CC43E" w14:textId="4E87B80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22</w:t>
            </w:r>
          </w:p>
        </w:tc>
        <w:tc>
          <w:tcPr>
            <w:tcW w:w="1293" w:type="dxa"/>
          </w:tcPr>
          <w:p w14:paraId="42515750" w14:textId="36E3DEB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55SJ</w:t>
            </w:r>
          </w:p>
        </w:tc>
        <w:tc>
          <w:tcPr>
            <w:tcW w:w="1836" w:type="dxa"/>
          </w:tcPr>
          <w:p w14:paraId="458F7B44" w14:textId="1605D01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0.4699</w:t>
            </w:r>
          </w:p>
        </w:tc>
        <w:tc>
          <w:tcPr>
            <w:tcW w:w="1241" w:type="dxa"/>
          </w:tcPr>
          <w:p w14:paraId="2C78CC6D" w14:textId="1E01178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31473A94" w14:textId="4DDF8D2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55951BFC" w14:textId="4978995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149F1676" w14:textId="06D71DF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w:t>
            </w:r>
          </w:p>
        </w:tc>
      </w:tr>
      <w:tr w:rsidR="000801FC" w14:paraId="5059F365" w14:textId="77777777" w:rsidTr="00A50F55">
        <w:tc>
          <w:tcPr>
            <w:tcW w:w="498" w:type="dxa"/>
          </w:tcPr>
          <w:p w14:paraId="06BEB72B" w14:textId="330C9B5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23</w:t>
            </w:r>
          </w:p>
        </w:tc>
        <w:tc>
          <w:tcPr>
            <w:tcW w:w="1293" w:type="dxa"/>
          </w:tcPr>
          <w:p w14:paraId="5D85AB1C" w14:textId="6577C2A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56SJ</w:t>
            </w:r>
          </w:p>
        </w:tc>
        <w:tc>
          <w:tcPr>
            <w:tcW w:w="1836" w:type="dxa"/>
          </w:tcPr>
          <w:p w14:paraId="6C023DBE" w14:textId="15C14B7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0.4008</w:t>
            </w:r>
          </w:p>
        </w:tc>
        <w:tc>
          <w:tcPr>
            <w:tcW w:w="1241" w:type="dxa"/>
          </w:tcPr>
          <w:p w14:paraId="2D07836F" w14:textId="1F8B7F3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449F1E6" w14:textId="21AF900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27385BC0" w14:textId="03CF6D1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73D1BD59" w14:textId="57236A3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w:t>
            </w:r>
          </w:p>
        </w:tc>
      </w:tr>
      <w:tr w:rsidR="000801FC" w14:paraId="67D6BD41" w14:textId="77777777" w:rsidTr="00A50F55">
        <w:tc>
          <w:tcPr>
            <w:tcW w:w="498" w:type="dxa"/>
          </w:tcPr>
          <w:p w14:paraId="25DB5178" w14:textId="1128AD6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24</w:t>
            </w:r>
          </w:p>
        </w:tc>
        <w:tc>
          <w:tcPr>
            <w:tcW w:w="1293" w:type="dxa"/>
          </w:tcPr>
          <w:p w14:paraId="69D13205" w14:textId="63D7F79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61SJ</w:t>
            </w:r>
          </w:p>
        </w:tc>
        <w:tc>
          <w:tcPr>
            <w:tcW w:w="1836" w:type="dxa"/>
          </w:tcPr>
          <w:p w14:paraId="1978EA52" w14:textId="763BFAF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0.2271</w:t>
            </w:r>
          </w:p>
        </w:tc>
        <w:tc>
          <w:tcPr>
            <w:tcW w:w="1241" w:type="dxa"/>
          </w:tcPr>
          <w:p w14:paraId="4EC212F8" w14:textId="25C8D46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065EA35E" w14:textId="6CCBC65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74673C0C" w14:textId="3C3C4B9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77ADF681" w14:textId="1CB23BB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3CB7BA7F" w14:textId="77777777" w:rsidTr="00A50F55">
        <w:tc>
          <w:tcPr>
            <w:tcW w:w="498" w:type="dxa"/>
          </w:tcPr>
          <w:p w14:paraId="34275356" w14:textId="18E536B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25</w:t>
            </w:r>
          </w:p>
        </w:tc>
        <w:tc>
          <w:tcPr>
            <w:tcW w:w="1293" w:type="dxa"/>
          </w:tcPr>
          <w:p w14:paraId="63B4D338" w14:textId="68CD112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64SJ</w:t>
            </w:r>
          </w:p>
        </w:tc>
        <w:tc>
          <w:tcPr>
            <w:tcW w:w="1836" w:type="dxa"/>
          </w:tcPr>
          <w:p w14:paraId="2B180867" w14:textId="1299FB0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0.2523</w:t>
            </w:r>
          </w:p>
        </w:tc>
        <w:tc>
          <w:tcPr>
            <w:tcW w:w="1241" w:type="dxa"/>
          </w:tcPr>
          <w:p w14:paraId="540710F6" w14:textId="6C7E1E7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E229A64" w14:textId="577F227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3690C21B" w14:textId="62DDC1A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0089ACD3" w14:textId="1F6619E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w:t>
            </w:r>
          </w:p>
        </w:tc>
      </w:tr>
      <w:tr w:rsidR="000801FC" w14:paraId="5A3347F2" w14:textId="77777777" w:rsidTr="00A50F55">
        <w:tc>
          <w:tcPr>
            <w:tcW w:w="498" w:type="dxa"/>
          </w:tcPr>
          <w:p w14:paraId="6F7A7B8B" w14:textId="23A84FD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26</w:t>
            </w:r>
          </w:p>
        </w:tc>
        <w:tc>
          <w:tcPr>
            <w:tcW w:w="1293" w:type="dxa"/>
          </w:tcPr>
          <w:p w14:paraId="48E26DE5" w14:textId="663A65B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65SJ</w:t>
            </w:r>
          </w:p>
        </w:tc>
        <w:tc>
          <w:tcPr>
            <w:tcW w:w="1836" w:type="dxa"/>
          </w:tcPr>
          <w:p w14:paraId="319EC156" w14:textId="5CDD00D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0.4564</w:t>
            </w:r>
          </w:p>
        </w:tc>
        <w:tc>
          <w:tcPr>
            <w:tcW w:w="1241" w:type="dxa"/>
          </w:tcPr>
          <w:p w14:paraId="326BBD3C" w14:textId="5EC0C4D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6A477B17" w14:textId="79F37BE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0E527C8" w14:textId="4087CDE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534A0875" w14:textId="1231C32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w:t>
            </w:r>
          </w:p>
        </w:tc>
      </w:tr>
      <w:tr w:rsidR="000801FC" w14:paraId="000DF8A9" w14:textId="77777777" w:rsidTr="00A50F55">
        <w:tc>
          <w:tcPr>
            <w:tcW w:w="498" w:type="dxa"/>
          </w:tcPr>
          <w:p w14:paraId="7C5BE7C7" w14:textId="35817A9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27</w:t>
            </w:r>
          </w:p>
        </w:tc>
        <w:tc>
          <w:tcPr>
            <w:tcW w:w="1293" w:type="dxa"/>
          </w:tcPr>
          <w:p w14:paraId="6CD7A777" w14:textId="080DB21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66SJ</w:t>
            </w:r>
          </w:p>
        </w:tc>
        <w:tc>
          <w:tcPr>
            <w:tcW w:w="1836" w:type="dxa"/>
          </w:tcPr>
          <w:p w14:paraId="284068E8" w14:textId="697AAAC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0.3642</w:t>
            </w:r>
          </w:p>
        </w:tc>
        <w:tc>
          <w:tcPr>
            <w:tcW w:w="1241" w:type="dxa"/>
          </w:tcPr>
          <w:p w14:paraId="4A055CAE" w14:textId="30159A6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4AC1553A" w14:textId="446A5BA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585C7106" w14:textId="3874442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75EF7FFD" w14:textId="3111227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w:t>
            </w:r>
          </w:p>
        </w:tc>
      </w:tr>
      <w:tr w:rsidR="000801FC" w14:paraId="6D83B283" w14:textId="77777777" w:rsidTr="00A50F55">
        <w:tc>
          <w:tcPr>
            <w:tcW w:w="498" w:type="dxa"/>
          </w:tcPr>
          <w:p w14:paraId="330926AA" w14:textId="74CC887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28</w:t>
            </w:r>
          </w:p>
        </w:tc>
        <w:tc>
          <w:tcPr>
            <w:tcW w:w="1293" w:type="dxa"/>
          </w:tcPr>
          <w:p w14:paraId="011D153D" w14:textId="10FC868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67SJ</w:t>
            </w:r>
          </w:p>
        </w:tc>
        <w:tc>
          <w:tcPr>
            <w:tcW w:w="1836" w:type="dxa"/>
          </w:tcPr>
          <w:p w14:paraId="53C47F3B" w14:textId="443DD58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0.5232</w:t>
            </w:r>
          </w:p>
        </w:tc>
        <w:tc>
          <w:tcPr>
            <w:tcW w:w="1241" w:type="dxa"/>
          </w:tcPr>
          <w:p w14:paraId="3451CB82" w14:textId="30F955F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40F90DB2" w14:textId="38D6E3A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3C435703" w14:textId="3F824D9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2D8F4CD7" w14:textId="24ABCC9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w:t>
            </w:r>
          </w:p>
        </w:tc>
      </w:tr>
      <w:tr w:rsidR="000801FC" w14:paraId="65314EB6" w14:textId="77777777" w:rsidTr="00A50F55">
        <w:tc>
          <w:tcPr>
            <w:tcW w:w="498" w:type="dxa"/>
          </w:tcPr>
          <w:p w14:paraId="706446B2" w14:textId="0B3C4F2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29</w:t>
            </w:r>
          </w:p>
        </w:tc>
        <w:tc>
          <w:tcPr>
            <w:tcW w:w="1293" w:type="dxa"/>
          </w:tcPr>
          <w:p w14:paraId="51F90549" w14:textId="0DA0FD4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69SJ</w:t>
            </w:r>
          </w:p>
        </w:tc>
        <w:tc>
          <w:tcPr>
            <w:tcW w:w="1836" w:type="dxa"/>
          </w:tcPr>
          <w:p w14:paraId="594CADA4" w14:textId="2721C9C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0.1756</w:t>
            </w:r>
          </w:p>
        </w:tc>
        <w:tc>
          <w:tcPr>
            <w:tcW w:w="1241" w:type="dxa"/>
          </w:tcPr>
          <w:p w14:paraId="6DAE4A89" w14:textId="5F3D03E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526E616E" w14:textId="6EC7001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6183A0ED" w14:textId="3540EDC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6F9C95F2" w14:textId="3EAEA6E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1A2F1310" w14:textId="77777777" w:rsidTr="00A50F55">
        <w:tc>
          <w:tcPr>
            <w:tcW w:w="498" w:type="dxa"/>
          </w:tcPr>
          <w:p w14:paraId="2FA5883D" w14:textId="7664A89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30</w:t>
            </w:r>
          </w:p>
        </w:tc>
        <w:tc>
          <w:tcPr>
            <w:tcW w:w="1293" w:type="dxa"/>
          </w:tcPr>
          <w:p w14:paraId="7C686A1E" w14:textId="618B6D0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70SJ</w:t>
            </w:r>
          </w:p>
        </w:tc>
        <w:tc>
          <w:tcPr>
            <w:tcW w:w="1836" w:type="dxa"/>
          </w:tcPr>
          <w:p w14:paraId="4CBBF88F" w14:textId="477A055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0.2198</w:t>
            </w:r>
          </w:p>
        </w:tc>
        <w:tc>
          <w:tcPr>
            <w:tcW w:w="1241" w:type="dxa"/>
          </w:tcPr>
          <w:p w14:paraId="623B62EF" w14:textId="53D489C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B4F54A0" w14:textId="4ACFA76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1AED3489" w14:textId="5E68604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4D6E43E2" w14:textId="182F35B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13D3C0BB" w14:textId="77777777" w:rsidTr="00A50F55">
        <w:tc>
          <w:tcPr>
            <w:tcW w:w="498" w:type="dxa"/>
          </w:tcPr>
          <w:p w14:paraId="1AFB1E1D" w14:textId="79A8E3D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31</w:t>
            </w:r>
          </w:p>
        </w:tc>
        <w:tc>
          <w:tcPr>
            <w:tcW w:w="1293" w:type="dxa"/>
          </w:tcPr>
          <w:p w14:paraId="2EBEF516" w14:textId="334C10B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71SJ</w:t>
            </w:r>
          </w:p>
        </w:tc>
        <w:tc>
          <w:tcPr>
            <w:tcW w:w="1836" w:type="dxa"/>
          </w:tcPr>
          <w:p w14:paraId="6ECD0975" w14:textId="454A47D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1.3782</w:t>
            </w:r>
          </w:p>
        </w:tc>
        <w:tc>
          <w:tcPr>
            <w:tcW w:w="1241" w:type="dxa"/>
          </w:tcPr>
          <w:p w14:paraId="4AF0BDBF" w14:textId="6ED0CBF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0AC2620" w14:textId="72A5171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1DA760F1" w14:textId="57696FB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373F5605" w14:textId="4E7205C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12</w:t>
            </w:r>
          </w:p>
        </w:tc>
      </w:tr>
      <w:tr w:rsidR="000801FC" w14:paraId="5D2103CA" w14:textId="77777777" w:rsidTr="00A50F55">
        <w:tc>
          <w:tcPr>
            <w:tcW w:w="498" w:type="dxa"/>
          </w:tcPr>
          <w:p w14:paraId="3D958147" w14:textId="7B584EF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32</w:t>
            </w:r>
          </w:p>
        </w:tc>
        <w:tc>
          <w:tcPr>
            <w:tcW w:w="1293" w:type="dxa"/>
          </w:tcPr>
          <w:p w14:paraId="2B8D553D" w14:textId="79E5A4D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72SJ</w:t>
            </w:r>
          </w:p>
        </w:tc>
        <w:tc>
          <w:tcPr>
            <w:tcW w:w="1836" w:type="dxa"/>
          </w:tcPr>
          <w:p w14:paraId="680BD3D5" w14:textId="290439C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1.3584</w:t>
            </w:r>
          </w:p>
        </w:tc>
        <w:tc>
          <w:tcPr>
            <w:tcW w:w="1241" w:type="dxa"/>
          </w:tcPr>
          <w:p w14:paraId="28CA87F1" w14:textId="5519A55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7CCE0229" w14:textId="27F116A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5D9213AF" w14:textId="5AC1F1D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0635E864" w14:textId="0E85A5C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14</w:t>
            </w:r>
          </w:p>
        </w:tc>
      </w:tr>
      <w:tr w:rsidR="000801FC" w14:paraId="78E926FF" w14:textId="77777777" w:rsidTr="00A50F55">
        <w:tc>
          <w:tcPr>
            <w:tcW w:w="498" w:type="dxa"/>
          </w:tcPr>
          <w:p w14:paraId="569B56D1" w14:textId="6445829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33</w:t>
            </w:r>
          </w:p>
        </w:tc>
        <w:tc>
          <w:tcPr>
            <w:tcW w:w="1293" w:type="dxa"/>
          </w:tcPr>
          <w:p w14:paraId="205E6220" w14:textId="5EFFF37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74SJ</w:t>
            </w:r>
          </w:p>
        </w:tc>
        <w:tc>
          <w:tcPr>
            <w:tcW w:w="1836" w:type="dxa"/>
          </w:tcPr>
          <w:p w14:paraId="5FE72311" w14:textId="4EA28DF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1.7121</w:t>
            </w:r>
          </w:p>
        </w:tc>
        <w:tc>
          <w:tcPr>
            <w:tcW w:w="1241" w:type="dxa"/>
          </w:tcPr>
          <w:p w14:paraId="41391AEB" w14:textId="483D0CA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46CA77BF" w14:textId="7A84E7E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5C8455D4" w14:textId="4429E11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6060B413" w14:textId="1607DE0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15</w:t>
            </w:r>
          </w:p>
        </w:tc>
      </w:tr>
      <w:tr w:rsidR="000801FC" w14:paraId="273480A6" w14:textId="77777777" w:rsidTr="00A50F55">
        <w:tc>
          <w:tcPr>
            <w:tcW w:w="498" w:type="dxa"/>
          </w:tcPr>
          <w:p w14:paraId="238A0CA2" w14:textId="237A9BF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34</w:t>
            </w:r>
          </w:p>
        </w:tc>
        <w:tc>
          <w:tcPr>
            <w:tcW w:w="1293" w:type="dxa"/>
          </w:tcPr>
          <w:p w14:paraId="02137068" w14:textId="0B10F7F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75SJ</w:t>
            </w:r>
          </w:p>
        </w:tc>
        <w:tc>
          <w:tcPr>
            <w:tcW w:w="1836" w:type="dxa"/>
          </w:tcPr>
          <w:p w14:paraId="3ECBF92F" w14:textId="7A91782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1.0651</w:t>
            </w:r>
          </w:p>
        </w:tc>
        <w:tc>
          <w:tcPr>
            <w:tcW w:w="1241" w:type="dxa"/>
          </w:tcPr>
          <w:p w14:paraId="32234AC8" w14:textId="60AE64E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0EF8A8CF" w14:textId="6CDE468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7938257E" w14:textId="4379CB2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7470D1FB" w14:textId="71FF394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11</w:t>
            </w:r>
          </w:p>
        </w:tc>
      </w:tr>
      <w:tr w:rsidR="000801FC" w14:paraId="319304AE" w14:textId="77777777" w:rsidTr="00A50F55">
        <w:tc>
          <w:tcPr>
            <w:tcW w:w="498" w:type="dxa"/>
          </w:tcPr>
          <w:p w14:paraId="24381A87" w14:textId="4D0BB30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35</w:t>
            </w:r>
          </w:p>
        </w:tc>
        <w:tc>
          <w:tcPr>
            <w:tcW w:w="1293" w:type="dxa"/>
          </w:tcPr>
          <w:p w14:paraId="175E65B1" w14:textId="1883AD8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76SJ</w:t>
            </w:r>
          </w:p>
        </w:tc>
        <w:tc>
          <w:tcPr>
            <w:tcW w:w="1836" w:type="dxa"/>
          </w:tcPr>
          <w:p w14:paraId="1B6FF711" w14:textId="740E211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0.2619</w:t>
            </w:r>
          </w:p>
        </w:tc>
        <w:tc>
          <w:tcPr>
            <w:tcW w:w="1241" w:type="dxa"/>
          </w:tcPr>
          <w:p w14:paraId="316610C2" w14:textId="263915D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339DA431" w14:textId="23EF23D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524EF448" w14:textId="366091E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41B0AABE" w14:textId="1F395B3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w:t>
            </w:r>
          </w:p>
        </w:tc>
      </w:tr>
      <w:tr w:rsidR="000801FC" w14:paraId="535AE662" w14:textId="77777777" w:rsidTr="00A50F55">
        <w:tc>
          <w:tcPr>
            <w:tcW w:w="498" w:type="dxa"/>
          </w:tcPr>
          <w:p w14:paraId="70274FE4" w14:textId="00475F5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36</w:t>
            </w:r>
          </w:p>
        </w:tc>
        <w:tc>
          <w:tcPr>
            <w:tcW w:w="1293" w:type="dxa"/>
          </w:tcPr>
          <w:p w14:paraId="2F30BF03" w14:textId="08E784E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77SJ</w:t>
            </w:r>
          </w:p>
        </w:tc>
        <w:tc>
          <w:tcPr>
            <w:tcW w:w="1836" w:type="dxa"/>
          </w:tcPr>
          <w:p w14:paraId="7C1CA031" w14:textId="667ED18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0.0724</w:t>
            </w:r>
          </w:p>
        </w:tc>
        <w:tc>
          <w:tcPr>
            <w:tcW w:w="1241" w:type="dxa"/>
          </w:tcPr>
          <w:p w14:paraId="713A6A4A" w14:textId="5D090B8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690C87B3" w14:textId="37E5CE4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604042A4" w14:textId="53A88AE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20BED0BF" w14:textId="33301A4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r>
      <w:tr w:rsidR="000801FC" w14:paraId="34576F93" w14:textId="77777777" w:rsidTr="00A50F55">
        <w:tc>
          <w:tcPr>
            <w:tcW w:w="498" w:type="dxa"/>
          </w:tcPr>
          <w:p w14:paraId="614523E1" w14:textId="2FDDAE2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37</w:t>
            </w:r>
          </w:p>
        </w:tc>
        <w:tc>
          <w:tcPr>
            <w:tcW w:w="1293" w:type="dxa"/>
          </w:tcPr>
          <w:p w14:paraId="347E4641" w14:textId="1FB1741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78SJ</w:t>
            </w:r>
          </w:p>
        </w:tc>
        <w:tc>
          <w:tcPr>
            <w:tcW w:w="1836" w:type="dxa"/>
          </w:tcPr>
          <w:p w14:paraId="6B5A0B72" w14:textId="4F08DFC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3.8547</w:t>
            </w:r>
          </w:p>
        </w:tc>
        <w:tc>
          <w:tcPr>
            <w:tcW w:w="1241" w:type="dxa"/>
          </w:tcPr>
          <w:p w14:paraId="7875FA77" w14:textId="35BAEE9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6116905A" w14:textId="13A0FC8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1CFD1994" w14:textId="793FDA3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39ACC6E7" w14:textId="43E93CE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35</w:t>
            </w:r>
          </w:p>
        </w:tc>
      </w:tr>
      <w:tr w:rsidR="000801FC" w14:paraId="7987E13E" w14:textId="77777777" w:rsidTr="00A50F55">
        <w:tc>
          <w:tcPr>
            <w:tcW w:w="498" w:type="dxa"/>
          </w:tcPr>
          <w:p w14:paraId="19602436" w14:textId="5DDD6A1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38</w:t>
            </w:r>
          </w:p>
        </w:tc>
        <w:tc>
          <w:tcPr>
            <w:tcW w:w="1293" w:type="dxa"/>
          </w:tcPr>
          <w:p w14:paraId="1859DBE0" w14:textId="2C3703F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80SJ</w:t>
            </w:r>
          </w:p>
        </w:tc>
        <w:tc>
          <w:tcPr>
            <w:tcW w:w="1836" w:type="dxa"/>
          </w:tcPr>
          <w:p w14:paraId="4A54D2F4" w14:textId="057EF28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0.5901</w:t>
            </w:r>
          </w:p>
        </w:tc>
        <w:tc>
          <w:tcPr>
            <w:tcW w:w="1241" w:type="dxa"/>
          </w:tcPr>
          <w:p w14:paraId="332DA56C" w14:textId="70EC560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792FDE59" w14:textId="6D45F12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7EF7D5A6" w14:textId="24FEB9D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3C71EC6D" w14:textId="34B7377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w:t>
            </w:r>
          </w:p>
        </w:tc>
      </w:tr>
      <w:tr w:rsidR="000801FC" w14:paraId="7F646103" w14:textId="77777777" w:rsidTr="00A50F55">
        <w:tc>
          <w:tcPr>
            <w:tcW w:w="498" w:type="dxa"/>
          </w:tcPr>
          <w:p w14:paraId="6CD90AF2" w14:textId="0C156DD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39</w:t>
            </w:r>
          </w:p>
        </w:tc>
        <w:tc>
          <w:tcPr>
            <w:tcW w:w="1293" w:type="dxa"/>
          </w:tcPr>
          <w:p w14:paraId="5D85D6D4" w14:textId="37E6C37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83SJ</w:t>
            </w:r>
          </w:p>
        </w:tc>
        <w:tc>
          <w:tcPr>
            <w:tcW w:w="1836" w:type="dxa"/>
          </w:tcPr>
          <w:p w14:paraId="728F7906" w14:textId="5327307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0.5504</w:t>
            </w:r>
          </w:p>
        </w:tc>
        <w:tc>
          <w:tcPr>
            <w:tcW w:w="1241" w:type="dxa"/>
          </w:tcPr>
          <w:p w14:paraId="0522DE9C" w14:textId="22CA39B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5C2AADD" w14:textId="7AEDCD8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9DC3DCF" w14:textId="57DD99C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3821AFDC" w14:textId="7C82658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w:t>
            </w:r>
          </w:p>
        </w:tc>
      </w:tr>
      <w:tr w:rsidR="000801FC" w14:paraId="42533865" w14:textId="77777777" w:rsidTr="00A50F55">
        <w:tc>
          <w:tcPr>
            <w:tcW w:w="498" w:type="dxa"/>
          </w:tcPr>
          <w:p w14:paraId="48EAA4FA" w14:textId="36E5768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40</w:t>
            </w:r>
          </w:p>
        </w:tc>
        <w:tc>
          <w:tcPr>
            <w:tcW w:w="1293" w:type="dxa"/>
          </w:tcPr>
          <w:p w14:paraId="6CC7F272" w14:textId="7681FA6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87SJ</w:t>
            </w:r>
          </w:p>
        </w:tc>
        <w:tc>
          <w:tcPr>
            <w:tcW w:w="1836" w:type="dxa"/>
          </w:tcPr>
          <w:p w14:paraId="4DACE145" w14:textId="18D921E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0.4634</w:t>
            </w:r>
          </w:p>
        </w:tc>
        <w:tc>
          <w:tcPr>
            <w:tcW w:w="1241" w:type="dxa"/>
          </w:tcPr>
          <w:p w14:paraId="7C4AF698" w14:textId="623DEAB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62E31FF3" w14:textId="73D6302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30DBB545" w14:textId="0D46A09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3E4D9B7F" w14:textId="363177C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w:t>
            </w:r>
          </w:p>
        </w:tc>
      </w:tr>
      <w:tr w:rsidR="000801FC" w14:paraId="617D0B15" w14:textId="77777777" w:rsidTr="00A50F55">
        <w:tc>
          <w:tcPr>
            <w:tcW w:w="498" w:type="dxa"/>
          </w:tcPr>
          <w:p w14:paraId="0DA74BB1" w14:textId="514C4E0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41</w:t>
            </w:r>
          </w:p>
        </w:tc>
        <w:tc>
          <w:tcPr>
            <w:tcW w:w="1293" w:type="dxa"/>
          </w:tcPr>
          <w:p w14:paraId="660F8656" w14:textId="047C789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88SJ</w:t>
            </w:r>
          </w:p>
        </w:tc>
        <w:tc>
          <w:tcPr>
            <w:tcW w:w="1836" w:type="dxa"/>
          </w:tcPr>
          <w:p w14:paraId="7CA1848E" w14:textId="3738181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0.3074</w:t>
            </w:r>
          </w:p>
        </w:tc>
        <w:tc>
          <w:tcPr>
            <w:tcW w:w="1241" w:type="dxa"/>
          </w:tcPr>
          <w:p w14:paraId="5B672A54" w14:textId="7B15991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FCFC457" w14:textId="06ADD6A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3282C08" w14:textId="60AA5F2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00ABFFB2" w14:textId="4548499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w:t>
            </w:r>
          </w:p>
        </w:tc>
      </w:tr>
      <w:tr w:rsidR="000801FC" w14:paraId="1CC52D66" w14:textId="77777777" w:rsidTr="00A50F55">
        <w:tc>
          <w:tcPr>
            <w:tcW w:w="498" w:type="dxa"/>
          </w:tcPr>
          <w:p w14:paraId="151F000C" w14:textId="1B062BA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42</w:t>
            </w:r>
          </w:p>
        </w:tc>
        <w:tc>
          <w:tcPr>
            <w:tcW w:w="1293" w:type="dxa"/>
          </w:tcPr>
          <w:p w14:paraId="61517C03" w14:textId="4775E22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88SJ</w:t>
            </w:r>
          </w:p>
        </w:tc>
        <w:tc>
          <w:tcPr>
            <w:tcW w:w="1836" w:type="dxa"/>
          </w:tcPr>
          <w:p w14:paraId="0E0F6D03" w14:textId="24F81C3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0.1607</w:t>
            </w:r>
          </w:p>
        </w:tc>
        <w:tc>
          <w:tcPr>
            <w:tcW w:w="1241" w:type="dxa"/>
          </w:tcPr>
          <w:p w14:paraId="00D5D17A" w14:textId="206DB78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5D1F071" w14:textId="03C054C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1301BA61" w14:textId="58CA4D3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0201DE98" w14:textId="1488212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28659911" w14:textId="77777777" w:rsidTr="00A50F55">
        <w:tc>
          <w:tcPr>
            <w:tcW w:w="498" w:type="dxa"/>
          </w:tcPr>
          <w:p w14:paraId="536B586B" w14:textId="6D19B24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43</w:t>
            </w:r>
          </w:p>
        </w:tc>
        <w:tc>
          <w:tcPr>
            <w:tcW w:w="1293" w:type="dxa"/>
          </w:tcPr>
          <w:p w14:paraId="582BD61A" w14:textId="4A658EC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89SJ</w:t>
            </w:r>
          </w:p>
        </w:tc>
        <w:tc>
          <w:tcPr>
            <w:tcW w:w="1836" w:type="dxa"/>
          </w:tcPr>
          <w:p w14:paraId="24C181B5" w14:textId="15A9B0E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0.1391</w:t>
            </w:r>
          </w:p>
        </w:tc>
        <w:tc>
          <w:tcPr>
            <w:tcW w:w="1241" w:type="dxa"/>
          </w:tcPr>
          <w:p w14:paraId="2E99C390" w14:textId="4BFF372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5BF037BD" w14:textId="6A99B89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77F1A52" w14:textId="155EFA0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299731FE" w14:textId="4BA0E7A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r>
      <w:tr w:rsidR="000801FC" w14:paraId="2DBC479F" w14:textId="77777777" w:rsidTr="00A50F55">
        <w:tc>
          <w:tcPr>
            <w:tcW w:w="498" w:type="dxa"/>
          </w:tcPr>
          <w:p w14:paraId="5CADF911" w14:textId="1DD4B6F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44</w:t>
            </w:r>
          </w:p>
        </w:tc>
        <w:tc>
          <w:tcPr>
            <w:tcW w:w="1293" w:type="dxa"/>
          </w:tcPr>
          <w:p w14:paraId="1938DD7D" w14:textId="0A0E85F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90SJ</w:t>
            </w:r>
          </w:p>
        </w:tc>
        <w:tc>
          <w:tcPr>
            <w:tcW w:w="1836" w:type="dxa"/>
          </w:tcPr>
          <w:p w14:paraId="3595D5DC" w14:textId="5CC52B3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0.2248</w:t>
            </w:r>
          </w:p>
        </w:tc>
        <w:tc>
          <w:tcPr>
            <w:tcW w:w="1241" w:type="dxa"/>
          </w:tcPr>
          <w:p w14:paraId="503A1D68" w14:textId="79586A9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6086F95E" w14:textId="7F5B483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73BCC991" w14:textId="58AA226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35197C24" w14:textId="6379BBA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6754DECE" w14:textId="77777777" w:rsidTr="00A50F55">
        <w:tc>
          <w:tcPr>
            <w:tcW w:w="498" w:type="dxa"/>
          </w:tcPr>
          <w:p w14:paraId="2B1470BC" w14:textId="28F8E2C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45</w:t>
            </w:r>
          </w:p>
        </w:tc>
        <w:tc>
          <w:tcPr>
            <w:tcW w:w="1293" w:type="dxa"/>
          </w:tcPr>
          <w:p w14:paraId="4A35AB32" w14:textId="30D493D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91SJ</w:t>
            </w:r>
          </w:p>
        </w:tc>
        <w:tc>
          <w:tcPr>
            <w:tcW w:w="1836" w:type="dxa"/>
          </w:tcPr>
          <w:p w14:paraId="07F58146" w14:textId="4B94321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0.6765</w:t>
            </w:r>
          </w:p>
        </w:tc>
        <w:tc>
          <w:tcPr>
            <w:tcW w:w="1241" w:type="dxa"/>
          </w:tcPr>
          <w:p w14:paraId="706D0151" w14:textId="08F803F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0D864AF" w14:textId="5E6B31E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2CE4E214" w14:textId="712B5D8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289B428D" w14:textId="0E814C6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w:t>
            </w:r>
          </w:p>
        </w:tc>
      </w:tr>
      <w:tr w:rsidR="000801FC" w14:paraId="0E58998F" w14:textId="77777777" w:rsidTr="00A50F55">
        <w:tc>
          <w:tcPr>
            <w:tcW w:w="498" w:type="dxa"/>
          </w:tcPr>
          <w:p w14:paraId="3DF47EE5" w14:textId="55D0FF2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46</w:t>
            </w:r>
          </w:p>
        </w:tc>
        <w:tc>
          <w:tcPr>
            <w:tcW w:w="1293" w:type="dxa"/>
          </w:tcPr>
          <w:p w14:paraId="67B4ECE8" w14:textId="4CD79BA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93SJ</w:t>
            </w:r>
          </w:p>
        </w:tc>
        <w:tc>
          <w:tcPr>
            <w:tcW w:w="1836" w:type="dxa"/>
          </w:tcPr>
          <w:p w14:paraId="22F178B1" w14:textId="4EBDC8E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0.1111</w:t>
            </w:r>
          </w:p>
        </w:tc>
        <w:tc>
          <w:tcPr>
            <w:tcW w:w="1241" w:type="dxa"/>
          </w:tcPr>
          <w:p w14:paraId="24AFF42C" w14:textId="2EA8080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0D36F59C" w14:textId="4DE238F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1D5B9718" w14:textId="5C5BDF2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107908F0" w14:textId="51C33C0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r>
      <w:tr w:rsidR="000801FC" w14:paraId="6BBC8797" w14:textId="77777777" w:rsidTr="00A50F55">
        <w:tc>
          <w:tcPr>
            <w:tcW w:w="498" w:type="dxa"/>
          </w:tcPr>
          <w:p w14:paraId="7807C987" w14:textId="4A4FB1F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47</w:t>
            </w:r>
          </w:p>
        </w:tc>
        <w:tc>
          <w:tcPr>
            <w:tcW w:w="1293" w:type="dxa"/>
          </w:tcPr>
          <w:p w14:paraId="5DCB444A" w14:textId="37F8641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94SJ</w:t>
            </w:r>
          </w:p>
        </w:tc>
        <w:tc>
          <w:tcPr>
            <w:tcW w:w="1836" w:type="dxa"/>
          </w:tcPr>
          <w:p w14:paraId="5A07BBA6" w14:textId="4E474BA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0.4332</w:t>
            </w:r>
          </w:p>
        </w:tc>
        <w:tc>
          <w:tcPr>
            <w:tcW w:w="1241" w:type="dxa"/>
          </w:tcPr>
          <w:p w14:paraId="75B6B74D" w14:textId="7BB9255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7DA309AB" w14:textId="4BBE292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4F682575" w14:textId="47CC4BD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72B6D955" w14:textId="7ACCB99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w:t>
            </w:r>
          </w:p>
        </w:tc>
      </w:tr>
      <w:tr w:rsidR="000801FC" w14:paraId="7FE515F4" w14:textId="77777777" w:rsidTr="00A50F55">
        <w:tc>
          <w:tcPr>
            <w:tcW w:w="498" w:type="dxa"/>
          </w:tcPr>
          <w:p w14:paraId="3AAA937B" w14:textId="39D641B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48</w:t>
            </w:r>
          </w:p>
        </w:tc>
        <w:tc>
          <w:tcPr>
            <w:tcW w:w="1293" w:type="dxa"/>
          </w:tcPr>
          <w:p w14:paraId="3CE8B79E" w14:textId="0C0F130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95SJ</w:t>
            </w:r>
          </w:p>
        </w:tc>
        <w:tc>
          <w:tcPr>
            <w:tcW w:w="1836" w:type="dxa"/>
          </w:tcPr>
          <w:p w14:paraId="46D8EB62" w14:textId="5001BD5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0.1818</w:t>
            </w:r>
          </w:p>
        </w:tc>
        <w:tc>
          <w:tcPr>
            <w:tcW w:w="1241" w:type="dxa"/>
          </w:tcPr>
          <w:p w14:paraId="0ACAF748" w14:textId="6F1F726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77D2F1E" w14:textId="14D5482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72926946" w14:textId="59B4D27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088560F4" w14:textId="1672BDF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48B4FE4E" w14:textId="77777777" w:rsidTr="00A50F55">
        <w:tc>
          <w:tcPr>
            <w:tcW w:w="498" w:type="dxa"/>
          </w:tcPr>
          <w:p w14:paraId="12881D04" w14:textId="2E481B0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49</w:t>
            </w:r>
          </w:p>
        </w:tc>
        <w:tc>
          <w:tcPr>
            <w:tcW w:w="1293" w:type="dxa"/>
          </w:tcPr>
          <w:p w14:paraId="0ACDE12C" w14:textId="09AC2A8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96SJ</w:t>
            </w:r>
          </w:p>
        </w:tc>
        <w:tc>
          <w:tcPr>
            <w:tcW w:w="1836" w:type="dxa"/>
          </w:tcPr>
          <w:p w14:paraId="174409BD" w14:textId="0BAFF6C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0.4171</w:t>
            </w:r>
          </w:p>
        </w:tc>
        <w:tc>
          <w:tcPr>
            <w:tcW w:w="1241" w:type="dxa"/>
          </w:tcPr>
          <w:p w14:paraId="28364658" w14:textId="79FB6C1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453557AA" w14:textId="00F9B6C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7E9669A5" w14:textId="0A14830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2A70E95A" w14:textId="6617E39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w:t>
            </w:r>
          </w:p>
        </w:tc>
      </w:tr>
      <w:tr w:rsidR="000801FC" w14:paraId="392C14CD" w14:textId="77777777" w:rsidTr="00A50F55">
        <w:tc>
          <w:tcPr>
            <w:tcW w:w="498" w:type="dxa"/>
          </w:tcPr>
          <w:p w14:paraId="628CE3A8" w14:textId="43595D9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50</w:t>
            </w:r>
          </w:p>
        </w:tc>
        <w:tc>
          <w:tcPr>
            <w:tcW w:w="1293" w:type="dxa"/>
          </w:tcPr>
          <w:p w14:paraId="52067E65" w14:textId="01D00F9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98SJ</w:t>
            </w:r>
          </w:p>
        </w:tc>
        <w:tc>
          <w:tcPr>
            <w:tcW w:w="1836" w:type="dxa"/>
          </w:tcPr>
          <w:p w14:paraId="5E2BC4C7" w14:textId="426A2DA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0.1423</w:t>
            </w:r>
          </w:p>
        </w:tc>
        <w:tc>
          <w:tcPr>
            <w:tcW w:w="1241" w:type="dxa"/>
          </w:tcPr>
          <w:p w14:paraId="5028E933" w14:textId="3867807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4C871A60" w14:textId="2E1671B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5B4C6FFA" w14:textId="26BCA8C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760BAE56" w14:textId="3AA66E9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r>
      <w:tr w:rsidR="000801FC" w14:paraId="6EB150AD" w14:textId="77777777" w:rsidTr="00A50F55">
        <w:tc>
          <w:tcPr>
            <w:tcW w:w="498" w:type="dxa"/>
          </w:tcPr>
          <w:p w14:paraId="6B26C42D" w14:textId="1582478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51</w:t>
            </w:r>
          </w:p>
        </w:tc>
        <w:tc>
          <w:tcPr>
            <w:tcW w:w="1293" w:type="dxa"/>
          </w:tcPr>
          <w:p w14:paraId="4940EC08" w14:textId="63623D8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99SJ</w:t>
            </w:r>
          </w:p>
        </w:tc>
        <w:tc>
          <w:tcPr>
            <w:tcW w:w="1836" w:type="dxa"/>
          </w:tcPr>
          <w:p w14:paraId="5AABC825" w14:textId="6C0915D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0.2065</w:t>
            </w:r>
          </w:p>
        </w:tc>
        <w:tc>
          <w:tcPr>
            <w:tcW w:w="1241" w:type="dxa"/>
          </w:tcPr>
          <w:p w14:paraId="0B2A1A19" w14:textId="3974216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6937DEB6" w14:textId="02D1454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79B9E0E2" w14:textId="2713029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1F67DDB6" w14:textId="0F59F41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649D791F" w14:textId="77777777" w:rsidTr="00A50F55">
        <w:tc>
          <w:tcPr>
            <w:tcW w:w="498" w:type="dxa"/>
          </w:tcPr>
          <w:p w14:paraId="2370FA94" w14:textId="56F9914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52</w:t>
            </w:r>
          </w:p>
        </w:tc>
        <w:tc>
          <w:tcPr>
            <w:tcW w:w="1293" w:type="dxa"/>
          </w:tcPr>
          <w:p w14:paraId="4049D1D0" w14:textId="5A0A9CD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101SJ</w:t>
            </w:r>
          </w:p>
        </w:tc>
        <w:tc>
          <w:tcPr>
            <w:tcW w:w="1836" w:type="dxa"/>
          </w:tcPr>
          <w:p w14:paraId="6B02EE6E" w14:textId="0DC3643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0.7095</w:t>
            </w:r>
          </w:p>
        </w:tc>
        <w:tc>
          <w:tcPr>
            <w:tcW w:w="1241" w:type="dxa"/>
          </w:tcPr>
          <w:p w14:paraId="6A81D1F1" w14:textId="5DA8C1F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784" w:type="dxa"/>
          </w:tcPr>
          <w:p w14:paraId="115FFE9E" w14:textId="6F8F199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18733EBB" w14:textId="125782C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0.95</w:t>
            </w:r>
          </w:p>
        </w:tc>
        <w:tc>
          <w:tcPr>
            <w:tcW w:w="1544" w:type="dxa"/>
          </w:tcPr>
          <w:p w14:paraId="2AB7B4BD" w14:textId="4888600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13</w:t>
            </w:r>
          </w:p>
        </w:tc>
      </w:tr>
      <w:tr w:rsidR="000801FC" w14:paraId="6DA031C9" w14:textId="77777777" w:rsidTr="00A50F55">
        <w:tc>
          <w:tcPr>
            <w:tcW w:w="498" w:type="dxa"/>
          </w:tcPr>
          <w:p w14:paraId="083C7886" w14:textId="6E37C95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53</w:t>
            </w:r>
          </w:p>
        </w:tc>
        <w:tc>
          <w:tcPr>
            <w:tcW w:w="1293" w:type="dxa"/>
          </w:tcPr>
          <w:p w14:paraId="12E8737D" w14:textId="630E67B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102SJ</w:t>
            </w:r>
          </w:p>
        </w:tc>
        <w:tc>
          <w:tcPr>
            <w:tcW w:w="1836" w:type="dxa"/>
          </w:tcPr>
          <w:p w14:paraId="7AA34ED5" w14:textId="5EBC01A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4.0508</w:t>
            </w:r>
          </w:p>
        </w:tc>
        <w:tc>
          <w:tcPr>
            <w:tcW w:w="1241" w:type="dxa"/>
          </w:tcPr>
          <w:p w14:paraId="66144C12" w14:textId="2ABAFD6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33B730C5" w14:textId="15AD11C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426D01A" w14:textId="316289B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15D6D46E" w14:textId="0FF7072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36</w:t>
            </w:r>
          </w:p>
        </w:tc>
      </w:tr>
      <w:tr w:rsidR="000801FC" w14:paraId="6AE1832C" w14:textId="77777777" w:rsidTr="00A50F55">
        <w:tc>
          <w:tcPr>
            <w:tcW w:w="498" w:type="dxa"/>
          </w:tcPr>
          <w:p w14:paraId="35A2E435" w14:textId="646A086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54</w:t>
            </w:r>
          </w:p>
        </w:tc>
        <w:tc>
          <w:tcPr>
            <w:tcW w:w="1293" w:type="dxa"/>
          </w:tcPr>
          <w:p w14:paraId="45198637" w14:textId="3B7BA3C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103SJ</w:t>
            </w:r>
          </w:p>
        </w:tc>
        <w:tc>
          <w:tcPr>
            <w:tcW w:w="1836" w:type="dxa"/>
          </w:tcPr>
          <w:p w14:paraId="7F3ED853" w14:textId="47D48DF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10.3039</w:t>
            </w:r>
          </w:p>
        </w:tc>
        <w:tc>
          <w:tcPr>
            <w:tcW w:w="1241" w:type="dxa"/>
          </w:tcPr>
          <w:p w14:paraId="28FDDB05" w14:textId="7FCC1F0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DC813D4" w14:textId="569FA99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721CD806" w14:textId="2752821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6FAD6AA7" w14:textId="203E3E0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93</w:t>
            </w:r>
          </w:p>
        </w:tc>
      </w:tr>
      <w:tr w:rsidR="000801FC" w14:paraId="5F998602" w14:textId="77777777" w:rsidTr="00A50F55">
        <w:tc>
          <w:tcPr>
            <w:tcW w:w="498" w:type="dxa"/>
          </w:tcPr>
          <w:p w14:paraId="68722E96" w14:textId="15ABE81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55</w:t>
            </w:r>
          </w:p>
        </w:tc>
        <w:tc>
          <w:tcPr>
            <w:tcW w:w="1293" w:type="dxa"/>
          </w:tcPr>
          <w:p w14:paraId="7F721737" w14:textId="5E9AD59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104SJ</w:t>
            </w:r>
          </w:p>
        </w:tc>
        <w:tc>
          <w:tcPr>
            <w:tcW w:w="1836" w:type="dxa"/>
          </w:tcPr>
          <w:p w14:paraId="56F19A4E" w14:textId="3D214B8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1.4505</w:t>
            </w:r>
          </w:p>
        </w:tc>
        <w:tc>
          <w:tcPr>
            <w:tcW w:w="1241" w:type="dxa"/>
          </w:tcPr>
          <w:p w14:paraId="0DB98FF6" w14:textId="64B6F8E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784" w:type="dxa"/>
          </w:tcPr>
          <w:p w14:paraId="22D479E1" w14:textId="4B11B97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6443F51C" w14:textId="2CA995E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0.95</w:t>
            </w:r>
          </w:p>
        </w:tc>
        <w:tc>
          <w:tcPr>
            <w:tcW w:w="1544" w:type="dxa"/>
          </w:tcPr>
          <w:p w14:paraId="4C547857" w14:textId="2026904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28</w:t>
            </w:r>
          </w:p>
        </w:tc>
      </w:tr>
      <w:tr w:rsidR="000801FC" w14:paraId="614499C9" w14:textId="77777777" w:rsidTr="00A50F55">
        <w:tc>
          <w:tcPr>
            <w:tcW w:w="498" w:type="dxa"/>
          </w:tcPr>
          <w:p w14:paraId="1FB6E3DA" w14:textId="6B80A47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56</w:t>
            </w:r>
          </w:p>
        </w:tc>
        <w:tc>
          <w:tcPr>
            <w:tcW w:w="1293" w:type="dxa"/>
          </w:tcPr>
          <w:p w14:paraId="464FF5F7" w14:textId="306A98D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105SJ</w:t>
            </w:r>
          </w:p>
        </w:tc>
        <w:tc>
          <w:tcPr>
            <w:tcW w:w="1836" w:type="dxa"/>
          </w:tcPr>
          <w:p w14:paraId="049BE16C" w14:textId="74FB000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2.6225</w:t>
            </w:r>
          </w:p>
        </w:tc>
        <w:tc>
          <w:tcPr>
            <w:tcW w:w="1241" w:type="dxa"/>
          </w:tcPr>
          <w:p w14:paraId="6B2393CB" w14:textId="175EE7B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784" w:type="dxa"/>
          </w:tcPr>
          <w:p w14:paraId="4EE9CF5A" w14:textId="32E2AE5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10F894AE" w14:textId="7F9076C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7AC48C3A" w14:textId="3CEF427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47</w:t>
            </w:r>
          </w:p>
        </w:tc>
      </w:tr>
      <w:tr w:rsidR="000801FC" w14:paraId="428BAC9E" w14:textId="77777777" w:rsidTr="00A50F55">
        <w:tc>
          <w:tcPr>
            <w:tcW w:w="498" w:type="dxa"/>
          </w:tcPr>
          <w:p w14:paraId="1FCC92A8" w14:textId="5524707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57</w:t>
            </w:r>
          </w:p>
        </w:tc>
        <w:tc>
          <w:tcPr>
            <w:tcW w:w="1293" w:type="dxa"/>
          </w:tcPr>
          <w:p w14:paraId="0622FA52" w14:textId="3571C12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106SJ</w:t>
            </w:r>
          </w:p>
        </w:tc>
        <w:tc>
          <w:tcPr>
            <w:tcW w:w="1836" w:type="dxa"/>
          </w:tcPr>
          <w:p w14:paraId="06E9D39D" w14:textId="2FCAF86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4.1107</w:t>
            </w:r>
          </w:p>
        </w:tc>
        <w:tc>
          <w:tcPr>
            <w:tcW w:w="1241" w:type="dxa"/>
          </w:tcPr>
          <w:p w14:paraId="5367EDE0" w14:textId="2BDF622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784" w:type="dxa"/>
          </w:tcPr>
          <w:p w14:paraId="551D7AEC" w14:textId="247FE17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DD68895" w14:textId="14EA81A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670193B0" w14:textId="76171FB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74</w:t>
            </w:r>
          </w:p>
        </w:tc>
      </w:tr>
      <w:tr w:rsidR="000801FC" w14:paraId="7C2E8094" w14:textId="77777777" w:rsidTr="00A50F55">
        <w:tc>
          <w:tcPr>
            <w:tcW w:w="498" w:type="dxa"/>
          </w:tcPr>
          <w:p w14:paraId="0369EF89" w14:textId="7B774EF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58</w:t>
            </w:r>
          </w:p>
        </w:tc>
        <w:tc>
          <w:tcPr>
            <w:tcW w:w="1293" w:type="dxa"/>
          </w:tcPr>
          <w:p w14:paraId="12170ED9" w14:textId="4728F54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107SJ</w:t>
            </w:r>
          </w:p>
        </w:tc>
        <w:tc>
          <w:tcPr>
            <w:tcW w:w="1836" w:type="dxa"/>
          </w:tcPr>
          <w:p w14:paraId="19A15787" w14:textId="3A41013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1.993</w:t>
            </w:r>
          </w:p>
        </w:tc>
        <w:tc>
          <w:tcPr>
            <w:tcW w:w="1241" w:type="dxa"/>
          </w:tcPr>
          <w:p w14:paraId="5DA78E76" w14:textId="6A909AD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784" w:type="dxa"/>
          </w:tcPr>
          <w:p w14:paraId="00113C75" w14:textId="1EE6F54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1A22CCBA" w14:textId="07A28BC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30490416" w14:textId="6238C68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36</w:t>
            </w:r>
          </w:p>
        </w:tc>
      </w:tr>
      <w:tr w:rsidR="000801FC" w14:paraId="6DFA6EE4" w14:textId="77777777" w:rsidTr="00A50F55">
        <w:tc>
          <w:tcPr>
            <w:tcW w:w="498" w:type="dxa"/>
          </w:tcPr>
          <w:p w14:paraId="1F07AB46" w14:textId="2CBF841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59</w:t>
            </w:r>
          </w:p>
        </w:tc>
        <w:tc>
          <w:tcPr>
            <w:tcW w:w="1293" w:type="dxa"/>
          </w:tcPr>
          <w:p w14:paraId="04425980" w14:textId="763BD9E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108SJ</w:t>
            </w:r>
          </w:p>
        </w:tc>
        <w:tc>
          <w:tcPr>
            <w:tcW w:w="1836" w:type="dxa"/>
          </w:tcPr>
          <w:p w14:paraId="00703867" w14:textId="044FD07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0.802</w:t>
            </w:r>
          </w:p>
        </w:tc>
        <w:tc>
          <w:tcPr>
            <w:tcW w:w="1241" w:type="dxa"/>
          </w:tcPr>
          <w:p w14:paraId="6C308408" w14:textId="0C5674E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C462517" w14:textId="7FC07A3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7E8E83A0" w14:textId="677B9A0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4A099DE0" w14:textId="749471C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w:t>
            </w:r>
          </w:p>
        </w:tc>
      </w:tr>
      <w:tr w:rsidR="000801FC" w14:paraId="0AE5FC5D" w14:textId="77777777" w:rsidTr="00A50F55">
        <w:tc>
          <w:tcPr>
            <w:tcW w:w="498" w:type="dxa"/>
          </w:tcPr>
          <w:p w14:paraId="3B7D1CD6" w14:textId="5A1DBC1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60</w:t>
            </w:r>
          </w:p>
        </w:tc>
        <w:tc>
          <w:tcPr>
            <w:tcW w:w="1293" w:type="dxa"/>
          </w:tcPr>
          <w:p w14:paraId="49C808E5" w14:textId="5E87937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110SJ</w:t>
            </w:r>
          </w:p>
        </w:tc>
        <w:tc>
          <w:tcPr>
            <w:tcW w:w="1836" w:type="dxa"/>
          </w:tcPr>
          <w:p w14:paraId="1A0A1A27" w14:textId="5F703B1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0.3882</w:t>
            </w:r>
          </w:p>
        </w:tc>
        <w:tc>
          <w:tcPr>
            <w:tcW w:w="1241" w:type="dxa"/>
          </w:tcPr>
          <w:p w14:paraId="1099FF4C" w14:textId="088DCB1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7EE3B1C4" w14:textId="373EC60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549F925C" w14:textId="06F0D15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00279E06" w14:textId="1C55CFE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w:t>
            </w:r>
          </w:p>
        </w:tc>
      </w:tr>
      <w:tr w:rsidR="000801FC" w14:paraId="5420EE44" w14:textId="77777777" w:rsidTr="00A50F55">
        <w:tc>
          <w:tcPr>
            <w:tcW w:w="498" w:type="dxa"/>
          </w:tcPr>
          <w:p w14:paraId="340F2765" w14:textId="3C68754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61</w:t>
            </w:r>
          </w:p>
        </w:tc>
        <w:tc>
          <w:tcPr>
            <w:tcW w:w="1293" w:type="dxa"/>
          </w:tcPr>
          <w:p w14:paraId="44672AF8" w14:textId="4832CC6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111SJ</w:t>
            </w:r>
          </w:p>
        </w:tc>
        <w:tc>
          <w:tcPr>
            <w:tcW w:w="1836" w:type="dxa"/>
          </w:tcPr>
          <w:p w14:paraId="44E83C28" w14:textId="2265A12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0.4834</w:t>
            </w:r>
          </w:p>
        </w:tc>
        <w:tc>
          <w:tcPr>
            <w:tcW w:w="1241" w:type="dxa"/>
          </w:tcPr>
          <w:p w14:paraId="1C58946A" w14:textId="5EAA3FE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0D425DBC" w14:textId="6F9E9FE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10D89F4B" w14:textId="0EBFAC6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4612A3C1" w14:textId="1C94691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w:t>
            </w:r>
          </w:p>
        </w:tc>
      </w:tr>
      <w:tr w:rsidR="000801FC" w14:paraId="04B99450" w14:textId="77777777" w:rsidTr="00A50F55">
        <w:tc>
          <w:tcPr>
            <w:tcW w:w="498" w:type="dxa"/>
          </w:tcPr>
          <w:p w14:paraId="0E6187AA" w14:textId="1B7FDAC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lastRenderedPageBreak/>
              <w:t>62</w:t>
            </w:r>
          </w:p>
        </w:tc>
        <w:tc>
          <w:tcPr>
            <w:tcW w:w="1293" w:type="dxa"/>
          </w:tcPr>
          <w:p w14:paraId="4E9E39E2" w14:textId="6D8BD14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116SJ</w:t>
            </w:r>
          </w:p>
        </w:tc>
        <w:tc>
          <w:tcPr>
            <w:tcW w:w="1836" w:type="dxa"/>
          </w:tcPr>
          <w:p w14:paraId="271F64A0" w14:textId="00FD9E2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0.2249</w:t>
            </w:r>
          </w:p>
        </w:tc>
        <w:tc>
          <w:tcPr>
            <w:tcW w:w="1241" w:type="dxa"/>
          </w:tcPr>
          <w:p w14:paraId="7A641993" w14:textId="1F55678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6D36193B" w14:textId="5EE3871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432C8A58" w14:textId="2716CC3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4F72DDF3" w14:textId="1F705AE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0295DB7D" w14:textId="77777777" w:rsidTr="00A50F55">
        <w:tc>
          <w:tcPr>
            <w:tcW w:w="498" w:type="dxa"/>
          </w:tcPr>
          <w:p w14:paraId="5E7B7D27" w14:textId="68D8DC5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63</w:t>
            </w:r>
          </w:p>
        </w:tc>
        <w:tc>
          <w:tcPr>
            <w:tcW w:w="1293" w:type="dxa"/>
          </w:tcPr>
          <w:p w14:paraId="427D34EF" w14:textId="56E0540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117SJ</w:t>
            </w:r>
          </w:p>
        </w:tc>
        <w:tc>
          <w:tcPr>
            <w:tcW w:w="1836" w:type="dxa"/>
          </w:tcPr>
          <w:p w14:paraId="586480A7" w14:textId="7A58FDF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4.6223</w:t>
            </w:r>
          </w:p>
        </w:tc>
        <w:tc>
          <w:tcPr>
            <w:tcW w:w="1241" w:type="dxa"/>
          </w:tcPr>
          <w:p w14:paraId="22A8599E" w14:textId="09CFA38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F82B8CC" w14:textId="041A2C1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584A0384" w14:textId="45F8319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44F83F01" w14:textId="7EBAE70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42</w:t>
            </w:r>
          </w:p>
        </w:tc>
      </w:tr>
      <w:tr w:rsidR="000801FC" w14:paraId="7EEC8FDF" w14:textId="77777777" w:rsidTr="00A50F55">
        <w:tc>
          <w:tcPr>
            <w:tcW w:w="498" w:type="dxa"/>
          </w:tcPr>
          <w:p w14:paraId="4A1200E2" w14:textId="7454CC4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64</w:t>
            </w:r>
          </w:p>
        </w:tc>
        <w:tc>
          <w:tcPr>
            <w:tcW w:w="1293" w:type="dxa"/>
          </w:tcPr>
          <w:p w14:paraId="2FB8B9F8" w14:textId="7235179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118SJ</w:t>
            </w:r>
          </w:p>
        </w:tc>
        <w:tc>
          <w:tcPr>
            <w:tcW w:w="1836" w:type="dxa"/>
          </w:tcPr>
          <w:p w14:paraId="5CC31DBB" w14:textId="325211E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1.1332</w:t>
            </w:r>
          </w:p>
        </w:tc>
        <w:tc>
          <w:tcPr>
            <w:tcW w:w="1241" w:type="dxa"/>
          </w:tcPr>
          <w:p w14:paraId="44588971" w14:textId="2EF16A0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39D8D38" w14:textId="21D6FF7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55A34CC8" w14:textId="227C7C3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1E3F56AB" w14:textId="679EAF3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11</w:t>
            </w:r>
          </w:p>
        </w:tc>
      </w:tr>
      <w:tr w:rsidR="000801FC" w14:paraId="1BC40FA2" w14:textId="77777777" w:rsidTr="00A50F55">
        <w:tc>
          <w:tcPr>
            <w:tcW w:w="498" w:type="dxa"/>
          </w:tcPr>
          <w:p w14:paraId="54584F3A" w14:textId="527897B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65</w:t>
            </w:r>
          </w:p>
        </w:tc>
        <w:tc>
          <w:tcPr>
            <w:tcW w:w="1293" w:type="dxa"/>
          </w:tcPr>
          <w:p w14:paraId="5AE44F97" w14:textId="784A720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120SJ</w:t>
            </w:r>
          </w:p>
        </w:tc>
        <w:tc>
          <w:tcPr>
            <w:tcW w:w="1836" w:type="dxa"/>
          </w:tcPr>
          <w:p w14:paraId="03CE46CD" w14:textId="50E73B9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1.8754</w:t>
            </w:r>
          </w:p>
        </w:tc>
        <w:tc>
          <w:tcPr>
            <w:tcW w:w="1241" w:type="dxa"/>
          </w:tcPr>
          <w:p w14:paraId="1B7ECC04" w14:textId="14982B1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6A656900" w14:textId="6EEEC37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7818ACDA" w14:textId="6970613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4F7A2401" w14:textId="1E27DF2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19</w:t>
            </w:r>
          </w:p>
        </w:tc>
      </w:tr>
      <w:tr w:rsidR="000801FC" w14:paraId="2E85AD5D" w14:textId="77777777" w:rsidTr="00A50F55">
        <w:tc>
          <w:tcPr>
            <w:tcW w:w="498" w:type="dxa"/>
          </w:tcPr>
          <w:p w14:paraId="4B988873" w14:textId="371AA98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66</w:t>
            </w:r>
          </w:p>
        </w:tc>
        <w:tc>
          <w:tcPr>
            <w:tcW w:w="1293" w:type="dxa"/>
          </w:tcPr>
          <w:p w14:paraId="35B7925F" w14:textId="7EEC26C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121SJ</w:t>
            </w:r>
          </w:p>
        </w:tc>
        <w:tc>
          <w:tcPr>
            <w:tcW w:w="1836" w:type="dxa"/>
          </w:tcPr>
          <w:p w14:paraId="5E77243F" w14:textId="28A37B5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4.6379</w:t>
            </w:r>
          </w:p>
        </w:tc>
        <w:tc>
          <w:tcPr>
            <w:tcW w:w="1241" w:type="dxa"/>
          </w:tcPr>
          <w:p w14:paraId="1BB667A5" w14:textId="10A8796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3FB2E7DA" w14:textId="3658674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11F31C12" w14:textId="48957DE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4D7577E7" w14:textId="0F92B7C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42</w:t>
            </w:r>
          </w:p>
        </w:tc>
      </w:tr>
      <w:tr w:rsidR="000801FC" w14:paraId="43AED299" w14:textId="77777777" w:rsidTr="00A50F55">
        <w:tc>
          <w:tcPr>
            <w:tcW w:w="498" w:type="dxa"/>
          </w:tcPr>
          <w:p w14:paraId="59589775" w14:textId="0247F16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67</w:t>
            </w:r>
          </w:p>
        </w:tc>
        <w:tc>
          <w:tcPr>
            <w:tcW w:w="1293" w:type="dxa"/>
          </w:tcPr>
          <w:p w14:paraId="36B75911" w14:textId="38B11CE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123SJ</w:t>
            </w:r>
          </w:p>
        </w:tc>
        <w:tc>
          <w:tcPr>
            <w:tcW w:w="1836" w:type="dxa"/>
          </w:tcPr>
          <w:p w14:paraId="32E0BACB" w14:textId="065B587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0.1666</w:t>
            </w:r>
          </w:p>
        </w:tc>
        <w:tc>
          <w:tcPr>
            <w:tcW w:w="1241" w:type="dxa"/>
          </w:tcPr>
          <w:p w14:paraId="726ABA83" w14:textId="3E2681D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03821959" w14:textId="31136FE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5A1D5076" w14:textId="14C92A7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31131239" w14:textId="24448E6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370FFE93" w14:textId="77777777" w:rsidTr="00A50F55">
        <w:tc>
          <w:tcPr>
            <w:tcW w:w="498" w:type="dxa"/>
          </w:tcPr>
          <w:p w14:paraId="24D212C6" w14:textId="29F4BCA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68</w:t>
            </w:r>
          </w:p>
        </w:tc>
        <w:tc>
          <w:tcPr>
            <w:tcW w:w="1293" w:type="dxa"/>
          </w:tcPr>
          <w:p w14:paraId="2A26EB94" w14:textId="1AA95D3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126SJ</w:t>
            </w:r>
          </w:p>
        </w:tc>
        <w:tc>
          <w:tcPr>
            <w:tcW w:w="1836" w:type="dxa"/>
          </w:tcPr>
          <w:p w14:paraId="322868B4" w14:textId="0B28A45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2.4801</w:t>
            </w:r>
          </w:p>
        </w:tc>
        <w:tc>
          <w:tcPr>
            <w:tcW w:w="1241" w:type="dxa"/>
          </w:tcPr>
          <w:p w14:paraId="5345965C" w14:textId="4B958E4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FA62083" w14:textId="150D65D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7C1EEA81" w14:textId="6C2F490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133A1A4F" w14:textId="31C1006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22</w:t>
            </w:r>
          </w:p>
        </w:tc>
      </w:tr>
      <w:tr w:rsidR="000801FC" w14:paraId="01283502" w14:textId="77777777" w:rsidTr="00A50F55">
        <w:tc>
          <w:tcPr>
            <w:tcW w:w="498" w:type="dxa"/>
          </w:tcPr>
          <w:p w14:paraId="7BA617E1" w14:textId="0A0B665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69</w:t>
            </w:r>
          </w:p>
        </w:tc>
        <w:tc>
          <w:tcPr>
            <w:tcW w:w="1293" w:type="dxa"/>
          </w:tcPr>
          <w:p w14:paraId="2DEF01B5" w14:textId="3A8E16F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129SJ</w:t>
            </w:r>
          </w:p>
        </w:tc>
        <w:tc>
          <w:tcPr>
            <w:tcW w:w="1836" w:type="dxa"/>
          </w:tcPr>
          <w:p w14:paraId="4521570B" w14:textId="3655549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0.2844</w:t>
            </w:r>
          </w:p>
        </w:tc>
        <w:tc>
          <w:tcPr>
            <w:tcW w:w="1241" w:type="dxa"/>
          </w:tcPr>
          <w:p w14:paraId="2B15161E" w14:textId="630EC05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62FE3D8F" w14:textId="23F6BF9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15E779F8" w14:textId="463EDBB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4E8C8DC9" w14:textId="7A9CFC5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w:t>
            </w:r>
          </w:p>
        </w:tc>
      </w:tr>
      <w:tr w:rsidR="000801FC" w14:paraId="1604E9DB" w14:textId="77777777" w:rsidTr="00A50F55">
        <w:tc>
          <w:tcPr>
            <w:tcW w:w="498" w:type="dxa"/>
          </w:tcPr>
          <w:p w14:paraId="7E865129" w14:textId="7988458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70</w:t>
            </w:r>
          </w:p>
        </w:tc>
        <w:tc>
          <w:tcPr>
            <w:tcW w:w="1293" w:type="dxa"/>
          </w:tcPr>
          <w:p w14:paraId="01E47E05" w14:textId="75F130D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132SJ</w:t>
            </w:r>
          </w:p>
        </w:tc>
        <w:tc>
          <w:tcPr>
            <w:tcW w:w="1836" w:type="dxa"/>
          </w:tcPr>
          <w:p w14:paraId="35C34907" w14:textId="07FB4B3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2.0089</w:t>
            </w:r>
          </w:p>
        </w:tc>
        <w:tc>
          <w:tcPr>
            <w:tcW w:w="1241" w:type="dxa"/>
          </w:tcPr>
          <w:p w14:paraId="1FD568C4" w14:textId="26E5A30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5920DBCD" w14:textId="4DC592A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24E7F34B" w14:textId="7550C94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0.8</w:t>
            </w:r>
          </w:p>
        </w:tc>
        <w:tc>
          <w:tcPr>
            <w:tcW w:w="1544" w:type="dxa"/>
          </w:tcPr>
          <w:p w14:paraId="5C9D34F1" w14:textId="143F8B2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16</w:t>
            </w:r>
          </w:p>
        </w:tc>
      </w:tr>
      <w:tr w:rsidR="000801FC" w14:paraId="7827B6F8" w14:textId="77777777" w:rsidTr="00A50F55">
        <w:tc>
          <w:tcPr>
            <w:tcW w:w="498" w:type="dxa"/>
          </w:tcPr>
          <w:p w14:paraId="558C240A" w14:textId="2FD1952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71</w:t>
            </w:r>
          </w:p>
        </w:tc>
        <w:tc>
          <w:tcPr>
            <w:tcW w:w="1293" w:type="dxa"/>
          </w:tcPr>
          <w:p w14:paraId="7C4F7749" w14:textId="089618B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133SJ</w:t>
            </w:r>
          </w:p>
        </w:tc>
        <w:tc>
          <w:tcPr>
            <w:tcW w:w="1836" w:type="dxa"/>
          </w:tcPr>
          <w:p w14:paraId="0FA01BB1" w14:textId="4878747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0.3594</w:t>
            </w:r>
          </w:p>
        </w:tc>
        <w:tc>
          <w:tcPr>
            <w:tcW w:w="1241" w:type="dxa"/>
          </w:tcPr>
          <w:p w14:paraId="0C5305A2" w14:textId="126F78E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0.3</w:t>
            </w:r>
          </w:p>
        </w:tc>
        <w:tc>
          <w:tcPr>
            <w:tcW w:w="1784" w:type="dxa"/>
          </w:tcPr>
          <w:p w14:paraId="680BD165" w14:textId="7B37159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173BFB36" w14:textId="6F0A1B4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286CFCB7" w14:textId="3D49E44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0D28721C" w14:textId="77777777" w:rsidTr="00A50F55">
        <w:tc>
          <w:tcPr>
            <w:tcW w:w="498" w:type="dxa"/>
          </w:tcPr>
          <w:p w14:paraId="26A334AB" w14:textId="42A0064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72</w:t>
            </w:r>
          </w:p>
        </w:tc>
        <w:tc>
          <w:tcPr>
            <w:tcW w:w="1293" w:type="dxa"/>
          </w:tcPr>
          <w:p w14:paraId="5E283F3D" w14:textId="4DB2AB4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136SJ</w:t>
            </w:r>
          </w:p>
        </w:tc>
        <w:tc>
          <w:tcPr>
            <w:tcW w:w="1836" w:type="dxa"/>
          </w:tcPr>
          <w:p w14:paraId="490EED10" w14:textId="7B02ABE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1.6772</w:t>
            </w:r>
          </w:p>
        </w:tc>
        <w:tc>
          <w:tcPr>
            <w:tcW w:w="1241" w:type="dxa"/>
          </w:tcPr>
          <w:p w14:paraId="5CA959D9" w14:textId="41BB8A1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67E8CE45" w14:textId="767FBE7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06F23CA" w14:textId="2929ED7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693E113E" w14:textId="2C0214B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17</w:t>
            </w:r>
          </w:p>
        </w:tc>
      </w:tr>
      <w:tr w:rsidR="000801FC" w14:paraId="149F9C4E" w14:textId="77777777" w:rsidTr="00A50F55">
        <w:tc>
          <w:tcPr>
            <w:tcW w:w="498" w:type="dxa"/>
          </w:tcPr>
          <w:p w14:paraId="63AE55F1" w14:textId="5BF8C3A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73</w:t>
            </w:r>
          </w:p>
        </w:tc>
        <w:tc>
          <w:tcPr>
            <w:tcW w:w="1293" w:type="dxa"/>
          </w:tcPr>
          <w:p w14:paraId="3223DA1D" w14:textId="170E41E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137SJ</w:t>
            </w:r>
          </w:p>
        </w:tc>
        <w:tc>
          <w:tcPr>
            <w:tcW w:w="1836" w:type="dxa"/>
          </w:tcPr>
          <w:p w14:paraId="24736307" w14:textId="2EB786A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1.1664</w:t>
            </w:r>
          </w:p>
        </w:tc>
        <w:tc>
          <w:tcPr>
            <w:tcW w:w="1241" w:type="dxa"/>
          </w:tcPr>
          <w:p w14:paraId="79AACADF" w14:textId="261E6C4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835CA38" w14:textId="6381B41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67ED8948" w14:textId="61C40F5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329B8DE7" w14:textId="7E28FCD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w:t>
            </w:r>
          </w:p>
        </w:tc>
      </w:tr>
      <w:tr w:rsidR="000801FC" w14:paraId="3D2A7397" w14:textId="77777777" w:rsidTr="00A50F55">
        <w:tc>
          <w:tcPr>
            <w:tcW w:w="498" w:type="dxa"/>
          </w:tcPr>
          <w:p w14:paraId="4A3C1774" w14:textId="2416173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74</w:t>
            </w:r>
          </w:p>
        </w:tc>
        <w:tc>
          <w:tcPr>
            <w:tcW w:w="1293" w:type="dxa"/>
          </w:tcPr>
          <w:p w14:paraId="7E5CA30A" w14:textId="41363D2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138SJ</w:t>
            </w:r>
          </w:p>
        </w:tc>
        <w:tc>
          <w:tcPr>
            <w:tcW w:w="1836" w:type="dxa"/>
          </w:tcPr>
          <w:p w14:paraId="42E7B809" w14:textId="0FFE634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0.3639</w:t>
            </w:r>
          </w:p>
        </w:tc>
        <w:tc>
          <w:tcPr>
            <w:tcW w:w="1241" w:type="dxa"/>
          </w:tcPr>
          <w:p w14:paraId="4E8BFF6B" w14:textId="7B91D3E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6BD29704" w14:textId="4EB20B6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38F6D284" w14:textId="0046503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08F86AEB" w14:textId="5847166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w:t>
            </w:r>
          </w:p>
        </w:tc>
      </w:tr>
      <w:tr w:rsidR="000801FC" w14:paraId="0704DD4A" w14:textId="77777777" w:rsidTr="00A50F55">
        <w:tc>
          <w:tcPr>
            <w:tcW w:w="498" w:type="dxa"/>
          </w:tcPr>
          <w:p w14:paraId="20A146DE" w14:textId="72A25EE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75</w:t>
            </w:r>
          </w:p>
        </w:tc>
        <w:tc>
          <w:tcPr>
            <w:tcW w:w="1293" w:type="dxa"/>
          </w:tcPr>
          <w:p w14:paraId="66287269" w14:textId="095B942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144SJ</w:t>
            </w:r>
          </w:p>
        </w:tc>
        <w:tc>
          <w:tcPr>
            <w:tcW w:w="1836" w:type="dxa"/>
          </w:tcPr>
          <w:p w14:paraId="38BA1617" w14:textId="18B1196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0.8599</w:t>
            </w:r>
          </w:p>
        </w:tc>
        <w:tc>
          <w:tcPr>
            <w:tcW w:w="1241" w:type="dxa"/>
          </w:tcPr>
          <w:p w14:paraId="55EE3211" w14:textId="106D4E4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E039B7B" w14:textId="5F21AFB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3FDCCD34" w14:textId="044802C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5B708756" w14:textId="7651829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w:t>
            </w:r>
          </w:p>
        </w:tc>
      </w:tr>
      <w:tr w:rsidR="000801FC" w14:paraId="4C338B92" w14:textId="77777777" w:rsidTr="00A50F55">
        <w:tc>
          <w:tcPr>
            <w:tcW w:w="498" w:type="dxa"/>
          </w:tcPr>
          <w:p w14:paraId="60AA1AB3" w14:textId="47A4F5F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76</w:t>
            </w:r>
          </w:p>
        </w:tc>
        <w:tc>
          <w:tcPr>
            <w:tcW w:w="1293" w:type="dxa"/>
          </w:tcPr>
          <w:p w14:paraId="78CF356B" w14:textId="0E57D22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145SJ</w:t>
            </w:r>
          </w:p>
        </w:tc>
        <w:tc>
          <w:tcPr>
            <w:tcW w:w="1836" w:type="dxa"/>
          </w:tcPr>
          <w:p w14:paraId="40413565" w14:textId="1C7EAE2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0.9626</w:t>
            </w:r>
          </w:p>
        </w:tc>
        <w:tc>
          <w:tcPr>
            <w:tcW w:w="1241" w:type="dxa"/>
          </w:tcPr>
          <w:p w14:paraId="20AA3058" w14:textId="453A69B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3C0D72D7" w14:textId="1EB18DE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4D31338D" w14:textId="66BB695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6AFB77E5" w14:textId="425BDE2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w:t>
            </w:r>
          </w:p>
        </w:tc>
      </w:tr>
      <w:tr w:rsidR="000801FC" w14:paraId="35933447" w14:textId="77777777" w:rsidTr="00A50F55">
        <w:tc>
          <w:tcPr>
            <w:tcW w:w="498" w:type="dxa"/>
          </w:tcPr>
          <w:p w14:paraId="707E31C8" w14:textId="2D8033F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77</w:t>
            </w:r>
          </w:p>
        </w:tc>
        <w:tc>
          <w:tcPr>
            <w:tcW w:w="1293" w:type="dxa"/>
          </w:tcPr>
          <w:p w14:paraId="3448CC61" w14:textId="3960C3E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146SJ</w:t>
            </w:r>
          </w:p>
        </w:tc>
        <w:tc>
          <w:tcPr>
            <w:tcW w:w="1836" w:type="dxa"/>
          </w:tcPr>
          <w:p w14:paraId="67D56F7D" w14:textId="2B17D57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0.244</w:t>
            </w:r>
          </w:p>
        </w:tc>
        <w:tc>
          <w:tcPr>
            <w:tcW w:w="1241" w:type="dxa"/>
          </w:tcPr>
          <w:p w14:paraId="02230ED7" w14:textId="304A8D5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5FD0E52" w14:textId="0D2AE3F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6BB9EF9B" w14:textId="24AC351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281B2CD2" w14:textId="74039F3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571474BC" w14:textId="77777777" w:rsidTr="00A50F55">
        <w:tc>
          <w:tcPr>
            <w:tcW w:w="498" w:type="dxa"/>
          </w:tcPr>
          <w:p w14:paraId="6B496646" w14:textId="1DA7C45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78</w:t>
            </w:r>
          </w:p>
        </w:tc>
        <w:tc>
          <w:tcPr>
            <w:tcW w:w="1293" w:type="dxa"/>
          </w:tcPr>
          <w:p w14:paraId="79E58D81" w14:textId="1A062D0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147SJ</w:t>
            </w:r>
          </w:p>
        </w:tc>
        <w:tc>
          <w:tcPr>
            <w:tcW w:w="1836" w:type="dxa"/>
          </w:tcPr>
          <w:p w14:paraId="7672744A" w14:textId="657132A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0.2076</w:t>
            </w:r>
          </w:p>
        </w:tc>
        <w:tc>
          <w:tcPr>
            <w:tcW w:w="1241" w:type="dxa"/>
          </w:tcPr>
          <w:p w14:paraId="1FE4206A" w14:textId="4EBC313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0DBC3AC8" w14:textId="5B5BC39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7DFAAC39" w14:textId="5155845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0927CDF2" w14:textId="335496F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04D96F27" w14:textId="77777777" w:rsidTr="00A50F55">
        <w:tc>
          <w:tcPr>
            <w:tcW w:w="498" w:type="dxa"/>
          </w:tcPr>
          <w:p w14:paraId="46CF3680" w14:textId="0096D31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79</w:t>
            </w:r>
          </w:p>
        </w:tc>
        <w:tc>
          <w:tcPr>
            <w:tcW w:w="1293" w:type="dxa"/>
          </w:tcPr>
          <w:p w14:paraId="166A9D0D" w14:textId="7FEEF18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149SJ</w:t>
            </w:r>
          </w:p>
        </w:tc>
        <w:tc>
          <w:tcPr>
            <w:tcW w:w="1836" w:type="dxa"/>
          </w:tcPr>
          <w:p w14:paraId="1317B951" w14:textId="20576C9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0.2262</w:t>
            </w:r>
          </w:p>
        </w:tc>
        <w:tc>
          <w:tcPr>
            <w:tcW w:w="1241" w:type="dxa"/>
          </w:tcPr>
          <w:p w14:paraId="102D17BE" w14:textId="3F0236C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CF49A28" w14:textId="301455C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B969962" w14:textId="17C20CC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3ECACAF8" w14:textId="237323B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2542608E" w14:textId="77777777" w:rsidTr="00A50F55">
        <w:tc>
          <w:tcPr>
            <w:tcW w:w="498" w:type="dxa"/>
          </w:tcPr>
          <w:p w14:paraId="2489E397" w14:textId="51BB920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80</w:t>
            </w:r>
          </w:p>
        </w:tc>
        <w:tc>
          <w:tcPr>
            <w:tcW w:w="1293" w:type="dxa"/>
          </w:tcPr>
          <w:p w14:paraId="58ECE914" w14:textId="1BF5B9B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152SJ</w:t>
            </w:r>
          </w:p>
        </w:tc>
        <w:tc>
          <w:tcPr>
            <w:tcW w:w="1836" w:type="dxa"/>
          </w:tcPr>
          <w:p w14:paraId="13B67A36" w14:textId="5EE596C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0.8123</w:t>
            </w:r>
          </w:p>
        </w:tc>
        <w:tc>
          <w:tcPr>
            <w:tcW w:w="1241" w:type="dxa"/>
          </w:tcPr>
          <w:p w14:paraId="5A7B2A34" w14:textId="4966676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420EFCC2" w14:textId="2BC7706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4CB22FF4" w14:textId="3C33824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54037F95" w14:textId="11C1538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w:t>
            </w:r>
          </w:p>
        </w:tc>
      </w:tr>
      <w:tr w:rsidR="000801FC" w14:paraId="16BD90FF" w14:textId="77777777" w:rsidTr="00A50F55">
        <w:tc>
          <w:tcPr>
            <w:tcW w:w="498" w:type="dxa"/>
          </w:tcPr>
          <w:p w14:paraId="7E7EF0DD" w14:textId="5B0D236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81</w:t>
            </w:r>
          </w:p>
        </w:tc>
        <w:tc>
          <w:tcPr>
            <w:tcW w:w="1293" w:type="dxa"/>
          </w:tcPr>
          <w:p w14:paraId="66EB40D9" w14:textId="55689A1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153SJ</w:t>
            </w:r>
          </w:p>
        </w:tc>
        <w:tc>
          <w:tcPr>
            <w:tcW w:w="1836" w:type="dxa"/>
          </w:tcPr>
          <w:p w14:paraId="6A23BAB1" w14:textId="6D9B5E1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0.8225</w:t>
            </w:r>
          </w:p>
        </w:tc>
        <w:tc>
          <w:tcPr>
            <w:tcW w:w="1241" w:type="dxa"/>
          </w:tcPr>
          <w:p w14:paraId="77BE0DC9" w14:textId="1C04600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5123D107" w14:textId="5E303A8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1D306D62" w14:textId="180D3DF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6616E0DE" w14:textId="2B0C97B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w:t>
            </w:r>
          </w:p>
        </w:tc>
      </w:tr>
      <w:tr w:rsidR="000801FC" w14:paraId="59BFE7B0" w14:textId="77777777" w:rsidTr="00A50F55">
        <w:tc>
          <w:tcPr>
            <w:tcW w:w="498" w:type="dxa"/>
          </w:tcPr>
          <w:p w14:paraId="01705325" w14:textId="274D704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82</w:t>
            </w:r>
          </w:p>
        </w:tc>
        <w:tc>
          <w:tcPr>
            <w:tcW w:w="1293" w:type="dxa"/>
          </w:tcPr>
          <w:p w14:paraId="4D325103" w14:textId="188D242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160SJ</w:t>
            </w:r>
          </w:p>
        </w:tc>
        <w:tc>
          <w:tcPr>
            <w:tcW w:w="1836" w:type="dxa"/>
          </w:tcPr>
          <w:p w14:paraId="1E5ABE21" w14:textId="0FF931C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0.3036</w:t>
            </w:r>
          </w:p>
        </w:tc>
        <w:tc>
          <w:tcPr>
            <w:tcW w:w="1241" w:type="dxa"/>
          </w:tcPr>
          <w:p w14:paraId="1A3CB55B" w14:textId="4461336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60634D5" w14:textId="3112939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443AADF" w14:textId="1C282FB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5725A1E0" w14:textId="5F74BD9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w:t>
            </w:r>
          </w:p>
        </w:tc>
      </w:tr>
      <w:tr w:rsidR="000801FC" w14:paraId="4C697875" w14:textId="77777777" w:rsidTr="00A50F55">
        <w:tc>
          <w:tcPr>
            <w:tcW w:w="498" w:type="dxa"/>
          </w:tcPr>
          <w:p w14:paraId="3228388F" w14:textId="5C0866F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83</w:t>
            </w:r>
          </w:p>
        </w:tc>
        <w:tc>
          <w:tcPr>
            <w:tcW w:w="1293" w:type="dxa"/>
          </w:tcPr>
          <w:p w14:paraId="4C0E95D3" w14:textId="2250B03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161SJ</w:t>
            </w:r>
          </w:p>
        </w:tc>
        <w:tc>
          <w:tcPr>
            <w:tcW w:w="1836" w:type="dxa"/>
          </w:tcPr>
          <w:p w14:paraId="66968B41" w14:textId="65DD5CB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0.6529</w:t>
            </w:r>
          </w:p>
        </w:tc>
        <w:tc>
          <w:tcPr>
            <w:tcW w:w="1241" w:type="dxa"/>
          </w:tcPr>
          <w:p w14:paraId="38692105" w14:textId="0715A68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34247F94" w14:textId="5106BC0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4FB735E5" w14:textId="6197183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773F2488" w14:textId="55B9E9B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w:t>
            </w:r>
          </w:p>
        </w:tc>
      </w:tr>
      <w:tr w:rsidR="000801FC" w14:paraId="134A6270" w14:textId="77777777" w:rsidTr="00A50F55">
        <w:tc>
          <w:tcPr>
            <w:tcW w:w="498" w:type="dxa"/>
          </w:tcPr>
          <w:p w14:paraId="053EEE82" w14:textId="35E81B6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84</w:t>
            </w:r>
          </w:p>
        </w:tc>
        <w:tc>
          <w:tcPr>
            <w:tcW w:w="1293" w:type="dxa"/>
          </w:tcPr>
          <w:p w14:paraId="5A50A813" w14:textId="02F0D67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162SJ</w:t>
            </w:r>
          </w:p>
        </w:tc>
        <w:tc>
          <w:tcPr>
            <w:tcW w:w="1836" w:type="dxa"/>
          </w:tcPr>
          <w:p w14:paraId="634CB93E" w14:textId="64A26D8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7.6533</w:t>
            </w:r>
          </w:p>
        </w:tc>
        <w:tc>
          <w:tcPr>
            <w:tcW w:w="1241" w:type="dxa"/>
          </w:tcPr>
          <w:p w14:paraId="116B5F49" w14:textId="4A80613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5F332C3D" w14:textId="38B44D7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559F82F" w14:textId="7950348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0.95</w:t>
            </w:r>
          </w:p>
        </w:tc>
        <w:tc>
          <w:tcPr>
            <w:tcW w:w="1544" w:type="dxa"/>
          </w:tcPr>
          <w:p w14:paraId="49350D41" w14:textId="0C0FBF1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73</w:t>
            </w:r>
          </w:p>
        </w:tc>
      </w:tr>
      <w:tr w:rsidR="000801FC" w14:paraId="0A8EB078" w14:textId="77777777" w:rsidTr="00A50F55">
        <w:tc>
          <w:tcPr>
            <w:tcW w:w="498" w:type="dxa"/>
          </w:tcPr>
          <w:p w14:paraId="27AF24C7" w14:textId="201F0E3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85</w:t>
            </w:r>
          </w:p>
        </w:tc>
        <w:tc>
          <w:tcPr>
            <w:tcW w:w="1293" w:type="dxa"/>
          </w:tcPr>
          <w:p w14:paraId="0522A1B7" w14:textId="2BE0787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163SJ</w:t>
            </w:r>
          </w:p>
        </w:tc>
        <w:tc>
          <w:tcPr>
            <w:tcW w:w="1836" w:type="dxa"/>
          </w:tcPr>
          <w:p w14:paraId="1CA29E88" w14:textId="556A912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0.2907</w:t>
            </w:r>
          </w:p>
        </w:tc>
        <w:tc>
          <w:tcPr>
            <w:tcW w:w="1241" w:type="dxa"/>
          </w:tcPr>
          <w:p w14:paraId="25A891F6" w14:textId="7CE0C3D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4EF459F1" w14:textId="2555545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52FC38D5" w14:textId="543AD0D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0F2B48A6" w14:textId="4685FDA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w:t>
            </w:r>
          </w:p>
        </w:tc>
      </w:tr>
      <w:tr w:rsidR="000801FC" w14:paraId="6CA59DA0" w14:textId="77777777" w:rsidTr="00A50F55">
        <w:tc>
          <w:tcPr>
            <w:tcW w:w="498" w:type="dxa"/>
          </w:tcPr>
          <w:p w14:paraId="1F14ACDC" w14:textId="488F39B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86</w:t>
            </w:r>
          </w:p>
        </w:tc>
        <w:tc>
          <w:tcPr>
            <w:tcW w:w="1293" w:type="dxa"/>
          </w:tcPr>
          <w:p w14:paraId="77382F69" w14:textId="5D717B1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164SJ</w:t>
            </w:r>
          </w:p>
        </w:tc>
        <w:tc>
          <w:tcPr>
            <w:tcW w:w="1836" w:type="dxa"/>
          </w:tcPr>
          <w:p w14:paraId="417FD7E4" w14:textId="28FECF1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0.3601</w:t>
            </w:r>
          </w:p>
        </w:tc>
        <w:tc>
          <w:tcPr>
            <w:tcW w:w="1241" w:type="dxa"/>
          </w:tcPr>
          <w:p w14:paraId="608A0C56" w14:textId="114FA46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B081629" w14:textId="4BD0B58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21E08335" w14:textId="24BBF67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7046F158" w14:textId="02EEF80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w:t>
            </w:r>
          </w:p>
        </w:tc>
      </w:tr>
      <w:tr w:rsidR="000801FC" w14:paraId="58B1A89A" w14:textId="77777777" w:rsidTr="00A50F55">
        <w:tc>
          <w:tcPr>
            <w:tcW w:w="498" w:type="dxa"/>
          </w:tcPr>
          <w:p w14:paraId="289CE941" w14:textId="3B1FD6A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87</w:t>
            </w:r>
          </w:p>
        </w:tc>
        <w:tc>
          <w:tcPr>
            <w:tcW w:w="1293" w:type="dxa"/>
          </w:tcPr>
          <w:p w14:paraId="26AD2C45" w14:textId="597FDF5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165SJ</w:t>
            </w:r>
          </w:p>
        </w:tc>
        <w:tc>
          <w:tcPr>
            <w:tcW w:w="1836" w:type="dxa"/>
          </w:tcPr>
          <w:p w14:paraId="5C881BBF" w14:textId="311C236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0.2033</w:t>
            </w:r>
          </w:p>
        </w:tc>
        <w:tc>
          <w:tcPr>
            <w:tcW w:w="1241" w:type="dxa"/>
          </w:tcPr>
          <w:p w14:paraId="6C9D4F91" w14:textId="3BBFC6F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6A025E11" w14:textId="7273AE0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32F821FA" w14:textId="07EB6AD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77DF9DB2" w14:textId="1E6BE68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0842DBD1" w14:textId="77777777" w:rsidTr="00A50F55">
        <w:tc>
          <w:tcPr>
            <w:tcW w:w="498" w:type="dxa"/>
          </w:tcPr>
          <w:p w14:paraId="329E0E5D" w14:textId="06D2B13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88</w:t>
            </w:r>
          </w:p>
        </w:tc>
        <w:tc>
          <w:tcPr>
            <w:tcW w:w="1293" w:type="dxa"/>
          </w:tcPr>
          <w:p w14:paraId="7499C745" w14:textId="76AD808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166SJ</w:t>
            </w:r>
          </w:p>
        </w:tc>
        <w:tc>
          <w:tcPr>
            <w:tcW w:w="1836" w:type="dxa"/>
          </w:tcPr>
          <w:p w14:paraId="4A7E98D4" w14:textId="373D608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0.3018</w:t>
            </w:r>
          </w:p>
        </w:tc>
        <w:tc>
          <w:tcPr>
            <w:tcW w:w="1241" w:type="dxa"/>
          </w:tcPr>
          <w:p w14:paraId="75B9D31B" w14:textId="31EFE91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74E4A7B2" w14:textId="0F83F6E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7825650F" w14:textId="50BEE15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03023F4B" w14:textId="14E6EA9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w:t>
            </w:r>
          </w:p>
        </w:tc>
      </w:tr>
      <w:tr w:rsidR="000801FC" w14:paraId="48DD9437" w14:textId="77777777" w:rsidTr="00A50F55">
        <w:tc>
          <w:tcPr>
            <w:tcW w:w="498" w:type="dxa"/>
          </w:tcPr>
          <w:p w14:paraId="07F7A3EB" w14:textId="1683ABE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89</w:t>
            </w:r>
          </w:p>
        </w:tc>
        <w:tc>
          <w:tcPr>
            <w:tcW w:w="1293" w:type="dxa"/>
          </w:tcPr>
          <w:p w14:paraId="42582150" w14:textId="0E1A30B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172SJ</w:t>
            </w:r>
          </w:p>
        </w:tc>
        <w:tc>
          <w:tcPr>
            <w:tcW w:w="1836" w:type="dxa"/>
          </w:tcPr>
          <w:p w14:paraId="4A02D86D" w14:textId="28D9939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1.0439</w:t>
            </w:r>
          </w:p>
        </w:tc>
        <w:tc>
          <w:tcPr>
            <w:tcW w:w="1241" w:type="dxa"/>
          </w:tcPr>
          <w:p w14:paraId="6A35A2CA" w14:textId="14F6923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6B30D61" w14:textId="29E32BD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37C4A83D" w14:textId="398AFDA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3E150E97" w14:textId="386DB2A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w:t>
            </w:r>
          </w:p>
        </w:tc>
      </w:tr>
      <w:tr w:rsidR="000801FC" w14:paraId="56A4B964" w14:textId="77777777" w:rsidTr="00A50F55">
        <w:tc>
          <w:tcPr>
            <w:tcW w:w="498" w:type="dxa"/>
          </w:tcPr>
          <w:p w14:paraId="778BE841" w14:textId="5B3E791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90</w:t>
            </w:r>
          </w:p>
        </w:tc>
        <w:tc>
          <w:tcPr>
            <w:tcW w:w="1293" w:type="dxa"/>
          </w:tcPr>
          <w:p w14:paraId="4D5A037E" w14:textId="094212E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175SJ</w:t>
            </w:r>
          </w:p>
        </w:tc>
        <w:tc>
          <w:tcPr>
            <w:tcW w:w="1836" w:type="dxa"/>
          </w:tcPr>
          <w:p w14:paraId="1144D89C" w14:textId="55E4B45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0.5504</w:t>
            </w:r>
          </w:p>
        </w:tc>
        <w:tc>
          <w:tcPr>
            <w:tcW w:w="1241" w:type="dxa"/>
          </w:tcPr>
          <w:p w14:paraId="1936985D" w14:textId="6A1585B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5E7FEA65" w14:textId="56473AB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3D93D57D" w14:textId="392BD52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6C5010E3" w14:textId="5145455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w:t>
            </w:r>
          </w:p>
        </w:tc>
      </w:tr>
      <w:tr w:rsidR="000801FC" w14:paraId="4C614494" w14:textId="77777777" w:rsidTr="00A50F55">
        <w:tc>
          <w:tcPr>
            <w:tcW w:w="498" w:type="dxa"/>
          </w:tcPr>
          <w:p w14:paraId="086924F2" w14:textId="195D3DB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91</w:t>
            </w:r>
          </w:p>
        </w:tc>
        <w:tc>
          <w:tcPr>
            <w:tcW w:w="1293" w:type="dxa"/>
          </w:tcPr>
          <w:p w14:paraId="44BB15CE" w14:textId="524C2CB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177SJ</w:t>
            </w:r>
          </w:p>
        </w:tc>
        <w:tc>
          <w:tcPr>
            <w:tcW w:w="1836" w:type="dxa"/>
          </w:tcPr>
          <w:p w14:paraId="58405B06" w14:textId="08D1F0B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9.8073</w:t>
            </w:r>
          </w:p>
        </w:tc>
        <w:tc>
          <w:tcPr>
            <w:tcW w:w="1241" w:type="dxa"/>
          </w:tcPr>
          <w:p w14:paraId="37F0D131" w14:textId="418A7B2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C9620BD" w14:textId="216AF58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69D3F209" w14:textId="067DFEB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0.8</w:t>
            </w:r>
          </w:p>
        </w:tc>
        <w:tc>
          <w:tcPr>
            <w:tcW w:w="1544" w:type="dxa"/>
          </w:tcPr>
          <w:p w14:paraId="1672C7A2" w14:textId="63A753C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78</w:t>
            </w:r>
          </w:p>
        </w:tc>
      </w:tr>
      <w:tr w:rsidR="000801FC" w14:paraId="51B30811" w14:textId="77777777" w:rsidTr="00A50F55">
        <w:tc>
          <w:tcPr>
            <w:tcW w:w="498" w:type="dxa"/>
          </w:tcPr>
          <w:p w14:paraId="4A90BA7B" w14:textId="0D161A0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92</w:t>
            </w:r>
          </w:p>
        </w:tc>
        <w:tc>
          <w:tcPr>
            <w:tcW w:w="1293" w:type="dxa"/>
          </w:tcPr>
          <w:p w14:paraId="2D4EDCEC" w14:textId="14C325D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182SJ</w:t>
            </w:r>
          </w:p>
        </w:tc>
        <w:tc>
          <w:tcPr>
            <w:tcW w:w="1836" w:type="dxa"/>
          </w:tcPr>
          <w:p w14:paraId="457E1437" w14:textId="78A9D56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0.2237</w:t>
            </w:r>
          </w:p>
        </w:tc>
        <w:tc>
          <w:tcPr>
            <w:tcW w:w="1241" w:type="dxa"/>
          </w:tcPr>
          <w:p w14:paraId="10DA4A97" w14:textId="38276E8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16C36B5" w14:textId="20B5DB8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35B828B9" w14:textId="5092D08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4F7B8BE7" w14:textId="2C24755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345A4EFE" w14:textId="77777777" w:rsidTr="00A50F55">
        <w:tc>
          <w:tcPr>
            <w:tcW w:w="498" w:type="dxa"/>
          </w:tcPr>
          <w:p w14:paraId="5C494446" w14:textId="0E39F1F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93</w:t>
            </w:r>
          </w:p>
        </w:tc>
        <w:tc>
          <w:tcPr>
            <w:tcW w:w="1293" w:type="dxa"/>
          </w:tcPr>
          <w:p w14:paraId="01CD11F1" w14:textId="428B1A6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185SJ</w:t>
            </w:r>
          </w:p>
        </w:tc>
        <w:tc>
          <w:tcPr>
            <w:tcW w:w="1836" w:type="dxa"/>
          </w:tcPr>
          <w:p w14:paraId="3335FC3B" w14:textId="582A5F7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1.4352</w:t>
            </w:r>
          </w:p>
        </w:tc>
        <w:tc>
          <w:tcPr>
            <w:tcW w:w="1241" w:type="dxa"/>
          </w:tcPr>
          <w:p w14:paraId="391A2752" w14:textId="5EB77D5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0.4</w:t>
            </w:r>
          </w:p>
        </w:tc>
        <w:tc>
          <w:tcPr>
            <w:tcW w:w="1784" w:type="dxa"/>
          </w:tcPr>
          <w:p w14:paraId="3B6354FF" w14:textId="7EC9499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220D815B" w14:textId="6805356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544" w:type="dxa"/>
          </w:tcPr>
          <w:p w14:paraId="6CC09D2A" w14:textId="3DE261A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w:t>
            </w:r>
          </w:p>
        </w:tc>
      </w:tr>
      <w:tr w:rsidR="000801FC" w14:paraId="0B76692C" w14:textId="77777777" w:rsidTr="00A50F55">
        <w:tc>
          <w:tcPr>
            <w:tcW w:w="498" w:type="dxa"/>
          </w:tcPr>
          <w:p w14:paraId="07952E22" w14:textId="262BD5B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94</w:t>
            </w:r>
          </w:p>
        </w:tc>
        <w:tc>
          <w:tcPr>
            <w:tcW w:w="1293" w:type="dxa"/>
          </w:tcPr>
          <w:p w14:paraId="01178940" w14:textId="476A38E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186SJ</w:t>
            </w:r>
          </w:p>
        </w:tc>
        <w:tc>
          <w:tcPr>
            <w:tcW w:w="1836" w:type="dxa"/>
          </w:tcPr>
          <w:p w14:paraId="7EF906E1" w14:textId="3996F48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0.6401</w:t>
            </w:r>
          </w:p>
        </w:tc>
        <w:tc>
          <w:tcPr>
            <w:tcW w:w="1241" w:type="dxa"/>
          </w:tcPr>
          <w:p w14:paraId="3289F381" w14:textId="3C777F4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0.4</w:t>
            </w:r>
          </w:p>
        </w:tc>
        <w:tc>
          <w:tcPr>
            <w:tcW w:w="1784" w:type="dxa"/>
          </w:tcPr>
          <w:p w14:paraId="714F745A" w14:textId="3F1C53C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382A45C" w14:textId="3602A9F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544" w:type="dxa"/>
          </w:tcPr>
          <w:p w14:paraId="102F8E65" w14:textId="5C0E888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w:t>
            </w:r>
          </w:p>
        </w:tc>
      </w:tr>
      <w:tr w:rsidR="000801FC" w14:paraId="14154D03" w14:textId="77777777" w:rsidTr="00A50F55">
        <w:tc>
          <w:tcPr>
            <w:tcW w:w="498" w:type="dxa"/>
          </w:tcPr>
          <w:p w14:paraId="58AD8477" w14:textId="3039513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95</w:t>
            </w:r>
          </w:p>
        </w:tc>
        <w:tc>
          <w:tcPr>
            <w:tcW w:w="1293" w:type="dxa"/>
          </w:tcPr>
          <w:p w14:paraId="13BFAE03" w14:textId="40E4FBF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187SJ</w:t>
            </w:r>
          </w:p>
        </w:tc>
        <w:tc>
          <w:tcPr>
            <w:tcW w:w="1836" w:type="dxa"/>
          </w:tcPr>
          <w:p w14:paraId="3B836854" w14:textId="33D0D3D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1.3126</w:t>
            </w:r>
          </w:p>
        </w:tc>
        <w:tc>
          <w:tcPr>
            <w:tcW w:w="1241" w:type="dxa"/>
          </w:tcPr>
          <w:p w14:paraId="3B46440B" w14:textId="03B62B1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1AD388F" w14:textId="4947D90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57A19ADB" w14:textId="7CFB587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3D5F8244" w14:textId="6F0619E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13</w:t>
            </w:r>
          </w:p>
        </w:tc>
      </w:tr>
      <w:tr w:rsidR="000801FC" w14:paraId="3A41061F" w14:textId="77777777" w:rsidTr="00A50F55">
        <w:tc>
          <w:tcPr>
            <w:tcW w:w="498" w:type="dxa"/>
          </w:tcPr>
          <w:p w14:paraId="10382B8F" w14:textId="5420E76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96</w:t>
            </w:r>
          </w:p>
        </w:tc>
        <w:tc>
          <w:tcPr>
            <w:tcW w:w="1293" w:type="dxa"/>
          </w:tcPr>
          <w:p w14:paraId="55EBBAA8" w14:textId="5F58EBA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190SJ</w:t>
            </w:r>
          </w:p>
        </w:tc>
        <w:tc>
          <w:tcPr>
            <w:tcW w:w="1836" w:type="dxa"/>
          </w:tcPr>
          <w:p w14:paraId="4F64913A" w14:textId="00EABB2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0.5887</w:t>
            </w:r>
          </w:p>
        </w:tc>
        <w:tc>
          <w:tcPr>
            <w:tcW w:w="1241" w:type="dxa"/>
          </w:tcPr>
          <w:p w14:paraId="602441E0" w14:textId="47FD469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6A00061D" w14:textId="4E6741D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F8FF7AA" w14:textId="1C43DD8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1DF77B47" w14:textId="6C181AC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w:t>
            </w:r>
          </w:p>
        </w:tc>
      </w:tr>
      <w:tr w:rsidR="000801FC" w14:paraId="52367997" w14:textId="77777777" w:rsidTr="00A50F55">
        <w:tc>
          <w:tcPr>
            <w:tcW w:w="498" w:type="dxa"/>
          </w:tcPr>
          <w:p w14:paraId="6B9496FF" w14:textId="10EB53B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97</w:t>
            </w:r>
          </w:p>
        </w:tc>
        <w:tc>
          <w:tcPr>
            <w:tcW w:w="1293" w:type="dxa"/>
          </w:tcPr>
          <w:p w14:paraId="3E719645" w14:textId="52524D7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191SJ</w:t>
            </w:r>
          </w:p>
        </w:tc>
        <w:tc>
          <w:tcPr>
            <w:tcW w:w="1836" w:type="dxa"/>
          </w:tcPr>
          <w:p w14:paraId="269EA29E" w14:textId="62CAB9F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0.1847</w:t>
            </w:r>
          </w:p>
        </w:tc>
        <w:tc>
          <w:tcPr>
            <w:tcW w:w="1241" w:type="dxa"/>
          </w:tcPr>
          <w:p w14:paraId="2ED1612A" w14:textId="1E25D4E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318952F6" w14:textId="5938FE2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57A6ACFE" w14:textId="6D271FF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7C4084E0" w14:textId="2A3B13E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7AEA7B00" w14:textId="77777777" w:rsidTr="00A50F55">
        <w:tc>
          <w:tcPr>
            <w:tcW w:w="498" w:type="dxa"/>
          </w:tcPr>
          <w:p w14:paraId="0EE36535" w14:textId="7744C39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98</w:t>
            </w:r>
          </w:p>
        </w:tc>
        <w:tc>
          <w:tcPr>
            <w:tcW w:w="1293" w:type="dxa"/>
          </w:tcPr>
          <w:p w14:paraId="44AE6371" w14:textId="55B5ED7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192SJ</w:t>
            </w:r>
          </w:p>
        </w:tc>
        <w:tc>
          <w:tcPr>
            <w:tcW w:w="1836" w:type="dxa"/>
          </w:tcPr>
          <w:p w14:paraId="7129C0F0" w14:textId="539FAA0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0.28</w:t>
            </w:r>
          </w:p>
        </w:tc>
        <w:tc>
          <w:tcPr>
            <w:tcW w:w="1241" w:type="dxa"/>
          </w:tcPr>
          <w:p w14:paraId="69DB9DB0" w14:textId="6CE8BF7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293D555C" w14:textId="615C6FE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4BBA5479" w14:textId="7EC7CBA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31007DE5" w14:textId="30ADD23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w:t>
            </w:r>
          </w:p>
        </w:tc>
      </w:tr>
      <w:tr w:rsidR="000801FC" w14:paraId="30692DBF" w14:textId="77777777" w:rsidTr="00A50F55">
        <w:tc>
          <w:tcPr>
            <w:tcW w:w="498" w:type="dxa"/>
          </w:tcPr>
          <w:p w14:paraId="107DB3C7" w14:textId="51BFF90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99</w:t>
            </w:r>
          </w:p>
        </w:tc>
        <w:tc>
          <w:tcPr>
            <w:tcW w:w="1293" w:type="dxa"/>
          </w:tcPr>
          <w:p w14:paraId="416687AC" w14:textId="52826CA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198SJ</w:t>
            </w:r>
          </w:p>
        </w:tc>
        <w:tc>
          <w:tcPr>
            <w:tcW w:w="1836" w:type="dxa"/>
          </w:tcPr>
          <w:p w14:paraId="156FBC09" w14:textId="6B85843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0.3427</w:t>
            </w:r>
          </w:p>
        </w:tc>
        <w:tc>
          <w:tcPr>
            <w:tcW w:w="1241" w:type="dxa"/>
          </w:tcPr>
          <w:p w14:paraId="7A8D63FB" w14:textId="7F45AD4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D4195AA" w14:textId="6418EF0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6CD462A3" w14:textId="4C4AC4B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7817496F" w14:textId="34B4F1B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w:t>
            </w:r>
          </w:p>
        </w:tc>
      </w:tr>
      <w:tr w:rsidR="000801FC" w14:paraId="74848546" w14:textId="77777777" w:rsidTr="00A50F55">
        <w:tc>
          <w:tcPr>
            <w:tcW w:w="498" w:type="dxa"/>
          </w:tcPr>
          <w:p w14:paraId="4E0CCD21" w14:textId="4340993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100</w:t>
            </w:r>
          </w:p>
        </w:tc>
        <w:tc>
          <w:tcPr>
            <w:tcW w:w="1293" w:type="dxa"/>
          </w:tcPr>
          <w:p w14:paraId="5C265589" w14:textId="13D37142"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210SJ</w:t>
            </w:r>
          </w:p>
        </w:tc>
        <w:tc>
          <w:tcPr>
            <w:tcW w:w="1836" w:type="dxa"/>
          </w:tcPr>
          <w:p w14:paraId="45AC4DD9" w14:textId="46A98DC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0.3848</w:t>
            </w:r>
          </w:p>
        </w:tc>
        <w:tc>
          <w:tcPr>
            <w:tcW w:w="1241" w:type="dxa"/>
          </w:tcPr>
          <w:p w14:paraId="7E3358F1" w14:textId="12ECA88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2E810F6" w14:textId="5B731E7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59BA5F12" w14:textId="0BA104D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6BDF6722" w14:textId="4C59494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w:t>
            </w:r>
          </w:p>
        </w:tc>
      </w:tr>
      <w:tr w:rsidR="000801FC" w14:paraId="55F8B6E8" w14:textId="77777777" w:rsidTr="00A50F55">
        <w:tc>
          <w:tcPr>
            <w:tcW w:w="498" w:type="dxa"/>
          </w:tcPr>
          <w:p w14:paraId="1AF9CD70" w14:textId="2A53315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101</w:t>
            </w:r>
          </w:p>
        </w:tc>
        <w:tc>
          <w:tcPr>
            <w:tcW w:w="1293" w:type="dxa"/>
          </w:tcPr>
          <w:p w14:paraId="7C4AF0AA" w14:textId="2A63F70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211SJ</w:t>
            </w:r>
          </w:p>
        </w:tc>
        <w:tc>
          <w:tcPr>
            <w:tcW w:w="1836" w:type="dxa"/>
          </w:tcPr>
          <w:p w14:paraId="61FFA5B0" w14:textId="5F82AE7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0.1299</w:t>
            </w:r>
          </w:p>
        </w:tc>
        <w:tc>
          <w:tcPr>
            <w:tcW w:w="1241" w:type="dxa"/>
          </w:tcPr>
          <w:p w14:paraId="27843B90" w14:textId="7A912B4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6EDC900" w14:textId="4735376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21D05CA5" w14:textId="53317AF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3B44B5A1" w14:textId="323D9AE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r>
      <w:tr w:rsidR="000801FC" w14:paraId="7DD5ED08" w14:textId="77777777" w:rsidTr="00A50F55">
        <w:tc>
          <w:tcPr>
            <w:tcW w:w="498" w:type="dxa"/>
          </w:tcPr>
          <w:p w14:paraId="418DBED1" w14:textId="516E4D6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102</w:t>
            </w:r>
          </w:p>
        </w:tc>
        <w:tc>
          <w:tcPr>
            <w:tcW w:w="1293" w:type="dxa"/>
          </w:tcPr>
          <w:p w14:paraId="75DE3E46" w14:textId="51CA1AB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222SJ</w:t>
            </w:r>
          </w:p>
        </w:tc>
        <w:tc>
          <w:tcPr>
            <w:tcW w:w="1836" w:type="dxa"/>
          </w:tcPr>
          <w:p w14:paraId="6A080846" w14:textId="3DC1126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0.0611</w:t>
            </w:r>
          </w:p>
        </w:tc>
        <w:tc>
          <w:tcPr>
            <w:tcW w:w="1241" w:type="dxa"/>
          </w:tcPr>
          <w:p w14:paraId="51326794" w14:textId="0423F06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5BC862A" w14:textId="51ADFB9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3B3C89D3" w14:textId="1609CC9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7C73B439" w14:textId="61EDBFC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r>
      <w:tr w:rsidR="000801FC" w14:paraId="60BE8DA8" w14:textId="77777777" w:rsidTr="00A50F55">
        <w:tc>
          <w:tcPr>
            <w:tcW w:w="498" w:type="dxa"/>
          </w:tcPr>
          <w:p w14:paraId="12F355B4" w14:textId="2586C65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103</w:t>
            </w:r>
          </w:p>
        </w:tc>
        <w:tc>
          <w:tcPr>
            <w:tcW w:w="1293" w:type="dxa"/>
          </w:tcPr>
          <w:p w14:paraId="1C2B8F5E" w14:textId="69B5A93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224SJ</w:t>
            </w:r>
          </w:p>
        </w:tc>
        <w:tc>
          <w:tcPr>
            <w:tcW w:w="1836" w:type="dxa"/>
          </w:tcPr>
          <w:p w14:paraId="4E27CCBC" w14:textId="47C314A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0.4999</w:t>
            </w:r>
          </w:p>
        </w:tc>
        <w:tc>
          <w:tcPr>
            <w:tcW w:w="1241" w:type="dxa"/>
          </w:tcPr>
          <w:p w14:paraId="67E61BFD" w14:textId="7791DDB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01CCB4FF" w14:textId="7D29588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1DC1667F" w14:textId="7FBF63C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25484652" w14:textId="2339CB7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5</w:t>
            </w:r>
          </w:p>
        </w:tc>
      </w:tr>
      <w:tr w:rsidR="000801FC" w14:paraId="4844D141" w14:textId="77777777" w:rsidTr="00A50F55">
        <w:tc>
          <w:tcPr>
            <w:tcW w:w="498" w:type="dxa"/>
          </w:tcPr>
          <w:p w14:paraId="094D5D05" w14:textId="6D4074A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104</w:t>
            </w:r>
          </w:p>
        </w:tc>
        <w:tc>
          <w:tcPr>
            <w:tcW w:w="1293" w:type="dxa"/>
          </w:tcPr>
          <w:p w14:paraId="77F64D5F" w14:textId="2B23D48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225SJ</w:t>
            </w:r>
          </w:p>
        </w:tc>
        <w:tc>
          <w:tcPr>
            <w:tcW w:w="1836" w:type="dxa"/>
          </w:tcPr>
          <w:p w14:paraId="3F033D6F" w14:textId="3630502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0.7835</w:t>
            </w:r>
          </w:p>
        </w:tc>
        <w:tc>
          <w:tcPr>
            <w:tcW w:w="1241" w:type="dxa"/>
          </w:tcPr>
          <w:p w14:paraId="7A5891FA" w14:textId="2FF7AC7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32E52F0A" w14:textId="4700854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220EBDCA" w14:textId="44B6808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1D4A58FE" w14:textId="7E40343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8</w:t>
            </w:r>
          </w:p>
        </w:tc>
      </w:tr>
      <w:tr w:rsidR="000801FC" w14:paraId="4416B116" w14:textId="77777777" w:rsidTr="00A50F55">
        <w:tc>
          <w:tcPr>
            <w:tcW w:w="498" w:type="dxa"/>
          </w:tcPr>
          <w:p w14:paraId="131C814F" w14:textId="5F55865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105</w:t>
            </w:r>
          </w:p>
        </w:tc>
        <w:tc>
          <w:tcPr>
            <w:tcW w:w="1293" w:type="dxa"/>
          </w:tcPr>
          <w:p w14:paraId="47996D3E" w14:textId="73A255B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227SJ</w:t>
            </w:r>
          </w:p>
        </w:tc>
        <w:tc>
          <w:tcPr>
            <w:tcW w:w="1836" w:type="dxa"/>
          </w:tcPr>
          <w:p w14:paraId="6400D08B" w14:textId="0F3526B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1.1275</w:t>
            </w:r>
          </w:p>
        </w:tc>
        <w:tc>
          <w:tcPr>
            <w:tcW w:w="1241" w:type="dxa"/>
          </w:tcPr>
          <w:p w14:paraId="0E4D495A" w14:textId="54F0B4B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4603C7E7" w14:textId="204B73A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2BDA9384" w14:textId="6D845A3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1A18CA54" w14:textId="1567591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w:t>
            </w:r>
          </w:p>
        </w:tc>
      </w:tr>
      <w:tr w:rsidR="000801FC" w14:paraId="6273EE9F" w14:textId="77777777" w:rsidTr="00A50F55">
        <w:tc>
          <w:tcPr>
            <w:tcW w:w="498" w:type="dxa"/>
          </w:tcPr>
          <w:p w14:paraId="0C759585" w14:textId="098A6D5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106</w:t>
            </w:r>
          </w:p>
        </w:tc>
        <w:tc>
          <w:tcPr>
            <w:tcW w:w="1293" w:type="dxa"/>
          </w:tcPr>
          <w:p w14:paraId="15F5BB4D" w14:textId="6065838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230SJ</w:t>
            </w:r>
          </w:p>
        </w:tc>
        <w:tc>
          <w:tcPr>
            <w:tcW w:w="1836" w:type="dxa"/>
          </w:tcPr>
          <w:p w14:paraId="0F1F445B" w14:textId="2FA68F4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0.7196</w:t>
            </w:r>
          </w:p>
        </w:tc>
        <w:tc>
          <w:tcPr>
            <w:tcW w:w="1241" w:type="dxa"/>
          </w:tcPr>
          <w:p w14:paraId="3D8E0032" w14:textId="720D5B6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0BAA4D4B" w14:textId="558DB67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1F63E288" w14:textId="3B07932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0.9</w:t>
            </w:r>
          </w:p>
        </w:tc>
        <w:tc>
          <w:tcPr>
            <w:tcW w:w="1544" w:type="dxa"/>
          </w:tcPr>
          <w:p w14:paraId="55F63C4B" w14:textId="589CE6C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6</w:t>
            </w:r>
          </w:p>
        </w:tc>
      </w:tr>
      <w:tr w:rsidR="000801FC" w14:paraId="685BB267" w14:textId="77777777" w:rsidTr="00A50F55">
        <w:tc>
          <w:tcPr>
            <w:tcW w:w="498" w:type="dxa"/>
          </w:tcPr>
          <w:p w14:paraId="149640C0" w14:textId="576E5E9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107</w:t>
            </w:r>
          </w:p>
        </w:tc>
        <w:tc>
          <w:tcPr>
            <w:tcW w:w="1293" w:type="dxa"/>
          </w:tcPr>
          <w:p w14:paraId="633ECA4F" w14:textId="03BDBE9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231SJ</w:t>
            </w:r>
          </w:p>
        </w:tc>
        <w:tc>
          <w:tcPr>
            <w:tcW w:w="1836" w:type="dxa"/>
          </w:tcPr>
          <w:p w14:paraId="7AE41A41" w14:textId="7152E30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0.3818</w:t>
            </w:r>
          </w:p>
        </w:tc>
        <w:tc>
          <w:tcPr>
            <w:tcW w:w="1241" w:type="dxa"/>
          </w:tcPr>
          <w:p w14:paraId="1BD01C7D" w14:textId="1B614AA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9E1980B" w14:textId="389F4D1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7E928D0C" w14:textId="6A3B21D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573A0842" w14:textId="57004CB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4</w:t>
            </w:r>
          </w:p>
        </w:tc>
      </w:tr>
      <w:tr w:rsidR="000801FC" w14:paraId="553632E6" w14:textId="77777777" w:rsidTr="00A50F55">
        <w:tc>
          <w:tcPr>
            <w:tcW w:w="498" w:type="dxa"/>
          </w:tcPr>
          <w:p w14:paraId="20D7FEE0" w14:textId="0ECC222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108</w:t>
            </w:r>
          </w:p>
        </w:tc>
        <w:tc>
          <w:tcPr>
            <w:tcW w:w="1293" w:type="dxa"/>
          </w:tcPr>
          <w:p w14:paraId="1959889B" w14:textId="73AB3B6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262SJ</w:t>
            </w:r>
          </w:p>
        </w:tc>
        <w:tc>
          <w:tcPr>
            <w:tcW w:w="1836" w:type="dxa"/>
          </w:tcPr>
          <w:p w14:paraId="1ADA62C0" w14:textId="6553AED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0.1773</w:t>
            </w:r>
          </w:p>
        </w:tc>
        <w:tc>
          <w:tcPr>
            <w:tcW w:w="1241" w:type="dxa"/>
          </w:tcPr>
          <w:p w14:paraId="470B1B51" w14:textId="45DA9AD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023DBC7" w14:textId="7C3AF16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4AB3239B" w14:textId="27C05C9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5569C1A1" w14:textId="302582F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530979C9" w14:textId="77777777" w:rsidTr="00A50F55">
        <w:tc>
          <w:tcPr>
            <w:tcW w:w="498" w:type="dxa"/>
          </w:tcPr>
          <w:p w14:paraId="1B4B9399" w14:textId="5731AD27"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109</w:t>
            </w:r>
          </w:p>
        </w:tc>
        <w:tc>
          <w:tcPr>
            <w:tcW w:w="1293" w:type="dxa"/>
          </w:tcPr>
          <w:p w14:paraId="3D6A1997" w14:textId="6E848BC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270SJ</w:t>
            </w:r>
          </w:p>
        </w:tc>
        <w:tc>
          <w:tcPr>
            <w:tcW w:w="1836" w:type="dxa"/>
          </w:tcPr>
          <w:p w14:paraId="2A649ADC" w14:textId="54F61E4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0.1188</w:t>
            </w:r>
          </w:p>
        </w:tc>
        <w:tc>
          <w:tcPr>
            <w:tcW w:w="1241" w:type="dxa"/>
          </w:tcPr>
          <w:p w14:paraId="7095BE10" w14:textId="4DC6F2E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3BA96B57" w14:textId="79DE4325"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6D87C870" w14:textId="747251C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0D2156BE" w14:textId="24DF41E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r>
      <w:tr w:rsidR="000801FC" w14:paraId="7950F717" w14:textId="77777777" w:rsidTr="00A50F55">
        <w:tc>
          <w:tcPr>
            <w:tcW w:w="498" w:type="dxa"/>
          </w:tcPr>
          <w:p w14:paraId="6DB7D39F" w14:textId="23EFDD3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110</w:t>
            </w:r>
          </w:p>
        </w:tc>
        <w:tc>
          <w:tcPr>
            <w:tcW w:w="1293" w:type="dxa"/>
          </w:tcPr>
          <w:p w14:paraId="403E77F8" w14:textId="440727F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272SJ</w:t>
            </w:r>
          </w:p>
        </w:tc>
        <w:tc>
          <w:tcPr>
            <w:tcW w:w="1836" w:type="dxa"/>
          </w:tcPr>
          <w:p w14:paraId="378D2CA7" w14:textId="61959236"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0.2734</w:t>
            </w:r>
          </w:p>
        </w:tc>
        <w:tc>
          <w:tcPr>
            <w:tcW w:w="1241" w:type="dxa"/>
          </w:tcPr>
          <w:p w14:paraId="3DF6C80D" w14:textId="42170D2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3F657C34" w14:textId="095FEAA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335ABCCB" w14:textId="3FB9FAE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3B0992C9" w14:textId="5CDC7CBD"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3</w:t>
            </w:r>
          </w:p>
        </w:tc>
      </w:tr>
      <w:tr w:rsidR="000801FC" w14:paraId="40FF02AE" w14:textId="77777777" w:rsidTr="00A50F55">
        <w:tc>
          <w:tcPr>
            <w:tcW w:w="498" w:type="dxa"/>
          </w:tcPr>
          <w:p w14:paraId="322437E6" w14:textId="11AA374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111</w:t>
            </w:r>
          </w:p>
        </w:tc>
        <w:tc>
          <w:tcPr>
            <w:tcW w:w="1293" w:type="dxa"/>
          </w:tcPr>
          <w:p w14:paraId="328146DA" w14:textId="4A185A3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278SJ</w:t>
            </w:r>
          </w:p>
        </w:tc>
        <w:tc>
          <w:tcPr>
            <w:tcW w:w="1836" w:type="dxa"/>
          </w:tcPr>
          <w:p w14:paraId="2487D9EF" w14:textId="234ACB2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0.2052</w:t>
            </w:r>
          </w:p>
        </w:tc>
        <w:tc>
          <w:tcPr>
            <w:tcW w:w="1241" w:type="dxa"/>
          </w:tcPr>
          <w:p w14:paraId="0AC07D45" w14:textId="075F52D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15927292" w14:textId="6EFA794B"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2E420EDA" w14:textId="1A0C150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3740836F" w14:textId="5C8E8A6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w:t>
            </w:r>
          </w:p>
        </w:tc>
      </w:tr>
      <w:tr w:rsidR="000801FC" w14:paraId="5665C651" w14:textId="77777777" w:rsidTr="00A50F55">
        <w:tc>
          <w:tcPr>
            <w:tcW w:w="498" w:type="dxa"/>
          </w:tcPr>
          <w:p w14:paraId="1216A062" w14:textId="636140E0"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112</w:t>
            </w:r>
          </w:p>
        </w:tc>
        <w:tc>
          <w:tcPr>
            <w:tcW w:w="1293" w:type="dxa"/>
          </w:tcPr>
          <w:p w14:paraId="09139AE8" w14:textId="2502C3F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285SJ</w:t>
            </w:r>
          </w:p>
        </w:tc>
        <w:tc>
          <w:tcPr>
            <w:tcW w:w="1836" w:type="dxa"/>
          </w:tcPr>
          <w:p w14:paraId="502A7ED0" w14:textId="7623C3F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0.0911</w:t>
            </w:r>
          </w:p>
        </w:tc>
        <w:tc>
          <w:tcPr>
            <w:tcW w:w="1241" w:type="dxa"/>
          </w:tcPr>
          <w:p w14:paraId="094FC4D0" w14:textId="552215F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0.5</w:t>
            </w:r>
          </w:p>
        </w:tc>
        <w:tc>
          <w:tcPr>
            <w:tcW w:w="1784" w:type="dxa"/>
          </w:tcPr>
          <w:p w14:paraId="543E0B78" w14:textId="17B1EEA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6B4AE55D" w14:textId="201DB73E"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334E1AC5" w14:textId="2F0B83F1"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r>
      <w:tr w:rsidR="000801FC" w14:paraId="559EE557" w14:textId="77777777" w:rsidTr="00A50F55">
        <w:tc>
          <w:tcPr>
            <w:tcW w:w="498" w:type="dxa"/>
          </w:tcPr>
          <w:p w14:paraId="280A0E7B" w14:textId="67D173CA"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113</w:t>
            </w:r>
          </w:p>
        </w:tc>
        <w:tc>
          <w:tcPr>
            <w:tcW w:w="1293" w:type="dxa"/>
          </w:tcPr>
          <w:p w14:paraId="24DA5F80" w14:textId="6953F1E9"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288SJ</w:t>
            </w:r>
          </w:p>
        </w:tc>
        <w:tc>
          <w:tcPr>
            <w:tcW w:w="1836" w:type="dxa"/>
          </w:tcPr>
          <w:p w14:paraId="688E6AAB" w14:textId="54745634"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0.215</w:t>
            </w:r>
          </w:p>
        </w:tc>
        <w:tc>
          <w:tcPr>
            <w:tcW w:w="1241" w:type="dxa"/>
          </w:tcPr>
          <w:p w14:paraId="3A9F12AA" w14:textId="0E1BEB93"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0.3</w:t>
            </w:r>
          </w:p>
        </w:tc>
        <w:tc>
          <w:tcPr>
            <w:tcW w:w="1784" w:type="dxa"/>
          </w:tcPr>
          <w:p w14:paraId="039BD6DB" w14:textId="60292258"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20</w:t>
            </w:r>
          </w:p>
        </w:tc>
        <w:tc>
          <w:tcPr>
            <w:tcW w:w="1554" w:type="dxa"/>
          </w:tcPr>
          <w:p w14:paraId="0C8E53E6" w14:textId="25176FCC"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c>
          <w:tcPr>
            <w:tcW w:w="1544" w:type="dxa"/>
          </w:tcPr>
          <w:p w14:paraId="4B3544D8" w14:textId="0F28B92F" w:rsidR="000801FC" w:rsidRPr="00E42C56" w:rsidRDefault="000801FC" w:rsidP="000801FC">
            <w:pPr>
              <w:jc w:val="center"/>
              <w:rPr>
                <w:rFonts w:ascii="Roboto Condensed" w:hAnsi="Roboto Condensed"/>
                <w:sz w:val="16"/>
                <w:szCs w:val="16"/>
              </w:rPr>
            </w:pPr>
            <w:r w:rsidRPr="00E42C56">
              <w:rPr>
                <w:rFonts w:ascii="Roboto Condensed" w:hAnsi="Roboto Condensed"/>
                <w:sz w:val="16"/>
                <w:szCs w:val="16"/>
              </w:rPr>
              <w:t>1</w:t>
            </w:r>
          </w:p>
        </w:tc>
      </w:tr>
      <w:tr w:rsidR="001422F3" w14:paraId="17F8ED2B" w14:textId="77777777" w:rsidTr="0041271B">
        <w:tc>
          <w:tcPr>
            <w:tcW w:w="1791" w:type="dxa"/>
            <w:gridSpan w:val="2"/>
            <w:vAlign w:val="center"/>
          </w:tcPr>
          <w:p w14:paraId="5D97EC7B" w14:textId="77777777" w:rsidR="001422F3" w:rsidRPr="007534C9" w:rsidRDefault="001422F3" w:rsidP="00DB4F38">
            <w:pPr>
              <w:jc w:val="right"/>
              <w:rPr>
                <w:rFonts w:ascii="Roboto Condensed" w:hAnsi="Roboto Condensed"/>
                <w:sz w:val="16"/>
                <w:szCs w:val="16"/>
              </w:rPr>
            </w:pPr>
            <w:r>
              <w:rPr>
                <w:rFonts w:ascii="Roboto Condensed" w:hAnsi="Roboto Condensed"/>
                <w:sz w:val="16"/>
                <w:szCs w:val="16"/>
              </w:rPr>
              <w:t>Suma powierzchni</w:t>
            </w:r>
          </w:p>
        </w:tc>
        <w:tc>
          <w:tcPr>
            <w:tcW w:w="1836" w:type="dxa"/>
            <w:vAlign w:val="center"/>
          </w:tcPr>
          <w:p w14:paraId="28580892" w14:textId="2326AD83" w:rsidR="001422F3" w:rsidRPr="007534C9" w:rsidRDefault="001422F3" w:rsidP="00DB4F38">
            <w:pPr>
              <w:jc w:val="center"/>
              <w:rPr>
                <w:rFonts w:ascii="Roboto Condensed" w:hAnsi="Roboto Condensed"/>
                <w:sz w:val="16"/>
                <w:szCs w:val="16"/>
              </w:rPr>
            </w:pPr>
            <w:r>
              <w:rPr>
                <w:rFonts w:ascii="Roboto Condensed" w:hAnsi="Roboto Condensed"/>
                <w:sz w:val="16"/>
                <w:szCs w:val="16"/>
              </w:rPr>
              <w:t>110,17</w:t>
            </w:r>
            <w:r w:rsidRPr="006E46BF">
              <w:rPr>
                <w:rFonts w:ascii="Roboto Condensed" w:hAnsi="Roboto Condensed"/>
                <w:sz w:val="16"/>
                <w:szCs w:val="16"/>
              </w:rPr>
              <w:t xml:space="preserve"> </w:t>
            </w:r>
            <w:r>
              <w:rPr>
                <w:rFonts w:ascii="Roboto Condensed" w:hAnsi="Roboto Condensed"/>
                <w:sz w:val="16"/>
                <w:szCs w:val="16"/>
              </w:rPr>
              <w:t>ha</w:t>
            </w:r>
          </w:p>
        </w:tc>
        <w:tc>
          <w:tcPr>
            <w:tcW w:w="4579" w:type="dxa"/>
            <w:gridSpan w:val="3"/>
            <w:vAlign w:val="center"/>
          </w:tcPr>
          <w:p w14:paraId="67EB4211" w14:textId="3848B5F9" w:rsidR="001422F3" w:rsidRPr="00381695" w:rsidRDefault="001422F3" w:rsidP="001422F3">
            <w:pPr>
              <w:jc w:val="right"/>
              <w:rPr>
                <w:rFonts w:ascii="Roboto Condensed" w:hAnsi="Roboto Condensed"/>
                <w:sz w:val="16"/>
                <w:szCs w:val="16"/>
              </w:rPr>
            </w:pPr>
            <w:r>
              <w:rPr>
                <w:rFonts w:ascii="Roboto Condensed" w:hAnsi="Roboto Condensed"/>
                <w:sz w:val="16"/>
                <w:szCs w:val="16"/>
              </w:rPr>
              <w:t>Suma chłonności</w:t>
            </w:r>
          </w:p>
        </w:tc>
        <w:tc>
          <w:tcPr>
            <w:tcW w:w="1544" w:type="dxa"/>
            <w:vAlign w:val="center"/>
          </w:tcPr>
          <w:p w14:paraId="3F1B5E2E" w14:textId="58145A04" w:rsidR="001422F3" w:rsidRPr="007534C9" w:rsidRDefault="001422F3" w:rsidP="00DB4F38">
            <w:pPr>
              <w:jc w:val="center"/>
              <w:rPr>
                <w:rFonts w:ascii="Roboto Condensed" w:hAnsi="Roboto Condensed"/>
                <w:sz w:val="16"/>
                <w:szCs w:val="16"/>
              </w:rPr>
            </w:pPr>
            <w:r>
              <w:rPr>
                <w:rFonts w:ascii="Roboto Condensed" w:hAnsi="Roboto Condensed"/>
                <w:sz w:val="16"/>
                <w:szCs w:val="16"/>
              </w:rPr>
              <w:t>1113</w:t>
            </w:r>
          </w:p>
        </w:tc>
      </w:tr>
    </w:tbl>
    <w:p w14:paraId="43AF5806" w14:textId="77777777" w:rsidR="00E26F76" w:rsidRPr="00201791" w:rsidRDefault="00E26F76" w:rsidP="00E26F76">
      <w:pPr>
        <w:ind w:left="142"/>
        <w:jc w:val="both"/>
        <w:rPr>
          <w:rFonts w:ascii="Roboto Condensed" w:hAnsi="Roboto Condensed"/>
          <w:i/>
          <w:iCs/>
          <w:color w:val="FFC000"/>
          <w:sz w:val="20"/>
        </w:rPr>
      </w:pPr>
      <w:bookmarkStart w:id="125" w:name="_Hlk206682465"/>
      <w:bookmarkEnd w:id="124"/>
      <w:r w:rsidRPr="00201791">
        <w:rPr>
          <w:rFonts w:ascii="Roboto Condensed" w:hAnsi="Roboto Condensed"/>
          <w:i/>
          <w:iCs/>
          <w:sz w:val="20"/>
        </w:rPr>
        <w:t>Powyższa tabela nie ujmuje stref, na których nie zidentyfikowano terenów niezabudowanych i luk w zabudowie istniejącej.</w:t>
      </w:r>
    </w:p>
    <w:bookmarkEnd w:id="125"/>
    <w:p w14:paraId="38D0AA02" w14:textId="77777777" w:rsidR="00E26F76" w:rsidRDefault="00E26F76" w:rsidP="00E26F76">
      <w:pPr>
        <w:ind w:left="142"/>
        <w:jc w:val="both"/>
        <w:rPr>
          <w:rFonts w:ascii="Roboto Condensed" w:hAnsi="Roboto Condensed"/>
          <w:sz w:val="20"/>
        </w:rPr>
      </w:pPr>
    </w:p>
    <w:p w14:paraId="2C767164" w14:textId="62B1A275" w:rsidR="00C2507F" w:rsidRPr="00C2507F" w:rsidRDefault="00C2507F" w:rsidP="00C2507F">
      <w:pPr>
        <w:ind w:left="142"/>
        <w:jc w:val="both"/>
        <w:rPr>
          <w:rFonts w:ascii="Roboto Condensed" w:hAnsi="Roboto Condensed"/>
          <w:sz w:val="20"/>
        </w:rPr>
      </w:pPr>
      <w:r w:rsidRPr="00C2507F">
        <w:rPr>
          <w:rFonts w:ascii="Roboto Condensed" w:hAnsi="Roboto Condensed"/>
          <w:sz w:val="20"/>
        </w:rPr>
        <w:t>Tabela przedstawia syntetyczne zestawienie parametrów planistycznych dotyczących poszczególnych stref oznaczonych symbolem SJ</w:t>
      </w:r>
      <w:r w:rsidR="00ED3C2A">
        <w:rPr>
          <w:rFonts w:ascii="Roboto Condensed" w:hAnsi="Roboto Condensed"/>
          <w:sz w:val="20"/>
        </w:rPr>
        <w:t xml:space="preserve"> wyznaczonych w ramach obowiązujących </w:t>
      </w:r>
      <w:r w:rsidR="008B1E38">
        <w:rPr>
          <w:rFonts w:ascii="Roboto Condensed" w:hAnsi="Roboto Condensed"/>
          <w:sz w:val="20"/>
        </w:rPr>
        <w:t>miejscowych planów zagospodarowania przestrzennego i obszaru uzupełnienia zabudowy</w:t>
      </w:r>
      <w:r w:rsidRPr="00C2507F">
        <w:rPr>
          <w:rFonts w:ascii="Roboto Condensed" w:hAnsi="Roboto Condensed"/>
          <w:sz w:val="20"/>
        </w:rPr>
        <w:t>. Ujęto w niej powierzchnie terenów niezabudowanych (w tym luk w istniejącej zabudowie), wartości wskaźników intensywności zabudowy oraz przyjęte wskaźniki chłonności, odnoszące się do prognozowanego udziału funkcji mieszkaniowej.</w:t>
      </w:r>
      <w:r w:rsidR="006F1864" w:rsidRPr="006F1864">
        <w:t xml:space="preserve"> </w:t>
      </w:r>
      <w:r w:rsidR="006F1864" w:rsidRPr="006F1864">
        <w:rPr>
          <w:rFonts w:ascii="Roboto Condensed" w:hAnsi="Roboto Condensed"/>
          <w:sz w:val="20"/>
        </w:rPr>
        <w:t>Powyższa tabela nie ujmuje stref, na których nie zidentyfikowano terenów niezabudowanych i luk w zabudowie istniejącej.</w:t>
      </w:r>
    </w:p>
    <w:p w14:paraId="56E8C425" w14:textId="77777777" w:rsidR="00C2507F" w:rsidRPr="00C2507F" w:rsidRDefault="00C2507F" w:rsidP="00C2507F">
      <w:pPr>
        <w:ind w:left="142"/>
        <w:jc w:val="both"/>
        <w:rPr>
          <w:rFonts w:ascii="Roboto Condensed" w:hAnsi="Roboto Condensed"/>
          <w:sz w:val="20"/>
        </w:rPr>
      </w:pPr>
    </w:p>
    <w:p w14:paraId="3AB9AFD6" w14:textId="0D675DB9" w:rsidR="00C2507F" w:rsidRPr="00C2507F" w:rsidRDefault="00C2507F" w:rsidP="00C2507F">
      <w:pPr>
        <w:ind w:left="142"/>
        <w:jc w:val="both"/>
        <w:rPr>
          <w:rFonts w:ascii="Roboto Condensed" w:hAnsi="Roboto Condensed"/>
          <w:sz w:val="20"/>
        </w:rPr>
      </w:pPr>
      <w:r w:rsidRPr="00C2507F">
        <w:rPr>
          <w:rFonts w:ascii="Roboto Condensed" w:hAnsi="Roboto Condensed"/>
          <w:sz w:val="20"/>
        </w:rPr>
        <w:t>Na podstawie danych obliczono chłonność poszczególnych stref, wyrażoną w liczbie potencjalnych mieszkańców, możliwych do ulokowania w ramach planowanej zabudowy. Wartości chłonności zostały określone w przedziale od 1 do 9</w:t>
      </w:r>
      <w:r w:rsidR="00AF4040">
        <w:rPr>
          <w:rFonts w:ascii="Roboto Condensed" w:hAnsi="Roboto Condensed"/>
          <w:sz w:val="20"/>
        </w:rPr>
        <w:t>3</w:t>
      </w:r>
      <w:r w:rsidRPr="00C2507F">
        <w:rPr>
          <w:rFonts w:ascii="Roboto Condensed" w:hAnsi="Roboto Condensed"/>
          <w:sz w:val="20"/>
        </w:rPr>
        <w:t xml:space="preserve"> osób w przypadku pojedynczych stref, przy czym największe potencjalne rezerwy rozwojowe występują w strefach o znacznej powierzchni (</w:t>
      </w:r>
      <w:r w:rsidRPr="00343377">
        <w:rPr>
          <w:rFonts w:ascii="Roboto Condensed" w:hAnsi="Roboto Condensed"/>
          <w:sz w:val="20"/>
        </w:rPr>
        <w:t xml:space="preserve">np. 103SJ, </w:t>
      </w:r>
      <w:r w:rsidR="00664799" w:rsidRPr="00343377">
        <w:rPr>
          <w:rFonts w:ascii="Roboto Condensed" w:hAnsi="Roboto Condensed"/>
          <w:sz w:val="20"/>
        </w:rPr>
        <w:t>177</w:t>
      </w:r>
      <w:r w:rsidRPr="00343377">
        <w:rPr>
          <w:rFonts w:ascii="Roboto Condensed" w:hAnsi="Roboto Condensed"/>
          <w:sz w:val="20"/>
        </w:rPr>
        <w:t xml:space="preserve">SJ, </w:t>
      </w:r>
      <w:r w:rsidR="00664799" w:rsidRPr="00343377">
        <w:rPr>
          <w:rFonts w:ascii="Roboto Condensed" w:hAnsi="Roboto Condensed"/>
          <w:sz w:val="20"/>
        </w:rPr>
        <w:t>162</w:t>
      </w:r>
      <w:r w:rsidRPr="00343377">
        <w:rPr>
          <w:rFonts w:ascii="Roboto Condensed" w:hAnsi="Roboto Condensed"/>
          <w:sz w:val="20"/>
        </w:rPr>
        <w:t xml:space="preserve">SJ, </w:t>
      </w:r>
      <w:r w:rsidR="00626AAA" w:rsidRPr="00343377">
        <w:rPr>
          <w:rFonts w:ascii="Roboto Condensed" w:hAnsi="Roboto Condensed"/>
          <w:sz w:val="20"/>
        </w:rPr>
        <w:t>117</w:t>
      </w:r>
      <w:r w:rsidRPr="00343377">
        <w:rPr>
          <w:rFonts w:ascii="Roboto Condensed" w:hAnsi="Roboto Condensed"/>
          <w:sz w:val="20"/>
        </w:rPr>
        <w:t xml:space="preserve">SJ, </w:t>
      </w:r>
      <w:r w:rsidR="00626AAA" w:rsidRPr="00343377">
        <w:rPr>
          <w:rFonts w:ascii="Roboto Condensed" w:hAnsi="Roboto Condensed"/>
          <w:sz w:val="20"/>
        </w:rPr>
        <w:t>121</w:t>
      </w:r>
      <w:r w:rsidRPr="00343377">
        <w:rPr>
          <w:rFonts w:ascii="Roboto Condensed" w:hAnsi="Roboto Condensed"/>
          <w:sz w:val="20"/>
        </w:rPr>
        <w:t>SJ).</w:t>
      </w:r>
    </w:p>
    <w:p w14:paraId="009B69E8" w14:textId="77777777" w:rsidR="00C2507F" w:rsidRPr="00C2507F" w:rsidRDefault="00C2507F" w:rsidP="00C2507F">
      <w:pPr>
        <w:ind w:left="142"/>
        <w:jc w:val="both"/>
        <w:rPr>
          <w:rFonts w:ascii="Roboto Condensed" w:hAnsi="Roboto Condensed"/>
          <w:sz w:val="20"/>
        </w:rPr>
      </w:pPr>
    </w:p>
    <w:p w14:paraId="07DCB747" w14:textId="74B33B84" w:rsidR="001A2C5D" w:rsidRPr="007B5899" w:rsidRDefault="00C2507F" w:rsidP="00C2507F">
      <w:pPr>
        <w:ind w:left="142"/>
        <w:jc w:val="both"/>
        <w:rPr>
          <w:rFonts w:ascii="Roboto Condensed" w:hAnsi="Roboto Condensed"/>
          <w:sz w:val="20"/>
        </w:rPr>
      </w:pPr>
      <w:r w:rsidRPr="007B5899">
        <w:rPr>
          <w:rFonts w:ascii="Roboto Condensed" w:hAnsi="Roboto Condensed"/>
          <w:sz w:val="20"/>
        </w:rPr>
        <w:t xml:space="preserve">Łącznie powierzchnia analizowanych terenów wynosi </w:t>
      </w:r>
      <w:r w:rsidR="007B5899" w:rsidRPr="007B5899">
        <w:rPr>
          <w:rFonts w:ascii="Roboto Condensed" w:hAnsi="Roboto Condensed"/>
          <w:sz w:val="20"/>
        </w:rPr>
        <w:t>110,17</w:t>
      </w:r>
      <w:r w:rsidR="00E56F4B" w:rsidRPr="007B5899">
        <w:rPr>
          <w:rFonts w:ascii="Roboto Condensed" w:hAnsi="Roboto Condensed"/>
          <w:sz w:val="20"/>
        </w:rPr>
        <w:t xml:space="preserve"> </w:t>
      </w:r>
      <w:r w:rsidRPr="007B5899">
        <w:rPr>
          <w:rFonts w:ascii="Roboto Condensed" w:hAnsi="Roboto Condensed"/>
          <w:sz w:val="20"/>
        </w:rPr>
        <w:t>ha, a suma prognozowanej chłonności obszaru kształtuje się na poziomie 1</w:t>
      </w:r>
      <w:r w:rsidR="00C90224" w:rsidRPr="007B5899">
        <w:rPr>
          <w:rFonts w:ascii="Roboto Condensed" w:hAnsi="Roboto Condensed"/>
          <w:sz w:val="20"/>
        </w:rPr>
        <w:t>1</w:t>
      </w:r>
      <w:r w:rsidR="00296C05" w:rsidRPr="007B5899">
        <w:rPr>
          <w:rFonts w:ascii="Roboto Condensed" w:hAnsi="Roboto Condensed"/>
          <w:sz w:val="20"/>
        </w:rPr>
        <w:t>13</w:t>
      </w:r>
      <w:r w:rsidRPr="007B5899">
        <w:rPr>
          <w:rFonts w:ascii="Roboto Condensed" w:hAnsi="Roboto Condensed"/>
          <w:sz w:val="20"/>
        </w:rPr>
        <w:t xml:space="preserve"> osób.</w:t>
      </w:r>
    </w:p>
    <w:p w14:paraId="0F72AECE" w14:textId="512F8A4F" w:rsidR="00AD5269" w:rsidRDefault="00AD5269">
      <w:pPr>
        <w:rPr>
          <w:rFonts w:ascii="Roboto Condensed" w:hAnsi="Roboto Condensed"/>
          <w:sz w:val="20"/>
        </w:rPr>
      </w:pPr>
    </w:p>
    <w:p w14:paraId="3816E1AC" w14:textId="77777777" w:rsidR="00E26F76" w:rsidRDefault="00E26F76" w:rsidP="00E26F76">
      <w:pPr>
        <w:ind w:left="142"/>
        <w:jc w:val="both"/>
        <w:rPr>
          <w:rFonts w:ascii="Roboto Condensed" w:hAnsi="Roboto Condensed"/>
          <w:color w:val="FFC000"/>
          <w:sz w:val="20"/>
        </w:rPr>
      </w:pPr>
      <w:r w:rsidRPr="00201791">
        <w:rPr>
          <w:rFonts w:ascii="Roboto Condensed" w:hAnsi="Roboto Condensed"/>
          <w:sz w:val="20"/>
        </w:rPr>
        <w:lastRenderedPageBreak/>
        <w:t>W wyznaczonych strefach wielofunkcyjnych z zabudową zagrodową SZ na obszarach uzupełnienia zabudowy, oszacowana chłonność wynosi:</w:t>
      </w:r>
    </w:p>
    <w:p w14:paraId="60DC603E" w14:textId="3182E509" w:rsidR="00E26F76" w:rsidRPr="00E26F76" w:rsidRDefault="00E26F76" w:rsidP="00E26F76">
      <w:pPr>
        <w:pStyle w:val="Tekstpodstawowy2"/>
        <w:spacing w:before="120" w:line="240" w:lineRule="auto"/>
        <w:ind w:left="170"/>
        <w:rPr>
          <w:rFonts w:ascii="Roboto Condensed" w:hAnsi="Roboto Condensed"/>
          <w:color w:val="FFC000"/>
          <w:sz w:val="20"/>
          <w:lang w:val="pl-PL"/>
        </w:rPr>
      </w:pPr>
      <w:r w:rsidRPr="00E26F76">
        <w:rPr>
          <w:rFonts w:ascii="Roboto Condensed" w:hAnsi="Roboto Condensed"/>
          <w:i/>
          <w:iCs/>
          <w:sz w:val="20"/>
          <w:lang w:val="pl-PL"/>
        </w:rPr>
        <w:t xml:space="preserve">Tab. </w:t>
      </w:r>
      <w:r w:rsidR="00DF0B52">
        <w:rPr>
          <w:rFonts w:ascii="Roboto Condensed" w:hAnsi="Roboto Condensed"/>
          <w:i/>
          <w:iCs/>
          <w:sz w:val="20"/>
          <w:lang w:val="pl-PL"/>
        </w:rPr>
        <w:t>10</w:t>
      </w:r>
      <w:r w:rsidRPr="00E26F76">
        <w:rPr>
          <w:rFonts w:ascii="Roboto Condensed" w:hAnsi="Roboto Condensed"/>
          <w:i/>
          <w:iCs/>
          <w:sz w:val="20"/>
          <w:lang w:val="pl-PL"/>
        </w:rPr>
        <w:t xml:space="preserve">. Chłonność </w:t>
      </w:r>
      <w:r w:rsidRPr="00201791">
        <w:rPr>
          <w:rFonts w:ascii="Roboto Condensed" w:hAnsi="Roboto Condensed"/>
          <w:i/>
          <w:iCs/>
          <w:sz w:val="20"/>
          <w:szCs w:val="24"/>
          <w:lang w:val="pl-PL"/>
        </w:rPr>
        <w:t>terenów</w:t>
      </w:r>
      <w:r w:rsidRPr="00E26F76">
        <w:rPr>
          <w:rFonts w:ascii="Roboto Condensed" w:hAnsi="Roboto Condensed"/>
          <w:i/>
          <w:iCs/>
          <w:sz w:val="20"/>
          <w:lang w:val="pl-PL"/>
        </w:rPr>
        <w:t xml:space="preserve"> niezabudowanych i luk w zabudowie istniejącej w ramach</w:t>
      </w:r>
      <w:r w:rsidRPr="00E26F76">
        <w:rPr>
          <w:lang w:val="pl-PL"/>
        </w:rPr>
        <w:t xml:space="preserve"> </w:t>
      </w:r>
      <w:r w:rsidRPr="00E26F76">
        <w:rPr>
          <w:rFonts w:ascii="Roboto Condensed" w:hAnsi="Roboto Condensed"/>
          <w:i/>
          <w:iCs/>
          <w:sz w:val="20"/>
          <w:lang w:val="pl-PL"/>
        </w:rPr>
        <w:t>stref wielofunkcyjnych z zabudową zagrodową SZ na obszarach uzupełnienia zabudowy</w:t>
      </w:r>
      <w:r w:rsidR="00AE7F64">
        <w:rPr>
          <w:rFonts w:ascii="Roboto Condensed" w:hAnsi="Roboto Condensed"/>
          <w:i/>
          <w:iCs/>
          <w:sz w:val="20"/>
          <w:lang w:val="pl-PL"/>
        </w:rPr>
        <w:t>.</w:t>
      </w:r>
    </w:p>
    <w:tbl>
      <w:tblPr>
        <w:tblStyle w:val="Tabela-Siatka"/>
        <w:tblW w:w="9750" w:type="dxa"/>
        <w:tblInd w:w="142" w:type="dxa"/>
        <w:tblLook w:val="04A0" w:firstRow="1" w:lastRow="0" w:firstColumn="1" w:lastColumn="0" w:noHBand="0" w:noVBand="1"/>
      </w:tblPr>
      <w:tblGrid>
        <w:gridCol w:w="415"/>
        <w:gridCol w:w="1304"/>
        <w:gridCol w:w="1853"/>
        <w:gridCol w:w="1254"/>
        <w:gridCol w:w="1794"/>
        <w:gridCol w:w="1568"/>
        <w:gridCol w:w="1562"/>
      </w:tblGrid>
      <w:tr w:rsidR="00817E7A" w14:paraId="1633EA5E" w14:textId="77777777" w:rsidTr="00C53080">
        <w:tc>
          <w:tcPr>
            <w:tcW w:w="415" w:type="dxa"/>
            <w:vMerge w:val="restart"/>
            <w:tcBorders>
              <w:top w:val="single" w:sz="12" w:space="0" w:color="auto"/>
              <w:left w:val="single" w:sz="12" w:space="0" w:color="auto"/>
            </w:tcBorders>
            <w:shd w:val="clear" w:color="auto" w:fill="A6A6A6" w:themeFill="background1" w:themeFillShade="A6"/>
          </w:tcPr>
          <w:p w14:paraId="6B9891F7" w14:textId="77777777" w:rsidR="008B1E38" w:rsidRPr="00201791" w:rsidRDefault="008B1E38" w:rsidP="00DB4F38">
            <w:pPr>
              <w:jc w:val="center"/>
              <w:rPr>
                <w:rFonts w:ascii="Roboto Condensed" w:hAnsi="Roboto Condensed"/>
                <w:sz w:val="16"/>
                <w:szCs w:val="16"/>
              </w:rPr>
            </w:pPr>
            <w:r w:rsidRPr="00201791">
              <w:rPr>
                <w:rFonts w:ascii="Roboto Condensed" w:hAnsi="Roboto Condensed"/>
                <w:sz w:val="16"/>
                <w:szCs w:val="16"/>
              </w:rPr>
              <w:t>Lp.</w:t>
            </w:r>
          </w:p>
        </w:tc>
        <w:tc>
          <w:tcPr>
            <w:tcW w:w="1304" w:type="dxa"/>
            <w:vMerge w:val="restart"/>
            <w:tcBorders>
              <w:top w:val="single" w:sz="12" w:space="0" w:color="auto"/>
            </w:tcBorders>
            <w:shd w:val="clear" w:color="auto" w:fill="A6A6A6" w:themeFill="background1" w:themeFillShade="A6"/>
          </w:tcPr>
          <w:p w14:paraId="5724B13B" w14:textId="4B18C81C" w:rsidR="008B1E38" w:rsidRPr="00201791" w:rsidRDefault="00FF652C" w:rsidP="00DB4F38">
            <w:pPr>
              <w:jc w:val="center"/>
              <w:rPr>
                <w:rFonts w:ascii="Roboto Condensed" w:hAnsi="Roboto Condensed"/>
                <w:sz w:val="16"/>
                <w:szCs w:val="16"/>
              </w:rPr>
            </w:pPr>
            <w:r>
              <w:rPr>
                <w:rFonts w:ascii="Roboto Condensed" w:hAnsi="Roboto Condensed"/>
                <w:sz w:val="16"/>
                <w:szCs w:val="16"/>
              </w:rPr>
              <w:t>Oznaczenie</w:t>
            </w:r>
            <w:r w:rsidRPr="00201791">
              <w:rPr>
                <w:rFonts w:ascii="Roboto Condensed" w:hAnsi="Roboto Condensed"/>
                <w:sz w:val="16"/>
                <w:szCs w:val="16"/>
              </w:rPr>
              <w:t xml:space="preserve"> strefy</w:t>
            </w:r>
          </w:p>
        </w:tc>
        <w:tc>
          <w:tcPr>
            <w:tcW w:w="1853" w:type="dxa"/>
            <w:tcBorders>
              <w:top w:val="single" w:sz="12" w:space="0" w:color="auto"/>
            </w:tcBorders>
            <w:shd w:val="clear" w:color="auto" w:fill="A6A6A6" w:themeFill="background1" w:themeFillShade="A6"/>
          </w:tcPr>
          <w:p w14:paraId="35B0120E" w14:textId="77777777" w:rsidR="008B1E38" w:rsidRPr="00201791" w:rsidRDefault="008B1E38" w:rsidP="00DB4F38">
            <w:pPr>
              <w:jc w:val="center"/>
              <w:rPr>
                <w:rFonts w:ascii="Roboto Condensed" w:hAnsi="Roboto Condensed"/>
                <w:sz w:val="16"/>
                <w:szCs w:val="16"/>
              </w:rPr>
            </w:pPr>
            <w:r w:rsidRPr="00201791">
              <w:rPr>
                <w:rFonts w:ascii="Roboto Condensed" w:hAnsi="Roboto Condensed"/>
                <w:sz w:val="16"/>
                <w:szCs w:val="16"/>
              </w:rPr>
              <w:t xml:space="preserve">powierzchnia terenów niezabudowanych w tym luk w zabudowie istniejącej </w:t>
            </w:r>
          </w:p>
        </w:tc>
        <w:tc>
          <w:tcPr>
            <w:tcW w:w="1254" w:type="dxa"/>
            <w:tcBorders>
              <w:top w:val="single" w:sz="12" w:space="0" w:color="auto"/>
            </w:tcBorders>
            <w:shd w:val="clear" w:color="auto" w:fill="A6A6A6" w:themeFill="background1" w:themeFillShade="A6"/>
          </w:tcPr>
          <w:p w14:paraId="3EB172F6" w14:textId="77777777" w:rsidR="008B1E38" w:rsidRPr="00201791" w:rsidRDefault="008B1E38" w:rsidP="00DB4F38">
            <w:pPr>
              <w:jc w:val="center"/>
              <w:rPr>
                <w:rFonts w:ascii="Roboto Condensed" w:hAnsi="Roboto Condensed"/>
                <w:sz w:val="16"/>
                <w:szCs w:val="16"/>
              </w:rPr>
            </w:pPr>
            <w:r w:rsidRPr="00201791">
              <w:rPr>
                <w:rFonts w:ascii="Roboto Condensed" w:hAnsi="Roboto Condensed"/>
                <w:sz w:val="16"/>
                <w:szCs w:val="16"/>
              </w:rPr>
              <w:t>projektowana maksymalna nadziemna intensywność zabudowy</w:t>
            </w:r>
          </w:p>
        </w:tc>
        <w:tc>
          <w:tcPr>
            <w:tcW w:w="1794" w:type="dxa"/>
            <w:tcBorders>
              <w:top w:val="single" w:sz="12" w:space="0" w:color="auto"/>
            </w:tcBorders>
            <w:shd w:val="clear" w:color="auto" w:fill="A6A6A6" w:themeFill="background1" w:themeFillShade="A6"/>
          </w:tcPr>
          <w:p w14:paraId="389412F8" w14:textId="77777777" w:rsidR="008B1E38" w:rsidRPr="00201791" w:rsidRDefault="008B1E38" w:rsidP="00DB4F38">
            <w:pPr>
              <w:jc w:val="center"/>
              <w:rPr>
                <w:rFonts w:ascii="Roboto Condensed" w:hAnsi="Roboto Condensed"/>
                <w:sz w:val="16"/>
                <w:szCs w:val="16"/>
              </w:rPr>
            </w:pPr>
            <w:r w:rsidRPr="00201791">
              <w:rPr>
                <w:rFonts w:ascii="Roboto Condensed" w:hAnsi="Roboto Condensed"/>
                <w:sz w:val="16"/>
                <w:szCs w:val="16"/>
              </w:rPr>
              <w:t>wskaźnik chłonności uznany za najbardziej zbliżony do planowanej zabudowy</w:t>
            </w:r>
          </w:p>
        </w:tc>
        <w:tc>
          <w:tcPr>
            <w:tcW w:w="1568" w:type="dxa"/>
            <w:tcBorders>
              <w:top w:val="single" w:sz="12" w:space="0" w:color="auto"/>
            </w:tcBorders>
            <w:shd w:val="clear" w:color="auto" w:fill="A6A6A6" w:themeFill="background1" w:themeFillShade="A6"/>
          </w:tcPr>
          <w:p w14:paraId="23A89880" w14:textId="77777777" w:rsidR="008B1E38" w:rsidRPr="00201791" w:rsidRDefault="008B1E38" w:rsidP="00DB4F38">
            <w:pPr>
              <w:jc w:val="center"/>
              <w:rPr>
                <w:rFonts w:ascii="Roboto Condensed" w:hAnsi="Roboto Condensed"/>
                <w:sz w:val="16"/>
                <w:szCs w:val="16"/>
              </w:rPr>
            </w:pPr>
            <w:r w:rsidRPr="006C2936">
              <w:rPr>
                <w:rFonts w:ascii="Roboto Condensed" w:hAnsi="Roboto Condensed"/>
                <w:sz w:val="16"/>
                <w:szCs w:val="16"/>
              </w:rPr>
              <w:t>prognozowany udział (proporcja) funkcji mieszkaniowej w strefie</w:t>
            </w:r>
          </w:p>
        </w:tc>
        <w:tc>
          <w:tcPr>
            <w:tcW w:w="1562" w:type="dxa"/>
            <w:tcBorders>
              <w:top w:val="single" w:sz="12" w:space="0" w:color="auto"/>
              <w:right w:val="single" w:sz="12" w:space="0" w:color="auto"/>
            </w:tcBorders>
            <w:shd w:val="clear" w:color="auto" w:fill="A6A6A6" w:themeFill="background1" w:themeFillShade="A6"/>
          </w:tcPr>
          <w:p w14:paraId="15EF2944" w14:textId="77777777" w:rsidR="008B1E38" w:rsidRPr="00201791" w:rsidRDefault="008B1E38" w:rsidP="00DB4F38">
            <w:pPr>
              <w:jc w:val="center"/>
              <w:rPr>
                <w:rFonts w:ascii="Roboto Condensed" w:hAnsi="Roboto Condensed"/>
                <w:sz w:val="16"/>
                <w:szCs w:val="16"/>
              </w:rPr>
            </w:pPr>
            <w:r w:rsidRPr="00201791">
              <w:rPr>
                <w:rFonts w:ascii="Roboto Condensed" w:hAnsi="Roboto Condensed"/>
                <w:sz w:val="16"/>
                <w:szCs w:val="16"/>
              </w:rPr>
              <w:t>Chłonność terenów</w:t>
            </w:r>
          </w:p>
          <w:p w14:paraId="130EC31D" w14:textId="77777777" w:rsidR="008B1E38" w:rsidRPr="00201791" w:rsidRDefault="008B1E38" w:rsidP="00DB4F38">
            <w:pPr>
              <w:jc w:val="center"/>
              <w:rPr>
                <w:rFonts w:ascii="Roboto Condensed" w:hAnsi="Roboto Condensed"/>
                <w:sz w:val="16"/>
                <w:szCs w:val="16"/>
              </w:rPr>
            </w:pPr>
            <w:r w:rsidRPr="00201791">
              <w:rPr>
                <w:rFonts w:ascii="Roboto Condensed" w:hAnsi="Roboto Condensed"/>
                <w:sz w:val="16"/>
                <w:szCs w:val="16"/>
              </w:rPr>
              <w:t>niezabudowanych, w</w:t>
            </w:r>
          </w:p>
          <w:p w14:paraId="385FE5DC" w14:textId="77777777" w:rsidR="008B1E38" w:rsidRPr="00201791" w:rsidRDefault="008B1E38" w:rsidP="00DB4F38">
            <w:pPr>
              <w:jc w:val="center"/>
              <w:rPr>
                <w:rFonts w:ascii="Roboto Condensed" w:hAnsi="Roboto Condensed"/>
                <w:sz w:val="16"/>
                <w:szCs w:val="16"/>
              </w:rPr>
            </w:pPr>
            <w:r w:rsidRPr="00201791">
              <w:rPr>
                <w:rFonts w:ascii="Roboto Condensed" w:hAnsi="Roboto Condensed"/>
                <w:sz w:val="16"/>
                <w:szCs w:val="16"/>
              </w:rPr>
              <w:t>tym luk w istniejącej</w:t>
            </w:r>
          </w:p>
          <w:p w14:paraId="5201F6D9" w14:textId="77777777" w:rsidR="008B1E38" w:rsidRPr="00201791" w:rsidRDefault="008B1E38" w:rsidP="00DB4F38">
            <w:pPr>
              <w:jc w:val="center"/>
              <w:rPr>
                <w:rFonts w:ascii="Roboto Condensed" w:hAnsi="Roboto Condensed"/>
                <w:sz w:val="16"/>
                <w:szCs w:val="16"/>
              </w:rPr>
            </w:pPr>
            <w:r w:rsidRPr="00201791">
              <w:rPr>
                <w:rFonts w:ascii="Roboto Condensed" w:hAnsi="Roboto Condensed"/>
                <w:sz w:val="16"/>
                <w:szCs w:val="16"/>
              </w:rPr>
              <w:t>zabudowie w strefie</w:t>
            </w:r>
          </w:p>
          <w:p w14:paraId="3067B913" w14:textId="77777777" w:rsidR="008B1E38" w:rsidRPr="00201791" w:rsidRDefault="008B1E38" w:rsidP="00DB4F38">
            <w:pPr>
              <w:jc w:val="center"/>
              <w:rPr>
                <w:rFonts w:ascii="Roboto Condensed" w:hAnsi="Roboto Condensed"/>
                <w:sz w:val="16"/>
                <w:szCs w:val="16"/>
              </w:rPr>
            </w:pPr>
            <w:r w:rsidRPr="00201791">
              <w:rPr>
                <w:rFonts w:ascii="Roboto Condensed" w:hAnsi="Roboto Condensed"/>
                <w:sz w:val="16"/>
                <w:szCs w:val="16"/>
              </w:rPr>
              <w:t>planistycznej</w:t>
            </w:r>
          </w:p>
        </w:tc>
      </w:tr>
      <w:tr w:rsidR="00817E7A" w14:paraId="17F93DD8" w14:textId="77777777" w:rsidTr="00C53080">
        <w:tc>
          <w:tcPr>
            <w:tcW w:w="415" w:type="dxa"/>
            <w:vMerge/>
            <w:tcBorders>
              <w:left w:val="single" w:sz="12" w:space="0" w:color="auto"/>
            </w:tcBorders>
            <w:shd w:val="clear" w:color="auto" w:fill="A6A6A6" w:themeFill="background1" w:themeFillShade="A6"/>
          </w:tcPr>
          <w:p w14:paraId="60B2D12B" w14:textId="77777777" w:rsidR="008B1E38" w:rsidRPr="00201791" w:rsidRDefault="008B1E38" w:rsidP="00DB4F38">
            <w:pPr>
              <w:jc w:val="center"/>
              <w:rPr>
                <w:rFonts w:ascii="Roboto Condensed" w:hAnsi="Roboto Condensed"/>
                <w:sz w:val="16"/>
                <w:szCs w:val="16"/>
              </w:rPr>
            </w:pPr>
          </w:p>
        </w:tc>
        <w:tc>
          <w:tcPr>
            <w:tcW w:w="1304" w:type="dxa"/>
            <w:vMerge/>
            <w:shd w:val="clear" w:color="auto" w:fill="A6A6A6" w:themeFill="background1" w:themeFillShade="A6"/>
          </w:tcPr>
          <w:p w14:paraId="470F413A" w14:textId="77777777" w:rsidR="008B1E38" w:rsidRPr="00201791" w:rsidRDefault="008B1E38" w:rsidP="00DB4F38">
            <w:pPr>
              <w:jc w:val="center"/>
              <w:rPr>
                <w:rFonts w:ascii="Roboto Condensed" w:hAnsi="Roboto Condensed"/>
                <w:sz w:val="16"/>
                <w:szCs w:val="16"/>
              </w:rPr>
            </w:pPr>
          </w:p>
        </w:tc>
        <w:tc>
          <w:tcPr>
            <w:tcW w:w="1853" w:type="dxa"/>
            <w:shd w:val="clear" w:color="auto" w:fill="A6A6A6" w:themeFill="background1" w:themeFillShade="A6"/>
          </w:tcPr>
          <w:p w14:paraId="2F462969" w14:textId="77777777" w:rsidR="008B1E38" w:rsidRPr="00201791" w:rsidRDefault="00342D17" w:rsidP="00DB4F38">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P</m:t>
                    </m:r>
                  </m:e>
                  <m:sub>
                    <m:r>
                      <m:rPr>
                        <m:sty m:val="bi"/>
                      </m:rPr>
                      <w:rPr>
                        <w:rFonts w:ascii="Cambria Math" w:hAnsi="Cambria Math"/>
                        <w:sz w:val="16"/>
                        <w:szCs w:val="16"/>
                      </w:rPr>
                      <m:t>st</m:t>
                    </m:r>
                  </m:sub>
                  <m:sup>
                    <m:r>
                      <m:rPr>
                        <m:sty m:val="bi"/>
                      </m:rPr>
                      <w:rPr>
                        <w:rFonts w:ascii="Cambria Math" w:hAnsi="Cambria Math"/>
                        <w:sz w:val="16"/>
                        <w:szCs w:val="16"/>
                      </w:rPr>
                      <m:t>(s)</m:t>
                    </m:r>
                  </m:sup>
                </m:sSubSup>
              </m:oMath>
            </m:oMathPara>
          </w:p>
        </w:tc>
        <w:tc>
          <w:tcPr>
            <w:tcW w:w="1254" w:type="dxa"/>
            <w:shd w:val="clear" w:color="auto" w:fill="A6A6A6" w:themeFill="background1" w:themeFillShade="A6"/>
          </w:tcPr>
          <w:p w14:paraId="31AF64BB" w14:textId="77777777" w:rsidR="008B1E38" w:rsidRPr="00201791" w:rsidRDefault="00342D17" w:rsidP="00DB4F38">
            <w:pPr>
              <w:spacing w:line="276" w:lineRule="auto"/>
              <w:jc w:val="center"/>
              <w:rPr>
                <w:rFonts w:ascii="Roboto Condensed" w:hAnsi="Roboto Condensed"/>
                <w:b/>
                <w:bCs/>
                <w:sz w:val="16"/>
                <w:szCs w:val="16"/>
              </w:rPr>
            </w:pPr>
            <m:oMathPara>
              <m:oMath>
                <m:sSup>
                  <m:sSupPr>
                    <m:ctrlPr>
                      <w:rPr>
                        <w:rFonts w:ascii="Cambria Math" w:hAnsi="Cambria Math"/>
                        <w:b/>
                        <w:bCs/>
                        <w:i/>
                        <w:sz w:val="16"/>
                        <w:szCs w:val="16"/>
                      </w:rPr>
                    </m:ctrlPr>
                  </m:sSupPr>
                  <m:e>
                    <m:r>
                      <m:rPr>
                        <m:sty m:val="bi"/>
                      </m:rPr>
                      <w:rPr>
                        <w:rFonts w:ascii="Cambria Math" w:hAnsi="Cambria Math"/>
                        <w:sz w:val="16"/>
                        <w:szCs w:val="16"/>
                      </w:rPr>
                      <m:t>I</m:t>
                    </m:r>
                  </m:e>
                  <m:sup>
                    <m:r>
                      <m:rPr>
                        <m:sty m:val="bi"/>
                      </m:rPr>
                      <w:rPr>
                        <w:rFonts w:ascii="Cambria Math" w:hAnsi="Cambria Math"/>
                        <w:sz w:val="16"/>
                        <w:szCs w:val="16"/>
                      </w:rPr>
                      <m:t>(s)</m:t>
                    </m:r>
                  </m:sup>
                </m:sSup>
              </m:oMath>
            </m:oMathPara>
          </w:p>
        </w:tc>
        <w:tc>
          <w:tcPr>
            <w:tcW w:w="1794" w:type="dxa"/>
            <w:shd w:val="clear" w:color="auto" w:fill="A6A6A6" w:themeFill="background1" w:themeFillShade="A6"/>
          </w:tcPr>
          <w:p w14:paraId="30B82DA1" w14:textId="77777777" w:rsidR="008B1E38" w:rsidRPr="00201791" w:rsidRDefault="00342D17" w:rsidP="00DB4F38">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W</m:t>
                    </m:r>
                  </m:e>
                  <m:sub>
                    <m:r>
                      <m:rPr>
                        <m:sty m:val="bi"/>
                      </m:rPr>
                      <w:rPr>
                        <w:rFonts w:ascii="Cambria Math" w:hAnsi="Cambria Math"/>
                        <w:sz w:val="16"/>
                        <w:szCs w:val="16"/>
                      </w:rPr>
                      <m:t>Ch</m:t>
                    </m:r>
                  </m:sub>
                  <m:sup>
                    <m:r>
                      <m:rPr>
                        <m:sty m:val="bi"/>
                      </m:rPr>
                      <w:rPr>
                        <w:rFonts w:ascii="Cambria Math" w:hAnsi="Cambria Math"/>
                        <w:sz w:val="16"/>
                        <w:szCs w:val="16"/>
                      </w:rPr>
                      <m:t>(s)</m:t>
                    </m:r>
                  </m:sup>
                </m:sSubSup>
              </m:oMath>
            </m:oMathPara>
          </w:p>
        </w:tc>
        <w:tc>
          <w:tcPr>
            <w:tcW w:w="1568" w:type="dxa"/>
            <w:shd w:val="clear" w:color="auto" w:fill="A6A6A6" w:themeFill="background1" w:themeFillShade="A6"/>
          </w:tcPr>
          <w:p w14:paraId="24BB4F35" w14:textId="77777777" w:rsidR="008B1E38" w:rsidRPr="00BB0E2A" w:rsidRDefault="00342D17" w:rsidP="00DB4F38">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f</m:t>
                    </m:r>
                  </m:e>
                  <m:sub>
                    <m:r>
                      <m:rPr>
                        <m:sty m:val="bi"/>
                      </m:rPr>
                      <w:rPr>
                        <w:rFonts w:ascii="Cambria Math" w:hAnsi="Cambria Math"/>
                        <w:sz w:val="16"/>
                        <w:szCs w:val="16"/>
                      </w:rPr>
                      <m:t>m</m:t>
                    </m:r>
                  </m:sub>
                  <m:sup>
                    <m:r>
                      <m:rPr>
                        <m:sty m:val="bi"/>
                      </m:rPr>
                      <w:rPr>
                        <w:rFonts w:ascii="Cambria Math" w:hAnsi="Cambria Math"/>
                        <w:sz w:val="16"/>
                        <w:szCs w:val="16"/>
                      </w:rPr>
                      <m:t>(s)</m:t>
                    </m:r>
                  </m:sup>
                </m:sSubSup>
              </m:oMath>
            </m:oMathPara>
          </w:p>
        </w:tc>
        <w:tc>
          <w:tcPr>
            <w:tcW w:w="1562" w:type="dxa"/>
            <w:tcBorders>
              <w:right w:val="single" w:sz="12" w:space="0" w:color="auto"/>
            </w:tcBorders>
            <w:shd w:val="clear" w:color="auto" w:fill="A6A6A6" w:themeFill="background1" w:themeFillShade="A6"/>
          </w:tcPr>
          <w:p w14:paraId="40DA764D" w14:textId="77777777" w:rsidR="008B1E38" w:rsidRPr="00201791" w:rsidRDefault="00342D17" w:rsidP="00DB4F38">
            <w:pPr>
              <w:spacing w:line="276" w:lineRule="auto"/>
              <w:jc w:val="center"/>
              <w:rPr>
                <w:rFonts w:ascii="Roboto Condensed" w:hAnsi="Roboto Condensed"/>
                <w:b/>
                <w:bCs/>
                <w:sz w:val="16"/>
                <w:szCs w:val="16"/>
              </w:rPr>
            </w:pPr>
            <m:oMathPara>
              <m:oMath>
                <m:sSub>
                  <m:sSubPr>
                    <m:ctrlPr>
                      <w:rPr>
                        <w:rFonts w:ascii="Cambria Math" w:hAnsi="Cambria Math"/>
                        <w:b/>
                        <w:bCs/>
                        <w:i/>
                        <w:sz w:val="16"/>
                        <w:szCs w:val="16"/>
                      </w:rPr>
                    </m:ctrlPr>
                  </m:sSubPr>
                  <m:e>
                    <m:r>
                      <m:rPr>
                        <m:sty m:val="bi"/>
                      </m:rPr>
                      <w:rPr>
                        <w:rFonts w:ascii="Cambria Math" w:hAnsi="Cambria Math"/>
                        <w:sz w:val="16"/>
                        <w:szCs w:val="16"/>
                      </w:rPr>
                      <m:t>Ch</m:t>
                    </m:r>
                  </m:e>
                  <m:sub>
                    <m:r>
                      <m:rPr>
                        <m:sty m:val="bi"/>
                      </m:rPr>
                      <w:rPr>
                        <w:rFonts w:ascii="Cambria Math" w:hAnsi="Cambria Math"/>
                        <w:sz w:val="16"/>
                        <w:szCs w:val="16"/>
                      </w:rPr>
                      <m:t>s</m:t>
                    </m:r>
                  </m:sub>
                </m:sSub>
              </m:oMath>
            </m:oMathPara>
          </w:p>
        </w:tc>
      </w:tr>
      <w:tr w:rsidR="00817E7A" w14:paraId="57691507" w14:textId="77777777" w:rsidTr="00C53080">
        <w:tc>
          <w:tcPr>
            <w:tcW w:w="415" w:type="dxa"/>
            <w:vMerge/>
            <w:tcBorders>
              <w:left w:val="single" w:sz="12" w:space="0" w:color="auto"/>
              <w:bottom w:val="single" w:sz="12" w:space="0" w:color="auto"/>
            </w:tcBorders>
            <w:shd w:val="clear" w:color="auto" w:fill="A6A6A6" w:themeFill="background1" w:themeFillShade="A6"/>
          </w:tcPr>
          <w:p w14:paraId="4FC64117" w14:textId="77777777" w:rsidR="008B1E38" w:rsidRPr="00201791" w:rsidRDefault="008B1E38" w:rsidP="00DB4F38">
            <w:pPr>
              <w:jc w:val="center"/>
              <w:rPr>
                <w:rFonts w:ascii="Roboto Condensed" w:hAnsi="Roboto Condensed"/>
                <w:sz w:val="16"/>
                <w:szCs w:val="16"/>
              </w:rPr>
            </w:pPr>
          </w:p>
        </w:tc>
        <w:tc>
          <w:tcPr>
            <w:tcW w:w="1304" w:type="dxa"/>
            <w:vMerge/>
            <w:tcBorders>
              <w:bottom w:val="single" w:sz="12" w:space="0" w:color="auto"/>
            </w:tcBorders>
            <w:shd w:val="clear" w:color="auto" w:fill="A6A6A6" w:themeFill="background1" w:themeFillShade="A6"/>
          </w:tcPr>
          <w:p w14:paraId="03BBDCFC" w14:textId="77777777" w:rsidR="008B1E38" w:rsidRPr="00201791" w:rsidRDefault="008B1E38" w:rsidP="00DB4F38">
            <w:pPr>
              <w:jc w:val="center"/>
              <w:rPr>
                <w:rFonts w:ascii="Roboto Condensed" w:hAnsi="Roboto Condensed"/>
                <w:sz w:val="16"/>
                <w:szCs w:val="16"/>
              </w:rPr>
            </w:pPr>
          </w:p>
        </w:tc>
        <w:tc>
          <w:tcPr>
            <w:tcW w:w="1853" w:type="dxa"/>
            <w:tcBorders>
              <w:bottom w:val="single" w:sz="12" w:space="0" w:color="auto"/>
            </w:tcBorders>
            <w:shd w:val="clear" w:color="auto" w:fill="A6A6A6" w:themeFill="background1" w:themeFillShade="A6"/>
          </w:tcPr>
          <w:p w14:paraId="591969EA" w14:textId="77777777" w:rsidR="008B1E38" w:rsidRPr="00201791" w:rsidRDefault="008B1E38" w:rsidP="00DB4F38">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ha</w:t>
            </w:r>
            <w:r>
              <w:rPr>
                <w:rFonts w:ascii="Roboto Condensed" w:hAnsi="Roboto Condensed"/>
                <w:sz w:val="16"/>
                <w:szCs w:val="16"/>
              </w:rPr>
              <w:t>]</w:t>
            </w:r>
          </w:p>
        </w:tc>
        <w:tc>
          <w:tcPr>
            <w:tcW w:w="1254" w:type="dxa"/>
            <w:tcBorders>
              <w:bottom w:val="single" w:sz="12" w:space="0" w:color="auto"/>
            </w:tcBorders>
            <w:shd w:val="clear" w:color="auto" w:fill="A6A6A6" w:themeFill="background1" w:themeFillShade="A6"/>
          </w:tcPr>
          <w:p w14:paraId="3F0122F4" w14:textId="77777777" w:rsidR="008B1E38" w:rsidRPr="00201791" w:rsidRDefault="008B1E38" w:rsidP="00DB4F38">
            <w:pPr>
              <w:jc w:val="center"/>
              <w:rPr>
                <w:rFonts w:ascii="Roboto Condensed" w:hAnsi="Roboto Condensed"/>
                <w:sz w:val="16"/>
                <w:szCs w:val="16"/>
              </w:rPr>
            </w:pPr>
          </w:p>
        </w:tc>
        <w:tc>
          <w:tcPr>
            <w:tcW w:w="1794" w:type="dxa"/>
            <w:tcBorders>
              <w:bottom w:val="single" w:sz="12" w:space="0" w:color="auto"/>
            </w:tcBorders>
            <w:shd w:val="clear" w:color="auto" w:fill="A6A6A6" w:themeFill="background1" w:themeFillShade="A6"/>
          </w:tcPr>
          <w:p w14:paraId="29A6C887" w14:textId="77777777" w:rsidR="008B1E38" w:rsidRPr="00201791" w:rsidRDefault="008B1E38" w:rsidP="00DB4F38">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os./ha</w:t>
            </w:r>
            <w:r>
              <w:rPr>
                <w:rFonts w:ascii="Roboto Condensed" w:hAnsi="Roboto Condensed"/>
                <w:sz w:val="16"/>
                <w:szCs w:val="16"/>
              </w:rPr>
              <w:t>]</w:t>
            </w:r>
          </w:p>
        </w:tc>
        <w:tc>
          <w:tcPr>
            <w:tcW w:w="1568" w:type="dxa"/>
            <w:tcBorders>
              <w:bottom w:val="single" w:sz="12" w:space="0" w:color="auto"/>
            </w:tcBorders>
            <w:shd w:val="clear" w:color="auto" w:fill="A6A6A6" w:themeFill="background1" w:themeFillShade="A6"/>
          </w:tcPr>
          <w:p w14:paraId="7E67AD5E" w14:textId="77777777" w:rsidR="008B1E38" w:rsidRDefault="008B1E38" w:rsidP="00DB4F38">
            <w:pPr>
              <w:jc w:val="center"/>
              <w:rPr>
                <w:rFonts w:ascii="Roboto Condensed" w:hAnsi="Roboto Condensed"/>
                <w:sz w:val="16"/>
                <w:szCs w:val="16"/>
              </w:rPr>
            </w:pPr>
          </w:p>
        </w:tc>
        <w:tc>
          <w:tcPr>
            <w:tcW w:w="1562" w:type="dxa"/>
            <w:tcBorders>
              <w:bottom w:val="single" w:sz="12" w:space="0" w:color="auto"/>
              <w:right w:val="single" w:sz="12" w:space="0" w:color="auto"/>
            </w:tcBorders>
            <w:shd w:val="clear" w:color="auto" w:fill="A6A6A6" w:themeFill="background1" w:themeFillShade="A6"/>
          </w:tcPr>
          <w:p w14:paraId="6A72F68B" w14:textId="77777777" w:rsidR="008B1E38" w:rsidRPr="00201791" w:rsidRDefault="008B1E38" w:rsidP="00DB4F38">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os.</w:t>
            </w:r>
            <w:r>
              <w:rPr>
                <w:rFonts w:ascii="Roboto Condensed" w:hAnsi="Roboto Condensed"/>
                <w:sz w:val="16"/>
                <w:szCs w:val="16"/>
              </w:rPr>
              <w:t>]</w:t>
            </w:r>
          </w:p>
        </w:tc>
      </w:tr>
      <w:tr w:rsidR="00817E7A" w14:paraId="3A86C6BA" w14:textId="77777777" w:rsidTr="00C53080">
        <w:tc>
          <w:tcPr>
            <w:tcW w:w="415" w:type="dxa"/>
            <w:vAlign w:val="center"/>
          </w:tcPr>
          <w:p w14:paraId="2A58C84E" w14:textId="4B062B54" w:rsidR="00817E7A" w:rsidRPr="0006238C" w:rsidRDefault="00817E7A" w:rsidP="00817E7A">
            <w:pPr>
              <w:jc w:val="center"/>
              <w:rPr>
                <w:rFonts w:ascii="Roboto Condensed" w:hAnsi="Roboto Condensed"/>
                <w:sz w:val="16"/>
                <w:szCs w:val="16"/>
              </w:rPr>
            </w:pPr>
            <w:r w:rsidRPr="00817E7A">
              <w:rPr>
                <w:rFonts w:ascii="Roboto Condensed" w:hAnsi="Roboto Condensed"/>
                <w:sz w:val="16"/>
                <w:szCs w:val="16"/>
              </w:rPr>
              <w:t>1</w:t>
            </w:r>
          </w:p>
        </w:tc>
        <w:tc>
          <w:tcPr>
            <w:tcW w:w="1304" w:type="dxa"/>
            <w:vAlign w:val="center"/>
          </w:tcPr>
          <w:p w14:paraId="2B09170D" w14:textId="46B91127" w:rsidR="00817E7A" w:rsidRPr="0006238C" w:rsidRDefault="00817E7A" w:rsidP="00817E7A">
            <w:pPr>
              <w:jc w:val="center"/>
              <w:rPr>
                <w:rFonts w:ascii="Roboto Condensed" w:hAnsi="Roboto Condensed"/>
                <w:sz w:val="16"/>
                <w:szCs w:val="16"/>
              </w:rPr>
            </w:pPr>
            <w:r w:rsidRPr="00817E7A">
              <w:rPr>
                <w:rFonts w:ascii="Roboto Condensed" w:hAnsi="Roboto Condensed"/>
                <w:sz w:val="16"/>
                <w:szCs w:val="16"/>
              </w:rPr>
              <w:t>35SZ</w:t>
            </w:r>
          </w:p>
        </w:tc>
        <w:tc>
          <w:tcPr>
            <w:tcW w:w="1853" w:type="dxa"/>
            <w:vAlign w:val="center"/>
          </w:tcPr>
          <w:p w14:paraId="16C628D7" w14:textId="4F969DF2" w:rsidR="00817E7A" w:rsidRPr="0006238C" w:rsidRDefault="00817E7A" w:rsidP="00817E7A">
            <w:pPr>
              <w:jc w:val="center"/>
              <w:rPr>
                <w:rFonts w:ascii="Roboto Condensed" w:hAnsi="Roboto Condensed"/>
                <w:sz w:val="16"/>
                <w:szCs w:val="16"/>
              </w:rPr>
            </w:pPr>
            <w:r w:rsidRPr="00817E7A">
              <w:rPr>
                <w:rFonts w:ascii="Roboto Condensed" w:hAnsi="Roboto Condensed"/>
                <w:sz w:val="16"/>
                <w:szCs w:val="16"/>
              </w:rPr>
              <w:t>0.</w:t>
            </w:r>
            <w:r w:rsidR="00F262E8">
              <w:rPr>
                <w:rFonts w:ascii="Roboto Condensed" w:hAnsi="Roboto Condensed"/>
                <w:sz w:val="16"/>
                <w:szCs w:val="16"/>
              </w:rPr>
              <w:t>2075</w:t>
            </w:r>
          </w:p>
        </w:tc>
        <w:tc>
          <w:tcPr>
            <w:tcW w:w="1254" w:type="dxa"/>
            <w:vAlign w:val="center"/>
          </w:tcPr>
          <w:p w14:paraId="4B196EC9" w14:textId="0FF6B7B4" w:rsidR="00817E7A" w:rsidRPr="0006238C" w:rsidRDefault="00817E7A" w:rsidP="00817E7A">
            <w:pPr>
              <w:jc w:val="center"/>
              <w:rPr>
                <w:rFonts w:ascii="Roboto Condensed" w:hAnsi="Roboto Condensed"/>
                <w:sz w:val="16"/>
                <w:szCs w:val="16"/>
              </w:rPr>
            </w:pPr>
            <w:r w:rsidRPr="00817E7A">
              <w:rPr>
                <w:rFonts w:ascii="Roboto Condensed" w:hAnsi="Roboto Condensed"/>
                <w:sz w:val="16"/>
                <w:szCs w:val="16"/>
              </w:rPr>
              <w:t>0.3</w:t>
            </w:r>
          </w:p>
        </w:tc>
        <w:tc>
          <w:tcPr>
            <w:tcW w:w="1794" w:type="dxa"/>
            <w:vAlign w:val="center"/>
          </w:tcPr>
          <w:p w14:paraId="29BBF514" w14:textId="06F2253F" w:rsidR="00817E7A" w:rsidRPr="0006238C" w:rsidRDefault="00817E7A" w:rsidP="00817E7A">
            <w:pPr>
              <w:jc w:val="center"/>
              <w:rPr>
                <w:rFonts w:ascii="Roboto Condensed" w:hAnsi="Roboto Condensed"/>
                <w:sz w:val="16"/>
                <w:szCs w:val="16"/>
              </w:rPr>
            </w:pPr>
            <w:r w:rsidRPr="00817E7A">
              <w:rPr>
                <w:rFonts w:ascii="Roboto Condensed" w:hAnsi="Roboto Condensed"/>
                <w:sz w:val="16"/>
                <w:szCs w:val="16"/>
              </w:rPr>
              <w:t>16</w:t>
            </w:r>
          </w:p>
        </w:tc>
        <w:tc>
          <w:tcPr>
            <w:tcW w:w="1568" w:type="dxa"/>
            <w:vAlign w:val="center"/>
          </w:tcPr>
          <w:p w14:paraId="2AB5D4DC" w14:textId="128BA5DA" w:rsidR="00817E7A" w:rsidRPr="0006238C" w:rsidRDefault="00817E7A" w:rsidP="00817E7A">
            <w:pPr>
              <w:jc w:val="center"/>
              <w:rPr>
                <w:rFonts w:ascii="Roboto Condensed" w:hAnsi="Roboto Condensed"/>
                <w:sz w:val="16"/>
                <w:szCs w:val="16"/>
              </w:rPr>
            </w:pPr>
            <w:r w:rsidRPr="00817E7A">
              <w:rPr>
                <w:rFonts w:ascii="Roboto Condensed" w:hAnsi="Roboto Condensed"/>
                <w:sz w:val="16"/>
                <w:szCs w:val="16"/>
              </w:rPr>
              <w:t>1</w:t>
            </w:r>
          </w:p>
        </w:tc>
        <w:tc>
          <w:tcPr>
            <w:tcW w:w="1562" w:type="dxa"/>
            <w:vAlign w:val="center"/>
          </w:tcPr>
          <w:p w14:paraId="1CB3D889" w14:textId="50E7B7D1" w:rsidR="00817E7A" w:rsidRPr="0006238C" w:rsidRDefault="00A3575E" w:rsidP="00817E7A">
            <w:pPr>
              <w:jc w:val="center"/>
              <w:rPr>
                <w:rFonts w:ascii="Roboto Condensed" w:hAnsi="Roboto Condensed"/>
                <w:sz w:val="16"/>
                <w:szCs w:val="16"/>
              </w:rPr>
            </w:pPr>
            <w:r>
              <w:rPr>
                <w:rFonts w:ascii="Roboto Condensed" w:hAnsi="Roboto Condensed"/>
                <w:sz w:val="16"/>
                <w:szCs w:val="16"/>
              </w:rPr>
              <w:t>1</w:t>
            </w:r>
          </w:p>
        </w:tc>
      </w:tr>
      <w:tr w:rsidR="001422F3" w14:paraId="5080468C" w14:textId="77777777" w:rsidTr="00BF1B1B">
        <w:tc>
          <w:tcPr>
            <w:tcW w:w="1719" w:type="dxa"/>
            <w:gridSpan w:val="2"/>
            <w:vAlign w:val="center"/>
          </w:tcPr>
          <w:p w14:paraId="1D693559" w14:textId="77777777" w:rsidR="001422F3" w:rsidRPr="007534C9" w:rsidRDefault="001422F3" w:rsidP="00DB4F38">
            <w:pPr>
              <w:jc w:val="right"/>
              <w:rPr>
                <w:rFonts w:ascii="Roboto Condensed" w:hAnsi="Roboto Condensed"/>
                <w:sz w:val="16"/>
                <w:szCs w:val="16"/>
              </w:rPr>
            </w:pPr>
            <w:r>
              <w:rPr>
                <w:rFonts w:ascii="Roboto Condensed" w:hAnsi="Roboto Condensed"/>
                <w:sz w:val="16"/>
                <w:szCs w:val="16"/>
              </w:rPr>
              <w:t>Suma powierzchni</w:t>
            </w:r>
          </w:p>
        </w:tc>
        <w:tc>
          <w:tcPr>
            <w:tcW w:w="1853" w:type="dxa"/>
            <w:vAlign w:val="center"/>
          </w:tcPr>
          <w:p w14:paraId="683064F5" w14:textId="17079182" w:rsidR="001422F3" w:rsidRPr="007534C9" w:rsidRDefault="001422F3" w:rsidP="00DB4F38">
            <w:pPr>
              <w:jc w:val="center"/>
              <w:rPr>
                <w:rFonts w:ascii="Roboto Condensed" w:hAnsi="Roboto Condensed"/>
                <w:sz w:val="16"/>
                <w:szCs w:val="16"/>
              </w:rPr>
            </w:pPr>
            <w:r>
              <w:rPr>
                <w:rFonts w:ascii="Roboto Condensed" w:hAnsi="Roboto Condensed"/>
                <w:sz w:val="16"/>
                <w:szCs w:val="16"/>
              </w:rPr>
              <w:t>0.2</w:t>
            </w:r>
            <w:r w:rsidR="00E42C56">
              <w:rPr>
                <w:rFonts w:ascii="Roboto Condensed" w:hAnsi="Roboto Condensed"/>
                <w:sz w:val="16"/>
                <w:szCs w:val="16"/>
              </w:rPr>
              <w:t>1</w:t>
            </w:r>
            <w:r>
              <w:rPr>
                <w:rFonts w:ascii="Roboto Condensed" w:hAnsi="Roboto Condensed"/>
                <w:sz w:val="16"/>
                <w:szCs w:val="16"/>
              </w:rPr>
              <w:t xml:space="preserve"> ha</w:t>
            </w:r>
          </w:p>
        </w:tc>
        <w:tc>
          <w:tcPr>
            <w:tcW w:w="4616" w:type="dxa"/>
            <w:gridSpan w:val="3"/>
            <w:vAlign w:val="center"/>
          </w:tcPr>
          <w:p w14:paraId="7C69783D" w14:textId="6764D494" w:rsidR="001422F3" w:rsidRPr="00381695" w:rsidRDefault="001422F3" w:rsidP="001422F3">
            <w:pPr>
              <w:jc w:val="right"/>
              <w:rPr>
                <w:rFonts w:ascii="Roboto Condensed" w:hAnsi="Roboto Condensed"/>
                <w:sz w:val="16"/>
                <w:szCs w:val="16"/>
              </w:rPr>
            </w:pPr>
            <w:r>
              <w:rPr>
                <w:rFonts w:ascii="Roboto Condensed" w:hAnsi="Roboto Condensed"/>
                <w:sz w:val="16"/>
                <w:szCs w:val="16"/>
              </w:rPr>
              <w:t>Suma chłonności</w:t>
            </w:r>
          </w:p>
        </w:tc>
        <w:tc>
          <w:tcPr>
            <w:tcW w:w="1562" w:type="dxa"/>
            <w:vAlign w:val="center"/>
          </w:tcPr>
          <w:p w14:paraId="7536C068" w14:textId="2023EC8B" w:rsidR="001422F3" w:rsidRPr="007534C9" w:rsidRDefault="001422F3" w:rsidP="00DB4F38">
            <w:pPr>
              <w:jc w:val="center"/>
              <w:rPr>
                <w:rFonts w:ascii="Roboto Condensed" w:hAnsi="Roboto Condensed"/>
                <w:sz w:val="16"/>
                <w:szCs w:val="16"/>
              </w:rPr>
            </w:pPr>
            <w:r>
              <w:rPr>
                <w:rFonts w:ascii="Roboto Condensed" w:hAnsi="Roboto Condensed"/>
                <w:sz w:val="16"/>
                <w:szCs w:val="16"/>
              </w:rPr>
              <w:t>1</w:t>
            </w:r>
          </w:p>
        </w:tc>
      </w:tr>
    </w:tbl>
    <w:p w14:paraId="4FAE8CA6" w14:textId="709F54A4" w:rsidR="00E26F76" w:rsidRPr="00201791" w:rsidRDefault="00E26F76" w:rsidP="00E26F76">
      <w:pPr>
        <w:ind w:left="142"/>
        <w:jc w:val="both"/>
        <w:rPr>
          <w:rFonts w:ascii="Roboto Condensed" w:hAnsi="Roboto Condensed"/>
          <w:i/>
          <w:iCs/>
          <w:color w:val="FFC000"/>
          <w:sz w:val="20"/>
        </w:rPr>
      </w:pPr>
      <w:r w:rsidRPr="00201791">
        <w:rPr>
          <w:rFonts w:ascii="Roboto Condensed" w:hAnsi="Roboto Condensed"/>
          <w:i/>
          <w:iCs/>
          <w:sz w:val="20"/>
        </w:rPr>
        <w:t>Powyższa tabela nie ujmuje stref</w:t>
      </w:r>
      <w:r>
        <w:rPr>
          <w:rFonts w:ascii="Roboto Condensed" w:hAnsi="Roboto Condensed"/>
          <w:i/>
          <w:iCs/>
          <w:sz w:val="20"/>
        </w:rPr>
        <w:t>,</w:t>
      </w:r>
      <w:r w:rsidRPr="00201791">
        <w:rPr>
          <w:rFonts w:ascii="Roboto Condensed" w:hAnsi="Roboto Condensed"/>
          <w:i/>
          <w:iCs/>
          <w:sz w:val="20"/>
        </w:rPr>
        <w:t xml:space="preserve"> na których nie zidentyfikowano terenów niezabudowanych i luk w zabudowie istniejącej.</w:t>
      </w:r>
    </w:p>
    <w:p w14:paraId="76569D55" w14:textId="77777777" w:rsidR="00E26F76" w:rsidRDefault="00E26F76" w:rsidP="00E26F76">
      <w:pPr>
        <w:ind w:left="142"/>
        <w:jc w:val="both"/>
        <w:rPr>
          <w:rFonts w:ascii="Roboto Condensed" w:hAnsi="Roboto Condensed"/>
          <w:color w:val="FFC000"/>
          <w:sz w:val="20"/>
        </w:rPr>
      </w:pPr>
    </w:p>
    <w:p w14:paraId="66F54101" w14:textId="0C30BE8D" w:rsidR="00E307E5" w:rsidRPr="00975798" w:rsidRDefault="00E307E5" w:rsidP="00E307E5">
      <w:pPr>
        <w:ind w:left="142"/>
        <w:jc w:val="both"/>
        <w:rPr>
          <w:rFonts w:ascii="Roboto Condensed" w:hAnsi="Roboto Condensed"/>
          <w:sz w:val="20"/>
        </w:rPr>
      </w:pPr>
      <w:r w:rsidRPr="00975798">
        <w:rPr>
          <w:rFonts w:ascii="Roboto Condensed" w:hAnsi="Roboto Condensed"/>
          <w:sz w:val="20"/>
        </w:rPr>
        <w:t>Tabela przedstawia parametry planistyczne dla strefy oznaczonej symbolem 35SZ</w:t>
      </w:r>
      <w:r w:rsidR="00EE4B25" w:rsidRPr="00975798">
        <w:rPr>
          <w:rFonts w:ascii="Roboto Condensed" w:hAnsi="Roboto Condensed"/>
          <w:sz w:val="20"/>
        </w:rPr>
        <w:t xml:space="preserve"> </w:t>
      </w:r>
      <w:r w:rsidR="00EE4B25">
        <w:rPr>
          <w:rFonts w:ascii="Roboto Condensed" w:hAnsi="Roboto Condensed"/>
          <w:sz w:val="20"/>
        </w:rPr>
        <w:t>wyznaczonej w ramach obszaru uzupełnienia zabudowy</w:t>
      </w:r>
      <w:r w:rsidR="00EE4B25" w:rsidRPr="00C2507F">
        <w:rPr>
          <w:rFonts w:ascii="Roboto Condensed" w:hAnsi="Roboto Condensed"/>
          <w:sz w:val="20"/>
        </w:rPr>
        <w:t>.</w:t>
      </w:r>
      <w:r w:rsidRPr="00975798">
        <w:rPr>
          <w:rFonts w:ascii="Roboto Condensed" w:hAnsi="Roboto Condensed"/>
          <w:sz w:val="20"/>
        </w:rPr>
        <w:t>. Powierzchnia terenów niezabudowanych, w tym luk w istniejącej zabudowie, wynosi 0,</w:t>
      </w:r>
      <w:r w:rsidR="00760A81">
        <w:rPr>
          <w:rFonts w:ascii="Roboto Condensed" w:hAnsi="Roboto Condensed"/>
          <w:sz w:val="20"/>
        </w:rPr>
        <w:t>20</w:t>
      </w:r>
      <w:r w:rsidR="003B6AC7">
        <w:rPr>
          <w:rFonts w:ascii="Roboto Condensed" w:hAnsi="Roboto Condensed"/>
          <w:sz w:val="20"/>
        </w:rPr>
        <w:t>75</w:t>
      </w:r>
      <w:r w:rsidRPr="00975798">
        <w:rPr>
          <w:rFonts w:ascii="Roboto Condensed" w:hAnsi="Roboto Condensed"/>
          <w:sz w:val="20"/>
        </w:rPr>
        <w:t xml:space="preserve"> ha. Przyjęto maksymalną nadziemną intensywność zabudowy równą 0,3 oraz wskaźnik chłonności na poziomie 16 os./ha, przy pełnym (100%) udziale funkcji mieszkaniowej w strukturze zagospodarowania.</w:t>
      </w:r>
    </w:p>
    <w:p w14:paraId="69CB9E53" w14:textId="77777777" w:rsidR="00E307E5" w:rsidRPr="00975798" w:rsidRDefault="00E307E5" w:rsidP="00E307E5">
      <w:pPr>
        <w:ind w:left="142"/>
        <w:jc w:val="both"/>
        <w:rPr>
          <w:rFonts w:ascii="Roboto Condensed" w:hAnsi="Roboto Condensed"/>
          <w:sz w:val="20"/>
        </w:rPr>
      </w:pPr>
    </w:p>
    <w:p w14:paraId="73DECEB2" w14:textId="77777777" w:rsidR="00E26F76" w:rsidRDefault="00E26F76" w:rsidP="00E26F76">
      <w:pPr>
        <w:spacing w:after="120"/>
        <w:ind w:left="142"/>
        <w:jc w:val="both"/>
        <w:rPr>
          <w:rFonts w:ascii="Roboto Condensed" w:hAnsi="Roboto Condensed"/>
          <w:color w:val="FFC000"/>
          <w:sz w:val="20"/>
        </w:rPr>
      </w:pPr>
      <w:r w:rsidRPr="00201791">
        <w:rPr>
          <w:rFonts w:ascii="Roboto Condensed" w:hAnsi="Roboto Condensed"/>
          <w:sz w:val="20"/>
        </w:rPr>
        <w:t>Chłonność terenów niezabudowanych, w tym luk w istniejącej zabudowie w strefach planistycznych SJ i SZ wyznaczonych w ramach obszaru uzupełnienia zabudowy:</w:t>
      </w:r>
    </w:p>
    <w:tbl>
      <w:tblPr>
        <w:tblStyle w:val="Tabela-Siatka"/>
        <w:tblW w:w="0" w:type="auto"/>
        <w:jc w:val="center"/>
        <w:tblLook w:val="04A0" w:firstRow="1" w:lastRow="0" w:firstColumn="1" w:lastColumn="0" w:noHBand="0" w:noVBand="1"/>
      </w:tblPr>
      <w:tblGrid>
        <w:gridCol w:w="3539"/>
        <w:gridCol w:w="1236"/>
      </w:tblGrid>
      <w:tr w:rsidR="00E26F76" w:rsidRPr="00A476F3" w14:paraId="3B6E3CFB" w14:textId="77777777" w:rsidTr="00DB4F38">
        <w:trPr>
          <w:jc w:val="center"/>
        </w:trPr>
        <w:tc>
          <w:tcPr>
            <w:tcW w:w="3539" w:type="dxa"/>
          </w:tcPr>
          <w:p w14:paraId="45AC7694" w14:textId="77777777" w:rsidR="00E26F76" w:rsidRPr="00201791" w:rsidRDefault="00E26F76" w:rsidP="00DB4F38">
            <w:pPr>
              <w:jc w:val="both"/>
              <w:rPr>
                <w:rFonts w:ascii="Roboto Condensed" w:hAnsi="Roboto Condensed"/>
                <w:sz w:val="20"/>
              </w:rPr>
            </w:pPr>
            <w:r w:rsidRPr="00201791">
              <w:rPr>
                <w:rFonts w:ascii="Roboto Condensed" w:hAnsi="Roboto Condensed"/>
                <w:sz w:val="20"/>
              </w:rPr>
              <w:t>Suma chłonności dla strefy SJ</w:t>
            </w:r>
          </w:p>
        </w:tc>
        <w:tc>
          <w:tcPr>
            <w:tcW w:w="1236" w:type="dxa"/>
          </w:tcPr>
          <w:p w14:paraId="044DE59C" w14:textId="51EF4744" w:rsidR="00E26F76" w:rsidRPr="00201791" w:rsidRDefault="00E26F76" w:rsidP="00DB4F38">
            <w:pPr>
              <w:jc w:val="both"/>
              <w:rPr>
                <w:rFonts w:ascii="Roboto Condensed" w:hAnsi="Roboto Condensed"/>
                <w:sz w:val="20"/>
              </w:rPr>
            </w:pPr>
            <w:r w:rsidRPr="007B5899">
              <w:rPr>
                <w:rFonts w:ascii="Roboto Condensed" w:hAnsi="Roboto Condensed"/>
                <w:sz w:val="20"/>
              </w:rPr>
              <w:t xml:space="preserve"> </w:t>
            </w:r>
            <w:r w:rsidR="007B5899" w:rsidRPr="007B5899">
              <w:rPr>
                <w:rFonts w:ascii="Roboto Condensed" w:hAnsi="Roboto Condensed"/>
                <w:sz w:val="20"/>
              </w:rPr>
              <w:t xml:space="preserve">1113 </w:t>
            </w:r>
            <w:r w:rsidRPr="007B5899">
              <w:rPr>
                <w:rFonts w:ascii="Roboto Condensed" w:hAnsi="Roboto Condensed"/>
                <w:sz w:val="20"/>
              </w:rPr>
              <w:t>os</w:t>
            </w:r>
            <w:r w:rsidRPr="00201791">
              <w:rPr>
                <w:rFonts w:ascii="Roboto Condensed" w:hAnsi="Roboto Condensed"/>
                <w:sz w:val="20"/>
              </w:rPr>
              <w:t>.</w:t>
            </w:r>
          </w:p>
        </w:tc>
      </w:tr>
      <w:tr w:rsidR="00E26F76" w:rsidRPr="00A476F3" w14:paraId="042E1F3F" w14:textId="77777777" w:rsidTr="00DB4F38">
        <w:trPr>
          <w:jc w:val="center"/>
        </w:trPr>
        <w:tc>
          <w:tcPr>
            <w:tcW w:w="3539" w:type="dxa"/>
          </w:tcPr>
          <w:p w14:paraId="0F264294" w14:textId="77777777" w:rsidR="00E26F76" w:rsidRPr="00201791" w:rsidRDefault="00E26F76" w:rsidP="00DB4F38">
            <w:pPr>
              <w:jc w:val="both"/>
              <w:rPr>
                <w:rFonts w:ascii="Roboto Condensed" w:hAnsi="Roboto Condensed"/>
                <w:sz w:val="20"/>
              </w:rPr>
            </w:pPr>
            <w:r w:rsidRPr="00201791">
              <w:rPr>
                <w:rFonts w:ascii="Roboto Condensed" w:hAnsi="Roboto Condensed"/>
                <w:sz w:val="20"/>
              </w:rPr>
              <w:t>Suma chłonności dla strefy SZ</w:t>
            </w:r>
          </w:p>
        </w:tc>
        <w:tc>
          <w:tcPr>
            <w:tcW w:w="1236" w:type="dxa"/>
          </w:tcPr>
          <w:p w14:paraId="49D4CFA1" w14:textId="2372E2FE" w:rsidR="00E26F76" w:rsidRPr="00201791" w:rsidRDefault="00E26F76" w:rsidP="00DB4F38">
            <w:pPr>
              <w:jc w:val="both"/>
              <w:rPr>
                <w:rFonts w:ascii="Roboto Condensed" w:hAnsi="Roboto Condensed"/>
                <w:sz w:val="20"/>
              </w:rPr>
            </w:pPr>
            <w:r w:rsidRPr="00201791">
              <w:rPr>
                <w:rFonts w:ascii="Roboto Condensed" w:hAnsi="Roboto Condensed"/>
                <w:sz w:val="20"/>
              </w:rPr>
              <w:t xml:space="preserve"> </w:t>
            </w:r>
            <w:r w:rsidR="00935946">
              <w:rPr>
                <w:rFonts w:ascii="Roboto Condensed" w:hAnsi="Roboto Condensed"/>
                <w:sz w:val="20"/>
              </w:rPr>
              <w:t>1</w:t>
            </w:r>
            <w:r w:rsidRPr="00201791">
              <w:rPr>
                <w:rFonts w:ascii="Roboto Condensed" w:hAnsi="Roboto Condensed"/>
                <w:sz w:val="20"/>
              </w:rPr>
              <w:t xml:space="preserve"> os.</w:t>
            </w:r>
          </w:p>
        </w:tc>
      </w:tr>
      <w:tr w:rsidR="00E26F76" w:rsidRPr="00A476F3" w14:paraId="5EAED832" w14:textId="77777777" w:rsidTr="00DB4F38">
        <w:trPr>
          <w:jc w:val="center"/>
        </w:trPr>
        <w:tc>
          <w:tcPr>
            <w:tcW w:w="3539" w:type="dxa"/>
          </w:tcPr>
          <w:p w14:paraId="7871597F" w14:textId="77777777" w:rsidR="00E26F76" w:rsidRPr="00201791" w:rsidRDefault="00E26F76" w:rsidP="00DB4F38">
            <w:pPr>
              <w:spacing w:line="276" w:lineRule="auto"/>
              <w:jc w:val="both"/>
              <w:rPr>
                <w:rFonts w:ascii="Roboto Condensed" w:hAnsi="Roboto Condensed"/>
                <w:sz w:val="20"/>
              </w:rPr>
            </w:pPr>
            <w:r w:rsidRPr="00201791">
              <w:rPr>
                <w:rFonts w:ascii="Roboto Condensed" w:eastAsiaTheme="minorEastAsia" w:hAnsi="Roboto Condensed"/>
                <w:sz w:val="20"/>
                <w:szCs w:val="20"/>
              </w:rPr>
              <w:t xml:space="preserve">Łączna chłonność dla całej gminy - </w:t>
            </w:r>
            <m:oMath>
              <m:sSub>
                <m:sSubPr>
                  <m:ctrlPr>
                    <w:rPr>
                      <w:rFonts w:ascii="Cambria Math" w:hAnsi="Cambria Math"/>
                      <w:i/>
                    </w:rPr>
                  </m:ctrlPr>
                </m:sSubPr>
                <m:e>
                  <m:r>
                    <w:rPr>
                      <w:rFonts w:ascii="Cambria Math" w:hAnsi="Cambria Math"/>
                    </w:rPr>
                    <m:t>Ch</m:t>
                  </m:r>
                </m:e>
                <m:sub>
                  <m:r>
                    <w:rPr>
                      <w:rFonts w:ascii="Cambria Math" w:hAnsi="Cambria Math"/>
                    </w:rPr>
                    <m:t>gm</m:t>
                  </m:r>
                </m:sub>
              </m:sSub>
            </m:oMath>
          </w:p>
        </w:tc>
        <w:tc>
          <w:tcPr>
            <w:tcW w:w="1236" w:type="dxa"/>
          </w:tcPr>
          <w:p w14:paraId="2F836462" w14:textId="31DB9428" w:rsidR="00E26F76" w:rsidRPr="00201791" w:rsidRDefault="00E26F76" w:rsidP="00DB4F38">
            <w:pPr>
              <w:jc w:val="both"/>
              <w:rPr>
                <w:rFonts w:ascii="Roboto Condensed" w:hAnsi="Roboto Condensed"/>
                <w:sz w:val="20"/>
              </w:rPr>
            </w:pPr>
            <w:r w:rsidRPr="002A2EC5">
              <w:rPr>
                <w:rFonts w:ascii="Roboto Condensed" w:hAnsi="Roboto Condensed"/>
                <w:sz w:val="20"/>
              </w:rPr>
              <w:t xml:space="preserve"> </w:t>
            </w:r>
            <w:r w:rsidR="00935946" w:rsidRPr="002A2EC5">
              <w:rPr>
                <w:rFonts w:ascii="Roboto Condensed" w:hAnsi="Roboto Condensed"/>
                <w:sz w:val="20"/>
              </w:rPr>
              <w:t>11</w:t>
            </w:r>
            <w:r w:rsidR="002A2EC5" w:rsidRPr="002A2EC5">
              <w:rPr>
                <w:rFonts w:ascii="Roboto Condensed" w:hAnsi="Roboto Condensed"/>
                <w:sz w:val="20"/>
              </w:rPr>
              <w:t>14</w:t>
            </w:r>
            <w:r w:rsidRPr="002A2EC5">
              <w:rPr>
                <w:rFonts w:ascii="Roboto Condensed" w:hAnsi="Roboto Condensed"/>
                <w:sz w:val="20"/>
              </w:rPr>
              <w:t xml:space="preserve"> </w:t>
            </w:r>
            <w:r w:rsidRPr="00201791">
              <w:rPr>
                <w:rFonts w:ascii="Roboto Condensed" w:hAnsi="Roboto Condensed"/>
                <w:sz w:val="20"/>
              </w:rPr>
              <w:t>os.</w:t>
            </w:r>
          </w:p>
        </w:tc>
      </w:tr>
    </w:tbl>
    <w:p w14:paraId="74A8D2C6" w14:textId="77777777" w:rsidR="00E26F76" w:rsidRPr="00201791" w:rsidRDefault="00E26F76" w:rsidP="00E26F76">
      <w:pPr>
        <w:spacing w:before="120"/>
        <w:ind w:left="142"/>
        <w:jc w:val="both"/>
        <w:rPr>
          <w:rFonts w:ascii="Roboto Condensed" w:hAnsi="Roboto Condensed"/>
          <w:sz w:val="20"/>
        </w:rPr>
      </w:pPr>
      <w:r w:rsidRPr="00201791">
        <w:rPr>
          <w:rFonts w:ascii="Roboto Condensed" w:hAnsi="Roboto Condensed"/>
          <w:sz w:val="20"/>
        </w:rPr>
        <w:t xml:space="preserve">Zgodnie z wyliczonym zapotrzebowaniem na nową zabudowę mieszkaniową w gminie - ZAP (patrz: </w:t>
      </w:r>
      <w:hyperlink w:anchor="_2.25._Zapotrzebowanie_na" w:history="1">
        <w:r w:rsidRPr="00201791">
          <w:rPr>
            <w:rStyle w:val="Hipercze"/>
            <w:rFonts w:ascii="Roboto Condensed" w:hAnsi="Roboto Condensed"/>
            <w:color w:val="auto"/>
            <w:sz w:val="20"/>
          </w:rPr>
          <w:t>2.25. Zapotrzebowanie na nową zabudowę mieszkaniową w gminie</w:t>
        </w:r>
      </w:hyperlink>
      <w:r w:rsidRPr="00201791">
        <w:rPr>
          <w:rFonts w:ascii="Roboto Condensed" w:hAnsi="Roboto Condensed"/>
          <w:sz w:val="20"/>
        </w:rPr>
        <w:t xml:space="preserve">) wynoszącym 2094 osoby, procent zapotrzebowania na nową zabudowę w terenach niezabudowanych, w tym luk w istniejącej zabudowie w strefach planistycznych według wzoru: </w:t>
      </w:r>
    </w:p>
    <w:p w14:paraId="0BAAE341" w14:textId="77777777" w:rsidR="00E26F76" w:rsidRDefault="00E26F76" w:rsidP="00E26F76">
      <w:pPr>
        <w:ind w:left="142"/>
        <w:jc w:val="both"/>
        <w:rPr>
          <w:rFonts w:ascii="Roboto Condensed" w:hAnsi="Roboto Condensed"/>
          <w:color w:val="FFC000"/>
          <w:sz w:val="20"/>
        </w:rPr>
      </w:pPr>
    </w:p>
    <w:bookmarkStart w:id="126" w:name="_Hlk204028112"/>
    <w:p w14:paraId="35DCE8B0" w14:textId="77777777" w:rsidR="00E26F76" w:rsidRPr="00201791" w:rsidRDefault="00342D17" w:rsidP="00975798">
      <w:pPr>
        <w:spacing w:after="240"/>
        <w:ind w:left="142"/>
        <w:jc w:val="both"/>
        <w:rPr>
          <w:rFonts w:ascii="Roboto Condensed" w:hAnsi="Roboto Condensed"/>
          <w:sz w:val="20"/>
        </w:rPr>
      </w:pPr>
      <m:oMathPara>
        <m:oMath>
          <m:sSub>
            <m:sSubPr>
              <m:ctrlPr>
                <w:rPr>
                  <w:rFonts w:ascii="Cambria Math" w:hAnsi="Cambria Math"/>
                  <w:i/>
                </w:rPr>
              </m:ctrlPr>
            </m:sSubPr>
            <m:e>
              <m:r>
                <w:rPr>
                  <w:rFonts w:ascii="Cambria Math" w:hAnsi="Cambria Math"/>
                </w:rPr>
                <m:t>ZAP</m:t>
              </m:r>
            </m:e>
            <m:sub>
              <m:r>
                <w:rPr>
                  <w:rFonts w:ascii="Cambria Math" w:hAnsi="Cambria Math"/>
                </w:rPr>
                <m:t>%</m:t>
              </m:r>
            </m:sub>
          </m:sSub>
          <w:bookmarkEnd w:id="126"/>
          <m:r>
            <w:rPr>
              <w:rFonts w:ascii="Cambria Math" w:hAnsi="Cambria Math"/>
            </w:rPr>
            <m:t>=</m:t>
          </m:r>
          <m:f>
            <m:fPr>
              <m:ctrlPr>
                <w:rPr>
                  <w:rFonts w:ascii="Cambria Math" w:hAnsi="Cambria Math"/>
                  <w:i/>
                </w:rPr>
              </m:ctrlPr>
            </m:fPr>
            <m:num>
              <w:bookmarkStart w:id="127" w:name="_Hlk204028127"/>
              <m:sSub>
                <m:sSubPr>
                  <m:ctrlPr>
                    <w:rPr>
                      <w:rFonts w:ascii="Cambria Math" w:hAnsi="Cambria Math"/>
                      <w:i/>
                    </w:rPr>
                  </m:ctrlPr>
                </m:sSubPr>
                <m:e>
                  <m:r>
                    <w:rPr>
                      <w:rFonts w:ascii="Cambria Math" w:hAnsi="Cambria Math"/>
                    </w:rPr>
                    <m:t>Ch</m:t>
                  </m:r>
                </m:e>
                <m:sub>
                  <m:r>
                    <w:rPr>
                      <w:rFonts w:ascii="Cambria Math" w:hAnsi="Cambria Math"/>
                    </w:rPr>
                    <m:t>gm</m:t>
                  </m:r>
                </m:sub>
              </m:sSub>
              <w:bookmarkEnd w:id="127"/>
            </m:num>
            <m:den>
              <m:r>
                <w:rPr>
                  <w:rFonts w:ascii="Cambria Math" w:hAnsi="Cambria Math"/>
                </w:rPr>
                <m:t>ZAP</m:t>
              </m:r>
            </m:den>
          </m:f>
          <m:r>
            <w:rPr>
              <w:rFonts w:ascii="Cambria Math" w:hAnsi="Cambria Math"/>
            </w:rPr>
            <m:t>*100%</m:t>
          </m:r>
        </m:oMath>
      </m:oMathPara>
    </w:p>
    <w:p w14:paraId="76D78AFD" w14:textId="77777777" w:rsidR="00E26F76" w:rsidRPr="00201791" w:rsidRDefault="00E26F76" w:rsidP="00E26F76">
      <w:pPr>
        <w:ind w:left="142"/>
        <w:rPr>
          <w:rFonts w:ascii="Roboto Condensed" w:hAnsi="Roboto Condensed"/>
          <w:sz w:val="20"/>
        </w:rPr>
      </w:pPr>
      <w:r w:rsidRPr="00201791">
        <w:rPr>
          <w:rFonts w:ascii="Roboto Condensed" w:hAnsi="Roboto Condensed"/>
          <w:sz w:val="20"/>
        </w:rPr>
        <w:t>Gdzie:</w:t>
      </w:r>
    </w:p>
    <w:p w14:paraId="45FC110F" w14:textId="77777777" w:rsidR="00E26F76" w:rsidRPr="00201791" w:rsidRDefault="00342D17" w:rsidP="00E26F76">
      <w:pPr>
        <w:spacing w:line="276" w:lineRule="auto"/>
        <w:ind w:left="284"/>
        <w:rPr>
          <w:rFonts w:ascii="Roboto Condensed" w:hAnsi="Roboto Condensed"/>
          <w:i/>
          <w:sz w:val="20"/>
        </w:rPr>
      </w:pPr>
      <m:oMath>
        <m:sSub>
          <m:sSubPr>
            <m:ctrlPr>
              <w:rPr>
                <w:rFonts w:ascii="Cambria Math" w:hAnsi="Cambria Math"/>
                <w:i/>
              </w:rPr>
            </m:ctrlPr>
          </m:sSubPr>
          <m:e>
            <m:r>
              <w:rPr>
                <w:rFonts w:ascii="Cambria Math" w:hAnsi="Cambria Math"/>
              </w:rPr>
              <m:t>ZAP</m:t>
            </m:r>
          </m:e>
          <m:sub>
            <m:r>
              <w:rPr>
                <w:rFonts w:ascii="Cambria Math" w:hAnsi="Cambria Math"/>
              </w:rPr>
              <m:t>%</m:t>
            </m:r>
          </m:sub>
        </m:sSub>
      </m:oMath>
      <w:r w:rsidR="00E26F76" w:rsidRPr="00201791">
        <w:rPr>
          <w:rFonts w:ascii="Roboto Condensed" w:hAnsi="Roboto Condensed"/>
          <w:i/>
          <w:sz w:val="20"/>
        </w:rPr>
        <w:t xml:space="preserve"> – procent zapotrzebowania na nową zabudowę w terenach niezabudowanych</w:t>
      </w:r>
    </w:p>
    <w:p w14:paraId="72273DBE" w14:textId="77777777" w:rsidR="00E26F76" w:rsidRPr="00201791" w:rsidRDefault="00342D17" w:rsidP="00E26F76">
      <w:pPr>
        <w:ind w:left="284"/>
        <w:rPr>
          <w:rFonts w:ascii="Roboto Condensed" w:hAnsi="Roboto Condensed"/>
          <w:i/>
          <w:sz w:val="20"/>
        </w:rPr>
      </w:pPr>
      <m:oMath>
        <m:sSub>
          <m:sSubPr>
            <m:ctrlPr>
              <w:rPr>
                <w:rFonts w:ascii="Cambria Math" w:hAnsi="Cambria Math"/>
                <w:i/>
              </w:rPr>
            </m:ctrlPr>
          </m:sSubPr>
          <m:e>
            <m:r>
              <w:rPr>
                <w:rFonts w:ascii="Cambria Math" w:hAnsi="Cambria Math"/>
              </w:rPr>
              <m:t>Ch</m:t>
            </m:r>
          </m:e>
          <m:sub>
            <m:r>
              <w:rPr>
                <w:rFonts w:ascii="Cambria Math" w:hAnsi="Cambria Math"/>
              </w:rPr>
              <m:t>gm</m:t>
            </m:r>
          </m:sub>
        </m:sSub>
      </m:oMath>
      <w:r w:rsidR="00E26F76" w:rsidRPr="00201791">
        <w:rPr>
          <w:rFonts w:ascii="Roboto Condensed" w:hAnsi="Roboto Condensed"/>
          <w:i/>
          <w:sz w:val="20"/>
        </w:rPr>
        <w:t>– chłonność terenów niezabudowanych, w tym luk w istniejącej zabudowie</w:t>
      </w:r>
    </w:p>
    <w:p w14:paraId="6678A54C" w14:textId="77777777" w:rsidR="00E26F76" w:rsidRPr="00201791" w:rsidRDefault="00E26F76" w:rsidP="00E26F76">
      <w:pPr>
        <w:spacing w:after="120"/>
        <w:ind w:left="284"/>
        <w:rPr>
          <w:rFonts w:ascii="Roboto Condensed" w:hAnsi="Roboto Condensed"/>
          <w:sz w:val="20"/>
        </w:rPr>
      </w:pPr>
      <m:oMath>
        <m:r>
          <w:rPr>
            <w:rFonts w:ascii="Cambria Math" w:hAnsi="Cambria Math"/>
          </w:rPr>
          <m:t>ZAP</m:t>
        </m:r>
      </m:oMath>
      <w:r w:rsidRPr="00201791">
        <w:rPr>
          <w:rFonts w:ascii="Roboto Condensed" w:hAnsi="Roboto Condensed"/>
          <w:i/>
          <w:sz w:val="20"/>
        </w:rPr>
        <w:t xml:space="preserve"> – zapotrzebowanie na nową zabudowę obliczoną wg. §3 ust. 2 rozporządzenia </w:t>
      </w:r>
    </w:p>
    <w:p w14:paraId="3D6A3771" w14:textId="36E50085" w:rsidR="00E26F76" w:rsidRPr="00201791" w:rsidRDefault="00342D17" w:rsidP="00E26F76">
      <w:pPr>
        <w:ind w:left="142"/>
        <w:jc w:val="center"/>
        <w:rPr>
          <w:rFonts w:ascii="Roboto Condensed" w:hAnsi="Roboto Condensed"/>
          <w:sz w:val="20"/>
        </w:rPr>
      </w:pPr>
      <m:oMathPara>
        <m:oMath>
          <m:sSub>
            <m:sSubPr>
              <m:ctrlPr>
                <w:rPr>
                  <w:rFonts w:ascii="Cambria Math" w:hAnsi="Cambria Math"/>
                  <w:i/>
                </w:rPr>
              </m:ctrlPr>
            </m:sSubPr>
            <m:e>
              <m:r>
                <w:rPr>
                  <w:rFonts w:ascii="Cambria Math" w:hAnsi="Cambria Math"/>
                </w:rPr>
                <m:t>ZAP</m:t>
              </m:r>
            </m:e>
            <m:sub>
              <m:r>
                <w:rPr>
                  <w:rFonts w:ascii="Cambria Math" w:hAnsi="Cambria Math"/>
                </w:rPr>
                <m:t>%</m:t>
              </m:r>
            </m:sub>
          </m:sSub>
          <m:r>
            <w:rPr>
              <w:rFonts w:ascii="Cambria Math" w:hAnsi="Cambria Math"/>
            </w:rPr>
            <m:t>=</m:t>
          </m:r>
          <m:f>
            <m:fPr>
              <m:ctrlPr>
                <w:rPr>
                  <w:rFonts w:ascii="Cambria Math" w:hAnsi="Cambria Math"/>
                  <w:i/>
                </w:rPr>
              </m:ctrlPr>
            </m:fPr>
            <m:num>
              <m:r>
                <w:rPr>
                  <w:rFonts w:ascii="Cambria Math" w:hAnsi="Cambria Math"/>
                </w:rPr>
                <m:t>1114</m:t>
              </m:r>
            </m:num>
            <m:den>
              <m:r>
                <w:rPr>
                  <w:rFonts w:ascii="Cambria Math" w:hAnsi="Cambria Math"/>
                </w:rPr>
                <m:t>1114</m:t>
              </m:r>
            </m:den>
          </m:f>
          <m:r>
            <w:rPr>
              <w:rFonts w:ascii="Cambria Math" w:hAnsi="Cambria Math"/>
            </w:rPr>
            <m:t>*100%</m:t>
          </m:r>
        </m:oMath>
      </m:oMathPara>
    </w:p>
    <w:p w14:paraId="2EDDB3EE" w14:textId="77777777" w:rsidR="00E26F76" w:rsidRPr="00201791" w:rsidRDefault="00E26F76" w:rsidP="00E26F76">
      <w:pPr>
        <w:jc w:val="both"/>
        <w:rPr>
          <w:rFonts w:ascii="Roboto Condensed" w:hAnsi="Roboto Condensed"/>
          <w:sz w:val="20"/>
        </w:rPr>
      </w:pPr>
    </w:p>
    <w:p w14:paraId="0A4C8F0D" w14:textId="02B13481" w:rsidR="00E26F76" w:rsidRPr="00201791" w:rsidRDefault="00342D17" w:rsidP="00E26F76">
      <w:pPr>
        <w:spacing w:line="276" w:lineRule="auto"/>
        <w:ind w:left="142"/>
        <w:jc w:val="both"/>
        <w:rPr>
          <w:rFonts w:ascii="Roboto Condensed" w:hAnsi="Roboto Condensed"/>
          <w:sz w:val="20"/>
        </w:rPr>
      </w:pPr>
      <m:oMathPara>
        <m:oMath>
          <m:sSub>
            <m:sSubPr>
              <m:ctrlPr>
                <w:rPr>
                  <w:rFonts w:ascii="Cambria Math" w:hAnsi="Cambria Math"/>
                  <w:i/>
                </w:rPr>
              </m:ctrlPr>
            </m:sSubPr>
            <m:e>
              <m:r>
                <w:rPr>
                  <w:rFonts w:ascii="Cambria Math" w:hAnsi="Cambria Math"/>
                </w:rPr>
                <m:t>ZAP</m:t>
              </m:r>
            </m:e>
            <m:sub>
              <m:r>
                <w:rPr>
                  <w:rFonts w:ascii="Cambria Math" w:hAnsi="Cambria Math"/>
                </w:rPr>
                <m:t>%</m:t>
              </m:r>
            </m:sub>
          </m:sSub>
          <m:r>
            <w:rPr>
              <w:rFonts w:ascii="Cambria Math" w:hAnsi="Cambria Math"/>
            </w:rPr>
            <m:t>= 100,00%</m:t>
          </m:r>
        </m:oMath>
      </m:oMathPara>
    </w:p>
    <w:p w14:paraId="3618942E" w14:textId="5429D694" w:rsidR="00E26F76" w:rsidRPr="00201791" w:rsidRDefault="00E26F76" w:rsidP="00E26F76">
      <w:pPr>
        <w:spacing w:before="120"/>
        <w:ind w:left="142"/>
        <w:jc w:val="both"/>
        <w:rPr>
          <w:rFonts w:ascii="Roboto Condensed" w:hAnsi="Roboto Condensed"/>
          <w:sz w:val="20"/>
        </w:rPr>
      </w:pPr>
      <w:r w:rsidRPr="00201791">
        <w:rPr>
          <w:rFonts w:ascii="Roboto Condensed" w:hAnsi="Roboto Condensed"/>
          <w:sz w:val="20"/>
        </w:rPr>
        <w:t xml:space="preserve">Zgodnie z art.13d ust.2 ustawy suma chłonności terenów niezabudowanych w tych strefach w całej gminie, w tym luk w istniejącej zabudowie, nie może być mniejsza niż 70 % oraz większa niż 130 % wartości zapotrzebowania na nową zabudowę mieszkaniową w gminie. </w:t>
      </w:r>
    </w:p>
    <w:p w14:paraId="37B220A2" w14:textId="3929C7FA" w:rsidR="00C22669" w:rsidRDefault="00E26F76" w:rsidP="00E26F76">
      <w:pPr>
        <w:pStyle w:val="Tekstpodstawowy2"/>
        <w:spacing w:before="120" w:after="120" w:line="240" w:lineRule="auto"/>
        <w:ind w:left="170"/>
        <w:rPr>
          <w:rFonts w:ascii="Roboto Condensed" w:hAnsi="Roboto Condensed"/>
          <w:sz w:val="20"/>
          <w:lang w:val="pl-PL"/>
        </w:rPr>
      </w:pPr>
      <w:r w:rsidRPr="00E26F76">
        <w:rPr>
          <w:rFonts w:ascii="Roboto Condensed" w:hAnsi="Roboto Condensed"/>
          <w:sz w:val="20"/>
          <w:lang w:val="pl-PL"/>
        </w:rPr>
        <w:t>Oznacza to, moż</w:t>
      </w:r>
      <w:r w:rsidR="00EE5889">
        <w:rPr>
          <w:rFonts w:ascii="Roboto Condensed" w:hAnsi="Roboto Condensed"/>
          <w:sz w:val="20"/>
          <w:lang w:val="pl-PL"/>
        </w:rPr>
        <w:t>liwość</w:t>
      </w:r>
      <w:r w:rsidRPr="00E26F76">
        <w:rPr>
          <w:rFonts w:ascii="Roboto Condensed" w:hAnsi="Roboto Condensed"/>
          <w:sz w:val="20"/>
          <w:lang w:val="pl-PL"/>
        </w:rPr>
        <w:t xml:space="preserve"> wyznacz</w:t>
      </w:r>
      <w:r w:rsidR="00EE5889">
        <w:rPr>
          <w:rFonts w:ascii="Roboto Condensed" w:hAnsi="Roboto Condensed"/>
          <w:sz w:val="20"/>
          <w:lang w:val="pl-PL"/>
        </w:rPr>
        <w:t>enia</w:t>
      </w:r>
      <w:r w:rsidRPr="00E26F76">
        <w:rPr>
          <w:rFonts w:ascii="Roboto Condensed" w:hAnsi="Roboto Condensed"/>
          <w:sz w:val="20"/>
          <w:lang w:val="pl-PL"/>
        </w:rPr>
        <w:t xml:space="preserve"> dodatkow</w:t>
      </w:r>
      <w:r w:rsidR="00EE5889">
        <w:rPr>
          <w:rFonts w:ascii="Roboto Condensed" w:hAnsi="Roboto Condensed"/>
          <w:sz w:val="20"/>
          <w:lang w:val="pl-PL"/>
        </w:rPr>
        <w:t>ych</w:t>
      </w:r>
      <w:r w:rsidRPr="00E26F76">
        <w:rPr>
          <w:rFonts w:ascii="Roboto Condensed" w:hAnsi="Roboto Condensed"/>
          <w:sz w:val="20"/>
          <w:lang w:val="pl-PL"/>
        </w:rPr>
        <w:t xml:space="preserve"> stref wielofunkcyjn</w:t>
      </w:r>
      <w:r w:rsidR="00EE5889">
        <w:rPr>
          <w:rFonts w:ascii="Roboto Condensed" w:hAnsi="Roboto Condensed"/>
          <w:sz w:val="20"/>
          <w:lang w:val="pl-PL"/>
        </w:rPr>
        <w:t>ych</w:t>
      </w:r>
      <w:r w:rsidRPr="00E26F76">
        <w:rPr>
          <w:rFonts w:ascii="Roboto Condensed" w:hAnsi="Roboto Condensed"/>
          <w:sz w:val="20"/>
          <w:lang w:val="pl-PL"/>
        </w:rPr>
        <w:t xml:space="preserve"> wykraczając</w:t>
      </w:r>
      <w:r w:rsidR="00EE5889">
        <w:rPr>
          <w:rFonts w:ascii="Roboto Condensed" w:hAnsi="Roboto Condensed"/>
          <w:sz w:val="20"/>
          <w:lang w:val="pl-PL"/>
        </w:rPr>
        <w:t>ych</w:t>
      </w:r>
      <w:r w:rsidRPr="00E26F76">
        <w:rPr>
          <w:rFonts w:ascii="Roboto Condensed" w:hAnsi="Roboto Condensed"/>
          <w:sz w:val="20"/>
          <w:lang w:val="pl-PL"/>
        </w:rPr>
        <w:t xml:space="preserve"> poza obszary </w:t>
      </w:r>
      <w:r w:rsidR="00191D6E" w:rsidRPr="00191D6E">
        <w:rPr>
          <w:rFonts w:ascii="Roboto Condensed" w:hAnsi="Roboto Condensed"/>
          <w:sz w:val="20"/>
          <w:lang w:val="pl-PL"/>
        </w:rPr>
        <w:t>dla których w obowiązujących</w:t>
      </w:r>
      <w:r w:rsidR="00191D6E">
        <w:rPr>
          <w:rFonts w:ascii="Roboto Condensed" w:hAnsi="Roboto Condensed"/>
          <w:sz w:val="20"/>
          <w:lang w:val="pl-PL"/>
        </w:rPr>
        <w:t xml:space="preserve"> </w:t>
      </w:r>
      <w:r w:rsidR="00191D6E" w:rsidRPr="00191D6E">
        <w:rPr>
          <w:rFonts w:ascii="Roboto Condensed" w:hAnsi="Roboto Condensed"/>
          <w:sz w:val="20"/>
          <w:lang w:val="pl-PL"/>
        </w:rPr>
        <w:t>miejscowych planach zagospodarowania przestrzennego określono przeznaczenie</w:t>
      </w:r>
      <w:r w:rsidR="00191D6E">
        <w:rPr>
          <w:rFonts w:ascii="Roboto Condensed" w:hAnsi="Roboto Condensed"/>
          <w:sz w:val="20"/>
          <w:lang w:val="pl-PL"/>
        </w:rPr>
        <w:t xml:space="preserve"> </w:t>
      </w:r>
      <w:r w:rsidR="00191D6E" w:rsidRPr="00191D6E">
        <w:rPr>
          <w:rFonts w:ascii="Roboto Condensed" w:hAnsi="Roboto Condensed"/>
          <w:sz w:val="20"/>
          <w:lang w:val="pl-PL"/>
        </w:rPr>
        <w:t>umożliwiające realizację funkcji mieszkaniowej</w:t>
      </w:r>
      <w:r w:rsidR="00191D6E" w:rsidRPr="00E26F76">
        <w:rPr>
          <w:rFonts w:ascii="Roboto Condensed" w:hAnsi="Roboto Condensed"/>
          <w:sz w:val="20"/>
          <w:lang w:val="pl-PL"/>
        </w:rPr>
        <w:t xml:space="preserve"> </w:t>
      </w:r>
      <w:r w:rsidR="00191D6E">
        <w:rPr>
          <w:rFonts w:ascii="Roboto Condensed" w:hAnsi="Roboto Condensed"/>
          <w:sz w:val="20"/>
          <w:lang w:val="pl-PL"/>
        </w:rPr>
        <w:t xml:space="preserve">oraz </w:t>
      </w:r>
      <w:r w:rsidR="00191D6E" w:rsidRPr="00E26F76">
        <w:rPr>
          <w:rFonts w:ascii="Roboto Condensed" w:hAnsi="Roboto Condensed"/>
          <w:sz w:val="20"/>
          <w:lang w:val="pl-PL"/>
        </w:rPr>
        <w:t>uzupełnienia</w:t>
      </w:r>
      <w:r w:rsidRPr="00E26F76">
        <w:rPr>
          <w:rFonts w:ascii="Roboto Condensed" w:hAnsi="Roboto Condensed"/>
          <w:sz w:val="20"/>
          <w:lang w:val="pl-PL"/>
        </w:rPr>
        <w:t xml:space="preserve"> zabudowy</w:t>
      </w:r>
      <w:r w:rsidR="00754524">
        <w:rPr>
          <w:rFonts w:ascii="Roboto Condensed" w:hAnsi="Roboto Condensed"/>
          <w:sz w:val="20"/>
          <w:lang w:val="pl-PL"/>
        </w:rPr>
        <w:t>.</w:t>
      </w:r>
      <w:r w:rsidRPr="00E26F76">
        <w:rPr>
          <w:rFonts w:ascii="Roboto Condensed" w:hAnsi="Roboto Condensed"/>
          <w:sz w:val="20"/>
          <w:lang w:val="pl-PL"/>
        </w:rPr>
        <w:t xml:space="preserve"> </w:t>
      </w:r>
    </w:p>
    <w:p w14:paraId="430F2965" w14:textId="67F973DD" w:rsidR="00C22669" w:rsidRPr="00566453" w:rsidRDefault="00C22669" w:rsidP="00E26F76">
      <w:pPr>
        <w:pStyle w:val="Tekstpodstawowy2"/>
        <w:spacing w:before="120" w:after="120" w:line="240" w:lineRule="auto"/>
        <w:ind w:left="170"/>
        <w:rPr>
          <w:rFonts w:ascii="Roboto Condensed" w:hAnsi="Roboto Condensed"/>
          <w:color w:val="77206D" w:themeColor="accent5" w:themeShade="BF"/>
          <w:sz w:val="20"/>
          <w:lang w:val="pl-PL"/>
        </w:rPr>
        <w:sectPr w:rsidR="00C22669" w:rsidRPr="00566453" w:rsidSect="00DF213F">
          <w:pgSz w:w="11907" w:h="16840" w:code="9"/>
          <w:pgMar w:top="680" w:right="851" w:bottom="851" w:left="1134" w:header="567" w:footer="567" w:gutter="0"/>
          <w:cols w:space="284"/>
          <w:docGrid w:linePitch="326"/>
        </w:sectPr>
      </w:pPr>
    </w:p>
    <w:p w14:paraId="1FF805AF" w14:textId="5C2ABDA6" w:rsidR="007A4721" w:rsidRPr="000705E1" w:rsidRDefault="00AD164E" w:rsidP="007A4721">
      <w:pPr>
        <w:pStyle w:val="Tekstpodstawowy2"/>
        <w:spacing w:before="120" w:after="120" w:line="240" w:lineRule="auto"/>
        <w:ind w:left="170"/>
        <w:rPr>
          <w:rFonts w:ascii="Roboto Condensed" w:hAnsi="Roboto Condensed"/>
          <w:i/>
          <w:iCs/>
          <w:sz w:val="20"/>
          <w:lang w:val="pl-PL"/>
        </w:rPr>
      </w:pPr>
      <w:r w:rsidRPr="000705E1">
        <w:rPr>
          <w:rFonts w:ascii="Roboto Condensed" w:hAnsi="Roboto Condensed"/>
          <w:i/>
          <w:iCs/>
          <w:noProof/>
          <w:sz w:val="20"/>
          <w:lang w:val="pl-PL"/>
        </w:rPr>
        <w:lastRenderedPageBreak/>
        <w:drawing>
          <wp:anchor distT="0" distB="0" distL="114300" distR="114300" simplePos="0" relativeHeight="251658242" behindDoc="1" locked="0" layoutInCell="1" allowOverlap="1" wp14:anchorId="501B7B5B" wp14:editId="21843217">
            <wp:simplePos x="0" y="0"/>
            <wp:positionH relativeFrom="column">
              <wp:posOffset>108800</wp:posOffset>
            </wp:positionH>
            <wp:positionV relativeFrom="paragraph">
              <wp:posOffset>-3175</wp:posOffset>
            </wp:positionV>
            <wp:extent cx="13747954" cy="9720580"/>
            <wp:effectExtent l="0" t="0" r="6350" b="0"/>
            <wp:wrapNone/>
            <wp:docPr id="88148889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488891" name="Obraz 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3747954" cy="9720580"/>
                    </a:xfrm>
                    <a:prstGeom prst="rect">
                      <a:avLst/>
                    </a:prstGeom>
                  </pic:spPr>
                </pic:pic>
              </a:graphicData>
            </a:graphic>
          </wp:anchor>
        </w:drawing>
      </w:r>
      <w:r w:rsidR="00434248" w:rsidRPr="000705E1">
        <w:rPr>
          <w:rFonts w:ascii="Roboto Condensed" w:hAnsi="Roboto Condensed"/>
          <w:i/>
          <w:iCs/>
          <w:sz w:val="20"/>
          <w:lang w:val="pl-PL"/>
        </w:rPr>
        <w:t>Rys.</w:t>
      </w:r>
      <w:r w:rsidR="00D653D8">
        <w:rPr>
          <w:rFonts w:ascii="Roboto Condensed" w:hAnsi="Roboto Condensed"/>
          <w:i/>
          <w:iCs/>
          <w:sz w:val="20"/>
          <w:lang w:val="pl-PL"/>
        </w:rPr>
        <w:t>30</w:t>
      </w:r>
      <w:r w:rsidR="009F2964">
        <w:rPr>
          <w:rFonts w:ascii="Roboto Condensed" w:hAnsi="Roboto Condensed"/>
          <w:i/>
          <w:iCs/>
          <w:sz w:val="20"/>
          <w:lang w:val="pl-PL"/>
        </w:rPr>
        <w:t>.</w:t>
      </w:r>
      <w:r w:rsidR="00434248" w:rsidRPr="000705E1">
        <w:rPr>
          <w:rFonts w:ascii="Roboto Condensed" w:hAnsi="Roboto Condensed"/>
          <w:i/>
          <w:iCs/>
          <w:sz w:val="20"/>
          <w:lang w:val="pl-PL"/>
        </w:rPr>
        <w:t xml:space="preserve"> Wyznaczone strefy wielofunkcyjne w projekcie POG</w:t>
      </w:r>
      <w:r w:rsidR="00823C1A" w:rsidRPr="000705E1">
        <w:rPr>
          <w:rFonts w:ascii="Roboto Condensed" w:hAnsi="Roboto Condensed"/>
          <w:i/>
          <w:iCs/>
          <w:sz w:val="20"/>
          <w:lang w:val="pl-PL"/>
        </w:rPr>
        <w:t xml:space="preserve"> w ramach obowiązujących MPZP i </w:t>
      </w:r>
      <w:r w:rsidR="00CB6D7C" w:rsidRPr="000705E1">
        <w:rPr>
          <w:rFonts w:ascii="Roboto Condensed" w:hAnsi="Roboto Condensed"/>
          <w:i/>
          <w:iCs/>
          <w:sz w:val="20"/>
          <w:lang w:val="pl-PL"/>
        </w:rPr>
        <w:t>OUZ</w:t>
      </w:r>
      <w:r w:rsidR="00434248" w:rsidRPr="000705E1">
        <w:rPr>
          <w:rFonts w:ascii="Roboto Condensed" w:hAnsi="Roboto Condensed"/>
          <w:i/>
          <w:iCs/>
          <w:sz w:val="20"/>
          <w:lang w:val="pl-PL"/>
        </w:rPr>
        <w:t>.</w:t>
      </w:r>
    </w:p>
    <w:p w14:paraId="72C9B37D" w14:textId="6A881013" w:rsidR="00DE45A0" w:rsidRDefault="00E23532" w:rsidP="0095352D">
      <w:pPr>
        <w:spacing w:before="100" w:beforeAutospacing="1" w:after="100" w:afterAutospacing="1"/>
        <w:jc w:val="center"/>
        <w:rPr>
          <w:color w:val="EE0000"/>
        </w:rPr>
        <w:sectPr w:rsidR="00DE45A0" w:rsidSect="005532EC">
          <w:pgSz w:w="23814" w:h="16840" w:code="9"/>
          <w:pgMar w:top="680" w:right="851" w:bottom="851" w:left="1134" w:header="567" w:footer="567" w:gutter="0"/>
          <w:cols w:space="284"/>
          <w:docGrid w:linePitch="326"/>
        </w:sectPr>
      </w:pPr>
      <w:r>
        <w:rPr>
          <w:noProof/>
          <w:color w:val="EE0000"/>
        </w:rPr>
        <w:lastRenderedPageBreak/>
        <w:drawing>
          <wp:anchor distT="0" distB="0" distL="114300" distR="114300" simplePos="0" relativeHeight="251658243" behindDoc="0" locked="0" layoutInCell="1" allowOverlap="1" wp14:anchorId="518D8B3F" wp14:editId="2CAB1D2A">
            <wp:simplePos x="0" y="0"/>
            <wp:positionH relativeFrom="column">
              <wp:posOffset>51435</wp:posOffset>
            </wp:positionH>
            <wp:positionV relativeFrom="page">
              <wp:posOffset>590550</wp:posOffset>
            </wp:positionV>
            <wp:extent cx="13747750" cy="9720580"/>
            <wp:effectExtent l="0" t="0" r="6350" b="0"/>
            <wp:wrapTopAndBottom/>
            <wp:docPr id="151268809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688094" name="Obraz 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3747750" cy="9720580"/>
                    </a:xfrm>
                    <a:prstGeom prst="rect">
                      <a:avLst/>
                    </a:prstGeom>
                  </pic:spPr>
                </pic:pic>
              </a:graphicData>
            </a:graphic>
          </wp:anchor>
        </w:drawing>
      </w:r>
      <w:r w:rsidR="008005BB" w:rsidRPr="00A55550">
        <w:rPr>
          <w:noProof/>
          <w:color w:val="EE0000"/>
        </w:rPr>
        <mc:AlternateContent>
          <mc:Choice Requires="wps">
            <w:drawing>
              <wp:anchor distT="45720" distB="45720" distL="114300" distR="114300" simplePos="0" relativeHeight="251658244" behindDoc="0" locked="0" layoutInCell="1" allowOverlap="1" wp14:anchorId="76D370B6" wp14:editId="00DD9D7F">
                <wp:simplePos x="0" y="0"/>
                <wp:positionH relativeFrom="column">
                  <wp:posOffset>26035</wp:posOffset>
                </wp:positionH>
                <wp:positionV relativeFrom="paragraph">
                  <wp:posOffset>0</wp:posOffset>
                </wp:positionV>
                <wp:extent cx="7357110" cy="324485"/>
                <wp:effectExtent l="0" t="0" r="0" b="0"/>
                <wp:wrapSquare wrapText="bothSides"/>
                <wp:docPr id="158811692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7110" cy="324485"/>
                        </a:xfrm>
                        <a:prstGeom prst="rect">
                          <a:avLst/>
                        </a:prstGeom>
                        <a:solidFill>
                          <a:srgbClr val="FFFFFF"/>
                        </a:solidFill>
                        <a:ln w="9525">
                          <a:noFill/>
                          <a:miter lim="800000"/>
                          <a:headEnd/>
                          <a:tailEnd/>
                        </a:ln>
                      </wps:spPr>
                      <wps:txbx>
                        <w:txbxContent>
                          <w:p w14:paraId="3C7AFFB0" w14:textId="7DEB3892" w:rsidR="00A55550" w:rsidRPr="0028026C" w:rsidRDefault="000705E1" w:rsidP="0028026C">
                            <w:pPr>
                              <w:pStyle w:val="Tekstpodstawowy2"/>
                              <w:spacing w:before="120" w:after="120" w:line="240" w:lineRule="auto"/>
                              <w:ind w:left="170"/>
                              <w:rPr>
                                <w:rFonts w:ascii="Roboto Condensed" w:hAnsi="Roboto Condensed"/>
                                <w:i/>
                                <w:iCs/>
                                <w:sz w:val="20"/>
                                <w:lang w:val="pl-PL"/>
                              </w:rPr>
                            </w:pPr>
                            <w:r w:rsidRPr="0028026C">
                              <w:rPr>
                                <w:rFonts w:ascii="Roboto Condensed" w:hAnsi="Roboto Condensed"/>
                                <w:i/>
                                <w:iCs/>
                                <w:sz w:val="20"/>
                                <w:lang w:val="pl-PL"/>
                              </w:rPr>
                              <w:t>Rys.</w:t>
                            </w:r>
                            <w:r w:rsidR="009F2964">
                              <w:rPr>
                                <w:rFonts w:ascii="Roboto Condensed" w:hAnsi="Roboto Condensed"/>
                                <w:i/>
                                <w:iCs/>
                                <w:sz w:val="20"/>
                                <w:lang w:val="pl-PL"/>
                              </w:rPr>
                              <w:t>3</w:t>
                            </w:r>
                            <w:r w:rsidR="00D653D8">
                              <w:rPr>
                                <w:rFonts w:ascii="Roboto Condensed" w:hAnsi="Roboto Condensed"/>
                                <w:i/>
                                <w:iCs/>
                                <w:sz w:val="20"/>
                                <w:lang w:val="pl-PL"/>
                              </w:rPr>
                              <w:t>1</w:t>
                            </w:r>
                            <w:r w:rsidR="009F2964">
                              <w:rPr>
                                <w:rFonts w:ascii="Roboto Condensed" w:hAnsi="Roboto Condensed"/>
                                <w:i/>
                                <w:iCs/>
                                <w:sz w:val="20"/>
                                <w:lang w:val="pl-PL"/>
                              </w:rPr>
                              <w:t>.</w:t>
                            </w:r>
                            <w:r w:rsidRPr="0028026C">
                              <w:rPr>
                                <w:rFonts w:ascii="Roboto Condensed" w:hAnsi="Roboto Condensed"/>
                                <w:i/>
                                <w:iCs/>
                                <w:sz w:val="20"/>
                                <w:lang w:val="pl-PL"/>
                              </w:rPr>
                              <w:t xml:space="preserve"> Tereny niezabudowane i luki w zabudowie w ramach stref wielofunkcyjnych w projekcie POG</w:t>
                            </w:r>
                            <w:r w:rsidR="0028026C">
                              <w:rPr>
                                <w:rFonts w:ascii="Roboto Condensed" w:hAnsi="Roboto Condensed"/>
                                <w:i/>
                                <w:iCs/>
                                <w:sz w:val="20"/>
                                <w:lang w:val="pl-PL"/>
                              </w:rPr>
                              <w:t xml:space="preserve"> </w:t>
                            </w:r>
                            <w:r w:rsidR="0028026C" w:rsidRPr="000705E1">
                              <w:rPr>
                                <w:rFonts w:ascii="Roboto Condensed" w:hAnsi="Roboto Condensed"/>
                                <w:i/>
                                <w:iCs/>
                                <w:sz w:val="20"/>
                                <w:lang w:val="pl-PL"/>
                              </w:rPr>
                              <w:t>w ramach obowiązujących MPZP i OUZ.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D370B6" id="_x0000_s1027" type="#_x0000_t202" style="position:absolute;left:0;text-align:left;margin-left:2.05pt;margin-top:0;width:579.3pt;height:25.55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" stroked="f">
                <v:textbox>
                  <w:txbxContent>
                    <w:p w14:paraId="3C7AFFB0" w14:textId="7DEB3892" w:rsidR="00A55550" w:rsidRPr="0028026C" w:rsidRDefault="000705E1" w:rsidP="0028026C">
                      <w:pPr>
                        <w:pStyle w:val="Tekstpodstawowy2"/>
                        <w:spacing w:before="120" w:after="120" w:line="240" w:lineRule="auto"/>
                        <w:ind w:left="170"/>
                        <w:rPr>
                          <w:rFonts w:ascii="Roboto Condensed" w:hAnsi="Roboto Condensed"/>
                          <w:i/>
                          <w:iCs/>
                          <w:sz w:val="20"/>
                          <w:lang w:val="pl-PL"/>
                        </w:rPr>
                      </w:pPr>
                      <w:r w:rsidRPr="0028026C">
                        <w:rPr>
                          <w:rFonts w:ascii="Roboto Condensed" w:hAnsi="Roboto Condensed"/>
                          <w:i/>
                          <w:iCs/>
                          <w:sz w:val="20"/>
                          <w:lang w:val="pl-PL"/>
                        </w:rPr>
                        <w:t>Rys.</w:t>
                      </w:r>
                      <w:r w:rsidR="009F2964">
                        <w:rPr>
                          <w:rFonts w:ascii="Roboto Condensed" w:hAnsi="Roboto Condensed"/>
                          <w:i/>
                          <w:iCs/>
                          <w:sz w:val="20"/>
                          <w:lang w:val="pl-PL"/>
                        </w:rPr>
                        <w:t>3</w:t>
                      </w:r>
                      <w:r w:rsidR="00D653D8">
                        <w:rPr>
                          <w:rFonts w:ascii="Roboto Condensed" w:hAnsi="Roboto Condensed"/>
                          <w:i/>
                          <w:iCs/>
                          <w:sz w:val="20"/>
                          <w:lang w:val="pl-PL"/>
                        </w:rPr>
                        <w:t>1</w:t>
                      </w:r>
                      <w:r w:rsidR="009F2964">
                        <w:rPr>
                          <w:rFonts w:ascii="Roboto Condensed" w:hAnsi="Roboto Condensed"/>
                          <w:i/>
                          <w:iCs/>
                          <w:sz w:val="20"/>
                          <w:lang w:val="pl-PL"/>
                        </w:rPr>
                        <w:t>.</w:t>
                      </w:r>
                      <w:r w:rsidRPr="0028026C">
                        <w:rPr>
                          <w:rFonts w:ascii="Roboto Condensed" w:hAnsi="Roboto Condensed"/>
                          <w:i/>
                          <w:iCs/>
                          <w:sz w:val="20"/>
                          <w:lang w:val="pl-PL"/>
                        </w:rPr>
                        <w:t xml:space="preserve"> Tereny niezabudowane i luki w zabudowie w ramach stref wielofunkcyjnych w projekcie POG</w:t>
                      </w:r>
                      <w:r w:rsidR="0028026C">
                        <w:rPr>
                          <w:rFonts w:ascii="Roboto Condensed" w:hAnsi="Roboto Condensed"/>
                          <w:i/>
                          <w:iCs/>
                          <w:sz w:val="20"/>
                          <w:lang w:val="pl-PL"/>
                        </w:rPr>
                        <w:t xml:space="preserve"> </w:t>
                      </w:r>
                      <w:r w:rsidR="0028026C" w:rsidRPr="000705E1">
                        <w:rPr>
                          <w:rFonts w:ascii="Roboto Condensed" w:hAnsi="Roboto Condensed"/>
                          <w:i/>
                          <w:iCs/>
                          <w:sz w:val="20"/>
                          <w:lang w:val="pl-PL"/>
                        </w:rPr>
                        <w:t>w ramach obowiązujących MPZP i OUZ.</w:t>
                      </w:r>
                    </w:p>
                  </w:txbxContent>
                </v:textbox>
                <w10:wrap type="square"/>
              </v:shape>
            </w:pict>
          </mc:Fallback>
        </mc:AlternateContent>
      </w:r>
    </w:p>
    <w:p w14:paraId="02ED0A50" w14:textId="376A8F38" w:rsidR="002021ED" w:rsidRDefault="002021ED" w:rsidP="00542E81">
      <w:pPr>
        <w:spacing w:before="120"/>
        <w:ind w:left="142"/>
        <w:jc w:val="both"/>
        <w:rPr>
          <w:rFonts w:ascii="Roboto Condensed" w:hAnsi="Roboto Condensed"/>
          <w:sz w:val="20"/>
        </w:rPr>
      </w:pPr>
      <w:r w:rsidRPr="002021ED">
        <w:rPr>
          <w:rFonts w:ascii="Roboto Condensed" w:hAnsi="Roboto Condensed"/>
          <w:sz w:val="20"/>
        </w:rPr>
        <w:lastRenderedPageBreak/>
        <w:t xml:space="preserve">W związku z możliwością wyznaczenia stref SJ i SZ także poza obszarami, dla których w obowiązujących miejscowych planach zagospodarowania przestrzennego określono przeznaczenie umożliwiające realizację funkcji mieszkaniowej, oraz w obszarach uzupełnienia zabudowy, rozszerzono granice istniejących stref wielofunkcyjnych </w:t>
      </w:r>
      <w:r w:rsidRPr="00EE0A48">
        <w:rPr>
          <w:rFonts w:ascii="Roboto Condensed" w:hAnsi="Roboto Condensed"/>
          <w:sz w:val="20"/>
        </w:rPr>
        <w:t>i wyznaczono</w:t>
      </w:r>
      <w:r w:rsidR="00984557" w:rsidRPr="00EE0A48">
        <w:rPr>
          <w:rFonts w:ascii="Roboto Condensed" w:hAnsi="Roboto Condensed"/>
          <w:sz w:val="20"/>
        </w:rPr>
        <w:t xml:space="preserve"> </w:t>
      </w:r>
      <w:r w:rsidR="00106303" w:rsidRPr="00EE0A48">
        <w:rPr>
          <w:rFonts w:ascii="Roboto Condensed" w:hAnsi="Roboto Condensed"/>
          <w:sz w:val="20"/>
        </w:rPr>
        <w:t>sześć</w:t>
      </w:r>
      <w:r w:rsidR="00984557" w:rsidRPr="00EE0A48">
        <w:rPr>
          <w:rFonts w:ascii="Roboto Condensed" w:hAnsi="Roboto Condensed"/>
          <w:sz w:val="20"/>
        </w:rPr>
        <w:t xml:space="preserve"> </w:t>
      </w:r>
      <w:r w:rsidRPr="00EE0A48">
        <w:rPr>
          <w:rFonts w:ascii="Roboto Condensed" w:hAnsi="Roboto Condensed"/>
          <w:sz w:val="20"/>
        </w:rPr>
        <w:t>now</w:t>
      </w:r>
      <w:r w:rsidR="00984557" w:rsidRPr="00EE0A48">
        <w:rPr>
          <w:rFonts w:ascii="Roboto Condensed" w:hAnsi="Roboto Condensed"/>
          <w:sz w:val="20"/>
        </w:rPr>
        <w:t>ych</w:t>
      </w:r>
      <w:r w:rsidRPr="00EE0A48">
        <w:rPr>
          <w:rFonts w:ascii="Roboto Condensed" w:hAnsi="Roboto Condensed"/>
          <w:sz w:val="20"/>
        </w:rPr>
        <w:t xml:space="preserve"> stref</w:t>
      </w:r>
      <w:r w:rsidR="0048592F" w:rsidRPr="00EE0A48">
        <w:rPr>
          <w:rFonts w:ascii="Roboto Condensed" w:hAnsi="Roboto Condensed"/>
          <w:sz w:val="20"/>
        </w:rPr>
        <w:t xml:space="preserve"> wielofunkcyjn</w:t>
      </w:r>
      <w:r w:rsidR="00984557" w:rsidRPr="00EE0A48">
        <w:rPr>
          <w:rFonts w:ascii="Roboto Condensed" w:hAnsi="Roboto Condensed"/>
          <w:sz w:val="20"/>
        </w:rPr>
        <w:t>ych</w:t>
      </w:r>
      <w:r w:rsidR="00052B32" w:rsidRPr="00EE0A48">
        <w:rPr>
          <w:rFonts w:ascii="Roboto Condensed" w:hAnsi="Roboto Condensed"/>
          <w:sz w:val="20"/>
        </w:rPr>
        <w:t xml:space="preserve"> </w:t>
      </w:r>
      <w:r w:rsidR="00167AF4" w:rsidRPr="00AE06B6">
        <w:rPr>
          <w:rFonts w:ascii="Roboto Condensed" w:hAnsi="Roboto Condensed"/>
          <w:sz w:val="20"/>
        </w:rPr>
        <w:t>(</w:t>
      </w:r>
      <w:r w:rsidR="00EE0A48" w:rsidRPr="00AE06B6">
        <w:rPr>
          <w:rFonts w:ascii="Roboto Condensed" w:hAnsi="Roboto Condensed"/>
          <w:sz w:val="20"/>
        </w:rPr>
        <w:t>5SJ,</w:t>
      </w:r>
      <w:r w:rsidR="00167AF4" w:rsidRPr="00AE06B6">
        <w:rPr>
          <w:rFonts w:ascii="Roboto Condensed" w:hAnsi="Roboto Condensed"/>
          <w:sz w:val="20"/>
        </w:rPr>
        <w:t xml:space="preserve"> </w:t>
      </w:r>
      <w:r w:rsidR="00EE0A48" w:rsidRPr="00AE06B6">
        <w:rPr>
          <w:rFonts w:ascii="Roboto Condensed" w:hAnsi="Roboto Condensed"/>
          <w:sz w:val="20"/>
        </w:rPr>
        <w:t>36SJ,</w:t>
      </w:r>
      <w:r w:rsidR="00167AF4" w:rsidRPr="00AE06B6">
        <w:rPr>
          <w:rFonts w:ascii="Roboto Condensed" w:hAnsi="Roboto Condensed"/>
          <w:sz w:val="20"/>
        </w:rPr>
        <w:t xml:space="preserve"> </w:t>
      </w:r>
      <w:r w:rsidR="00EE0A48" w:rsidRPr="00AE06B6">
        <w:rPr>
          <w:rFonts w:ascii="Roboto Condensed" w:hAnsi="Roboto Condensed"/>
          <w:sz w:val="20"/>
        </w:rPr>
        <w:t>57SJ,</w:t>
      </w:r>
      <w:r w:rsidR="00167AF4" w:rsidRPr="00AE06B6">
        <w:rPr>
          <w:rFonts w:ascii="Roboto Condensed" w:hAnsi="Roboto Condensed"/>
          <w:sz w:val="20"/>
        </w:rPr>
        <w:t xml:space="preserve"> </w:t>
      </w:r>
      <w:r w:rsidR="00EE0A48" w:rsidRPr="00AE06B6">
        <w:rPr>
          <w:rFonts w:ascii="Roboto Condensed" w:hAnsi="Roboto Condensed"/>
          <w:sz w:val="20"/>
        </w:rPr>
        <w:t>143SJ,</w:t>
      </w:r>
      <w:r w:rsidR="00167AF4" w:rsidRPr="00AE06B6">
        <w:rPr>
          <w:rFonts w:ascii="Roboto Condensed" w:hAnsi="Roboto Condensed"/>
          <w:sz w:val="20"/>
        </w:rPr>
        <w:t xml:space="preserve"> </w:t>
      </w:r>
      <w:r w:rsidR="00EE0A48" w:rsidRPr="00AE06B6">
        <w:rPr>
          <w:rFonts w:ascii="Roboto Condensed" w:hAnsi="Roboto Condensed"/>
          <w:sz w:val="20"/>
        </w:rPr>
        <w:t>186SJ</w:t>
      </w:r>
      <w:r w:rsidR="00167AF4" w:rsidRPr="00AE06B6">
        <w:rPr>
          <w:rFonts w:ascii="Roboto Condensed" w:hAnsi="Roboto Condensed"/>
          <w:sz w:val="20"/>
        </w:rPr>
        <w:t>)</w:t>
      </w:r>
      <w:r w:rsidR="00EE0A48" w:rsidRPr="00AE06B6">
        <w:rPr>
          <w:rFonts w:ascii="Roboto Condensed" w:hAnsi="Roboto Condensed"/>
          <w:sz w:val="20"/>
        </w:rPr>
        <w:t xml:space="preserve"> </w:t>
      </w:r>
      <w:r w:rsidR="00052B32" w:rsidRPr="00EE0A48">
        <w:rPr>
          <w:rFonts w:ascii="Roboto Condensed" w:hAnsi="Roboto Condensed"/>
          <w:sz w:val="20"/>
        </w:rPr>
        <w:t xml:space="preserve">o powierzchni </w:t>
      </w:r>
      <w:r w:rsidR="00AD2D59" w:rsidRPr="0096799B">
        <w:rPr>
          <w:rFonts w:ascii="Roboto Condensed" w:hAnsi="Roboto Condensed"/>
          <w:sz w:val="20"/>
        </w:rPr>
        <w:t>1,</w:t>
      </w:r>
      <w:r w:rsidR="0096799B" w:rsidRPr="0096799B">
        <w:rPr>
          <w:rFonts w:ascii="Roboto Condensed" w:hAnsi="Roboto Condensed"/>
          <w:sz w:val="20"/>
        </w:rPr>
        <w:t>57</w:t>
      </w:r>
      <w:r w:rsidR="004C2B8B" w:rsidRPr="0096799B">
        <w:rPr>
          <w:rFonts w:ascii="Roboto Condensed" w:hAnsi="Roboto Condensed"/>
          <w:sz w:val="20"/>
        </w:rPr>
        <w:t>ha</w:t>
      </w:r>
      <w:r w:rsidR="000364BC" w:rsidRPr="0096799B">
        <w:rPr>
          <w:rFonts w:ascii="Roboto Condensed" w:hAnsi="Roboto Condensed"/>
          <w:sz w:val="20"/>
        </w:rPr>
        <w:t xml:space="preserve"> </w:t>
      </w:r>
      <w:r w:rsidR="000364BC" w:rsidRPr="00AE06B6">
        <w:rPr>
          <w:rFonts w:ascii="Roboto Condensed" w:hAnsi="Roboto Condensed"/>
          <w:sz w:val="20"/>
        </w:rPr>
        <w:t xml:space="preserve">nie </w:t>
      </w:r>
      <w:r w:rsidR="000364BC" w:rsidRPr="00EE0A48">
        <w:rPr>
          <w:rFonts w:ascii="Roboto Condensed" w:hAnsi="Roboto Condensed"/>
          <w:sz w:val="20"/>
        </w:rPr>
        <w:t xml:space="preserve">powiązanych przestrzennie </w:t>
      </w:r>
      <w:r w:rsidR="00984557" w:rsidRPr="00EE0A48">
        <w:rPr>
          <w:rFonts w:ascii="Roboto Condensed" w:hAnsi="Roboto Condensed"/>
          <w:sz w:val="20"/>
        </w:rPr>
        <w:t xml:space="preserve">z </w:t>
      </w:r>
      <w:r w:rsidR="00864E9B" w:rsidRPr="00EE0A48">
        <w:rPr>
          <w:rFonts w:ascii="Roboto Condensed" w:hAnsi="Roboto Condensed"/>
          <w:sz w:val="20"/>
        </w:rPr>
        <w:t xml:space="preserve">wcześniej wyznaczonymi </w:t>
      </w:r>
      <w:r w:rsidR="00984557" w:rsidRPr="00EE0A48">
        <w:rPr>
          <w:rFonts w:ascii="Roboto Condensed" w:hAnsi="Roboto Condensed"/>
          <w:sz w:val="20"/>
        </w:rPr>
        <w:t>strefami</w:t>
      </w:r>
      <w:r w:rsidR="00864E9B" w:rsidRPr="00EE0A48">
        <w:rPr>
          <w:rFonts w:ascii="Roboto Condensed" w:hAnsi="Roboto Condensed"/>
          <w:sz w:val="20"/>
        </w:rPr>
        <w:t xml:space="preserve"> wielofunkcyjnymi</w:t>
      </w:r>
      <w:r w:rsidRPr="00EE0A48">
        <w:rPr>
          <w:rFonts w:ascii="Roboto Condensed" w:hAnsi="Roboto Condensed"/>
          <w:sz w:val="20"/>
        </w:rPr>
        <w:t xml:space="preserve">. </w:t>
      </w:r>
      <w:r w:rsidRPr="002021ED">
        <w:rPr>
          <w:rFonts w:ascii="Roboto Condensed" w:hAnsi="Roboto Condensed"/>
          <w:sz w:val="20"/>
        </w:rPr>
        <w:t>Działanie to rozszerza tereny możliwe do zabudowy mieszkaniowej wzdłuż urządzonych dróg i na terenach uzbrojonych, spajając często rozproszoną zabudowę w spójne pasma zabudowy mieszkaniowej, z uwzględnieniem uwarunkowań rozwoju przestrzennego gminy</w:t>
      </w:r>
      <w:r>
        <w:rPr>
          <w:rFonts w:ascii="Roboto Condensed" w:hAnsi="Roboto Condensed"/>
          <w:sz w:val="20"/>
        </w:rPr>
        <w:t>.</w:t>
      </w:r>
    </w:p>
    <w:p w14:paraId="17DDFA69" w14:textId="0C299A97" w:rsidR="009E3A80" w:rsidRPr="00A92BE7" w:rsidRDefault="007901BF" w:rsidP="00542E81">
      <w:pPr>
        <w:spacing w:before="120"/>
        <w:ind w:left="142"/>
        <w:jc w:val="both"/>
        <w:rPr>
          <w:rFonts w:ascii="Roboto Condensed" w:hAnsi="Roboto Condensed"/>
          <w:sz w:val="20"/>
        </w:rPr>
      </w:pPr>
      <w:r w:rsidRPr="00A92BE7">
        <w:rPr>
          <w:rFonts w:ascii="Roboto Condensed" w:hAnsi="Roboto Condensed"/>
          <w:sz w:val="20"/>
        </w:rPr>
        <w:t xml:space="preserve">W wyniku rozszerzenia istniejących stref wielofunkcyjnych oraz wyznaczenia </w:t>
      </w:r>
      <w:r w:rsidR="00E84920" w:rsidRPr="00A92BE7">
        <w:rPr>
          <w:rFonts w:ascii="Roboto Condensed" w:hAnsi="Roboto Condensed"/>
          <w:sz w:val="20"/>
        </w:rPr>
        <w:t>nowego</w:t>
      </w:r>
      <w:r w:rsidRPr="00A92BE7">
        <w:rPr>
          <w:rFonts w:ascii="Roboto Condensed" w:hAnsi="Roboto Condensed"/>
          <w:sz w:val="20"/>
        </w:rPr>
        <w:t xml:space="preserve">, </w:t>
      </w:r>
      <w:r w:rsidR="00E84920" w:rsidRPr="00A92BE7">
        <w:rPr>
          <w:rFonts w:ascii="Roboto Condensed" w:hAnsi="Roboto Condensed"/>
          <w:sz w:val="20"/>
        </w:rPr>
        <w:t xml:space="preserve">sumarycznie </w:t>
      </w:r>
      <w:r w:rsidRPr="00A92BE7">
        <w:rPr>
          <w:rFonts w:ascii="Roboto Condensed" w:hAnsi="Roboto Condensed"/>
          <w:sz w:val="20"/>
        </w:rPr>
        <w:t xml:space="preserve">przeznaczono </w:t>
      </w:r>
      <w:r w:rsidR="00271A3F" w:rsidRPr="00A92BE7">
        <w:rPr>
          <w:rFonts w:ascii="Roboto Condensed" w:hAnsi="Roboto Condensed"/>
          <w:sz w:val="20"/>
        </w:rPr>
        <w:t>526,36</w:t>
      </w:r>
      <w:r w:rsidR="00407296" w:rsidRPr="00A92BE7">
        <w:rPr>
          <w:rFonts w:ascii="Roboto Condensed" w:hAnsi="Roboto Condensed"/>
          <w:sz w:val="20"/>
        </w:rPr>
        <w:t xml:space="preserve"> </w:t>
      </w:r>
      <w:r w:rsidRPr="00A92BE7">
        <w:rPr>
          <w:rFonts w:ascii="Roboto Condensed" w:hAnsi="Roboto Condensed"/>
          <w:sz w:val="20"/>
        </w:rPr>
        <w:t xml:space="preserve">ha terenów pod strefę wielofunkcyjną z zabudową mieszkaniową jednorodzinną - SJ oraz </w:t>
      </w:r>
      <w:r w:rsidR="00A92BE7" w:rsidRPr="00A92BE7">
        <w:rPr>
          <w:rFonts w:ascii="Roboto Condensed" w:hAnsi="Roboto Condensed"/>
          <w:sz w:val="20"/>
        </w:rPr>
        <w:t>31,14</w:t>
      </w:r>
      <w:r w:rsidR="00446FE8" w:rsidRPr="00A92BE7">
        <w:rPr>
          <w:rFonts w:ascii="Roboto Condensed" w:hAnsi="Roboto Condensed"/>
          <w:sz w:val="20"/>
        </w:rPr>
        <w:t xml:space="preserve"> </w:t>
      </w:r>
      <w:r w:rsidRPr="00A92BE7">
        <w:rPr>
          <w:rFonts w:ascii="Roboto Condensed" w:hAnsi="Roboto Condensed"/>
          <w:sz w:val="20"/>
        </w:rPr>
        <w:t xml:space="preserve">ha </w:t>
      </w:r>
      <w:r w:rsidR="002C0C69" w:rsidRPr="00A92BE7">
        <w:rPr>
          <w:rFonts w:ascii="Roboto Condensed" w:hAnsi="Roboto Condensed"/>
          <w:sz w:val="20"/>
        </w:rPr>
        <w:t xml:space="preserve">na </w:t>
      </w:r>
      <w:r w:rsidRPr="00A92BE7">
        <w:rPr>
          <w:rFonts w:ascii="Roboto Condensed" w:hAnsi="Roboto Condensed"/>
          <w:sz w:val="20"/>
        </w:rPr>
        <w:t xml:space="preserve">pod strefę wielofunkcyjną z zabudową zagrodową </w:t>
      </w:r>
      <w:r w:rsidR="002C0C69" w:rsidRPr="00A92BE7">
        <w:rPr>
          <w:rFonts w:ascii="Roboto Condensed" w:hAnsi="Roboto Condensed"/>
          <w:sz w:val="20"/>
        </w:rPr>
        <w:t>–</w:t>
      </w:r>
      <w:r w:rsidRPr="00A92BE7">
        <w:rPr>
          <w:rFonts w:ascii="Roboto Condensed" w:hAnsi="Roboto Condensed"/>
          <w:sz w:val="20"/>
        </w:rPr>
        <w:t xml:space="preserve"> SZ, czyli sumarycznie </w:t>
      </w:r>
      <w:r w:rsidR="003F62F3" w:rsidRPr="00A92BE7">
        <w:rPr>
          <w:rFonts w:ascii="Roboto Condensed" w:hAnsi="Roboto Condensed"/>
          <w:sz w:val="20"/>
        </w:rPr>
        <w:t>557</w:t>
      </w:r>
      <w:r w:rsidR="00271A3F" w:rsidRPr="00A92BE7">
        <w:rPr>
          <w:rFonts w:ascii="Roboto Condensed" w:hAnsi="Roboto Condensed"/>
          <w:sz w:val="20"/>
        </w:rPr>
        <w:t>,50</w:t>
      </w:r>
      <w:r w:rsidR="006555D5" w:rsidRPr="00A92BE7">
        <w:rPr>
          <w:rFonts w:ascii="Roboto Condensed" w:hAnsi="Roboto Condensed"/>
          <w:sz w:val="20"/>
        </w:rPr>
        <w:t xml:space="preserve"> </w:t>
      </w:r>
      <w:r w:rsidRPr="00A92BE7">
        <w:rPr>
          <w:rFonts w:ascii="Roboto Condensed" w:hAnsi="Roboto Condensed"/>
          <w:sz w:val="20"/>
        </w:rPr>
        <w:t>ha zostało objęte strefami wielofunkcyjnymi</w:t>
      </w:r>
      <w:r w:rsidR="008835C9" w:rsidRPr="00A92BE7">
        <w:rPr>
          <w:rFonts w:ascii="Roboto Condensed" w:hAnsi="Roboto Condensed"/>
          <w:sz w:val="20"/>
        </w:rPr>
        <w:t xml:space="preserve">. Schematyczne przedstawienie stref na </w:t>
      </w:r>
      <w:r w:rsidR="00992861" w:rsidRPr="00A92BE7">
        <w:rPr>
          <w:rFonts w:ascii="Roboto Condensed" w:hAnsi="Roboto Condensed"/>
          <w:i/>
          <w:iCs/>
          <w:sz w:val="20"/>
        </w:rPr>
        <w:t>Rys.3</w:t>
      </w:r>
      <w:r w:rsidR="00DD2DF2" w:rsidRPr="00A92BE7">
        <w:rPr>
          <w:rFonts w:ascii="Roboto Condensed" w:hAnsi="Roboto Condensed"/>
          <w:i/>
          <w:iCs/>
          <w:sz w:val="20"/>
        </w:rPr>
        <w:t>3</w:t>
      </w:r>
      <w:r w:rsidR="00992861" w:rsidRPr="00A92BE7">
        <w:rPr>
          <w:rFonts w:ascii="Roboto Condensed" w:hAnsi="Roboto Condensed"/>
          <w:i/>
          <w:iCs/>
          <w:sz w:val="20"/>
        </w:rPr>
        <w:t xml:space="preserve"> Wyznaczone strefy wielofunkcyjne w projekcie POG</w:t>
      </w:r>
      <w:r w:rsidR="00992861" w:rsidRPr="00A92BE7">
        <w:rPr>
          <w:rFonts w:ascii="Roboto Condensed" w:hAnsi="Roboto Condensed"/>
          <w:sz w:val="20"/>
        </w:rPr>
        <w:t>.</w:t>
      </w:r>
    </w:p>
    <w:p w14:paraId="319AAFD5" w14:textId="66831E60" w:rsidR="00001201" w:rsidRPr="00A92BE7" w:rsidRDefault="00001201" w:rsidP="00001201">
      <w:pPr>
        <w:spacing w:before="120"/>
        <w:ind w:left="142"/>
        <w:jc w:val="both"/>
        <w:rPr>
          <w:rFonts w:ascii="Roboto Condensed" w:hAnsi="Roboto Condensed"/>
          <w:color w:val="EE0000"/>
          <w:sz w:val="20"/>
        </w:rPr>
      </w:pPr>
      <w:r w:rsidRPr="003212E7">
        <w:rPr>
          <w:rFonts w:ascii="Roboto Condensed" w:hAnsi="Roboto Condensed"/>
          <w:sz w:val="20"/>
        </w:rPr>
        <w:t xml:space="preserve">W wyniku rozszerzenia istniejących i dodania nowych wielofunkcyjnych stref planistycznych, sumarycznie wyznaczono </w:t>
      </w:r>
      <w:r w:rsidR="001E45E8" w:rsidRPr="003212E7">
        <w:rPr>
          <w:rFonts w:ascii="Roboto Condensed" w:hAnsi="Roboto Condensed"/>
          <w:sz w:val="20"/>
        </w:rPr>
        <w:br/>
      </w:r>
      <w:r w:rsidR="003212E7" w:rsidRPr="003212E7">
        <w:rPr>
          <w:rFonts w:ascii="Roboto Condensed" w:hAnsi="Roboto Condensed"/>
          <w:sz w:val="20"/>
        </w:rPr>
        <w:t>143,0</w:t>
      </w:r>
      <w:r w:rsidR="00FA1AF8">
        <w:rPr>
          <w:rFonts w:ascii="Roboto Condensed" w:hAnsi="Roboto Condensed"/>
          <w:sz w:val="20"/>
        </w:rPr>
        <w:t>6</w:t>
      </w:r>
      <w:r w:rsidR="00D77E4C" w:rsidRPr="003212E7">
        <w:rPr>
          <w:rFonts w:ascii="Roboto Condensed" w:hAnsi="Roboto Condensed"/>
          <w:sz w:val="20"/>
        </w:rPr>
        <w:t xml:space="preserve"> </w:t>
      </w:r>
      <w:r w:rsidRPr="003212E7">
        <w:rPr>
          <w:rFonts w:ascii="Roboto Condensed" w:hAnsi="Roboto Condensed"/>
          <w:sz w:val="20"/>
        </w:rPr>
        <w:t xml:space="preserve">ha terenów nie zabudowanych i luk w zabudowie w ramach stref planistycznych SJ, SZ, w tym </w:t>
      </w:r>
      <w:r w:rsidR="003212E7" w:rsidRPr="00FA1AF8">
        <w:rPr>
          <w:rFonts w:ascii="Roboto Condensed" w:hAnsi="Roboto Condensed"/>
          <w:sz w:val="20"/>
        </w:rPr>
        <w:t>141,60</w:t>
      </w:r>
      <w:r w:rsidR="008362D7" w:rsidRPr="00FA1AF8">
        <w:rPr>
          <w:rFonts w:ascii="Roboto Condensed" w:hAnsi="Roboto Condensed"/>
          <w:sz w:val="20"/>
        </w:rPr>
        <w:t xml:space="preserve"> </w:t>
      </w:r>
      <w:r w:rsidRPr="00FA1AF8">
        <w:rPr>
          <w:rFonts w:ascii="Roboto Condensed" w:hAnsi="Roboto Condensed"/>
          <w:sz w:val="20"/>
        </w:rPr>
        <w:t xml:space="preserve">ha w ramach strefy wielofunkcyjnej z zabudową mieszkaniową jednorodzinną oraz </w:t>
      </w:r>
      <w:r w:rsidR="00965E81" w:rsidRPr="00FA1AF8">
        <w:rPr>
          <w:rFonts w:ascii="Roboto Condensed" w:hAnsi="Roboto Condensed"/>
          <w:sz w:val="20"/>
        </w:rPr>
        <w:t>1,</w:t>
      </w:r>
      <w:r w:rsidR="003212E7" w:rsidRPr="00FA1AF8">
        <w:rPr>
          <w:rFonts w:ascii="Roboto Condensed" w:hAnsi="Roboto Condensed"/>
          <w:sz w:val="20"/>
        </w:rPr>
        <w:t>46</w:t>
      </w:r>
      <w:r w:rsidR="00296F5F" w:rsidRPr="00FA1AF8">
        <w:rPr>
          <w:rFonts w:ascii="Roboto Condensed" w:hAnsi="Roboto Condensed"/>
          <w:sz w:val="20"/>
        </w:rPr>
        <w:t xml:space="preserve"> </w:t>
      </w:r>
      <w:r w:rsidRPr="00FA1AF8">
        <w:rPr>
          <w:rFonts w:ascii="Roboto Condensed" w:hAnsi="Roboto Condensed"/>
          <w:sz w:val="20"/>
        </w:rPr>
        <w:t xml:space="preserve">ha w ramach strefy wielofunkcyjnej z zabudową zagrodową, tereny które będą podlegać bilansowaniu w drugim etapie, schematycznie przedstawione </w:t>
      </w:r>
      <w:r w:rsidR="00D34778" w:rsidRPr="00FA1AF8">
        <w:rPr>
          <w:rFonts w:ascii="Roboto Condensed" w:hAnsi="Roboto Condensed"/>
          <w:sz w:val="20"/>
        </w:rPr>
        <w:t>na</w:t>
      </w:r>
      <w:r w:rsidR="00D94412" w:rsidRPr="00FA1AF8">
        <w:rPr>
          <w:rFonts w:ascii="Roboto Condensed" w:hAnsi="Roboto Condensed"/>
          <w:sz w:val="20"/>
        </w:rPr>
        <w:t>:</w:t>
      </w:r>
      <w:r w:rsidR="00D94412" w:rsidRPr="00FA1AF8">
        <w:rPr>
          <w:rFonts w:ascii="Roboto Condensed" w:hAnsi="Roboto Condensed"/>
          <w:sz w:val="20"/>
        </w:rPr>
        <w:br/>
      </w:r>
      <w:r w:rsidR="00ED1E07" w:rsidRPr="00FA1AF8">
        <w:rPr>
          <w:rFonts w:ascii="Roboto Condensed" w:hAnsi="Roboto Condensed"/>
          <w:i/>
          <w:iCs/>
          <w:sz w:val="20"/>
        </w:rPr>
        <w:t>Rys.3</w:t>
      </w:r>
      <w:r w:rsidR="00E626CD" w:rsidRPr="00FA1AF8">
        <w:rPr>
          <w:rFonts w:ascii="Roboto Condensed" w:hAnsi="Roboto Condensed"/>
          <w:i/>
          <w:iCs/>
          <w:sz w:val="20"/>
        </w:rPr>
        <w:t>4</w:t>
      </w:r>
      <w:r w:rsidR="00ED1E07" w:rsidRPr="00FA1AF8">
        <w:rPr>
          <w:rFonts w:ascii="Roboto Condensed" w:hAnsi="Roboto Condensed"/>
          <w:i/>
          <w:iCs/>
          <w:sz w:val="20"/>
        </w:rPr>
        <w:t xml:space="preserve"> Tereny niezabudowane i luki w zabudowie w ramach stref wielofunkcyjnych w projekcie POG.</w:t>
      </w:r>
    </w:p>
    <w:p w14:paraId="40D58774" w14:textId="77777777" w:rsidR="00C23579" w:rsidRPr="00C23579" w:rsidRDefault="00C23579" w:rsidP="00C23579">
      <w:pPr>
        <w:spacing w:before="120"/>
        <w:ind w:left="142"/>
        <w:jc w:val="both"/>
        <w:rPr>
          <w:rFonts w:ascii="Roboto Condensed" w:hAnsi="Roboto Condensed"/>
          <w:sz w:val="20"/>
        </w:rPr>
      </w:pPr>
      <w:r w:rsidRPr="00FA1AF8">
        <w:rPr>
          <w:rFonts w:ascii="Roboto Condensed" w:hAnsi="Roboto Condensed"/>
          <w:sz w:val="20"/>
        </w:rPr>
        <w:t>Następnie przystąpiono do ponownego obliczenia chłonności terenów niezabudowanych oraz luk w zabudowie istniejącej dla wielofunkcyjnych stref planistycznych. Zastosowano ten sam wskaźnik chłonności, uznany za najbardziej zbliżony do charakteru planowanej zabudowy</w:t>
      </w:r>
      <w:r w:rsidRPr="00C23579">
        <w:rPr>
          <w:rFonts w:ascii="Roboto Condensed" w:hAnsi="Roboto Condensed"/>
          <w:sz w:val="20"/>
        </w:rPr>
        <w:t>, w połączeniu z projektowanym maksymalnym wskaźnikiem intensywności zabudowy właściwym dla danej strefy.</w:t>
      </w:r>
    </w:p>
    <w:p w14:paraId="390AE84B" w14:textId="77777777" w:rsidR="00C23579" w:rsidRPr="00C23579" w:rsidRDefault="00C23579" w:rsidP="00C23579">
      <w:pPr>
        <w:spacing w:before="120"/>
        <w:ind w:left="142"/>
        <w:jc w:val="both"/>
        <w:rPr>
          <w:rFonts w:ascii="Roboto Condensed" w:hAnsi="Roboto Condensed"/>
          <w:sz w:val="20"/>
        </w:rPr>
      </w:pPr>
      <w:r w:rsidRPr="00C23579">
        <w:rPr>
          <w:rFonts w:ascii="Roboto Condensed" w:hAnsi="Roboto Condensed"/>
          <w:sz w:val="20"/>
        </w:rPr>
        <w:t>Po aktualizacji granic stref, przeprowadzonej po pierwszym etapie obliczeń chłonności terenów niezabudowanych, wskaźniki udziału funkcji mieszkaniowej uległy zmianie w pięciu rozszerzonych strefach (150SJ, 135SJ, 97SJ, 4SJ, 105SJ). Zmiana ta wynikała ze znaczącego zwiększenia powierzchni oraz zmiany kształtu geometrycznego tych stref. W pozostałych przypadkach wskaźniki udziału funkcji mieszkaniowej pozostały bez zmian, ponieważ rozszerzenia obejmowały głównie istniejące strefy zabudowy. W konsekwencji rozszerzone strefy dziedziczyły prognozowany udział funkcji mieszkaniowej od pierwotnych jednostek. Ta sama zasada została zastosowana wobec stref, które łączono w jedną poprzez rozszerzenia.</w:t>
      </w:r>
    </w:p>
    <w:p w14:paraId="076DFE9A" w14:textId="1149FC06" w:rsidR="001E56A5" w:rsidRPr="00782A92" w:rsidRDefault="00C23579" w:rsidP="00C23579">
      <w:pPr>
        <w:spacing w:before="120"/>
        <w:ind w:left="142"/>
        <w:jc w:val="both"/>
        <w:rPr>
          <w:rFonts w:ascii="Roboto Condensed" w:hAnsi="Roboto Condensed"/>
          <w:color w:val="000000" w:themeColor="text1"/>
          <w:sz w:val="20"/>
        </w:rPr>
      </w:pPr>
      <w:r w:rsidRPr="00C23579">
        <w:rPr>
          <w:rFonts w:ascii="Roboto Condensed" w:hAnsi="Roboto Condensed"/>
          <w:sz w:val="20"/>
        </w:rPr>
        <w:t xml:space="preserve">Co do zasady, nie wyznaczano wskaźników udziału funkcji mieszkaniowej dla nowych stref planistycznych typu SJ, z wyjątkiem strefy 186SJ w Dąbrówce, dla której ustalono wskaźnik na poziomie 0,9, odnoszący się do przewidywanych funkcji komunikacyjnych. </w:t>
      </w:r>
      <w:r w:rsidR="001E56A5" w:rsidRPr="00782A92">
        <w:rPr>
          <w:rFonts w:ascii="Roboto Condensed" w:hAnsi="Roboto Condensed"/>
          <w:color w:val="000000" w:themeColor="text1"/>
          <w:sz w:val="20"/>
        </w:rPr>
        <w:t>Poniższy rysunek schematycznie przedstawia przyjęte wskaźniki proporcji funkcji dla stref SJ w których występują tereny niezabudowane i luki w zabudowie istniejącej:</w:t>
      </w:r>
    </w:p>
    <w:p w14:paraId="6D11AD95" w14:textId="6FD8EC2B" w:rsidR="005553C8" w:rsidRPr="001538C5" w:rsidRDefault="005553C8" w:rsidP="00542E81">
      <w:pPr>
        <w:spacing w:before="120"/>
        <w:ind w:left="142"/>
        <w:jc w:val="both"/>
        <w:rPr>
          <w:rFonts w:ascii="Roboto Condensed" w:hAnsi="Roboto Condensed"/>
          <w:i/>
          <w:iCs/>
          <w:sz w:val="20"/>
        </w:rPr>
      </w:pPr>
      <w:r w:rsidRPr="001538C5">
        <w:rPr>
          <w:rFonts w:ascii="Roboto Condensed" w:hAnsi="Roboto Condensed"/>
          <w:i/>
          <w:iCs/>
          <w:sz w:val="20"/>
        </w:rPr>
        <w:t>Rys</w:t>
      </w:r>
      <w:r w:rsidR="00DA1988" w:rsidRPr="001538C5">
        <w:rPr>
          <w:rFonts w:ascii="Roboto Condensed" w:hAnsi="Roboto Condensed"/>
          <w:i/>
          <w:iCs/>
          <w:sz w:val="20"/>
        </w:rPr>
        <w:t>.3</w:t>
      </w:r>
      <w:r w:rsidR="00D653D8" w:rsidRPr="001538C5">
        <w:rPr>
          <w:rFonts w:ascii="Roboto Condensed" w:hAnsi="Roboto Condensed"/>
          <w:i/>
          <w:iCs/>
          <w:sz w:val="20"/>
        </w:rPr>
        <w:t>2</w:t>
      </w:r>
      <w:r w:rsidR="00DA1988" w:rsidRPr="001538C5">
        <w:rPr>
          <w:rFonts w:ascii="Roboto Condensed" w:hAnsi="Roboto Condensed"/>
          <w:i/>
          <w:iCs/>
          <w:sz w:val="20"/>
        </w:rPr>
        <w:t>.</w:t>
      </w:r>
      <w:r w:rsidRPr="001538C5">
        <w:rPr>
          <w:rFonts w:ascii="Roboto Condensed" w:hAnsi="Roboto Condensed"/>
          <w:i/>
          <w:iCs/>
          <w:sz w:val="20"/>
        </w:rPr>
        <w:t xml:space="preserve"> Prognozowany udział funkcji mieszkaniowej w strefach SJ w których występują tereny niezabudowane i luki w zabudowie istniejącej</w:t>
      </w:r>
      <w:r w:rsidR="00241745" w:rsidRPr="001538C5">
        <w:rPr>
          <w:rFonts w:ascii="Roboto Condensed" w:hAnsi="Roboto Condensed"/>
          <w:i/>
          <w:iCs/>
          <w:sz w:val="20"/>
        </w:rPr>
        <w:t>.</w:t>
      </w:r>
    </w:p>
    <w:p w14:paraId="4C6C1D1D" w14:textId="4E9826BD" w:rsidR="001E56A5" w:rsidRDefault="00414266" w:rsidP="005553C8">
      <w:pPr>
        <w:spacing w:before="120"/>
        <w:ind w:left="142"/>
        <w:jc w:val="center"/>
        <w:rPr>
          <w:rFonts w:ascii="Roboto Condensed" w:hAnsi="Roboto Condensed"/>
          <w:sz w:val="20"/>
        </w:rPr>
      </w:pPr>
      <w:r>
        <w:rPr>
          <w:rFonts w:ascii="Roboto Condensed" w:hAnsi="Roboto Condensed"/>
          <w:noProof/>
          <w:sz w:val="20"/>
        </w:rPr>
        <w:drawing>
          <wp:inline distT="0" distB="0" distL="0" distR="0" wp14:anchorId="3E130AC2" wp14:editId="0D1FD92C">
            <wp:extent cx="4391025" cy="4098511"/>
            <wp:effectExtent l="0" t="0" r="0" b="0"/>
            <wp:docPr id="67465361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653614" name="Obraz 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395416" cy="4102609"/>
                    </a:xfrm>
                    <a:prstGeom prst="rect">
                      <a:avLst/>
                    </a:prstGeom>
                  </pic:spPr>
                </pic:pic>
              </a:graphicData>
            </a:graphic>
          </wp:inline>
        </w:drawing>
      </w:r>
    </w:p>
    <w:p w14:paraId="5D3F0B7D" w14:textId="0B1D513B" w:rsidR="00693BA6" w:rsidRPr="003605D0" w:rsidRDefault="00693BA6" w:rsidP="003605D0">
      <w:pPr>
        <w:spacing w:before="120"/>
        <w:ind w:left="142"/>
        <w:jc w:val="both"/>
        <w:rPr>
          <w:rFonts w:ascii="Roboto Condensed" w:hAnsi="Roboto Condensed"/>
          <w:sz w:val="20"/>
        </w:rPr>
      </w:pPr>
      <w:r w:rsidRPr="00143A25">
        <w:rPr>
          <w:rFonts w:ascii="Roboto Condensed" w:hAnsi="Roboto Condensed"/>
          <w:sz w:val="20"/>
        </w:rPr>
        <w:lastRenderedPageBreak/>
        <w:t>W wyniku rozszerzenia stref, część z nich uległa złączeniu oraz powstały nowo wyodrębnione strefy wielofunkcyjne, co skutkowało koniecznością zmiany numeracji stref</w:t>
      </w:r>
      <w:r w:rsidR="003550C3">
        <w:rPr>
          <w:rFonts w:ascii="Roboto Condensed" w:hAnsi="Roboto Condensed"/>
          <w:sz w:val="20"/>
        </w:rPr>
        <w:t xml:space="preserve">, dodatkowo </w:t>
      </w:r>
      <w:r w:rsidR="00F6494A">
        <w:rPr>
          <w:rFonts w:ascii="Roboto Condensed" w:hAnsi="Roboto Condensed"/>
          <w:sz w:val="20"/>
        </w:rPr>
        <w:t xml:space="preserve">przez rozszerzenia zwiększyła się ilość stref na </w:t>
      </w:r>
      <w:r w:rsidR="004A536D" w:rsidRPr="004A536D">
        <w:rPr>
          <w:rFonts w:ascii="Roboto Condensed" w:hAnsi="Roboto Condensed"/>
          <w:sz w:val="20"/>
        </w:rPr>
        <w:t xml:space="preserve">stref, na których </w:t>
      </w:r>
      <w:r w:rsidR="00843638">
        <w:rPr>
          <w:rFonts w:ascii="Roboto Condensed" w:hAnsi="Roboto Condensed"/>
          <w:sz w:val="20"/>
        </w:rPr>
        <w:t xml:space="preserve">występują </w:t>
      </w:r>
      <w:r w:rsidR="004A536D" w:rsidRPr="004A536D">
        <w:rPr>
          <w:rFonts w:ascii="Roboto Condensed" w:hAnsi="Roboto Condensed"/>
          <w:sz w:val="20"/>
        </w:rPr>
        <w:t>teren</w:t>
      </w:r>
      <w:r w:rsidR="00843638">
        <w:rPr>
          <w:rFonts w:ascii="Roboto Condensed" w:hAnsi="Roboto Condensed"/>
          <w:sz w:val="20"/>
        </w:rPr>
        <w:t>y</w:t>
      </w:r>
      <w:r w:rsidR="004A536D" w:rsidRPr="004A536D">
        <w:rPr>
          <w:rFonts w:ascii="Roboto Condensed" w:hAnsi="Roboto Condensed"/>
          <w:sz w:val="20"/>
        </w:rPr>
        <w:t xml:space="preserve"> niezabudowan</w:t>
      </w:r>
      <w:r w:rsidR="00843638">
        <w:rPr>
          <w:rFonts w:ascii="Roboto Condensed" w:hAnsi="Roboto Condensed"/>
          <w:sz w:val="20"/>
        </w:rPr>
        <w:t>e</w:t>
      </w:r>
      <w:r w:rsidRPr="00143A25">
        <w:rPr>
          <w:rFonts w:ascii="Roboto Condensed" w:hAnsi="Roboto Condensed"/>
          <w:sz w:val="20"/>
        </w:rPr>
        <w:t>. Dla zac</w:t>
      </w:r>
      <w:r w:rsidRPr="00454141">
        <w:rPr>
          <w:rFonts w:ascii="Roboto Condensed" w:hAnsi="Roboto Condensed"/>
          <w:sz w:val="20"/>
        </w:rPr>
        <w:t>howania porządku w poniższej tabeli ujęto pierwotny symbol strefy.</w:t>
      </w:r>
    </w:p>
    <w:p w14:paraId="56A8B1C5" w14:textId="77777777" w:rsidR="00693BA6" w:rsidRDefault="00693BA6" w:rsidP="00693BA6">
      <w:pPr>
        <w:spacing w:before="120"/>
        <w:ind w:left="142"/>
        <w:jc w:val="both"/>
        <w:rPr>
          <w:rFonts w:ascii="Roboto Condensed" w:hAnsi="Roboto Condensed"/>
          <w:color w:val="FFC000"/>
          <w:sz w:val="20"/>
        </w:rPr>
      </w:pPr>
      <w:r w:rsidRPr="00454141">
        <w:rPr>
          <w:rFonts w:ascii="Roboto Condensed" w:hAnsi="Roboto Condensed"/>
          <w:sz w:val="20"/>
        </w:rPr>
        <w:t>W wyznaczonych strefach wielofunkcyjnych z zabudową mieszkaniową jednorodzinną SJ, oszacowana chłonność wynosi:</w:t>
      </w:r>
    </w:p>
    <w:p w14:paraId="20B8B9F8" w14:textId="29825C33" w:rsidR="00693BA6" w:rsidRPr="00DB70F7" w:rsidRDefault="00693BA6" w:rsidP="00693BA6">
      <w:pPr>
        <w:pStyle w:val="Tekstpodstawowy2"/>
        <w:spacing w:before="120" w:after="40" w:line="240" w:lineRule="auto"/>
        <w:ind w:left="170"/>
        <w:rPr>
          <w:rFonts w:ascii="Roboto Condensed" w:hAnsi="Roboto Condensed"/>
          <w:sz w:val="20"/>
          <w:lang w:val="pl-PL"/>
        </w:rPr>
      </w:pPr>
      <w:r w:rsidRPr="00486B71">
        <w:rPr>
          <w:rFonts w:ascii="Roboto Condensed" w:hAnsi="Roboto Condensed"/>
          <w:i/>
          <w:iCs/>
          <w:sz w:val="20"/>
          <w:szCs w:val="24"/>
          <w:lang w:val="pl-PL"/>
        </w:rPr>
        <w:t xml:space="preserve">Tab. </w:t>
      </w:r>
      <w:r w:rsidR="00DF0B52">
        <w:rPr>
          <w:rFonts w:ascii="Roboto Condensed" w:hAnsi="Roboto Condensed"/>
          <w:i/>
          <w:iCs/>
          <w:sz w:val="20"/>
          <w:szCs w:val="24"/>
          <w:lang w:val="pl-PL"/>
        </w:rPr>
        <w:t>11</w:t>
      </w:r>
      <w:r w:rsidRPr="00DB70F7">
        <w:rPr>
          <w:rFonts w:ascii="Roboto Condensed" w:hAnsi="Roboto Condensed"/>
          <w:i/>
          <w:iCs/>
          <w:sz w:val="20"/>
          <w:szCs w:val="24"/>
          <w:lang w:val="pl-PL"/>
        </w:rPr>
        <w:t>.</w:t>
      </w:r>
      <w:r>
        <w:rPr>
          <w:rFonts w:ascii="Roboto Condensed" w:hAnsi="Roboto Condensed"/>
          <w:i/>
          <w:iCs/>
          <w:sz w:val="20"/>
          <w:szCs w:val="24"/>
          <w:lang w:val="pl-PL"/>
        </w:rPr>
        <w:t xml:space="preserve"> Chłonność terenów niezabudowanych i luk w zabudowie istniejącej w ramach</w:t>
      </w:r>
      <w:r w:rsidRPr="00B13312">
        <w:rPr>
          <w:lang w:val="pl-PL"/>
        </w:rPr>
        <w:t xml:space="preserve"> </w:t>
      </w:r>
      <w:r w:rsidRPr="00B13312">
        <w:rPr>
          <w:rFonts w:ascii="Roboto Condensed" w:hAnsi="Roboto Condensed"/>
          <w:i/>
          <w:iCs/>
          <w:sz w:val="20"/>
          <w:szCs w:val="24"/>
          <w:lang w:val="pl-PL"/>
        </w:rPr>
        <w:t>stref wielofunkcyjnych z zabudową mieszkaniową jednorodzinną SJ</w:t>
      </w:r>
      <w:r>
        <w:rPr>
          <w:rFonts w:ascii="Roboto Condensed" w:hAnsi="Roboto Condensed"/>
          <w:i/>
          <w:iCs/>
          <w:sz w:val="20"/>
          <w:szCs w:val="24"/>
          <w:lang w:val="pl-PL"/>
        </w:rPr>
        <w:t>.</w:t>
      </w:r>
    </w:p>
    <w:tbl>
      <w:tblPr>
        <w:tblStyle w:val="Tabela-Siatka"/>
        <w:tblW w:w="9750" w:type="dxa"/>
        <w:tblInd w:w="142" w:type="dxa"/>
        <w:tblLook w:val="04A0" w:firstRow="1" w:lastRow="0" w:firstColumn="1" w:lastColumn="0" w:noHBand="0" w:noVBand="1"/>
      </w:tblPr>
      <w:tblGrid>
        <w:gridCol w:w="462"/>
        <w:gridCol w:w="1138"/>
        <w:gridCol w:w="1168"/>
        <w:gridCol w:w="1607"/>
        <w:gridCol w:w="1106"/>
        <w:gridCol w:w="1531"/>
        <w:gridCol w:w="1364"/>
        <w:gridCol w:w="1374"/>
      </w:tblGrid>
      <w:tr w:rsidR="00673295" w14:paraId="7676CA27" w14:textId="77777777" w:rsidTr="004E1ED1">
        <w:tc>
          <w:tcPr>
            <w:tcW w:w="463" w:type="dxa"/>
            <w:vMerge w:val="restart"/>
            <w:tcBorders>
              <w:top w:val="single" w:sz="12" w:space="0" w:color="auto"/>
              <w:left w:val="single" w:sz="12" w:space="0" w:color="auto"/>
            </w:tcBorders>
            <w:shd w:val="clear" w:color="auto" w:fill="A6A6A6" w:themeFill="background1" w:themeFillShade="A6"/>
          </w:tcPr>
          <w:p w14:paraId="58A4A9C5" w14:textId="77777777" w:rsidR="00C03146" w:rsidRPr="00201791" w:rsidRDefault="00C03146" w:rsidP="00542E81">
            <w:pPr>
              <w:ind w:left="-57" w:right="-57"/>
              <w:jc w:val="center"/>
              <w:rPr>
                <w:rFonts w:ascii="Roboto Condensed" w:hAnsi="Roboto Condensed"/>
                <w:sz w:val="16"/>
                <w:szCs w:val="16"/>
              </w:rPr>
            </w:pPr>
            <w:bookmarkStart w:id="128" w:name="_Hlk206701598"/>
            <w:r w:rsidRPr="00201791">
              <w:rPr>
                <w:rFonts w:ascii="Roboto Condensed" w:hAnsi="Roboto Condensed"/>
                <w:sz w:val="16"/>
                <w:szCs w:val="16"/>
              </w:rPr>
              <w:t>Lp.</w:t>
            </w:r>
          </w:p>
        </w:tc>
        <w:tc>
          <w:tcPr>
            <w:tcW w:w="1160" w:type="dxa"/>
            <w:vMerge w:val="restart"/>
            <w:tcBorders>
              <w:top w:val="single" w:sz="12" w:space="0" w:color="auto"/>
            </w:tcBorders>
            <w:shd w:val="clear" w:color="auto" w:fill="A6A6A6" w:themeFill="background1" w:themeFillShade="A6"/>
          </w:tcPr>
          <w:p w14:paraId="4011D8B6" w14:textId="75F0CE8A" w:rsidR="00C03146" w:rsidRPr="00201791" w:rsidRDefault="00C03146" w:rsidP="00542E81">
            <w:pPr>
              <w:ind w:left="-57" w:right="-57"/>
              <w:jc w:val="center"/>
              <w:rPr>
                <w:rFonts w:ascii="Roboto Condensed" w:hAnsi="Roboto Condensed"/>
                <w:sz w:val="16"/>
                <w:szCs w:val="16"/>
              </w:rPr>
            </w:pPr>
            <w:r>
              <w:rPr>
                <w:rFonts w:ascii="Roboto Condensed" w:hAnsi="Roboto Condensed"/>
                <w:sz w:val="16"/>
                <w:szCs w:val="16"/>
              </w:rPr>
              <w:t>Oznaczenie</w:t>
            </w:r>
            <w:r w:rsidRPr="00201791">
              <w:rPr>
                <w:rFonts w:ascii="Roboto Condensed" w:hAnsi="Roboto Condensed"/>
                <w:sz w:val="16"/>
                <w:szCs w:val="16"/>
              </w:rPr>
              <w:t xml:space="preserve"> strefy</w:t>
            </w:r>
          </w:p>
        </w:tc>
        <w:tc>
          <w:tcPr>
            <w:tcW w:w="1022" w:type="dxa"/>
            <w:vMerge w:val="restart"/>
            <w:tcBorders>
              <w:top w:val="single" w:sz="12" w:space="0" w:color="auto"/>
            </w:tcBorders>
            <w:shd w:val="clear" w:color="auto" w:fill="A6A6A6" w:themeFill="background1" w:themeFillShade="A6"/>
          </w:tcPr>
          <w:p w14:paraId="0671B9BE" w14:textId="6F4E8973" w:rsidR="00C03146" w:rsidRPr="00201791" w:rsidRDefault="00C03146" w:rsidP="00542E81">
            <w:pPr>
              <w:ind w:left="-57" w:right="-57"/>
              <w:jc w:val="center"/>
              <w:rPr>
                <w:rFonts w:ascii="Roboto Condensed" w:hAnsi="Roboto Condensed"/>
                <w:sz w:val="16"/>
                <w:szCs w:val="16"/>
              </w:rPr>
            </w:pPr>
            <w:r w:rsidRPr="00B66C9F">
              <w:rPr>
                <w:rFonts w:ascii="Roboto Condensed" w:hAnsi="Roboto Condensed"/>
                <w:sz w:val="16"/>
                <w:szCs w:val="16"/>
              </w:rPr>
              <w:t>Symbol strefy  wyznaczonej w ramach</w:t>
            </w:r>
            <w:r>
              <w:rPr>
                <w:rFonts w:ascii="Roboto Condensed" w:hAnsi="Roboto Condensed"/>
                <w:sz w:val="16"/>
                <w:szCs w:val="16"/>
              </w:rPr>
              <w:t xml:space="preserve"> obowiązujących MPZP i </w:t>
            </w:r>
            <w:r w:rsidRPr="00B66C9F">
              <w:rPr>
                <w:rFonts w:ascii="Roboto Condensed" w:hAnsi="Roboto Condensed"/>
                <w:sz w:val="16"/>
                <w:szCs w:val="16"/>
              </w:rPr>
              <w:t>OUZ</w:t>
            </w:r>
          </w:p>
        </w:tc>
        <w:tc>
          <w:tcPr>
            <w:tcW w:w="1635" w:type="dxa"/>
            <w:tcBorders>
              <w:top w:val="single" w:sz="12" w:space="0" w:color="auto"/>
            </w:tcBorders>
            <w:shd w:val="clear" w:color="auto" w:fill="A6A6A6" w:themeFill="background1" w:themeFillShade="A6"/>
          </w:tcPr>
          <w:p w14:paraId="07B39869" w14:textId="41A5887B" w:rsidR="00C03146" w:rsidRPr="00201791" w:rsidRDefault="00C03146" w:rsidP="00542E81">
            <w:pPr>
              <w:ind w:left="-57" w:right="-57"/>
              <w:jc w:val="center"/>
              <w:rPr>
                <w:rFonts w:ascii="Roboto Condensed" w:hAnsi="Roboto Condensed"/>
                <w:sz w:val="16"/>
                <w:szCs w:val="16"/>
              </w:rPr>
            </w:pPr>
            <w:r w:rsidRPr="00201791">
              <w:rPr>
                <w:rFonts w:ascii="Roboto Condensed" w:hAnsi="Roboto Condensed"/>
                <w:sz w:val="16"/>
                <w:szCs w:val="16"/>
              </w:rPr>
              <w:t xml:space="preserve">powierzchnia terenów niezabudowanych w tym luk w zabudowie istniejącej </w:t>
            </w:r>
          </w:p>
        </w:tc>
        <w:tc>
          <w:tcPr>
            <w:tcW w:w="1114" w:type="dxa"/>
            <w:tcBorders>
              <w:top w:val="single" w:sz="12" w:space="0" w:color="auto"/>
            </w:tcBorders>
            <w:shd w:val="clear" w:color="auto" w:fill="A6A6A6" w:themeFill="background1" w:themeFillShade="A6"/>
          </w:tcPr>
          <w:p w14:paraId="0FEAA2E7" w14:textId="77777777" w:rsidR="00C03146" w:rsidRPr="00201791" w:rsidRDefault="00C03146" w:rsidP="00542E81">
            <w:pPr>
              <w:ind w:left="-57" w:right="-57"/>
              <w:jc w:val="center"/>
              <w:rPr>
                <w:rFonts w:ascii="Roboto Condensed" w:hAnsi="Roboto Condensed"/>
                <w:sz w:val="16"/>
                <w:szCs w:val="16"/>
              </w:rPr>
            </w:pPr>
            <w:r w:rsidRPr="00201791">
              <w:rPr>
                <w:rFonts w:ascii="Roboto Condensed" w:hAnsi="Roboto Condensed"/>
                <w:sz w:val="16"/>
                <w:szCs w:val="16"/>
              </w:rPr>
              <w:t>projektowana maksymalna nadziemna intensywność zabudowy</w:t>
            </w:r>
          </w:p>
        </w:tc>
        <w:tc>
          <w:tcPr>
            <w:tcW w:w="1589" w:type="dxa"/>
            <w:tcBorders>
              <w:top w:val="single" w:sz="12" w:space="0" w:color="auto"/>
            </w:tcBorders>
            <w:shd w:val="clear" w:color="auto" w:fill="A6A6A6" w:themeFill="background1" w:themeFillShade="A6"/>
          </w:tcPr>
          <w:p w14:paraId="37783895" w14:textId="77777777" w:rsidR="00C03146" w:rsidRPr="00201791" w:rsidRDefault="00C03146" w:rsidP="00542E81">
            <w:pPr>
              <w:ind w:left="-57" w:right="-57"/>
              <w:jc w:val="center"/>
              <w:rPr>
                <w:rFonts w:ascii="Roboto Condensed" w:hAnsi="Roboto Condensed"/>
                <w:sz w:val="16"/>
                <w:szCs w:val="16"/>
              </w:rPr>
            </w:pPr>
            <w:r w:rsidRPr="00201791">
              <w:rPr>
                <w:rFonts w:ascii="Roboto Condensed" w:hAnsi="Roboto Condensed"/>
                <w:sz w:val="16"/>
                <w:szCs w:val="16"/>
              </w:rPr>
              <w:t>wskaźnik chłonności uznany za najbardziej zbliżony do planowanej zabudowy</w:t>
            </w:r>
          </w:p>
        </w:tc>
        <w:tc>
          <w:tcPr>
            <w:tcW w:w="1388" w:type="dxa"/>
            <w:tcBorders>
              <w:top w:val="single" w:sz="12" w:space="0" w:color="auto"/>
            </w:tcBorders>
            <w:shd w:val="clear" w:color="auto" w:fill="A6A6A6" w:themeFill="background1" w:themeFillShade="A6"/>
          </w:tcPr>
          <w:p w14:paraId="1A1F7C9B" w14:textId="77777777" w:rsidR="00C03146" w:rsidRPr="00201791" w:rsidRDefault="00C03146" w:rsidP="00542E81">
            <w:pPr>
              <w:ind w:left="-57" w:right="-57"/>
              <w:jc w:val="center"/>
              <w:rPr>
                <w:rFonts w:ascii="Roboto Condensed" w:hAnsi="Roboto Condensed"/>
                <w:sz w:val="16"/>
                <w:szCs w:val="16"/>
              </w:rPr>
            </w:pPr>
            <w:r w:rsidRPr="006C2936">
              <w:rPr>
                <w:rFonts w:ascii="Roboto Condensed" w:hAnsi="Roboto Condensed"/>
                <w:sz w:val="16"/>
                <w:szCs w:val="16"/>
              </w:rPr>
              <w:t>prognozowany udział (proporcja) funkcji mieszkaniowej w strefie</w:t>
            </w:r>
          </w:p>
        </w:tc>
        <w:tc>
          <w:tcPr>
            <w:tcW w:w="1379" w:type="dxa"/>
            <w:tcBorders>
              <w:top w:val="single" w:sz="12" w:space="0" w:color="auto"/>
              <w:right w:val="single" w:sz="12" w:space="0" w:color="auto"/>
            </w:tcBorders>
            <w:shd w:val="clear" w:color="auto" w:fill="A6A6A6" w:themeFill="background1" w:themeFillShade="A6"/>
          </w:tcPr>
          <w:p w14:paraId="44FBFCEE" w14:textId="77777777" w:rsidR="00C03146" w:rsidRPr="00201791" w:rsidRDefault="00C03146" w:rsidP="00542E81">
            <w:pPr>
              <w:ind w:left="-57" w:right="-57"/>
              <w:jc w:val="center"/>
              <w:rPr>
                <w:rFonts w:ascii="Roboto Condensed" w:hAnsi="Roboto Condensed"/>
                <w:sz w:val="16"/>
                <w:szCs w:val="16"/>
              </w:rPr>
            </w:pPr>
            <w:r w:rsidRPr="00201791">
              <w:rPr>
                <w:rFonts w:ascii="Roboto Condensed" w:hAnsi="Roboto Condensed"/>
                <w:sz w:val="16"/>
                <w:szCs w:val="16"/>
              </w:rPr>
              <w:t>Chłonność terenów</w:t>
            </w:r>
          </w:p>
          <w:p w14:paraId="68997019" w14:textId="3613B245" w:rsidR="00C03146" w:rsidRPr="00201791" w:rsidRDefault="00C03146" w:rsidP="00542E81">
            <w:pPr>
              <w:ind w:left="-57" w:right="-57"/>
              <w:jc w:val="center"/>
              <w:rPr>
                <w:rFonts w:ascii="Roboto Condensed" w:hAnsi="Roboto Condensed"/>
                <w:sz w:val="16"/>
                <w:szCs w:val="16"/>
              </w:rPr>
            </w:pPr>
            <w:r w:rsidRPr="00201791">
              <w:rPr>
                <w:rFonts w:ascii="Roboto Condensed" w:hAnsi="Roboto Condensed"/>
                <w:sz w:val="16"/>
                <w:szCs w:val="16"/>
              </w:rPr>
              <w:t>niezabudowanych, w</w:t>
            </w:r>
            <w:r w:rsidR="00542E81">
              <w:rPr>
                <w:rFonts w:ascii="Roboto Condensed" w:hAnsi="Roboto Condensed"/>
                <w:sz w:val="16"/>
                <w:szCs w:val="16"/>
              </w:rPr>
              <w:t xml:space="preserve"> </w:t>
            </w:r>
            <w:r w:rsidRPr="00201791">
              <w:rPr>
                <w:rFonts w:ascii="Roboto Condensed" w:hAnsi="Roboto Condensed"/>
                <w:sz w:val="16"/>
                <w:szCs w:val="16"/>
              </w:rPr>
              <w:t>tym luk w</w:t>
            </w:r>
            <w:r w:rsidR="00542E81">
              <w:rPr>
                <w:rFonts w:ascii="Roboto Condensed" w:hAnsi="Roboto Condensed"/>
                <w:sz w:val="16"/>
                <w:szCs w:val="16"/>
              </w:rPr>
              <w:t xml:space="preserve"> </w:t>
            </w:r>
            <w:r w:rsidRPr="00201791">
              <w:rPr>
                <w:rFonts w:ascii="Roboto Condensed" w:hAnsi="Roboto Condensed"/>
                <w:sz w:val="16"/>
                <w:szCs w:val="16"/>
              </w:rPr>
              <w:t>istniejącej</w:t>
            </w:r>
          </w:p>
          <w:p w14:paraId="616E4D0A" w14:textId="31F02434" w:rsidR="00C03146" w:rsidRPr="00201791" w:rsidRDefault="00C03146" w:rsidP="00542E81">
            <w:pPr>
              <w:ind w:left="-57" w:right="-57"/>
              <w:jc w:val="center"/>
              <w:rPr>
                <w:rFonts w:ascii="Roboto Condensed" w:hAnsi="Roboto Condensed"/>
                <w:sz w:val="16"/>
                <w:szCs w:val="16"/>
              </w:rPr>
            </w:pPr>
            <w:r w:rsidRPr="00201791">
              <w:rPr>
                <w:rFonts w:ascii="Roboto Condensed" w:hAnsi="Roboto Condensed"/>
                <w:sz w:val="16"/>
                <w:szCs w:val="16"/>
              </w:rPr>
              <w:t>zabudowie w</w:t>
            </w:r>
            <w:r w:rsidR="00542E81">
              <w:rPr>
                <w:rFonts w:ascii="Roboto Condensed" w:hAnsi="Roboto Condensed"/>
                <w:sz w:val="16"/>
                <w:szCs w:val="16"/>
              </w:rPr>
              <w:t xml:space="preserve"> </w:t>
            </w:r>
            <w:r w:rsidRPr="00201791">
              <w:rPr>
                <w:rFonts w:ascii="Roboto Condensed" w:hAnsi="Roboto Condensed"/>
                <w:sz w:val="16"/>
                <w:szCs w:val="16"/>
              </w:rPr>
              <w:t>strefie</w:t>
            </w:r>
          </w:p>
          <w:p w14:paraId="5F8E704B" w14:textId="77777777" w:rsidR="00C03146" w:rsidRPr="00201791" w:rsidRDefault="00C03146" w:rsidP="00542E81">
            <w:pPr>
              <w:ind w:left="-57" w:right="-57"/>
              <w:jc w:val="center"/>
              <w:rPr>
                <w:rFonts w:ascii="Roboto Condensed" w:hAnsi="Roboto Condensed"/>
                <w:sz w:val="16"/>
                <w:szCs w:val="16"/>
              </w:rPr>
            </w:pPr>
            <w:r w:rsidRPr="00201791">
              <w:rPr>
                <w:rFonts w:ascii="Roboto Condensed" w:hAnsi="Roboto Condensed"/>
                <w:sz w:val="16"/>
                <w:szCs w:val="16"/>
              </w:rPr>
              <w:t>planistycznej</w:t>
            </w:r>
          </w:p>
        </w:tc>
      </w:tr>
      <w:tr w:rsidR="00673295" w14:paraId="69541746" w14:textId="77777777" w:rsidTr="004E1ED1">
        <w:tc>
          <w:tcPr>
            <w:tcW w:w="463" w:type="dxa"/>
            <w:vMerge/>
            <w:tcBorders>
              <w:left w:val="single" w:sz="12" w:space="0" w:color="auto"/>
            </w:tcBorders>
            <w:shd w:val="clear" w:color="auto" w:fill="A6A6A6" w:themeFill="background1" w:themeFillShade="A6"/>
          </w:tcPr>
          <w:p w14:paraId="4636435D" w14:textId="77777777" w:rsidR="00C03146" w:rsidRPr="00201791" w:rsidRDefault="00C03146" w:rsidP="00542E81">
            <w:pPr>
              <w:ind w:left="-57" w:right="-57"/>
              <w:jc w:val="center"/>
              <w:rPr>
                <w:rFonts w:ascii="Roboto Condensed" w:hAnsi="Roboto Condensed"/>
                <w:sz w:val="16"/>
                <w:szCs w:val="16"/>
              </w:rPr>
            </w:pPr>
          </w:p>
        </w:tc>
        <w:tc>
          <w:tcPr>
            <w:tcW w:w="1160" w:type="dxa"/>
            <w:vMerge/>
            <w:shd w:val="clear" w:color="auto" w:fill="A6A6A6" w:themeFill="background1" w:themeFillShade="A6"/>
          </w:tcPr>
          <w:p w14:paraId="2AC310BE" w14:textId="77777777" w:rsidR="00C03146" w:rsidRPr="00201791" w:rsidRDefault="00C03146" w:rsidP="00542E81">
            <w:pPr>
              <w:ind w:left="-57" w:right="-57"/>
              <w:jc w:val="center"/>
              <w:rPr>
                <w:rFonts w:ascii="Roboto Condensed" w:hAnsi="Roboto Condensed"/>
                <w:sz w:val="16"/>
                <w:szCs w:val="16"/>
              </w:rPr>
            </w:pPr>
          </w:p>
        </w:tc>
        <w:tc>
          <w:tcPr>
            <w:tcW w:w="1022" w:type="dxa"/>
            <w:vMerge/>
            <w:shd w:val="clear" w:color="auto" w:fill="A6A6A6" w:themeFill="background1" w:themeFillShade="A6"/>
          </w:tcPr>
          <w:p w14:paraId="3432D07C" w14:textId="77777777" w:rsidR="00C03146" w:rsidRDefault="00C03146" w:rsidP="00542E81">
            <w:pPr>
              <w:spacing w:line="276" w:lineRule="auto"/>
              <w:ind w:left="-57" w:right="-57"/>
              <w:jc w:val="center"/>
              <w:rPr>
                <w:rFonts w:ascii="Roboto Condensed" w:hAnsi="Roboto Condensed"/>
                <w:b/>
                <w:bCs/>
                <w:sz w:val="16"/>
                <w:szCs w:val="16"/>
              </w:rPr>
            </w:pPr>
          </w:p>
        </w:tc>
        <w:tc>
          <w:tcPr>
            <w:tcW w:w="1635" w:type="dxa"/>
            <w:shd w:val="clear" w:color="auto" w:fill="A6A6A6" w:themeFill="background1" w:themeFillShade="A6"/>
          </w:tcPr>
          <w:p w14:paraId="18660737" w14:textId="246AE729" w:rsidR="00C03146" w:rsidRPr="00201791" w:rsidRDefault="00342D17" w:rsidP="00542E81">
            <w:pPr>
              <w:spacing w:line="276" w:lineRule="auto"/>
              <w:ind w:left="-57" w:right="-57"/>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P</m:t>
                    </m:r>
                  </m:e>
                  <m:sub>
                    <m:r>
                      <m:rPr>
                        <m:sty m:val="bi"/>
                      </m:rPr>
                      <w:rPr>
                        <w:rFonts w:ascii="Cambria Math" w:hAnsi="Cambria Math"/>
                        <w:sz w:val="16"/>
                        <w:szCs w:val="16"/>
                      </w:rPr>
                      <m:t>st</m:t>
                    </m:r>
                  </m:sub>
                  <m:sup>
                    <m:r>
                      <m:rPr>
                        <m:sty m:val="bi"/>
                      </m:rPr>
                      <w:rPr>
                        <w:rFonts w:ascii="Cambria Math" w:hAnsi="Cambria Math"/>
                        <w:sz w:val="16"/>
                        <w:szCs w:val="16"/>
                      </w:rPr>
                      <m:t>(s)</m:t>
                    </m:r>
                  </m:sup>
                </m:sSubSup>
              </m:oMath>
            </m:oMathPara>
          </w:p>
        </w:tc>
        <w:tc>
          <w:tcPr>
            <w:tcW w:w="1114" w:type="dxa"/>
            <w:shd w:val="clear" w:color="auto" w:fill="A6A6A6" w:themeFill="background1" w:themeFillShade="A6"/>
          </w:tcPr>
          <w:p w14:paraId="1D2F99AE" w14:textId="77777777" w:rsidR="00C03146" w:rsidRPr="00201791" w:rsidRDefault="00342D17" w:rsidP="00542E81">
            <w:pPr>
              <w:spacing w:line="276" w:lineRule="auto"/>
              <w:ind w:left="-57" w:right="-57"/>
              <w:jc w:val="center"/>
              <w:rPr>
                <w:rFonts w:ascii="Roboto Condensed" w:hAnsi="Roboto Condensed"/>
                <w:b/>
                <w:bCs/>
                <w:sz w:val="16"/>
                <w:szCs w:val="16"/>
              </w:rPr>
            </w:pPr>
            <m:oMathPara>
              <m:oMath>
                <m:sSup>
                  <m:sSupPr>
                    <m:ctrlPr>
                      <w:rPr>
                        <w:rFonts w:ascii="Cambria Math" w:hAnsi="Cambria Math"/>
                        <w:b/>
                        <w:bCs/>
                        <w:i/>
                        <w:sz w:val="16"/>
                        <w:szCs w:val="16"/>
                      </w:rPr>
                    </m:ctrlPr>
                  </m:sSupPr>
                  <m:e>
                    <m:r>
                      <m:rPr>
                        <m:sty m:val="bi"/>
                      </m:rPr>
                      <w:rPr>
                        <w:rFonts w:ascii="Cambria Math" w:hAnsi="Cambria Math"/>
                        <w:sz w:val="16"/>
                        <w:szCs w:val="16"/>
                      </w:rPr>
                      <m:t>I</m:t>
                    </m:r>
                  </m:e>
                  <m:sup>
                    <m:r>
                      <m:rPr>
                        <m:sty m:val="bi"/>
                      </m:rPr>
                      <w:rPr>
                        <w:rFonts w:ascii="Cambria Math" w:hAnsi="Cambria Math"/>
                        <w:sz w:val="16"/>
                        <w:szCs w:val="16"/>
                      </w:rPr>
                      <m:t>(s)</m:t>
                    </m:r>
                  </m:sup>
                </m:sSup>
              </m:oMath>
            </m:oMathPara>
          </w:p>
        </w:tc>
        <w:tc>
          <w:tcPr>
            <w:tcW w:w="1589" w:type="dxa"/>
            <w:shd w:val="clear" w:color="auto" w:fill="A6A6A6" w:themeFill="background1" w:themeFillShade="A6"/>
          </w:tcPr>
          <w:p w14:paraId="462773BD" w14:textId="77777777" w:rsidR="00C03146" w:rsidRPr="00201791" w:rsidRDefault="00342D17" w:rsidP="00542E81">
            <w:pPr>
              <w:spacing w:line="276" w:lineRule="auto"/>
              <w:ind w:left="-57" w:right="-57"/>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W</m:t>
                    </m:r>
                  </m:e>
                  <m:sub>
                    <m:r>
                      <m:rPr>
                        <m:sty m:val="bi"/>
                      </m:rPr>
                      <w:rPr>
                        <w:rFonts w:ascii="Cambria Math" w:hAnsi="Cambria Math"/>
                        <w:sz w:val="16"/>
                        <w:szCs w:val="16"/>
                      </w:rPr>
                      <m:t>Ch</m:t>
                    </m:r>
                  </m:sub>
                  <m:sup>
                    <m:r>
                      <m:rPr>
                        <m:sty m:val="bi"/>
                      </m:rPr>
                      <w:rPr>
                        <w:rFonts w:ascii="Cambria Math" w:hAnsi="Cambria Math"/>
                        <w:sz w:val="16"/>
                        <w:szCs w:val="16"/>
                      </w:rPr>
                      <m:t>(s)</m:t>
                    </m:r>
                  </m:sup>
                </m:sSubSup>
              </m:oMath>
            </m:oMathPara>
          </w:p>
        </w:tc>
        <w:tc>
          <w:tcPr>
            <w:tcW w:w="1388" w:type="dxa"/>
            <w:shd w:val="clear" w:color="auto" w:fill="A6A6A6" w:themeFill="background1" w:themeFillShade="A6"/>
          </w:tcPr>
          <w:p w14:paraId="728FF718" w14:textId="77777777" w:rsidR="00C03146" w:rsidRPr="00BB0E2A" w:rsidRDefault="00342D17" w:rsidP="00542E81">
            <w:pPr>
              <w:spacing w:line="276" w:lineRule="auto"/>
              <w:ind w:left="-57" w:right="-57"/>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f</m:t>
                    </m:r>
                  </m:e>
                  <m:sub>
                    <m:r>
                      <m:rPr>
                        <m:sty m:val="bi"/>
                      </m:rPr>
                      <w:rPr>
                        <w:rFonts w:ascii="Cambria Math" w:hAnsi="Cambria Math"/>
                        <w:sz w:val="16"/>
                        <w:szCs w:val="16"/>
                      </w:rPr>
                      <m:t>m</m:t>
                    </m:r>
                  </m:sub>
                  <m:sup>
                    <m:r>
                      <m:rPr>
                        <m:sty m:val="bi"/>
                      </m:rPr>
                      <w:rPr>
                        <w:rFonts w:ascii="Cambria Math" w:hAnsi="Cambria Math"/>
                        <w:sz w:val="16"/>
                        <w:szCs w:val="16"/>
                      </w:rPr>
                      <m:t>(s)</m:t>
                    </m:r>
                  </m:sup>
                </m:sSubSup>
              </m:oMath>
            </m:oMathPara>
          </w:p>
        </w:tc>
        <w:tc>
          <w:tcPr>
            <w:tcW w:w="1379" w:type="dxa"/>
            <w:tcBorders>
              <w:right w:val="single" w:sz="12" w:space="0" w:color="auto"/>
            </w:tcBorders>
            <w:shd w:val="clear" w:color="auto" w:fill="A6A6A6" w:themeFill="background1" w:themeFillShade="A6"/>
          </w:tcPr>
          <w:p w14:paraId="180740F8" w14:textId="77777777" w:rsidR="00C03146" w:rsidRPr="00201791" w:rsidRDefault="00342D17" w:rsidP="00542E81">
            <w:pPr>
              <w:spacing w:line="276" w:lineRule="auto"/>
              <w:ind w:left="-57" w:right="-57"/>
              <w:jc w:val="center"/>
              <w:rPr>
                <w:rFonts w:ascii="Roboto Condensed" w:hAnsi="Roboto Condensed"/>
                <w:b/>
                <w:bCs/>
                <w:sz w:val="16"/>
                <w:szCs w:val="16"/>
              </w:rPr>
            </w:pPr>
            <m:oMathPara>
              <m:oMath>
                <m:sSub>
                  <m:sSubPr>
                    <m:ctrlPr>
                      <w:rPr>
                        <w:rFonts w:ascii="Cambria Math" w:hAnsi="Cambria Math"/>
                        <w:b/>
                        <w:bCs/>
                        <w:i/>
                        <w:sz w:val="16"/>
                        <w:szCs w:val="16"/>
                      </w:rPr>
                    </m:ctrlPr>
                  </m:sSubPr>
                  <m:e>
                    <m:r>
                      <m:rPr>
                        <m:sty m:val="bi"/>
                      </m:rPr>
                      <w:rPr>
                        <w:rFonts w:ascii="Cambria Math" w:hAnsi="Cambria Math"/>
                        <w:sz w:val="16"/>
                        <w:szCs w:val="16"/>
                      </w:rPr>
                      <m:t>Ch</m:t>
                    </m:r>
                  </m:e>
                  <m:sub>
                    <m:r>
                      <m:rPr>
                        <m:sty m:val="bi"/>
                      </m:rPr>
                      <w:rPr>
                        <w:rFonts w:ascii="Cambria Math" w:hAnsi="Cambria Math"/>
                        <w:sz w:val="16"/>
                        <w:szCs w:val="16"/>
                      </w:rPr>
                      <m:t>s</m:t>
                    </m:r>
                  </m:sub>
                </m:sSub>
              </m:oMath>
            </m:oMathPara>
          </w:p>
        </w:tc>
      </w:tr>
      <w:tr w:rsidR="00673295" w14:paraId="78B7FA01" w14:textId="77777777" w:rsidTr="004E1ED1">
        <w:tc>
          <w:tcPr>
            <w:tcW w:w="463" w:type="dxa"/>
            <w:vMerge/>
            <w:tcBorders>
              <w:left w:val="single" w:sz="12" w:space="0" w:color="auto"/>
              <w:bottom w:val="single" w:sz="12" w:space="0" w:color="auto"/>
            </w:tcBorders>
            <w:shd w:val="clear" w:color="auto" w:fill="A6A6A6" w:themeFill="background1" w:themeFillShade="A6"/>
          </w:tcPr>
          <w:p w14:paraId="5A0DC693" w14:textId="77777777" w:rsidR="00C03146" w:rsidRPr="00201791" w:rsidRDefault="00C03146" w:rsidP="00542E81">
            <w:pPr>
              <w:ind w:left="-57" w:right="-57"/>
              <w:jc w:val="center"/>
              <w:rPr>
                <w:rFonts w:ascii="Roboto Condensed" w:hAnsi="Roboto Condensed"/>
                <w:sz w:val="16"/>
                <w:szCs w:val="16"/>
              </w:rPr>
            </w:pPr>
          </w:p>
        </w:tc>
        <w:tc>
          <w:tcPr>
            <w:tcW w:w="1160" w:type="dxa"/>
            <w:vMerge/>
            <w:tcBorders>
              <w:bottom w:val="single" w:sz="12" w:space="0" w:color="auto"/>
            </w:tcBorders>
            <w:shd w:val="clear" w:color="auto" w:fill="A6A6A6" w:themeFill="background1" w:themeFillShade="A6"/>
          </w:tcPr>
          <w:p w14:paraId="5D87CFB1" w14:textId="77777777" w:rsidR="00C03146" w:rsidRPr="00201791" w:rsidRDefault="00C03146" w:rsidP="00542E81">
            <w:pPr>
              <w:ind w:left="-57" w:right="-57"/>
              <w:jc w:val="center"/>
              <w:rPr>
                <w:rFonts w:ascii="Roboto Condensed" w:hAnsi="Roboto Condensed"/>
                <w:sz w:val="16"/>
                <w:szCs w:val="16"/>
              </w:rPr>
            </w:pPr>
          </w:p>
        </w:tc>
        <w:tc>
          <w:tcPr>
            <w:tcW w:w="1022" w:type="dxa"/>
            <w:vMerge/>
            <w:tcBorders>
              <w:bottom w:val="single" w:sz="12" w:space="0" w:color="auto"/>
            </w:tcBorders>
            <w:shd w:val="clear" w:color="auto" w:fill="A6A6A6" w:themeFill="background1" w:themeFillShade="A6"/>
          </w:tcPr>
          <w:p w14:paraId="35B441D5" w14:textId="77777777" w:rsidR="00C03146" w:rsidRDefault="00C03146" w:rsidP="00542E81">
            <w:pPr>
              <w:ind w:left="-57" w:right="-57"/>
              <w:jc w:val="center"/>
              <w:rPr>
                <w:rFonts w:ascii="Roboto Condensed" w:hAnsi="Roboto Condensed"/>
                <w:sz w:val="16"/>
                <w:szCs w:val="16"/>
              </w:rPr>
            </w:pPr>
          </w:p>
        </w:tc>
        <w:tc>
          <w:tcPr>
            <w:tcW w:w="1635" w:type="dxa"/>
            <w:tcBorders>
              <w:bottom w:val="single" w:sz="12" w:space="0" w:color="auto"/>
            </w:tcBorders>
            <w:shd w:val="clear" w:color="auto" w:fill="A6A6A6" w:themeFill="background1" w:themeFillShade="A6"/>
          </w:tcPr>
          <w:p w14:paraId="3E378E6B" w14:textId="404517F1" w:rsidR="00C03146" w:rsidRPr="00201791" w:rsidRDefault="00C03146" w:rsidP="00542E81">
            <w:pPr>
              <w:ind w:left="-57" w:right="-57"/>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ha</w:t>
            </w:r>
            <w:r>
              <w:rPr>
                <w:rFonts w:ascii="Roboto Condensed" w:hAnsi="Roboto Condensed"/>
                <w:sz w:val="16"/>
                <w:szCs w:val="16"/>
              </w:rPr>
              <w:t>]</w:t>
            </w:r>
          </w:p>
        </w:tc>
        <w:tc>
          <w:tcPr>
            <w:tcW w:w="1114" w:type="dxa"/>
            <w:tcBorders>
              <w:bottom w:val="single" w:sz="12" w:space="0" w:color="auto"/>
            </w:tcBorders>
            <w:shd w:val="clear" w:color="auto" w:fill="A6A6A6" w:themeFill="background1" w:themeFillShade="A6"/>
          </w:tcPr>
          <w:p w14:paraId="745F85E5" w14:textId="77777777" w:rsidR="00C03146" w:rsidRPr="00201791" w:rsidRDefault="00C03146" w:rsidP="00542E81">
            <w:pPr>
              <w:ind w:left="-57" w:right="-57"/>
              <w:jc w:val="center"/>
              <w:rPr>
                <w:rFonts w:ascii="Roboto Condensed" w:hAnsi="Roboto Condensed"/>
                <w:sz w:val="16"/>
                <w:szCs w:val="16"/>
              </w:rPr>
            </w:pPr>
          </w:p>
        </w:tc>
        <w:tc>
          <w:tcPr>
            <w:tcW w:w="1589" w:type="dxa"/>
            <w:tcBorders>
              <w:bottom w:val="single" w:sz="12" w:space="0" w:color="auto"/>
            </w:tcBorders>
            <w:shd w:val="clear" w:color="auto" w:fill="A6A6A6" w:themeFill="background1" w:themeFillShade="A6"/>
          </w:tcPr>
          <w:p w14:paraId="0FA09908" w14:textId="77777777" w:rsidR="00C03146" w:rsidRPr="00201791" w:rsidRDefault="00C03146" w:rsidP="00542E81">
            <w:pPr>
              <w:ind w:left="-57" w:right="-57"/>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os./ha</w:t>
            </w:r>
            <w:r>
              <w:rPr>
                <w:rFonts w:ascii="Roboto Condensed" w:hAnsi="Roboto Condensed"/>
                <w:sz w:val="16"/>
                <w:szCs w:val="16"/>
              </w:rPr>
              <w:t>]</w:t>
            </w:r>
          </w:p>
        </w:tc>
        <w:tc>
          <w:tcPr>
            <w:tcW w:w="1388" w:type="dxa"/>
            <w:tcBorders>
              <w:bottom w:val="single" w:sz="12" w:space="0" w:color="auto"/>
            </w:tcBorders>
            <w:shd w:val="clear" w:color="auto" w:fill="A6A6A6" w:themeFill="background1" w:themeFillShade="A6"/>
          </w:tcPr>
          <w:p w14:paraId="1F1B7EAE" w14:textId="77777777" w:rsidR="00C03146" w:rsidRDefault="00C03146" w:rsidP="00542E81">
            <w:pPr>
              <w:ind w:left="-57" w:right="-57"/>
              <w:jc w:val="center"/>
              <w:rPr>
                <w:rFonts w:ascii="Roboto Condensed" w:hAnsi="Roboto Condensed"/>
                <w:sz w:val="16"/>
                <w:szCs w:val="16"/>
              </w:rPr>
            </w:pPr>
          </w:p>
        </w:tc>
        <w:tc>
          <w:tcPr>
            <w:tcW w:w="1379" w:type="dxa"/>
            <w:tcBorders>
              <w:bottom w:val="single" w:sz="12" w:space="0" w:color="auto"/>
              <w:right w:val="single" w:sz="12" w:space="0" w:color="auto"/>
            </w:tcBorders>
            <w:shd w:val="clear" w:color="auto" w:fill="A6A6A6" w:themeFill="background1" w:themeFillShade="A6"/>
          </w:tcPr>
          <w:p w14:paraId="7CD7AA94" w14:textId="77777777" w:rsidR="00C03146" w:rsidRPr="00201791" w:rsidRDefault="00C03146" w:rsidP="00542E81">
            <w:pPr>
              <w:ind w:left="-57" w:right="-57"/>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os.</w:t>
            </w:r>
            <w:r>
              <w:rPr>
                <w:rFonts w:ascii="Roboto Condensed" w:hAnsi="Roboto Condensed"/>
                <w:sz w:val="16"/>
                <w:szCs w:val="16"/>
              </w:rPr>
              <w:t>]</w:t>
            </w:r>
          </w:p>
        </w:tc>
      </w:tr>
      <w:tr w:rsidR="004E1ED1" w14:paraId="2E5E3FC7" w14:textId="77777777" w:rsidTr="004E1ED1">
        <w:tc>
          <w:tcPr>
            <w:tcW w:w="463" w:type="dxa"/>
          </w:tcPr>
          <w:p w14:paraId="49F4712A" w14:textId="7EAB085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160" w:type="dxa"/>
          </w:tcPr>
          <w:p w14:paraId="41A63398" w14:textId="7EDB49F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2SJ</w:t>
            </w:r>
          </w:p>
        </w:tc>
        <w:tc>
          <w:tcPr>
            <w:tcW w:w="1022" w:type="dxa"/>
          </w:tcPr>
          <w:p w14:paraId="6042CD1E" w14:textId="5D7211F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1SJ</w:t>
            </w:r>
          </w:p>
        </w:tc>
        <w:tc>
          <w:tcPr>
            <w:tcW w:w="1635" w:type="dxa"/>
          </w:tcPr>
          <w:p w14:paraId="2016382B" w14:textId="58783CD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0.3665</w:t>
            </w:r>
          </w:p>
        </w:tc>
        <w:tc>
          <w:tcPr>
            <w:tcW w:w="1114" w:type="dxa"/>
          </w:tcPr>
          <w:p w14:paraId="0F759D52" w14:textId="2B840AA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2E210225" w14:textId="4CBEE08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435C177D" w14:textId="51C165A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3EFDEC47" w14:textId="51D8166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w:t>
            </w:r>
          </w:p>
        </w:tc>
      </w:tr>
      <w:tr w:rsidR="004E1ED1" w14:paraId="13D88E12" w14:textId="77777777" w:rsidTr="004E1ED1">
        <w:tc>
          <w:tcPr>
            <w:tcW w:w="463" w:type="dxa"/>
          </w:tcPr>
          <w:p w14:paraId="70C182EB" w14:textId="6F2B650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c>
          <w:tcPr>
            <w:tcW w:w="1160" w:type="dxa"/>
          </w:tcPr>
          <w:p w14:paraId="4AC8521A" w14:textId="52CC284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3SJ</w:t>
            </w:r>
          </w:p>
        </w:tc>
        <w:tc>
          <w:tcPr>
            <w:tcW w:w="1022" w:type="dxa"/>
          </w:tcPr>
          <w:p w14:paraId="1B11B48D" w14:textId="6BBF760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4SJ</w:t>
            </w:r>
          </w:p>
        </w:tc>
        <w:tc>
          <w:tcPr>
            <w:tcW w:w="1635" w:type="dxa"/>
          </w:tcPr>
          <w:p w14:paraId="02029C78" w14:textId="5A3F42A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0.5589</w:t>
            </w:r>
          </w:p>
        </w:tc>
        <w:tc>
          <w:tcPr>
            <w:tcW w:w="1114" w:type="dxa"/>
          </w:tcPr>
          <w:p w14:paraId="39396616" w14:textId="4E829C8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6A0E2033" w14:textId="3616B28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3AF63CF0" w14:textId="531F33D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138C990F" w14:textId="6FB899D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w:t>
            </w:r>
          </w:p>
        </w:tc>
      </w:tr>
      <w:tr w:rsidR="004E1ED1" w14:paraId="267516E1" w14:textId="77777777" w:rsidTr="004E1ED1">
        <w:tc>
          <w:tcPr>
            <w:tcW w:w="463" w:type="dxa"/>
          </w:tcPr>
          <w:p w14:paraId="75CF1629" w14:textId="76E9C5D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w:t>
            </w:r>
          </w:p>
        </w:tc>
        <w:tc>
          <w:tcPr>
            <w:tcW w:w="1160" w:type="dxa"/>
          </w:tcPr>
          <w:p w14:paraId="249229FE" w14:textId="79FE813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4SJ</w:t>
            </w:r>
          </w:p>
        </w:tc>
        <w:tc>
          <w:tcPr>
            <w:tcW w:w="1022" w:type="dxa"/>
          </w:tcPr>
          <w:p w14:paraId="317C1D5E" w14:textId="33B0250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3SJ</w:t>
            </w:r>
          </w:p>
        </w:tc>
        <w:tc>
          <w:tcPr>
            <w:tcW w:w="1635" w:type="dxa"/>
          </w:tcPr>
          <w:p w14:paraId="1661BBEF" w14:textId="11FF738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0.6431</w:t>
            </w:r>
          </w:p>
        </w:tc>
        <w:tc>
          <w:tcPr>
            <w:tcW w:w="1114" w:type="dxa"/>
          </w:tcPr>
          <w:p w14:paraId="3E737E51" w14:textId="73A0DDA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6FC1AFA2" w14:textId="6AA973B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47BBB41" w14:textId="38536C6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49CBB1E9" w14:textId="2200D9B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w:t>
            </w:r>
          </w:p>
        </w:tc>
      </w:tr>
      <w:tr w:rsidR="004E1ED1" w14:paraId="25AF1F22" w14:textId="77777777" w:rsidTr="004E1ED1">
        <w:tc>
          <w:tcPr>
            <w:tcW w:w="463" w:type="dxa"/>
          </w:tcPr>
          <w:p w14:paraId="74FB8A68" w14:textId="208CF9C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w:t>
            </w:r>
          </w:p>
        </w:tc>
        <w:tc>
          <w:tcPr>
            <w:tcW w:w="1160" w:type="dxa"/>
          </w:tcPr>
          <w:p w14:paraId="70F99B5C" w14:textId="1631B38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5SJ</w:t>
            </w:r>
          </w:p>
        </w:tc>
        <w:tc>
          <w:tcPr>
            <w:tcW w:w="1022" w:type="dxa"/>
          </w:tcPr>
          <w:p w14:paraId="407ED8E9" w14:textId="0BC175CD" w:rsidR="004E1ED1" w:rsidRPr="004E1ED1" w:rsidRDefault="004E1ED1" w:rsidP="004E1ED1">
            <w:pPr>
              <w:jc w:val="center"/>
              <w:rPr>
                <w:rFonts w:ascii="Roboto Condensed" w:hAnsi="Roboto Condensed"/>
                <w:sz w:val="16"/>
                <w:szCs w:val="16"/>
              </w:rPr>
            </w:pPr>
          </w:p>
        </w:tc>
        <w:tc>
          <w:tcPr>
            <w:tcW w:w="1635" w:type="dxa"/>
          </w:tcPr>
          <w:p w14:paraId="32CA01B2" w14:textId="43B7A81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0.3783</w:t>
            </w:r>
          </w:p>
        </w:tc>
        <w:tc>
          <w:tcPr>
            <w:tcW w:w="1114" w:type="dxa"/>
          </w:tcPr>
          <w:p w14:paraId="0AAFEB73" w14:textId="1A658B0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19E84FD4" w14:textId="3E07FA8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004B4293" w14:textId="08577B2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6245AA9C" w14:textId="2196BAC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w:t>
            </w:r>
          </w:p>
        </w:tc>
      </w:tr>
      <w:tr w:rsidR="004E1ED1" w14:paraId="301982A5" w14:textId="77777777" w:rsidTr="004E1ED1">
        <w:tc>
          <w:tcPr>
            <w:tcW w:w="463" w:type="dxa"/>
          </w:tcPr>
          <w:p w14:paraId="4A4A11E6" w14:textId="6949A3B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w:t>
            </w:r>
          </w:p>
        </w:tc>
        <w:tc>
          <w:tcPr>
            <w:tcW w:w="1160" w:type="dxa"/>
          </w:tcPr>
          <w:p w14:paraId="169D8763" w14:textId="37E5184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8SJ</w:t>
            </w:r>
          </w:p>
        </w:tc>
        <w:tc>
          <w:tcPr>
            <w:tcW w:w="1022" w:type="dxa"/>
          </w:tcPr>
          <w:p w14:paraId="53EB35BA" w14:textId="5FA1F93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5SJ, 6SJ, 7SJ, 9SJ, 10SJ, 11SJ, 12SJ, 13SJ, 18SJ, 19SJ, 20SJ</w:t>
            </w:r>
          </w:p>
        </w:tc>
        <w:tc>
          <w:tcPr>
            <w:tcW w:w="1635" w:type="dxa"/>
          </w:tcPr>
          <w:p w14:paraId="345FAAD8" w14:textId="63862A7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7.0033</w:t>
            </w:r>
          </w:p>
        </w:tc>
        <w:tc>
          <w:tcPr>
            <w:tcW w:w="1114" w:type="dxa"/>
          </w:tcPr>
          <w:p w14:paraId="5529FE0E" w14:textId="7D36EA9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70433E8" w14:textId="2E45708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07481670" w14:textId="224FCD8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73918147" w14:textId="234D3A7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70</w:t>
            </w:r>
          </w:p>
        </w:tc>
      </w:tr>
      <w:tr w:rsidR="004E1ED1" w14:paraId="4F9E7945" w14:textId="77777777" w:rsidTr="004E1ED1">
        <w:tc>
          <w:tcPr>
            <w:tcW w:w="463" w:type="dxa"/>
          </w:tcPr>
          <w:p w14:paraId="5DB5C589" w14:textId="70032EC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w:t>
            </w:r>
          </w:p>
        </w:tc>
        <w:tc>
          <w:tcPr>
            <w:tcW w:w="1160" w:type="dxa"/>
          </w:tcPr>
          <w:p w14:paraId="2168118E" w14:textId="74298C7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9SJ</w:t>
            </w:r>
          </w:p>
        </w:tc>
        <w:tc>
          <w:tcPr>
            <w:tcW w:w="1022" w:type="dxa"/>
          </w:tcPr>
          <w:p w14:paraId="172978DF" w14:textId="5F6DCFA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8SJ</w:t>
            </w:r>
          </w:p>
        </w:tc>
        <w:tc>
          <w:tcPr>
            <w:tcW w:w="1635" w:type="dxa"/>
          </w:tcPr>
          <w:p w14:paraId="307646EF" w14:textId="3A1069C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0.5571</w:t>
            </w:r>
          </w:p>
        </w:tc>
        <w:tc>
          <w:tcPr>
            <w:tcW w:w="1114" w:type="dxa"/>
          </w:tcPr>
          <w:p w14:paraId="448C0A34" w14:textId="7261041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B703C64" w14:textId="31E9F06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2BC99774" w14:textId="38D2967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6FC40FC9" w14:textId="034A9CF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w:t>
            </w:r>
          </w:p>
        </w:tc>
      </w:tr>
      <w:tr w:rsidR="004E1ED1" w14:paraId="6E3E4170" w14:textId="77777777" w:rsidTr="004E1ED1">
        <w:tc>
          <w:tcPr>
            <w:tcW w:w="463" w:type="dxa"/>
          </w:tcPr>
          <w:p w14:paraId="0D9F3199" w14:textId="5F41E45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w:t>
            </w:r>
          </w:p>
        </w:tc>
        <w:tc>
          <w:tcPr>
            <w:tcW w:w="1160" w:type="dxa"/>
          </w:tcPr>
          <w:p w14:paraId="2F3E72C8" w14:textId="6E5A785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10SJ</w:t>
            </w:r>
          </w:p>
        </w:tc>
        <w:tc>
          <w:tcPr>
            <w:tcW w:w="1022" w:type="dxa"/>
          </w:tcPr>
          <w:p w14:paraId="14D1BDC2" w14:textId="2777917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21SJ</w:t>
            </w:r>
          </w:p>
        </w:tc>
        <w:tc>
          <w:tcPr>
            <w:tcW w:w="1635" w:type="dxa"/>
          </w:tcPr>
          <w:p w14:paraId="09C61EFA" w14:textId="69FC505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1.2678</w:t>
            </w:r>
          </w:p>
        </w:tc>
        <w:tc>
          <w:tcPr>
            <w:tcW w:w="1114" w:type="dxa"/>
          </w:tcPr>
          <w:p w14:paraId="109F18C4" w14:textId="29EC9F0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285D6AB" w14:textId="2331696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23893231" w14:textId="0259C1F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615753FF" w14:textId="736FBE8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13</w:t>
            </w:r>
          </w:p>
        </w:tc>
      </w:tr>
      <w:tr w:rsidR="004E1ED1" w14:paraId="74BF9B5C" w14:textId="77777777" w:rsidTr="004E1ED1">
        <w:tc>
          <w:tcPr>
            <w:tcW w:w="463" w:type="dxa"/>
          </w:tcPr>
          <w:p w14:paraId="656163CA" w14:textId="532789E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w:t>
            </w:r>
          </w:p>
        </w:tc>
        <w:tc>
          <w:tcPr>
            <w:tcW w:w="1160" w:type="dxa"/>
          </w:tcPr>
          <w:p w14:paraId="643E3132" w14:textId="29D3F65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14SJ</w:t>
            </w:r>
          </w:p>
        </w:tc>
        <w:tc>
          <w:tcPr>
            <w:tcW w:w="1022" w:type="dxa"/>
          </w:tcPr>
          <w:p w14:paraId="430FC80B" w14:textId="1DE766D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38SJ</w:t>
            </w:r>
          </w:p>
        </w:tc>
        <w:tc>
          <w:tcPr>
            <w:tcW w:w="1635" w:type="dxa"/>
          </w:tcPr>
          <w:p w14:paraId="40F22BD2" w14:textId="0DFAD5D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1.3091</w:t>
            </w:r>
          </w:p>
        </w:tc>
        <w:tc>
          <w:tcPr>
            <w:tcW w:w="1114" w:type="dxa"/>
          </w:tcPr>
          <w:p w14:paraId="2587FD45" w14:textId="3090092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6D0BFBB5" w14:textId="4838B05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FC43F11" w14:textId="56E9C4E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26B47A2B" w14:textId="16C3FDF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12</w:t>
            </w:r>
          </w:p>
        </w:tc>
      </w:tr>
      <w:tr w:rsidR="004E1ED1" w14:paraId="23D4FC83" w14:textId="77777777" w:rsidTr="004E1ED1">
        <w:tc>
          <w:tcPr>
            <w:tcW w:w="463" w:type="dxa"/>
          </w:tcPr>
          <w:p w14:paraId="75B80D28" w14:textId="4731AE8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w:t>
            </w:r>
          </w:p>
        </w:tc>
        <w:tc>
          <w:tcPr>
            <w:tcW w:w="1160" w:type="dxa"/>
          </w:tcPr>
          <w:p w14:paraId="30DDB7BC" w14:textId="1C2AE3D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20SJ</w:t>
            </w:r>
          </w:p>
        </w:tc>
        <w:tc>
          <w:tcPr>
            <w:tcW w:w="1022" w:type="dxa"/>
          </w:tcPr>
          <w:p w14:paraId="20D41196" w14:textId="72A1273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29SJ</w:t>
            </w:r>
          </w:p>
        </w:tc>
        <w:tc>
          <w:tcPr>
            <w:tcW w:w="1635" w:type="dxa"/>
          </w:tcPr>
          <w:p w14:paraId="44DE790B" w14:textId="5182557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0.1245</w:t>
            </w:r>
          </w:p>
        </w:tc>
        <w:tc>
          <w:tcPr>
            <w:tcW w:w="1114" w:type="dxa"/>
          </w:tcPr>
          <w:p w14:paraId="25D67B5B" w14:textId="50BF0AF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30471C2A" w14:textId="52B24B0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33104363" w14:textId="748240B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11F5F56C" w14:textId="72CEE4F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r>
      <w:tr w:rsidR="004E1ED1" w14:paraId="39BBF2BB" w14:textId="77777777" w:rsidTr="004E1ED1">
        <w:tc>
          <w:tcPr>
            <w:tcW w:w="463" w:type="dxa"/>
          </w:tcPr>
          <w:p w14:paraId="3CE803FC" w14:textId="7B80F81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w:t>
            </w:r>
          </w:p>
        </w:tc>
        <w:tc>
          <w:tcPr>
            <w:tcW w:w="1160" w:type="dxa"/>
          </w:tcPr>
          <w:p w14:paraId="2BED9E95" w14:textId="1688171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25SJ</w:t>
            </w:r>
          </w:p>
        </w:tc>
        <w:tc>
          <w:tcPr>
            <w:tcW w:w="1022" w:type="dxa"/>
          </w:tcPr>
          <w:p w14:paraId="29B8E25A" w14:textId="4B4BCAB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24SJ</w:t>
            </w:r>
          </w:p>
        </w:tc>
        <w:tc>
          <w:tcPr>
            <w:tcW w:w="1635" w:type="dxa"/>
          </w:tcPr>
          <w:p w14:paraId="55E99145" w14:textId="405CAE7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0.2347</w:t>
            </w:r>
          </w:p>
        </w:tc>
        <w:tc>
          <w:tcPr>
            <w:tcW w:w="1114" w:type="dxa"/>
          </w:tcPr>
          <w:p w14:paraId="7C76E76B" w14:textId="21DB085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7898EE87" w14:textId="0753289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1E039839" w14:textId="0B263C9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0AF37AD5" w14:textId="1068AFA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r>
      <w:tr w:rsidR="004E1ED1" w14:paraId="0377FCEB" w14:textId="77777777" w:rsidTr="004E1ED1">
        <w:tc>
          <w:tcPr>
            <w:tcW w:w="463" w:type="dxa"/>
          </w:tcPr>
          <w:p w14:paraId="7A5BAFFE" w14:textId="3746D94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w:t>
            </w:r>
          </w:p>
        </w:tc>
        <w:tc>
          <w:tcPr>
            <w:tcW w:w="1160" w:type="dxa"/>
          </w:tcPr>
          <w:p w14:paraId="2A7BAF17" w14:textId="1251CEF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28SJ</w:t>
            </w:r>
          </w:p>
        </w:tc>
        <w:tc>
          <w:tcPr>
            <w:tcW w:w="1022" w:type="dxa"/>
          </w:tcPr>
          <w:p w14:paraId="0DE7CA29" w14:textId="7107CBC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37SJ</w:t>
            </w:r>
          </w:p>
        </w:tc>
        <w:tc>
          <w:tcPr>
            <w:tcW w:w="1635" w:type="dxa"/>
          </w:tcPr>
          <w:p w14:paraId="65F8DD18" w14:textId="1DC2429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1.4337</w:t>
            </w:r>
          </w:p>
        </w:tc>
        <w:tc>
          <w:tcPr>
            <w:tcW w:w="1114" w:type="dxa"/>
          </w:tcPr>
          <w:p w14:paraId="1746D676" w14:textId="691DB8E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139E2032" w14:textId="53F5B04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3445E1E6" w14:textId="76C61DD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77F8162F" w14:textId="0625DB2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w:t>
            </w:r>
          </w:p>
        </w:tc>
      </w:tr>
      <w:tr w:rsidR="004E1ED1" w14:paraId="0794090C" w14:textId="77777777" w:rsidTr="004E1ED1">
        <w:tc>
          <w:tcPr>
            <w:tcW w:w="463" w:type="dxa"/>
          </w:tcPr>
          <w:p w14:paraId="2D2E6FF4" w14:textId="0224F0E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12</w:t>
            </w:r>
          </w:p>
        </w:tc>
        <w:tc>
          <w:tcPr>
            <w:tcW w:w="1160" w:type="dxa"/>
          </w:tcPr>
          <w:p w14:paraId="6989C066" w14:textId="04DC18D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30SJ</w:t>
            </w:r>
          </w:p>
        </w:tc>
        <w:tc>
          <w:tcPr>
            <w:tcW w:w="1022" w:type="dxa"/>
          </w:tcPr>
          <w:p w14:paraId="2CE70671" w14:textId="08CFF71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35SJ</w:t>
            </w:r>
          </w:p>
        </w:tc>
        <w:tc>
          <w:tcPr>
            <w:tcW w:w="1635" w:type="dxa"/>
          </w:tcPr>
          <w:p w14:paraId="64A7044F" w14:textId="358AF12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0.1759</w:t>
            </w:r>
          </w:p>
        </w:tc>
        <w:tc>
          <w:tcPr>
            <w:tcW w:w="1114" w:type="dxa"/>
          </w:tcPr>
          <w:p w14:paraId="765D432E" w14:textId="5340046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72E73EE8" w14:textId="699A86C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2C654C95" w14:textId="7A10FF7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4537C52C" w14:textId="58437FE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r>
      <w:tr w:rsidR="004E1ED1" w14:paraId="02FC1459" w14:textId="77777777" w:rsidTr="004E1ED1">
        <w:tc>
          <w:tcPr>
            <w:tcW w:w="463" w:type="dxa"/>
          </w:tcPr>
          <w:p w14:paraId="552BBF97" w14:textId="76C3412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13</w:t>
            </w:r>
          </w:p>
        </w:tc>
        <w:tc>
          <w:tcPr>
            <w:tcW w:w="1160" w:type="dxa"/>
          </w:tcPr>
          <w:p w14:paraId="0A61E078" w14:textId="2F2CBB0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31SJ</w:t>
            </w:r>
          </w:p>
        </w:tc>
        <w:tc>
          <w:tcPr>
            <w:tcW w:w="1022" w:type="dxa"/>
          </w:tcPr>
          <w:p w14:paraId="60F537C9" w14:textId="375730B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42SJ</w:t>
            </w:r>
          </w:p>
        </w:tc>
        <w:tc>
          <w:tcPr>
            <w:tcW w:w="1635" w:type="dxa"/>
          </w:tcPr>
          <w:p w14:paraId="67ED228C" w14:textId="178FBC1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1.9082</w:t>
            </w:r>
          </w:p>
        </w:tc>
        <w:tc>
          <w:tcPr>
            <w:tcW w:w="1114" w:type="dxa"/>
          </w:tcPr>
          <w:p w14:paraId="0F535597" w14:textId="51A5F93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0B073795" w14:textId="1436591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2EEC0BAC" w14:textId="1EFC30B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30889655" w14:textId="1969E17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17</w:t>
            </w:r>
          </w:p>
        </w:tc>
      </w:tr>
      <w:tr w:rsidR="004E1ED1" w14:paraId="58251BA2" w14:textId="77777777" w:rsidTr="004E1ED1">
        <w:tc>
          <w:tcPr>
            <w:tcW w:w="463" w:type="dxa"/>
          </w:tcPr>
          <w:p w14:paraId="1BA5492A" w14:textId="18081BE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w:t>
            </w:r>
          </w:p>
        </w:tc>
        <w:tc>
          <w:tcPr>
            <w:tcW w:w="1160" w:type="dxa"/>
          </w:tcPr>
          <w:p w14:paraId="2EF497E5" w14:textId="626D101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32SJ</w:t>
            </w:r>
          </w:p>
        </w:tc>
        <w:tc>
          <w:tcPr>
            <w:tcW w:w="1022" w:type="dxa"/>
          </w:tcPr>
          <w:p w14:paraId="0DAB366C" w14:textId="44D4545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43SJ</w:t>
            </w:r>
          </w:p>
        </w:tc>
        <w:tc>
          <w:tcPr>
            <w:tcW w:w="1635" w:type="dxa"/>
          </w:tcPr>
          <w:p w14:paraId="7873E92E" w14:textId="3B2C571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0.3546</w:t>
            </w:r>
          </w:p>
        </w:tc>
        <w:tc>
          <w:tcPr>
            <w:tcW w:w="1114" w:type="dxa"/>
          </w:tcPr>
          <w:p w14:paraId="11C5845F" w14:textId="75A9A27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6173F153" w14:textId="01D953C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37FDDB90" w14:textId="0D631E9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20DCF80F" w14:textId="582B831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w:t>
            </w:r>
          </w:p>
        </w:tc>
      </w:tr>
      <w:tr w:rsidR="004E1ED1" w14:paraId="5D7868CC" w14:textId="77777777" w:rsidTr="004E1ED1">
        <w:tc>
          <w:tcPr>
            <w:tcW w:w="463" w:type="dxa"/>
          </w:tcPr>
          <w:p w14:paraId="22A1FAEF" w14:textId="0820B9C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15</w:t>
            </w:r>
          </w:p>
        </w:tc>
        <w:tc>
          <w:tcPr>
            <w:tcW w:w="1160" w:type="dxa"/>
          </w:tcPr>
          <w:p w14:paraId="3B245793" w14:textId="590E7B5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35SJ</w:t>
            </w:r>
          </w:p>
        </w:tc>
        <w:tc>
          <w:tcPr>
            <w:tcW w:w="1022" w:type="dxa"/>
          </w:tcPr>
          <w:p w14:paraId="04022D47" w14:textId="1B9EB9D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39SJ</w:t>
            </w:r>
          </w:p>
        </w:tc>
        <w:tc>
          <w:tcPr>
            <w:tcW w:w="1635" w:type="dxa"/>
          </w:tcPr>
          <w:p w14:paraId="7C407771" w14:textId="292F44D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0.1901</w:t>
            </w:r>
          </w:p>
        </w:tc>
        <w:tc>
          <w:tcPr>
            <w:tcW w:w="1114" w:type="dxa"/>
          </w:tcPr>
          <w:p w14:paraId="50333079" w14:textId="4F703FD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56D766B3" w14:textId="0728C6A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208BCB94" w14:textId="5ED737C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2E0DAB7B" w14:textId="32E072D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r>
      <w:tr w:rsidR="004E1ED1" w14:paraId="34AAB813" w14:textId="77777777" w:rsidTr="004E1ED1">
        <w:tc>
          <w:tcPr>
            <w:tcW w:w="463" w:type="dxa"/>
          </w:tcPr>
          <w:p w14:paraId="6F592F27" w14:textId="49696E3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16</w:t>
            </w:r>
          </w:p>
        </w:tc>
        <w:tc>
          <w:tcPr>
            <w:tcW w:w="1160" w:type="dxa"/>
          </w:tcPr>
          <w:p w14:paraId="4B72CB3A" w14:textId="1C1B070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36SJ</w:t>
            </w:r>
          </w:p>
        </w:tc>
        <w:tc>
          <w:tcPr>
            <w:tcW w:w="1022" w:type="dxa"/>
          </w:tcPr>
          <w:p w14:paraId="0AD104C4" w14:textId="53EA0956" w:rsidR="004E1ED1" w:rsidRPr="004E1ED1" w:rsidRDefault="004E1ED1" w:rsidP="004E1ED1">
            <w:pPr>
              <w:jc w:val="center"/>
              <w:rPr>
                <w:rFonts w:ascii="Roboto Condensed" w:hAnsi="Roboto Condensed"/>
                <w:sz w:val="16"/>
                <w:szCs w:val="16"/>
              </w:rPr>
            </w:pPr>
          </w:p>
        </w:tc>
        <w:tc>
          <w:tcPr>
            <w:tcW w:w="1635" w:type="dxa"/>
          </w:tcPr>
          <w:p w14:paraId="0DEB44D1" w14:textId="28C0C71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0.5763</w:t>
            </w:r>
          </w:p>
        </w:tc>
        <w:tc>
          <w:tcPr>
            <w:tcW w:w="1114" w:type="dxa"/>
          </w:tcPr>
          <w:p w14:paraId="15BBCA1D" w14:textId="1DF26E0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60457940" w14:textId="120AF40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6449675C" w14:textId="748710E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6F0F2FD4" w14:textId="4C443AC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w:t>
            </w:r>
          </w:p>
        </w:tc>
      </w:tr>
      <w:tr w:rsidR="004E1ED1" w14:paraId="2EEDD5C4" w14:textId="77777777" w:rsidTr="004E1ED1">
        <w:tc>
          <w:tcPr>
            <w:tcW w:w="463" w:type="dxa"/>
          </w:tcPr>
          <w:p w14:paraId="146485A6" w14:textId="4313C41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17</w:t>
            </w:r>
          </w:p>
        </w:tc>
        <w:tc>
          <w:tcPr>
            <w:tcW w:w="1160" w:type="dxa"/>
          </w:tcPr>
          <w:p w14:paraId="6F67F57D" w14:textId="02B0757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38SJ</w:t>
            </w:r>
          </w:p>
        </w:tc>
        <w:tc>
          <w:tcPr>
            <w:tcW w:w="1022" w:type="dxa"/>
          </w:tcPr>
          <w:p w14:paraId="55659E11" w14:textId="36A7F45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50SJ</w:t>
            </w:r>
          </w:p>
        </w:tc>
        <w:tc>
          <w:tcPr>
            <w:tcW w:w="1635" w:type="dxa"/>
          </w:tcPr>
          <w:p w14:paraId="0241A17E" w14:textId="2C3A786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0.4922</w:t>
            </w:r>
          </w:p>
        </w:tc>
        <w:tc>
          <w:tcPr>
            <w:tcW w:w="1114" w:type="dxa"/>
          </w:tcPr>
          <w:p w14:paraId="2ADD1399" w14:textId="26B5F7B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7E45B098" w14:textId="620E992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5294AA28" w14:textId="40B26FB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2C50B2F3" w14:textId="458D9CA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w:t>
            </w:r>
          </w:p>
        </w:tc>
      </w:tr>
      <w:tr w:rsidR="004E1ED1" w14:paraId="2F151913" w14:textId="77777777" w:rsidTr="004E1ED1">
        <w:tc>
          <w:tcPr>
            <w:tcW w:w="463" w:type="dxa"/>
          </w:tcPr>
          <w:p w14:paraId="752E9099" w14:textId="083DC2C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18</w:t>
            </w:r>
          </w:p>
        </w:tc>
        <w:tc>
          <w:tcPr>
            <w:tcW w:w="1160" w:type="dxa"/>
          </w:tcPr>
          <w:p w14:paraId="166E39F7" w14:textId="165A2E0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40SJ</w:t>
            </w:r>
          </w:p>
        </w:tc>
        <w:tc>
          <w:tcPr>
            <w:tcW w:w="1022" w:type="dxa"/>
          </w:tcPr>
          <w:p w14:paraId="46CC6312" w14:textId="6EC0336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47SJ</w:t>
            </w:r>
          </w:p>
        </w:tc>
        <w:tc>
          <w:tcPr>
            <w:tcW w:w="1635" w:type="dxa"/>
          </w:tcPr>
          <w:p w14:paraId="1DB2804A" w14:textId="2F666DD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1.0223</w:t>
            </w:r>
          </w:p>
        </w:tc>
        <w:tc>
          <w:tcPr>
            <w:tcW w:w="1114" w:type="dxa"/>
          </w:tcPr>
          <w:p w14:paraId="63F05C44" w14:textId="5FEA6E1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17107E30" w14:textId="70E4A9D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6EC5B6F9" w14:textId="5EEFC0B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32096FDC" w14:textId="6332BE4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w:t>
            </w:r>
          </w:p>
        </w:tc>
      </w:tr>
      <w:tr w:rsidR="004E1ED1" w14:paraId="6D8A6299" w14:textId="77777777" w:rsidTr="004E1ED1">
        <w:tc>
          <w:tcPr>
            <w:tcW w:w="463" w:type="dxa"/>
          </w:tcPr>
          <w:p w14:paraId="576FB2AF" w14:textId="281738F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19</w:t>
            </w:r>
          </w:p>
        </w:tc>
        <w:tc>
          <w:tcPr>
            <w:tcW w:w="1160" w:type="dxa"/>
          </w:tcPr>
          <w:p w14:paraId="7326DA08" w14:textId="23D846E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41SJ</w:t>
            </w:r>
          </w:p>
        </w:tc>
        <w:tc>
          <w:tcPr>
            <w:tcW w:w="1022" w:type="dxa"/>
          </w:tcPr>
          <w:p w14:paraId="1801B348" w14:textId="02F91D2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46SJ</w:t>
            </w:r>
          </w:p>
        </w:tc>
        <w:tc>
          <w:tcPr>
            <w:tcW w:w="1635" w:type="dxa"/>
          </w:tcPr>
          <w:p w14:paraId="34876BC7" w14:textId="0C10510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0.4944</w:t>
            </w:r>
          </w:p>
        </w:tc>
        <w:tc>
          <w:tcPr>
            <w:tcW w:w="1114" w:type="dxa"/>
          </w:tcPr>
          <w:p w14:paraId="4A3E8955" w14:textId="47A81A7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5C276C20" w14:textId="1DD79F7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6F6BF731" w14:textId="38B7631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1BF6FE66" w14:textId="52EF0E6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w:t>
            </w:r>
          </w:p>
        </w:tc>
      </w:tr>
      <w:tr w:rsidR="004E1ED1" w14:paraId="7B8FBA87" w14:textId="77777777" w:rsidTr="004E1ED1">
        <w:tc>
          <w:tcPr>
            <w:tcW w:w="463" w:type="dxa"/>
          </w:tcPr>
          <w:p w14:paraId="70F575B9" w14:textId="2551E46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160" w:type="dxa"/>
          </w:tcPr>
          <w:p w14:paraId="13B23B03" w14:textId="78489A9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43SJ</w:t>
            </w:r>
          </w:p>
        </w:tc>
        <w:tc>
          <w:tcPr>
            <w:tcW w:w="1022" w:type="dxa"/>
          </w:tcPr>
          <w:p w14:paraId="3ABCD5D3" w14:textId="5171896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45SJ</w:t>
            </w:r>
          </w:p>
        </w:tc>
        <w:tc>
          <w:tcPr>
            <w:tcW w:w="1635" w:type="dxa"/>
          </w:tcPr>
          <w:p w14:paraId="378E9EDC" w14:textId="47FABBD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0.4792</w:t>
            </w:r>
          </w:p>
        </w:tc>
        <w:tc>
          <w:tcPr>
            <w:tcW w:w="1114" w:type="dxa"/>
          </w:tcPr>
          <w:p w14:paraId="75711D4F" w14:textId="408627E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0F7E532B" w14:textId="7768289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C4948A6" w14:textId="2EA3351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2274F2B4" w14:textId="757B9F5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w:t>
            </w:r>
          </w:p>
        </w:tc>
      </w:tr>
      <w:tr w:rsidR="004E1ED1" w14:paraId="62B6BE1D" w14:textId="77777777" w:rsidTr="004E1ED1">
        <w:tc>
          <w:tcPr>
            <w:tcW w:w="463" w:type="dxa"/>
          </w:tcPr>
          <w:p w14:paraId="53F3D6C3" w14:textId="1CD061A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21</w:t>
            </w:r>
          </w:p>
        </w:tc>
        <w:tc>
          <w:tcPr>
            <w:tcW w:w="1160" w:type="dxa"/>
          </w:tcPr>
          <w:p w14:paraId="4C82CB49" w14:textId="4EB1971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45SJ</w:t>
            </w:r>
          </w:p>
        </w:tc>
        <w:tc>
          <w:tcPr>
            <w:tcW w:w="1022" w:type="dxa"/>
          </w:tcPr>
          <w:p w14:paraId="687D8B77" w14:textId="6680D0D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54SJ</w:t>
            </w:r>
          </w:p>
        </w:tc>
        <w:tc>
          <w:tcPr>
            <w:tcW w:w="1635" w:type="dxa"/>
          </w:tcPr>
          <w:p w14:paraId="50BD7E32" w14:textId="7BFB462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2.2048</w:t>
            </w:r>
          </w:p>
        </w:tc>
        <w:tc>
          <w:tcPr>
            <w:tcW w:w="1114" w:type="dxa"/>
          </w:tcPr>
          <w:p w14:paraId="109F135E" w14:textId="371FB19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1B6B066" w14:textId="0F6CB83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189A1C30" w14:textId="251BDE5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6B381CD3" w14:textId="04DB873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r>
      <w:tr w:rsidR="004E1ED1" w14:paraId="66AB3372" w14:textId="77777777" w:rsidTr="004E1ED1">
        <w:tc>
          <w:tcPr>
            <w:tcW w:w="463" w:type="dxa"/>
          </w:tcPr>
          <w:p w14:paraId="17A85B4B" w14:textId="144F1A9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22</w:t>
            </w:r>
          </w:p>
        </w:tc>
        <w:tc>
          <w:tcPr>
            <w:tcW w:w="1160" w:type="dxa"/>
          </w:tcPr>
          <w:p w14:paraId="30C31048" w14:textId="0ACA72A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46SJ</w:t>
            </w:r>
          </w:p>
        </w:tc>
        <w:tc>
          <w:tcPr>
            <w:tcW w:w="1022" w:type="dxa"/>
          </w:tcPr>
          <w:p w14:paraId="28F6E112" w14:textId="1ABDA42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53SJ</w:t>
            </w:r>
          </w:p>
        </w:tc>
        <w:tc>
          <w:tcPr>
            <w:tcW w:w="1635" w:type="dxa"/>
          </w:tcPr>
          <w:p w14:paraId="4654714C" w14:textId="0DE8555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0.1145</w:t>
            </w:r>
          </w:p>
        </w:tc>
        <w:tc>
          <w:tcPr>
            <w:tcW w:w="1114" w:type="dxa"/>
          </w:tcPr>
          <w:p w14:paraId="308B53F7" w14:textId="25F6370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6C20FF06" w14:textId="12D2760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48E47048" w14:textId="344F16C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7EB45198" w14:textId="09DB915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r>
      <w:tr w:rsidR="004E1ED1" w14:paraId="21866231" w14:textId="77777777" w:rsidTr="004E1ED1">
        <w:tc>
          <w:tcPr>
            <w:tcW w:w="463" w:type="dxa"/>
          </w:tcPr>
          <w:p w14:paraId="50E186BD" w14:textId="79B969A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23</w:t>
            </w:r>
          </w:p>
        </w:tc>
        <w:tc>
          <w:tcPr>
            <w:tcW w:w="1160" w:type="dxa"/>
          </w:tcPr>
          <w:p w14:paraId="76FAD0D5" w14:textId="618BF15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47SJ</w:t>
            </w:r>
          </w:p>
        </w:tc>
        <w:tc>
          <w:tcPr>
            <w:tcW w:w="1022" w:type="dxa"/>
          </w:tcPr>
          <w:p w14:paraId="7A8D1068" w14:textId="31A3529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52SJ</w:t>
            </w:r>
          </w:p>
        </w:tc>
        <w:tc>
          <w:tcPr>
            <w:tcW w:w="1635" w:type="dxa"/>
          </w:tcPr>
          <w:p w14:paraId="0F2A62DC" w14:textId="1AC929C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0.4859</w:t>
            </w:r>
          </w:p>
        </w:tc>
        <w:tc>
          <w:tcPr>
            <w:tcW w:w="1114" w:type="dxa"/>
          </w:tcPr>
          <w:p w14:paraId="681F3F8D" w14:textId="566C2CC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11D5F5D1" w14:textId="3F4A4BA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5844147D" w14:textId="02A3588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46D2D6C7" w14:textId="5B02CC5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w:t>
            </w:r>
          </w:p>
        </w:tc>
      </w:tr>
      <w:tr w:rsidR="004E1ED1" w14:paraId="5A7B0D63" w14:textId="77777777" w:rsidTr="004E1ED1">
        <w:tc>
          <w:tcPr>
            <w:tcW w:w="463" w:type="dxa"/>
          </w:tcPr>
          <w:p w14:paraId="3B71B9BC" w14:textId="29ABE3F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24</w:t>
            </w:r>
          </w:p>
        </w:tc>
        <w:tc>
          <w:tcPr>
            <w:tcW w:w="1160" w:type="dxa"/>
          </w:tcPr>
          <w:p w14:paraId="14EF2329" w14:textId="60B0DEA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51SJ</w:t>
            </w:r>
          </w:p>
        </w:tc>
        <w:tc>
          <w:tcPr>
            <w:tcW w:w="1022" w:type="dxa"/>
          </w:tcPr>
          <w:p w14:paraId="7604495B" w14:textId="3DB2382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58SJ</w:t>
            </w:r>
          </w:p>
        </w:tc>
        <w:tc>
          <w:tcPr>
            <w:tcW w:w="1635" w:type="dxa"/>
          </w:tcPr>
          <w:p w14:paraId="3524A8C6" w14:textId="1804D48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0.1194</w:t>
            </w:r>
          </w:p>
        </w:tc>
        <w:tc>
          <w:tcPr>
            <w:tcW w:w="1114" w:type="dxa"/>
          </w:tcPr>
          <w:p w14:paraId="5A6B7557" w14:textId="5B0B2F3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67817A65" w14:textId="72DD069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6D417531" w14:textId="2F39373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0339C65A" w14:textId="553E0E8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r>
      <w:tr w:rsidR="004E1ED1" w14:paraId="3F19A4B1" w14:textId="77777777" w:rsidTr="004E1ED1">
        <w:tc>
          <w:tcPr>
            <w:tcW w:w="463" w:type="dxa"/>
          </w:tcPr>
          <w:p w14:paraId="3DBD6CA1" w14:textId="1EC71EA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25</w:t>
            </w:r>
          </w:p>
        </w:tc>
        <w:tc>
          <w:tcPr>
            <w:tcW w:w="1160" w:type="dxa"/>
          </w:tcPr>
          <w:p w14:paraId="26FD28EB" w14:textId="2B928AD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53SJ</w:t>
            </w:r>
          </w:p>
        </w:tc>
        <w:tc>
          <w:tcPr>
            <w:tcW w:w="1022" w:type="dxa"/>
          </w:tcPr>
          <w:p w14:paraId="532FF425" w14:textId="0F9D99A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56SJ</w:t>
            </w:r>
          </w:p>
        </w:tc>
        <w:tc>
          <w:tcPr>
            <w:tcW w:w="1635" w:type="dxa"/>
          </w:tcPr>
          <w:p w14:paraId="59177D56" w14:textId="59BDFA7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0.4008</w:t>
            </w:r>
          </w:p>
        </w:tc>
        <w:tc>
          <w:tcPr>
            <w:tcW w:w="1114" w:type="dxa"/>
          </w:tcPr>
          <w:p w14:paraId="75302E65" w14:textId="20C4B37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5470D6F2" w14:textId="0B9CDC6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07F2DE4E" w14:textId="6298698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0B470864" w14:textId="27966B0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w:t>
            </w:r>
          </w:p>
        </w:tc>
      </w:tr>
      <w:tr w:rsidR="004E1ED1" w14:paraId="4C417235" w14:textId="77777777" w:rsidTr="004E1ED1">
        <w:tc>
          <w:tcPr>
            <w:tcW w:w="463" w:type="dxa"/>
          </w:tcPr>
          <w:p w14:paraId="55CFF543" w14:textId="0568455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26</w:t>
            </w:r>
          </w:p>
        </w:tc>
        <w:tc>
          <w:tcPr>
            <w:tcW w:w="1160" w:type="dxa"/>
          </w:tcPr>
          <w:p w14:paraId="2600F8D0" w14:textId="249E859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54SJ</w:t>
            </w:r>
          </w:p>
        </w:tc>
        <w:tc>
          <w:tcPr>
            <w:tcW w:w="1022" w:type="dxa"/>
          </w:tcPr>
          <w:p w14:paraId="60C0A313" w14:textId="60BA16A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55SJ</w:t>
            </w:r>
          </w:p>
        </w:tc>
        <w:tc>
          <w:tcPr>
            <w:tcW w:w="1635" w:type="dxa"/>
          </w:tcPr>
          <w:p w14:paraId="0E560581" w14:textId="46EE9A8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0.4699</w:t>
            </w:r>
          </w:p>
        </w:tc>
        <w:tc>
          <w:tcPr>
            <w:tcW w:w="1114" w:type="dxa"/>
          </w:tcPr>
          <w:p w14:paraId="151DD359" w14:textId="7CE61D5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3441BAA0" w14:textId="7701B4A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58A155EE" w14:textId="43D689C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406A6214" w14:textId="1FA7AD2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w:t>
            </w:r>
          </w:p>
        </w:tc>
      </w:tr>
      <w:tr w:rsidR="004E1ED1" w14:paraId="44A77B09" w14:textId="77777777" w:rsidTr="004E1ED1">
        <w:tc>
          <w:tcPr>
            <w:tcW w:w="463" w:type="dxa"/>
          </w:tcPr>
          <w:p w14:paraId="05C72609" w14:textId="0AB045D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27</w:t>
            </w:r>
          </w:p>
        </w:tc>
        <w:tc>
          <w:tcPr>
            <w:tcW w:w="1160" w:type="dxa"/>
          </w:tcPr>
          <w:p w14:paraId="440AE563" w14:textId="3FE31AF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55SJ</w:t>
            </w:r>
          </w:p>
        </w:tc>
        <w:tc>
          <w:tcPr>
            <w:tcW w:w="1022" w:type="dxa"/>
          </w:tcPr>
          <w:p w14:paraId="0784A822" w14:textId="2A4807A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66SJ</w:t>
            </w:r>
          </w:p>
        </w:tc>
        <w:tc>
          <w:tcPr>
            <w:tcW w:w="1635" w:type="dxa"/>
          </w:tcPr>
          <w:p w14:paraId="710ED0B1" w14:textId="50BBB13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0.3642</w:t>
            </w:r>
          </w:p>
        </w:tc>
        <w:tc>
          <w:tcPr>
            <w:tcW w:w="1114" w:type="dxa"/>
          </w:tcPr>
          <w:p w14:paraId="60690C50" w14:textId="30EA36D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390A3633" w14:textId="45FE326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57CE13E6" w14:textId="26D1EBE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17DE4270" w14:textId="6622B32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w:t>
            </w:r>
          </w:p>
        </w:tc>
      </w:tr>
      <w:tr w:rsidR="004E1ED1" w14:paraId="413FDDB3" w14:textId="77777777" w:rsidTr="004E1ED1">
        <w:tc>
          <w:tcPr>
            <w:tcW w:w="463" w:type="dxa"/>
          </w:tcPr>
          <w:p w14:paraId="6827D285" w14:textId="1660F41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28</w:t>
            </w:r>
          </w:p>
        </w:tc>
        <w:tc>
          <w:tcPr>
            <w:tcW w:w="1160" w:type="dxa"/>
          </w:tcPr>
          <w:p w14:paraId="5AC438BE" w14:textId="1EBF39B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56SJ</w:t>
            </w:r>
          </w:p>
        </w:tc>
        <w:tc>
          <w:tcPr>
            <w:tcW w:w="1022" w:type="dxa"/>
          </w:tcPr>
          <w:p w14:paraId="4421404F" w14:textId="2915BEA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64SJ</w:t>
            </w:r>
          </w:p>
        </w:tc>
        <w:tc>
          <w:tcPr>
            <w:tcW w:w="1635" w:type="dxa"/>
          </w:tcPr>
          <w:p w14:paraId="34C1B79A" w14:textId="04055ED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0.2523</w:t>
            </w:r>
          </w:p>
        </w:tc>
        <w:tc>
          <w:tcPr>
            <w:tcW w:w="1114" w:type="dxa"/>
          </w:tcPr>
          <w:p w14:paraId="06AD5BFA" w14:textId="4DBB09C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3AE2ECE" w14:textId="051D362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0C467C64" w14:textId="087DEAC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071EBCDB" w14:textId="626E967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w:t>
            </w:r>
          </w:p>
        </w:tc>
      </w:tr>
      <w:tr w:rsidR="004E1ED1" w14:paraId="1647F0F6" w14:textId="77777777" w:rsidTr="004E1ED1">
        <w:tc>
          <w:tcPr>
            <w:tcW w:w="463" w:type="dxa"/>
          </w:tcPr>
          <w:p w14:paraId="4A28E216" w14:textId="068884F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29</w:t>
            </w:r>
          </w:p>
        </w:tc>
        <w:tc>
          <w:tcPr>
            <w:tcW w:w="1160" w:type="dxa"/>
          </w:tcPr>
          <w:p w14:paraId="1D763977" w14:textId="504EB38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57SJ</w:t>
            </w:r>
          </w:p>
        </w:tc>
        <w:tc>
          <w:tcPr>
            <w:tcW w:w="1022" w:type="dxa"/>
          </w:tcPr>
          <w:p w14:paraId="59744A68" w14:textId="764A841B" w:rsidR="004E1ED1" w:rsidRPr="004E1ED1" w:rsidRDefault="004E1ED1" w:rsidP="004E1ED1">
            <w:pPr>
              <w:jc w:val="center"/>
              <w:rPr>
                <w:rFonts w:ascii="Roboto Condensed" w:hAnsi="Roboto Condensed"/>
                <w:sz w:val="16"/>
                <w:szCs w:val="16"/>
              </w:rPr>
            </w:pPr>
          </w:p>
        </w:tc>
        <w:tc>
          <w:tcPr>
            <w:tcW w:w="1635" w:type="dxa"/>
          </w:tcPr>
          <w:p w14:paraId="5B874B0B" w14:textId="54D1A94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0.1612</w:t>
            </w:r>
          </w:p>
        </w:tc>
        <w:tc>
          <w:tcPr>
            <w:tcW w:w="1114" w:type="dxa"/>
          </w:tcPr>
          <w:p w14:paraId="7056C367" w14:textId="1385A45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B934186" w14:textId="50824F8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6B459C4D" w14:textId="45985E7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688A2204" w14:textId="6E0DC5D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r>
      <w:tr w:rsidR="004E1ED1" w14:paraId="4738705C" w14:textId="77777777" w:rsidTr="004E1ED1">
        <w:tc>
          <w:tcPr>
            <w:tcW w:w="463" w:type="dxa"/>
          </w:tcPr>
          <w:p w14:paraId="60F3CA5B" w14:textId="69B92DD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30</w:t>
            </w:r>
          </w:p>
        </w:tc>
        <w:tc>
          <w:tcPr>
            <w:tcW w:w="1160" w:type="dxa"/>
          </w:tcPr>
          <w:p w14:paraId="03A6FFB8" w14:textId="13E8273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60SJ</w:t>
            </w:r>
          </w:p>
        </w:tc>
        <w:tc>
          <w:tcPr>
            <w:tcW w:w="1022" w:type="dxa"/>
          </w:tcPr>
          <w:p w14:paraId="5183EF56" w14:textId="2A2D501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61SJ, 71SJ</w:t>
            </w:r>
          </w:p>
        </w:tc>
        <w:tc>
          <w:tcPr>
            <w:tcW w:w="1635" w:type="dxa"/>
          </w:tcPr>
          <w:p w14:paraId="38ACF695" w14:textId="1CA0FF3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3.036</w:t>
            </w:r>
          </w:p>
        </w:tc>
        <w:tc>
          <w:tcPr>
            <w:tcW w:w="1114" w:type="dxa"/>
          </w:tcPr>
          <w:p w14:paraId="5E7C8992" w14:textId="12A9F34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6AB67EE7" w14:textId="046D3BB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62F4E17" w14:textId="27319B8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0FD3B0F5" w14:textId="4B30047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27</w:t>
            </w:r>
          </w:p>
        </w:tc>
      </w:tr>
      <w:tr w:rsidR="004E1ED1" w14:paraId="688F709D" w14:textId="77777777" w:rsidTr="004E1ED1">
        <w:tc>
          <w:tcPr>
            <w:tcW w:w="463" w:type="dxa"/>
          </w:tcPr>
          <w:p w14:paraId="5B3B4C97" w14:textId="03369AB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31</w:t>
            </w:r>
          </w:p>
        </w:tc>
        <w:tc>
          <w:tcPr>
            <w:tcW w:w="1160" w:type="dxa"/>
          </w:tcPr>
          <w:p w14:paraId="0CF62E86" w14:textId="4A93B23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61SJ</w:t>
            </w:r>
          </w:p>
        </w:tc>
        <w:tc>
          <w:tcPr>
            <w:tcW w:w="1022" w:type="dxa"/>
          </w:tcPr>
          <w:p w14:paraId="580DBC23" w14:textId="7DF3152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73SJ</w:t>
            </w:r>
          </w:p>
        </w:tc>
        <w:tc>
          <w:tcPr>
            <w:tcW w:w="1635" w:type="dxa"/>
          </w:tcPr>
          <w:p w14:paraId="5B639335" w14:textId="573FB2E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0.5337</w:t>
            </w:r>
          </w:p>
        </w:tc>
        <w:tc>
          <w:tcPr>
            <w:tcW w:w="1114" w:type="dxa"/>
          </w:tcPr>
          <w:p w14:paraId="161351DE" w14:textId="7183EF0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7E385D8E" w14:textId="7A38F00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5369FB5C" w14:textId="2607384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23DCCC1E" w14:textId="07DFC1B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w:t>
            </w:r>
          </w:p>
        </w:tc>
      </w:tr>
      <w:tr w:rsidR="004E1ED1" w14:paraId="7E231FC6" w14:textId="77777777" w:rsidTr="004E1ED1">
        <w:tc>
          <w:tcPr>
            <w:tcW w:w="463" w:type="dxa"/>
          </w:tcPr>
          <w:p w14:paraId="61E02F71" w14:textId="4002650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32</w:t>
            </w:r>
          </w:p>
        </w:tc>
        <w:tc>
          <w:tcPr>
            <w:tcW w:w="1160" w:type="dxa"/>
          </w:tcPr>
          <w:p w14:paraId="7088FE47" w14:textId="3D82321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62SJ</w:t>
            </w:r>
          </w:p>
        </w:tc>
        <w:tc>
          <w:tcPr>
            <w:tcW w:w="1022" w:type="dxa"/>
          </w:tcPr>
          <w:p w14:paraId="3B41D869" w14:textId="1F5DA43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72SJ</w:t>
            </w:r>
          </w:p>
        </w:tc>
        <w:tc>
          <w:tcPr>
            <w:tcW w:w="1635" w:type="dxa"/>
          </w:tcPr>
          <w:p w14:paraId="528FF023" w14:textId="4CD1F25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1.3584</w:t>
            </w:r>
          </w:p>
        </w:tc>
        <w:tc>
          <w:tcPr>
            <w:tcW w:w="1114" w:type="dxa"/>
          </w:tcPr>
          <w:p w14:paraId="76FC62C7" w14:textId="0CC02DC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B6653FE" w14:textId="190203B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2FB12019" w14:textId="295D94E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39293D58" w14:textId="278437E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w:t>
            </w:r>
          </w:p>
        </w:tc>
      </w:tr>
      <w:tr w:rsidR="004E1ED1" w14:paraId="03D75FF7" w14:textId="77777777" w:rsidTr="004E1ED1">
        <w:tc>
          <w:tcPr>
            <w:tcW w:w="463" w:type="dxa"/>
          </w:tcPr>
          <w:p w14:paraId="2486E1B9" w14:textId="24763B3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33</w:t>
            </w:r>
          </w:p>
        </w:tc>
        <w:tc>
          <w:tcPr>
            <w:tcW w:w="1160" w:type="dxa"/>
          </w:tcPr>
          <w:p w14:paraId="658E342C" w14:textId="58C6DA1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63SJ</w:t>
            </w:r>
          </w:p>
        </w:tc>
        <w:tc>
          <w:tcPr>
            <w:tcW w:w="1022" w:type="dxa"/>
          </w:tcPr>
          <w:p w14:paraId="095FE1A3" w14:textId="013BF9C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70SJ</w:t>
            </w:r>
          </w:p>
        </w:tc>
        <w:tc>
          <w:tcPr>
            <w:tcW w:w="1635" w:type="dxa"/>
          </w:tcPr>
          <w:p w14:paraId="1B745E25" w14:textId="656AAA3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0.2198</w:t>
            </w:r>
          </w:p>
        </w:tc>
        <w:tc>
          <w:tcPr>
            <w:tcW w:w="1114" w:type="dxa"/>
          </w:tcPr>
          <w:p w14:paraId="5A4C62F8" w14:textId="409C856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3F7DA068" w14:textId="14AB6C1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517F873A" w14:textId="5748D68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2473A6EC" w14:textId="490ADE8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r>
      <w:tr w:rsidR="004E1ED1" w14:paraId="70A07244" w14:textId="77777777" w:rsidTr="004E1ED1">
        <w:tc>
          <w:tcPr>
            <w:tcW w:w="463" w:type="dxa"/>
          </w:tcPr>
          <w:p w14:paraId="78892AFE" w14:textId="6B32C7B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34</w:t>
            </w:r>
          </w:p>
        </w:tc>
        <w:tc>
          <w:tcPr>
            <w:tcW w:w="1160" w:type="dxa"/>
          </w:tcPr>
          <w:p w14:paraId="41434F2E" w14:textId="6F02318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64SJ</w:t>
            </w:r>
          </w:p>
        </w:tc>
        <w:tc>
          <w:tcPr>
            <w:tcW w:w="1022" w:type="dxa"/>
          </w:tcPr>
          <w:p w14:paraId="0487A84D" w14:textId="0DBB11C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69SJ</w:t>
            </w:r>
          </w:p>
        </w:tc>
        <w:tc>
          <w:tcPr>
            <w:tcW w:w="1635" w:type="dxa"/>
          </w:tcPr>
          <w:p w14:paraId="4E4169C2" w14:textId="05ACBEB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0.5477</w:t>
            </w:r>
          </w:p>
        </w:tc>
        <w:tc>
          <w:tcPr>
            <w:tcW w:w="1114" w:type="dxa"/>
          </w:tcPr>
          <w:p w14:paraId="3E830D58" w14:textId="3EA785F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4A3C8F4" w14:textId="03523D5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5A610644" w14:textId="7AA7DAA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573A3F6F" w14:textId="0C39C4F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w:t>
            </w:r>
          </w:p>
        </w:tc>
      </w:tr>
      <w:tr w:rsidR="004E1ED1" w14:paraId="7E69B470" w14:textId="77777777" w:rsidTr="004E1ED1">
        <w:tc>
          <w:tcPr>
            <w:tcW w:w="463" w:type="dxa"/>
          </w:tcPr>
          <w:p w14:paraId="564C9EF3" w14:textId="79B381F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35</w:t>
            </w:r>
          </w:p>
        </w:tc>
        <w:tc>
          <w:tcPr>
            <w:tcW w:w="1160" w:type="dxa"/>
          </w:tcPr>
          <w:p w14:paraId="547AC10B" w14:textId="2B0965C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66SJ</w:t>
            </w:r>
          </w:p>
        </w:tc>
        <w:tc>
          <w:tcPr>
            <w:tcW w:w="1022" w:type="dxa"/>
          </w:tcPr>
          <w:p w14:paraId="5CA7F220" w14:textId="036549F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65SJ</w:t>
            </w:r>
          </w:p>
        </w:tc>
        <w:tc>
          <w:tcPr>
            <w:tcW w:w="1635" w:type="dxa"/>
          </w:tcPr>
          <w:p w14:paraId="044CAB00" w14:textId="2F1C536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0.4564</w:t>
            </w:r>
          </w:p>
        </w:tc>
        <w:tc>
          <w:tcPr>
            <w:tcW w:w="1114" w:type="dxa"/>
          </w:tcPr>
          <w:p w14:paraId="0C48D6FA" w14:textId="65A6D84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616BDC3B" w14:textId="00AB003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01ECB21B" w14:textId="7E9EAE0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70797425" w14:textId="665ADF1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w:t>
            </w:r>
          </w:p>
        </w:tc>
      </w:tr>
      <w:tr w:rsidR="004E1ED1" w14:paraId="3F795601" w14:textId="77777777" w:rsidTr="004E1ED1">
        <w:tc>
          <w:tcPr>
            <w:tcW w:w="463" w:type="dxa"/>
          </w:tcPr>
          <w:p w14:paraId="383C2D57" w14:textId="452F31E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36</w:t>
            </w:r>
          </w:p>
        </w:tc>
        <w:tc>
          <w:tcPr>
            <w:tcW w:w="1160" w:type="dxa"/>
          </w:tcPr>
          <w:p w14:paraId="77A437CC" w14:textId="3E80815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67SJ</w:t>
            </w:r>
          </w:p>
        </w:tc>
        <w:tc>
          <w:tcPr>
            <w:tcW w:w="1022" w:type="dxa"/>
          </w:tcPr>
          <w:p w14:paraId="6E1BE575" w14:textId="6EA3E4F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67SJ</w:t>
            </w:r>
          </w:p>
        </w:tc>
        <w:tc>
          <w:tcPr>
            <w:tcW w:w="1635" w:type="dxa"/>
          </w:tcPr>
          <w:p w14:paraId="71FD7B1A" w14:textId="062B864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0.5232</w:t>
            </w:r>
          </w:p>
        </w:tc>
        <w:tc>
          <w:tcPr>
            <w:tcW w:w="1114" w:type="dxa"/>
          </w:tcPr>
          <w:p w14:paraId="2468872A" w14:textId="3976B9C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59160D54" w14:textId="1E2561A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3E0A3CC3" w14:textId="3405BBD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29C9D83D" w14:textId="66BBE17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w:t>
            </w:r>
          </w:p>
        </w:tc>
      </w:tr>
      <w:tr w:rsidR="004E1ED1" w14:paraId="421DFE7E" w14:textId="77777777" w:rsidTr="004E1ED1">
        <w:tc>
          <w:tcPr>
            <w:tcW w:w="463" w:type="dxa"/>
          </w:tcPr>
          <w:p w14:paraId="2CE546E5" w14:textId="200359F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37</w:t>
            </w:r>
          </w:p>
        </w:tc>
        <w:tc>
          <w:tcPr>
            <w:tcW w:w="1160" w:type="dxa"/>
          </w:tcPr>
          <w:p w14:paraId="72DD938F" w14:textId="6F8D47A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69SJ</w:t>
            </w:r>
          </w:p>
        </w:tc>
        <w:tc>
          <w:tcPr>
            <w:tcW w:w="1022" w:type="dxa"/>
          </w:tcPr>
          <w:p w14:paraId="7A530578" w14:textId="0EE8D01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78SJ</w:t>
            </w:r>
          </w:p>
        </w:tc>
        <w:tc>
          <w:tcPr>
            <w:tcW w:w="1635" w:type="dxa"/>
          </w:tcPr>
          <w:p w14:paraId="3972C305" w14:textId="382C584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4.3281</w:t>
            </w:r>
          </w:p>
        </w:tc>
        <w:tc>
          <w:tcPr>
            <w:tcW w:w="1114" w:type="dxa"/>
          </w:tcPr>
          <w:p w14:paraId="02B06A37" w14:textId="71465F8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4E779D3" w14:textId="26D610A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F39762F" w14:textId="29262FF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5A77D472" w14:textId="685925D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39</w:t>
            </w:r>
          </w:p>
        </w:tc>
      </w:tr>
      <w:tr w:rsidR="004E1ED1" w14:paraId="65368614" w14:textId="77777777" w:rsidTr="004E1ED1">
        <w:tc>
          <w:tcPr>
            <w:tcW w:w="463" w:type="dxa"/>
          </w:tcPr>
          <w:p w14:paraId="13B902E4" w14:textId="0F6650D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38</w:t>
            </w:r>
          </w:p>
        </w:tc>
        <w:tc>
          <w:tcPr>
            <w:tcW w:w="1160" w:type="dxa"/>
          </w:tcPr>
          <w:p w14:paraId="3BB09382" w14:textId="0556E10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70SJ</w:t>
            </w:r>
          </w:p>
        </w:tc>
        <w:tc>
          <w:tcPr>
            <w:tcW w:w="1022" w:type="dxa"/>
          </w:tcPr>
          <w:p w14:paraId="13B9EBCA" w14:textId="42FC075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77SJ</w:t>
            </w:r>
          </w:p>
        </w:tc>
        <w:tc>
          <w:tcPr>
            <w:tcW w:w="1635" w:type="dxa"/>
          </w:tcPr>
          <w:p w14:paraId="0017C24A" w14:textId="447C51A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0.2497</w:t>
            </w:r>
          </w:p>
        </w:tc>
        <w:tc>
          <w:tcPr>
            <w:tcW w:w="1114" w:type="dxa"/>
          </w:tcPr>
          <w:p w14:paraId="2A853F1D" w14:textId="0160572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54D31826" w14:textId="4E38671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41523E66" w14:textId="1D011BF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0B30ABAB" w14:textId="0663A88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r>
      <w:tr w:rsidR="004E1ED1" w14:paraId="718B6C5B" w14:textId="77777777" w:rsidTr="004E1ED1">
        <w:tc>
          <w:tcPr>
            <w:tcW w:w="463" w:type="dxa"/>
          </w:tcPr>
          <w:p w14:paraId="77C287A0" w14:textId="37CC00A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39</w:t>
            </w:r>
          </w:p>
        </w:tc>
        <w:tc>
          <w:tcPr>
            <w:tcW w:w="1160" w:type="dxa"/>
          </w:tcPr>
          <w:p w14:paraId="7CDA0792" w14:textId="5819730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71SJ</w:t>
            </w:r>
          </w:p>
        </w:tc>
        <w:tc>
          <w:tcPr>
            <w:tcW w:w="1022" w:type="dxa"/>
          </w:tcPr>
          <w:p w14:paraId="37AC9B37" w14:textId="4C7483F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76SJ</w:t>
            </w:r>
          </w:p>
        </w:tc>
        <w:tc>
          <w:tcPr>
            <w:tcW w:w="1635" w:type="dxa"/>
          </w:tcPr>
          <w:p w14:paraId="53617562" w14:textId="0803D80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0.5931</w:t>
            </w:r>
          </w:p>
        </w:tc>
        <w:tc>
          <w:tcPr>
            <w:tcW w:w="1114" w:type="dxa"/>
          </w:tcPr>
          <w:p w14:paraId="5CE1087E" w14:textId="6373941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00FA616" w14:textId="643CB51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33636B71" w14:textId="639D048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081D928A" w14:textId="7E446DD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w:t>
            </w:r>
          </w:p>
        </w:tc>
      </w:tr>
      <w:tr w:rsidR="004E1ED1" w14:paraId="3A64EB62" w14:textId="77777777" w:rsidTr="004E1ED1">
        <w:tc>
          <w:tcPr>
            <w:tcW w:w="463" w:type="dxa"/>
          </w:tcPr>
          <w:p w14:paraId="0CC8D00E" w14:textId="022997C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40</w:t>
            </w:r>
          </w:p>
        </w:tc>
        <w:tc>
          <w:tcPr>
            <w:tcW w:w="1160" w:type="dxa"/>
          </w:tcPr>
          <w:p w14:paraId="0EE25945" w14:textId="5ED299C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72SJ</w:t>
            </w:r>
          </w:p>
        </w:tc>
        <w:tc>
          <w:tcPr>
            <w:tcW w:w="1022" w:type="dxa"/>
          </w:tcPr>
          <w:p w14:paraId="7E200D52" w14:textId="15A3501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74SJ</w:t>
            </w:r>
          </w:p>
        </w:tc>
        <w:tc>
          <w:tcPr>
            <w:tcW w:w="1635" w:type="dxa"/>
          </w:tcPr>
          <w:p w14:paraId="1C8757AD" w14:textId="6CDE8A3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1.7121</w:t>
            </w:r>
          </w:p>
        </w:tc>
        <w:tc>
          <w:tcPr>
            <w:tcW w:w="1114" w:type="dxa"/>
          </w:tcPr>
          <w:p w14:paraId="0F3B56C0" w14:textId="2E7CFF6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727BC17D" w14:textId="21D0BBF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10BACC07" w14:textId="1768CDD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6931E682" w14:textId="6782F25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15</w:t>
            </w:r>
          </w:p>
        </w:tc>
      </w:tr>
      <w:tr w:rsidR="004E1ED1" w14:paraId="57448DAC" w14:textId="77777777" w:rsidTr="004E1ED1">
        <w:tc>
          <w:tcPr>
            <w:tcW w:w="463" w:type="dxa"/>
          </w:tcPr>
          <w:p w14:paraId="4CA6E67E" w14:textId="33FD511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41</w:t>
            </w:r>
          </w:p>
        </w:tc>
        <w:tc>
          <w:tcPr>
            <w:tcW w:w="1160" w:type="dxa"/>
          </w:tcPr>
          <w:p w14:paraId="39E54C16" w14:textId="2551F2C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73SJ</w:t>
            </w:r>
          </w:p>
        </w:tc>
        <w:tc>
          <w:tcPr>
            <w:tcW w:w="1022" w:type="dxa"/>
          </w:tcPr>
          <w:p w14:paraId="64FAFBEF" w14:textId="37FF280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75SJ</w:t>
            </w:r>
          </w:p>
        </w:tc>
        <w:tc>
          <w:tcPr>
            <w:tcW w:w="1635" w:type="dxa"/>
          </w:tcPr>
          <w:p w14:paraId="2CA4B971" w14:textId="4C87451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1.0651</w:t>
            </w:r>
          </w:p>
        </w:tc>
        <w:tc>
          <w:tcPr>
            <w:tcW w:w="1114" w:type="dxa"/>
          </w:tcPr>
          <w:p w14:paraId="466AE889" w14:textId="452435C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0E67AA5C" w14:textId="34096DF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39FF560D" w14:textId="68D02B9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13950745" w14:textId="23A35CA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w:t>
            </w:r>
          </w:p>
        </w:tc>
      </w:tr>
      <w:tr w:rsidR="004E1ED1" w14:paraId="0292D813" w14:textId="77777777" w:rsidTr="004E1ED1">
        <w:tc>
          <w:tcPr>
            <w:tcW w:w="463" w:type="dxa"/>
          </w:tcPr>
          <w:p w14:paraId="7BFBF4BE" w14:textId="339BFF1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42</w:t>
            </w:r>
          </w:p>
        </w:tc>
        <w:tc>
          <w:tcPr>
            <w:tcW w:w="1160" w:type="dxa"/>
          </w:tcPr>
          <w:p w14:paraId="0BE9277F" w14:textId="5413519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75SJ</w:t>
            </w:r>
          </w:p>
        </w:tc>
        <w:tc>
          <w:tcPr>
            <w:tcW w:w="1022" w:type="dxa"/>
          </w:tcPr>
          <w:p w14:paraId="1A7B2FA1" w14:textId="1B64CDE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80SJ</w:t>
            </w:r>
          </w:p>
        </w:tc>
        <w:tc>
          <w:tcPr>
            <w:tcW w:w="1635" w:type="dxa"/>
          </w:tcPr>
          <w:p w14:paraId="0A9CDA07" w14:textId="7D1C3BF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0.5901</w:t>
            </w:r>
          </w:p>
        </w:tc>
        <w:tc>
          <w:tcPr>
            <w:tcW w:w="1114" w:type="dxa"/>
          </w:tcPr>
          <w:p w14:paraId="3E64FC6F" w14:textId="0563B48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3350983" w14:textId="5713DA1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64BAC29A" w14:textId="64A80AC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6BC869E1" w14:textId="3BCDD7B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w:t>
            </w:r>
          </w:p>
        </w:tc>
      </w:tr>
      <w:tr w:rsidR="004E1ED1" w14:paraId="2EC74D42" w14:textId="77777777" w:rsidTr="004E1ED1">
        <w:tc>
          <w:tcPr>
            <w:tcW w:w="463" w:type="dxa"/>
          </w:tcPr>
          <w:p w14:paraId="567803C7" w14:textId="48BF353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43</w:t>
            </w:r>
          </w:p>
        </w:tc>
        <w:tc>
          <w:tcPr>
            <w:tcW w:w="1160" w:type="dxa"/>
          </w:tcPr>
          <w:p w14:paraId="5535CFF2" w14:textId="797E074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77SJ</w:t>
            </w:r>
          </w:p>
        </w:tc>
        <w:tc>
          <w:tcPr>
            <w:tcW w:w="1022" w:type="dxa"/>
          </w:tcPr>
          <w:p w14:paraId="75D5D4BE" w14:textId="0DCBCE9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83SJ</w:t>
            </w:r>
          </w:p>
        </w:tc>
        <w:tc>
          <w:tcPr>
            <w:tcW w:w="1635" w:type="dxa"/>
          </w:tcPr>
          <w:p w14:paraId="0C7761EA" w14:textId="2A583A1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0.5504</w:t>
            </w:r>
          </w:p>
        </w:tc>
        <w:tc>
          <w:tcPr>
            <w:tcW w:w="1114" w:type="dxa"/>
          </w:tcPr>
          <w:p w14:paraId="5AF4102B" w14:textId="75D4D1C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601D2A5F" w14:textId="06174E1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59EF55CD" w14:textId="2FA8258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4DBB8AC4" w14:textId="7453892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w:t>
            </w:r>
          </w:p>
        </w:tc>
      </w:tr>
      <w:tr w:rsidR="004E1ED1" w14:paraId="074A238C" w14:textId="77777777" w:rsidTr="004E1ED1">
        <w:tc>
          <w:tcPr>
            <w:tcW w:w="463" w:type="dxa"/>
          </w:tcPr>
          <w:p w14:paraId="2EEB9E77" w14:textId="0CE36CA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44</w:t>
            </w:r>
          </w:p>
        </w:tc>
        <w:tc>
          <w:tcPr>
            <w:tcW w:w="1160" w:type="dxa"/>
          </w:tcPr>
          <w:p w14:paraId="202B0BA1" w14:textId="2296385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79SJ</w:t>
            </w:r>
          </w:p>
        </w:tc>
        <w:tc>
          <w:tcPr>
            <w:tcW w:w="1022" w:type="dxa"/>
          </w:tcPr>
          <w:p w14:paraId="0332B700" w14:textId="3C07102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107SJ</w:t>
            </w:r>
          </w:p>
        </w:tc>
        <w:tc>
          <w:tcPr>
            <w:tcW w:w="1635" w:type="dxa"/>
          </w:tcPr>
          <w:p w14:paraId="2E69F582" w14:textId="5C18719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1.993</w:t>
            </w:r>
          </w:p>
        </w:tc>
        <w:tc>
          <w:tcPr>
            <w:tcW w:w="1114" w:type="dxa"/>
          </w:tcPr>
          <w:p w14:paraId="31FC43C9" w14:textId="5E4CD3D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589" w:type="dxa"/>
          </w:tcPr>
          <w:p w14:paraId="35C13B67" w14:textId="48267D4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5110BFE6" w14:textId="4B67C2A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0A9EC076" w14:textId="5228294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36</w:t>
            </w:r>
          </w:p>
        </w:tc>
      </w:tr>
      <w:tr w:rsidR="004E1ED1" w14:paraId="2F0AFA89" w14:textId="77777777" w:rsidTr="004E1ED1">
        <w:tc>
          <w:tcPr>
            <w:tcW w:w="463" w:type="dxa"/>
          </w:tcPr>
          <w:p w14:paraId="42425992" w14:textId="4F2E34C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45</w:t>
            </w:r>
          </w:p>
        </w:tc>
        <w:tc>
          <w:tcPr>
            <w:tcW w:w="1160" w:type="dxa"/>
          </w:tcPr>
          <w:p w14:paraId="06731A39" w14:textId="3F948F5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80SJ</w:t>
            </w:r>
          </w:p>
        </w:tc>
        <w:tc>
          <w:tcPr>
            <w:tcW w:w="1022" w:type="dxa"/>
          </w:tcPr>
          <w:p w14:paraId="759C2DEB" w14:textId="07E9C0C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106SJ</w:t>
            </w:r>
          </w:p>
        </w:tc>
        <w:tc>
          <w:tcPr>
            <w:tcW w:w="1635" w:type="dxa"/>
          </w:tcPr>
          <w:p w14:paraId="08C1AA91" w14:textId="713E47B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4.2676</w:t>
            </w:r>
          </w:p>
        </w:tc>
        <w:tc>
          <w:tcPr>
            <w:tcW w:w="1114" w:type="dxa"/>
          </w:tcPr>
          <w:p w14:paraId="08B93673" w14:textId="3496894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589" w:type="dxa"/>
          </w:tcPr>
          <w:p w14:paraId="446A8EFA" w14:textId="7FE5F51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46FBE54F" w14:textId="6A0F359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4898F565" w14:textId="49EA22C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77</w:t>
            </w:r>
          </w:p>
        </w:tc>
      </w:tr>
      <w:tr w:rsidR="004E1ED1" w14:paraId="17A30F0C" w14:textId="77777777" w:rsidTr="004E1ED1">
        <w:tc>
          <w:tcPr>
            <w:tcW w:w="463" w:type="dxa"/>
          </w:tcPr>
          <w:p w14:paraId="533A2140" w14:textId="204008C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46</w:t>
            </w:r>
          </w:p>
        </w:tc>
        <w:tc>
          <w:tcPr>
            <w:tcW w:w="1160" w:type="dxa"/>
          </w:tcPr>
          <w:p w14:paraId="781A7907" w14:textId="6D436D0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81SJ</w:t>
            </w:r>
          </w:p>
        </w:tc>
        <w:tc>
          <w:tcPr>
            <w:tcW w:w="1022" w:type="dxa"/>
          </w:tcPr>
          <w:p w14:paraId="73E70DE4" w14:textId="4E23BCD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105SJ</w:t>
            </w:r>
          </w:p>
        </w:tc>
        <w:tc>
          <w:tcPr>
            <w:tcW w:w="1635" w:type="dxa"/>
          </w:tcPr>
          <w:p w14:paraId="2AA1E726" w14:textId="460346C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2.6459</w:t>
            </w:r>
          </w:p>
        </w:tc>
        <w:tc>
          <w:tcPr>
            <w:tcW w:w="1114" w:type="dxa"/>
          </w:tcPr>
          <w:p w14:paraId="202D5BF9" w14:textId="72117A3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589" w:type="dxa"/>
          </w:tcPr>
          <w:p w14:paraId="072E17A8" w14:textId="7514C59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0E4E445A" w14:textId="2873F9C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6BA0ECA3" w14:textId="0BA7249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48</w:t>
            </w:r>
          </w:p>
        </w:tc>
      </w:tr>
      <w:tr w:rsidR="004E1ED1" w14:paraId="1D20CCCF" w14:textId="77777777" w:rsidTr="004E1ED1">
        <w:tc>
          <w:tcPr>
            <w:tcW w:w="463" w:type="dxa"/>
          </w:tcPr>
          <w:p w14:paraId="6584ED23" w14:textId="0B59045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47</w:t>
            </w:r>
          </w:p>
        </w:tc>
        <w:tc>
          <w:tcPr>
            <w:tcW w:w="1160" w:type="dxa"/>
          </w:tcPr>
          <w:p w14:paraId="378A573E" w14:textId="39793AA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82SJ</w:t>
            </w:r>
          </w:p>
        </w:tc>
        <w:tc>
          <w:tcPr>
            <w:tcW w:w="1022" w:type="dxa"/>
          </w:tcPr>
          <w:p w14:paraId="2BF43C7A" w14:textId="06D1076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104SJ</w:t>
            </w:r>
          </w:p>
        </w:tc>
        <w:tc>
          <w:tcPr>
            <w:tcW w:w="1635" w:type="dxa"/>
          </w:tcPr>
          <w:p w14:paraId="5141C535" w14:textId="25BA96E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1.4505</w:t>
            </w:r>
          </w:p>
        </w:tc>
        <w:tc>
          <w:tcPr>
            <w:tcW w:w="1114" w:type="dxa"/>
          </w:tcPr>
          <w:p w14:paraId="63375A5E" w14:textId="70F438B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589" w:type="dxa"/>
          </w:tcPr>
          <w:p w14:paraId="5D92B95D" w14:textId="2E498AC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60DE103B" w14:textId="77526C6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0.95</w:t>
            </w:r>
          </w:p>
        </w:tc>
        <w:tc>
          <w:tcPr>
            <w:tcW w:w="1379" w:type="dxa"/>
          </w:tcPr>
          <w:p w14:paraId="42219368" w14:textId="3221FC0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28</w:t>
            </w:r>
          </w:p>
        </w:tc>
      </w:tr>
      <w:tr w:rsidR="004E1ED1" w14:paraId="5B854EFA" w14:textId="77777777" w:rsidTr="004E1ED1">
        <w:tc>
          <w:tcPr>
            <w:tcW w:w="463" w:type="dxa"/>
          </w:tcPr>
          <w:p w14:paraId="0E5DD461" w14:textId="22169B5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48</w:t>
            </w:r>
          </w:p>
        </w:tc>
        <w:tc>
          <w:tcPr>
            <w:tcW w:w="1160" w:type="dxa"/>
          </w:tcPr>
          <w:p w14:paraId="40A94309" w14:textId="368D812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83SJ</w:t>
            </w:r>
          </w:p>
        </w:tc>
        <w:tc>
          <w:tcPr>
            <w:tcW w:w="1022" w:type="dxa"/>
          </w:tcPr>
          <w:p w14:paraId="709B5CA4" w14:textId="19041BE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103SJ</w:t>
            </w:r>
          </w:p>
        </w:tc>
        <w:tc>
          <w:tcPr>
            <w:tcW w:w="1635" w:type="dxa"/>
          </w:tcPr>
          <w:p w14:paraId="387D9A25" w14:textId="0302256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10.5173</w:t>
            </w:r>
          </w:p>
        </w:tc>
        <w:tc>
          <w:tcPr>
            <w:tcW w:w="1114" w:type="dxa"/>
          </w:tcPr>
          <w:p w14:paraId="458F4A2B" w14:textId="4988D1E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251D2D76" w14:textId="5FD4CC6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6B65D989" w14:textId="5D32AAD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3D575C86" w14:textId="30DF76D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95</w:t>
            </w:r>
          </w:p>
        </w:tc>
      </w:tr>
      <w:tr w:rsidR="004E1ED1" w14:paraId="79E55BF0" w14:textId="77777777" w:rsidTr="004E1ED1">
        <w:tc>
          <w:tcPr>
            <w:tcW w:w="463" w:type="dxa"/>
          </w:tcPr>
          <w:p w14:paraId="2433C5E8" w14:textId="3ACE6C1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49</w:t>
            </w:r>
          </w:p>
        </w:tc>
        <w:tc>
          <w:tcPr>
            <w:tcW w:w="1160" w:type="dxa"/>
          </w:tcPr>
          <w:p w14:paraId="713C1D23" w14:textId="6D92D89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84SJ</w:t>
            </w:r>
          </w:p>
        </w:tc>
        <w:tc>
          <w:tcPr>
            <w:tcW w:w="1022" w:type="dxa"/>
          </w:tcPr>
          <w:p w14:paraId="6891763D" w14:textId="6A1D743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102SJ</w:t>
            </w:r>
          </w:p>
        </w:tc>
        <w:tc>
          <w:tcPr>
            <w:tcW w:w="1635" w:type="dxa"/>
          </w:tcPr>
          <w:p w14:paraId="2A36A8F9" w14:textId="594FF1C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4.2733</w:t>
            </w:r>
          </w:p>
        </w:tc>
        <w:tc>
          <w:tcPr>
            <w:tcW w:w="1114" w:type="dxa"/>
          </w:tcPr>
          <w:p w14:paraId="0DFD299C" w14:textId="55F0A28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431EE48" w14:textId="5802F2D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4A8F2B3A" w14:textId="1160BD2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717A3F90" w14:textId="5DFA4FF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38</w:t>
            </w:r>
          </w:p>
        </w:tc>
      </w:tr>
      <w:tr w:rsidR="004E1ED1" w14:paraId="345D12B7" w14:textId="77777777" w:rsidTr="004E1ED1">
        <w:tc>
          <w:tcPr>
            <w:tcW w:w="463" w:type="dxa"/>
          </w:tcPr>
          <w:p w14:paraId="6F05044A" w14:textId="129FEDC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50</w:t>
            </w:r>
          </w:p>
        </w:tc>
        <w:tc>
          <w:tcPr>
            <w:tcW w:w="1160" w:type="dxa"/>
          </w:tcPr>
          <w:p w14:paraId="2E827FB3" w14:textId="50A21DA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85SJ</w:t>
            </w:r>
          </w:p>
        </w:tc>
        <w:tc>
          <w:tcPr>
            <w:tcW w:w="1022" w:type="dxa"/>
          </w:tcPr>
          <w:p w14:paraId="446D1233" w14:textId="658AAEE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101SJ</w:t>
            </w:r>
          </w:p>
        </w:tc>
        <w:tc>
          <w:tcPr>
            <w:tcW w:w="1635" w:type="dxa"/>
          </w:tcPr>
          <w:p w14:paraId="5F69B065" w14:textId="1382628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0.7188</w:t>
            </w:r>
          </w:p>
        </w:tc>
        <w:tc>
          <w:tcPr>
            <w:tcW w:w="1114" w:type="dxa"/>
          </w:tcPr>
          <w:p w14:paraId="74A0FFA2" w14:textId="39B1CFC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589" w:type="dxa"/>
          </w:tcPr>
          <w:p w14:paraId="5F7BEE19" w14:textId="7893B6D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306A25DA" w14:textId="56F1560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0.95</w:t>
            </w:r>
          </w:p>
        </w:tc>
        <w:tc>
          <w:tcPr>
            <w:tcW w:w="1379" w:type="dxa"/>
          </w:tcPr>
          <w:p w14:paraId="733ADDD4" w14:textId="3F2C00C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w:t>
            </w:r>
          </w:p>
        </w:tc>
      </w:tr>
      <w:tr w:rsidR="004E1ED1" w14:paraId="2BAA0440" w14:textId="77777777" w:rsidTr="004E1ED1">
        <w:tc>
          <w:tcPr>
            <w:tcW w:w="463" w:type="dxa"/>
          </w:tcPr>
          <w:p w14:paraId="71A3C454" w14:textId="03EBDDD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51</w:t>
            </w:r>
          </w:p>
        </w:tc>
        <w:tc>
          <w:tcPr>
            <w:tcW w:w="1160" w:type="dxa"/>
          </w:tcPr>
          <w:p w14:paraId="32AFC027" w14:textId="54A3ACF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87SJ</w:t>
            </w:r>
          </w:p>
        </w:tc>
        <w:tc>
          <w:tcPr>
            <w:tcW w:w="1022" w:type="dxa"/>
          </w:tcPr>
          <w:p w14:paraId="1DDD702F" w14:textId="072C26E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99SJ</w:t>
            </w:r>
          </w:p>
        </w:tc>
        <w:tc>
          <w:tcPr>
            <w:tcW w:w="1635" w:type="dxa"/>
          </w:tcPr>
          <w:p w14:paraId="1B6B78E7" w14:textId="32C3010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0.2065</w:t>
            </w:r>
          </w:p>
        </w:tc>
        <w:tc>
          <w:tcPr>
            <w:tcW w:w="1114" w:type="dxa"/>
          </w:tcPr>
          <w:p w14:paraId="0509FC81" w14:textId="2056094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6B289862" w14:textId="2926DEB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0F6AD84C" w14:textId="29A53B5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10F89648" w14:textId="0BE7225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r>
      <w:tr w:rsidR="004E1ED1" w14:paraId="61E89076" w14:textId="77777777" w:rsidTr="004E1ED1">
        <w:tc>
          <w:tcPr>
            <w:tcW w:w="463" w:type="dxa"/>
          </w:tcPr>
          <w:p w14:paraId="3471D8A7" w14:textId="7A11C7A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52</w:t>
            </w:r>
          </w:p>
        </w:tc>
        <w:tc>
          <w:tcPr>
            <w:tcW w:w="1160" w:type="dxa"/>
          </w:tcPr>
          <w:p w14:paraId="0E914A80" w14:textId="31EA895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89SJ</w:t>
            </w:r>
          </w:p>
        </w:tc>
        <w:tc>
          <w:tcPr>
            <w:tcW w:w="1022" w:type="dxa"/>
          </w:tcPr>
          <w:p w14:paraId="7EA4AC0A" w14:textId="4AD243C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96SJ</w:t>
            </w:r>
          </w:p>
        </w:tc>
        <w:tc>
          <w:tcPr>
            <w:tcW w:w="1635" w:type="dxa"/>
          </w:tcPr>
          <w:p w14:paraId="76E3BD14" w14:textId="247CEA9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0.4171</w:t>
            </w:r>
          </w:p>
        </w:tc>
        <w:tc>
          <w:tcPr>
            <w:tcW w:w="1114" w:type="dxa"/>
          </w:tcPr>
          <w:p w14:paraId="19D9AB65" w14:textId="0706621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E90F05F" w14:textId="5B19D76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29624C92" w14:textId="1164B31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3B2051A2" w14:textId="74552E8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w:t>
            </w:r>
          </w:p>
        </w:tc>
      </w:tr>
      <w:tr w:rsidR="004E1ED1" w14:paraId="67A5AD74" w14:textId="77777777" w:rsidTr="004E1ED1">
        <w:tc>
          <w:tcPr>
            <w:tcW w:w="463" w:type="dxa"/>
          </w:tcPr>
          <w:p w14:paraId="31FAEC30" w14:textId="69A9215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53</w:t>
            </w:r>
          </w:p>
        </w:tc>
        <w:tc>
          <w:tcPr>
            <w:tcW w:w="1160" w:type="dxa"/>
          </w:tcPr>
          <w:p w14:paraId="0243C7CE" w14:textId="65F6AA9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90SJ</w:t>
            </w:r>
          </w:p>
        </w:tc>
        <w:tc>
          <w:tcPr>
            <w:tcW w:w="1022" w:type="dxa"/>
          </w:tcPr>
          <w:p w14:paraId="4FB038C0" w14:textId="26C2374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95SJ</w:t>
            </w:r>
          </w:p>
        </w:tc>
        <w:tc>
          <w:tcPr>
            <w:tcW w:w="1635" w:type="dxa"/>
          </w:tcPr>
          <w:p w14:paraId="7D54DF8E" w14:textId="3118879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0.3155</w:t>
            </w:r>
          </w:p>
        </w:tc>
        <w:tc>
          <w:tcPr>
            <w:tcW w:w="1114" w:type="dxa"/>
          </w:tcPr>
          <w:p w14:paraId="3C1153DC" w14:textId="37B3113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7FCAE07B" w14:textId="13199AE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2512CC6A" w14:textId="350B60A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5D38D08E" w14:textId="2DACC1D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w:t>
            </w:r>
          </w:p>
        </w:tc>
      </w:tr>
      <w:tr w:rsidR="004E1ED1" w14:paraId="48355F2C" w14:textId="77777777" w:rsidTr="004E1ED1">
        <w:tc>
          <w:tcPr>
            <w:tcW w:w="463" w:type="dxa"/>
          </w:tcPr>
          <w:p w14:paraId="59FC1B1F" w14:textId="13C62E1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lastRenderedPageBreak/>
              <w:t>54</w:t>
            </w:r>
          </w:p>
        </w:tc>
        <w:tc>
          <w:tcPr>
            <w:tcW w:w="1160" w:type="dxa"/>
          </w:tcPr>
          <w:p w14:paraId="37A96840" w14:textId="1231A49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91SJ</w:t>
            </w:r>
          </w:p>
        </w:tc>
        <w:tc>
          <w:tcPr>
            <w:tcW w:w="1022" w:type="dxa"/>
          </w:tcPr>
          <w:p w14:paraId="13A9DA9F" w14:textId="5681B9B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94SJ</w:t>
            </w:r>
          </w:p>
        </w:tc>
        <w:tc>
          <w:tcPr>
            <w:tcW w:w="1635" w:type="dxa"/>
          </w:tcPr>
          <w:p w14:paraId="79113FFB" w14:textId="279FB7B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0.4332</w:t>
            </w:r>
          </w:p>
        </w:tc>
        <w:tc>
          <w:tcPr>
            <w:tcW w:w="1114" w:type="dxa"/>
          </w:tcPr>
          <w:p w14:paraId="25D06D22" w14:textId="117E0D3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7F76906" w14:textId="2D30DEA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984E371" w14:textId="5A302E0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7A166533" w14:textId="4EDDAD5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w:t>
            </w:r>
          </w:p>
        </w:tc>
      </w:tr>
      <w:tr w:rsidR="004E1ED1" w14:paraId="01FDA860" w14:textId="77777777" w:rsidTr="004E1ED1">
        <w:tc>
          <w:tcPr>
            <w:tcW w:w="463" w:type="dxa"/>
          </w:tcPr>
          <w:p w14:paraId="4290E863" w14:textId="578BEF2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55</w:t>
            </w:r>
          </w:p>
        </w:tc>
        <w:tc>
          <w:tcPr>
            <w:tcW w:w="1160" w:type="dxa"/>
          </w:tcPr>
          <w:p w14:paraId="4C2FE9CB" w14:textId="1D5D4A4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92SJ</w:t>
            </w:r>
          </w:p>
        </w:tc>
        <w:tc>
          <w:tcPr>
            <w:tcW w:w="1022" w:type="dxa"/>
          </w:tcPr>
          <w:p w14:paraId="20FE8D30" w14:textId="01C6633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93SJ</w:t>
            </w:r>
          </w:p>
        </w:tc>
        <w:tc>
          <w:tcPr>
            <w:tcW w:w="1635" w:type="dxa"/>
          </w:tcPr>
          <w:p w14:paraId="6528E3B1" w14:textId="39FAF0B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0.1111</w:t>
            </w:r>
          </w:p>
        </w:tc>
        <w:tc>
          <w:tcPr>
            <w:tcW w:w="1114" w:type="dxa"/>
          </w:tcPr>
          <w:p w14:paraId="6CB3DA0F" w14:textId="2F6566B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AC16CB5" w14:textId="3BBA208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9742DF2" w14:textId="256B853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7913A714" w14:textId="1DE27BF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r>
      <w:tr w:rsidR="004E1ED1" w14:paraId="3E0F43BC" w14:textId="77777777" w:rsidTr="004E1ED1">
        <w:tc>
          <w:tcPr>
            <w:tcW w:w="463" w:type="dxa"/>
          </w:tcPr>
          <w:p w14:paraId="7B3112F5" w14:textId="335EC2E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56</w:t>
            </w:r>
          </w:p>
        </w:tc>
        <w:tc>
          <w:tcPr>
            <w:tcW w:w="1160" w:type="dxa"/>
          </w:tcPr>
          <w:p w14:paraId="24B14807" w14:textId="1C0C62E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94SJ</w:t>
            </w:r>
          </w:p>
        </w:tc>
        <w:tc>
          <w:tcPr>
            <w:tcW w:w="1022" w:type="dxa"/>
          </w:tcPr>
          <w:p w14:paraId="7407C007" w14:textId="3CE3236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91SJ</w:t>
            </w:r>
          </w:p>
        </w:tc>
        <w:tc>
          <w:tcPr>
            <w:tcW w:w="1635" w:type="dxa"/>
          </w:tcPr>
          <w:p w14:paraId="40250B3C" w14:textId="6F64BAB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0.6765</w:t>
            </w:r>
          </w:p>
        </w:tc>
        <w:tc>
          <w:tcPr>
            <w:tcW w:w="1114" w:type="dxa"/>
          </w:tcPr>
          <w:p w14:paraId="682CDCB4" w14:textId="6972A78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1C1BD26A" w14:textId="099235A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263EAFF" w14:textId="13B6B07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7E3B2534" w14:textId="055116B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w:t>
            </w:r>
          </w:p>
        </w:tc>
      </w:tr>
      <w:tr w:rsidR="004E1ED1" w14:paraId="1CBF0BD2" w14:textId="77777777" w:rsidTr="004E1ED1">
        <w:tc>
          <w:tcPr>
            <w:tcW w:w="463" w:type="dxa"/>
          </w:tcPr>
          <w:p w14:paraId="6AA66946" w14:textId="66F5903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57</w:t>
            </w:r>
          </w:p>
        </w:tc>
        <w:tc>
          <w:tcPr>
            <w:tcW w:w="1160" w:type="dxa"/>
          </w:tcPr>
          <w:p w14:paraId="0D218470" w14:textId="45BFBFF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95SJ</w:t>
            </w:r>
          </w:p>
        </w:tc>
        <w:tc>
          <w:tcPr>
            <w:tcW w:w="1022" w:type="dxa"/>
          </w:tcPr>
          <w:p w14:paraId="52147536" w14:textId="55709B3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90SJ</w:t>
            </w:r>
          </w:p>
        </w:tc>
        <w:tc>
          <w:tcPr>
            <w:tcW w:w="1635" w:type="dxa"/>
          </w:tcPr>
          <w:p w14:paraId="59E286A4" w14:textId="79BAA8F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0.2248</w:t>
            </w:r>
          </w:p>
        </w:tc>
        <w:tc>
          <w:tcPr>
            <w:tcW w:w="1114" w:type="dxa"/>
          </w:tcPr>
          <w:p w14:paraId="62542621" w14:textId="4F591BC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5147B70C" w14:textId="620F050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47463940" w14:textId="5AC8D20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6C0F29AF" w14:textId="3329292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r>
      <w:tr w:rsidR="004E1ED1" w14:paraId="51254301" w14:textId="77777777" w:rsidTr="004E1ED1">
        <w:tc>
          <w:tcPr>
            <w:tcW w:w="463" w:type="dxa"/>
          </w:tcPr>
          <w:p w14:paraId="68354AD5" w14:textId="4DDF65E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58</w:t>
            </w:r>
          </w:p>
        </w:tc>
        <w:tc>
          <w:tcPr>
            <w:tcW w:w="1160" w:type="dxa"/>
          </w:tcPr>
          <w:p w14:paraId="5F84BB86" w14:textId="0CB1D02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96SJ</w:t>
            </w:r>
          </w:p>
        </w:tc>
        <w:tc>
          <w:tcPr>
            <w:tcW w:w="1022" w:type="dxa"/>
          </w:tcPr>
          <w:p w14:paraId="4CABC23F" w14:textId="203494A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89SJ</w:t>
            </w:r>
          </w:p>
        </w:tc>
        <w:tc>
          <w:tcPr>
            <w:tcW w:w="1635" w:type="dxa"/>
          </w:tcPr>
          <w:p w14:paraId="021ADDF9" w14:textId="2F33172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0.1391</w:t>
            </w:r>
          </w:p>
        </w:tc>
        <w:tc>
          <w:tcPr>
            <w:tcW w:w="1114" w:type="dxa"/>
          </w:tcPr>
          <w:p w14:paraId="5BC24836" w14:textId="23F7BE7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75926A5" w14:textId="5B326F6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422C6F6B" w14:textId="50D049D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3DBB2FCB" w14:textId="6E0B7E3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r>
      <w:tr w:rsidR="004E1ED1" w14:paraId="0A35D531" w14:textId="77777777" w:rsidTr="004E1ED1">
        <w:tc>
          <w:tcPr>
            <w:tcW w:w="463" w:type="dxa"/>
          </w:tcPr>
          <w:p w14:paraId="1D88696A" w14:textId="5FD12CF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59</w:t>
            </w:r>
          </w:p>
        </w:tc>
        <w:tc>
          <w:tcPr>
            <w:tcW w:w="1160" w:type="dxa"/>
          </w:tcPr>
          <w:p w14:paraId="1540B824" w14:textId="61C8108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97SJ</w:t>
            </w:r>
          </w:p>
        </w:tc>
        <w:tc>
          <w:tcPr>
            <w:tcW w:w="1022" w:type="dxa"/>
          </w:tcPr>
          <w:p w14:paraId="59E620D6" w14:textId="7B6E7F9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88SJ</w:t>
            </w:r>
          </w:p>
        </w:tc>
        <w:tc>
          <w:tcPr>
            <w:tcW w:w="1635" w:type="dxa"/>
          </w:tcPr>
          <w:p w14:paraId="6EE4EC21" w14:textId="2273B1B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0.3074</w:t>
            </w:r>
          </w:p>
        </w:tc>
        <w:tc>
          <w:tcPr>
            <w:tcW w:w="1114" w:type="dxa"/>
          </w:tcPr>
          <w:p w14:paraId="5F43B0E3" w14:textId="61B6AA6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2E5DAE4" w14:textId="23BBBE5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070B4249" w14:textId="4DD623D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55FA9BBF" w14:textId="2E14C8F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w:t>
            </w:r>
          </w:p>
        </w:tc>
      </w:tr>
      <w:tr w:rsidR="004E1ED1" w14:paraId="53BFEBED" w14:textId="77777777" w:rsidTr="004E1ED1">
        <w:tc>
          <w:tcPr>
            <w:tcW w:w="463" w:type="dxa"/>
          </w:tcPr>
          <w:p w14:paraId="4E40745E" w14:textId="09F10D9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60</w:t>
            </w:r>
          </w:p>
        </w:tc>
        <w:tc>
          <w:tcPr>
            <w:tcW w:w="1160" w:type="dxa"/>
          </w:tcPr>
          <w:p w14:paraId="19BD2380" w14:textId="4927864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98SJ</w:t>
            </w:r>
          </w:p>
        </w:tc>
        <w:tc>
          <w:tcPr>
            <w:tcW w:w="1022" w:type="dxa"/>
          </w:tcPr>
          <w:p w14:paraId="5EC398FA" w14:textId="3055DDA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87SJ</w:t>
            </w:r>
          </w:p>
        </w:tc>
        <w:tc>
          <w:tcPr>
            <w:tcW w:w="1635" w:type="dxa"/>
          </w:tcPr>
          <w:p w14:paraId="0807A7D1" w14:textId="70B98CB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0.4634</w:t>
            </w:r>
          </w:p>
        </w:tc>
        <w:tc>
          <w:tcPr>
            <w:tcW w:w="1114" w:type="dxa"/>
          </w:tcPr>
          <w:p w14:paraId="28BDA6E3" w14:textId="4FD3EB4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0EB82184" w14:textId="452F1FD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48EA90A1" w14:textId="628C380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69BB5BDC" w14:textId="4E7FA26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w:t>
            </w:r>
          </w:p>
        </w:tc>
      </w:tr>
      <w:tr w:rsidR="004E1ED1" w14:paraId="74D93E74" w14:textId="77777777" w:rsidTr="004E1ED1">
        <w:tc>
          <w:tcPr>
            <w:tcW w:w="463" w:type="dxa"/>
          </w:tcPr>
          <w:p w14:paraId="04CAB73F" w14:textId="5099153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61</w:t>
            </w:r>
          </w:p>
        </w:tc>
        <w:tc>
          <w:tcPr>
            <w:tcW w:w="1160" w:type="dxa"/>
          </w:tcPr>
          <w:p w14:paraId="6FE49EAF" w14:textId="2563916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101SJ</w:t>
            </w:r>
          </w:p>
        </w:tc>
        <w:tc>
          <w:tcPr>
            <w:tcW w:w="1022" w:type="dxa"/>
          </w:tcPr>
          <w:p w14:paraId="3ADD5585" w14:textId="2DBBB53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111SJ</w:t>
            </w:r>
          </w:p>
        </w:tc>
        <w:tc>
          <w:tcPr>
            <w:tcW w:w="1635" w:type="dxa"/>
          </w:tcPr>
          <w:p w14:paraId="30A8A59F" w14:textId="1DDCA3F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0.4834</w:t>
            </w:r>
          </w:p>
        </w:tc>
        <w:tc>
          <w:tcPr>
            <w:tcW w:w="1114" w:type="dxa"/>
          </w:tcPr>
          <w:p w14:paraId="50E69CF4" w14:textId="4B8336B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3A200E77" w14:textId="102E89B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AD7AC31" w14:textId="36FE7AC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3EF5C026" w14:textId="7913318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w:t>
            </w:r>
          </w:p>
        </w:tc>
      </w:tr>
      <w:tr w:rsidR="004E1ED1" w14:paraId="4256FA41" w14:textId="77777777" w:rsidTr="004E1ED1">
        <w:tc>
          <w:tcPr>
            <w:tcW w:w="463" w:type="dxa"/>
          </w:tcPr>
          <w:p w14:paraId="4D3DE160" w14:textId="1003516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62</w:t>
            </w:r>
          </w:p>
        </w:tc>
        <w:tc>
          <w:tcPr>
            <w:tcW w:w="1160" w:type="dxa"/>
          </w:tcPr>
          <w:p w14:paraId="59FBF5D1" w14:textId="7FC7D41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102SJ</w:t>
            </w:r>
          </w:p>
        </w:tc>
        <w:tc>
          <w:tcPr>
            <w:tcW w:w="1022" w:type="dxa"/>
          </w:tcPr>
          <w:p w14:paraId="6FA9887E" w14:textId="0BF8048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110SJ</w:t>
            </w:r>
          </w:p>
        </w:tc>
        <w:tc>
          <w:tcPr>
            <w:tcW w:w="1635" w:type="dxa"/>
          </w:tcPr>
          <w:p w14:paraId="321239E1" w14:textId="40C1EFD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0.3882</w:t>
            </w:r>
          </w:p>
        </w:tc>
        <w:tc>
          <w:tcPr>
            <w:tcW w:w="1114" w:type="dxa"/>
          </w:tcPr>
          <w:p w14:paraId="0043363F" w14:textId="7D307EB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2D84C9A2" w14:textId="3084E0F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5A380EEA" w14:textId="0944F09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33A0FEAD" w14:textId="77AAFE0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w:t>
            </w:r>
          </w:p>
        </w:tc>
      </w:tr>
      <w:tr w:rsidR="004E1ED1" w14:paraId="696C4CCA" w14:textId="77777777" w:rsidTr="004E1ED1">
        <w:tc>
          <w:tcPr>
            <w:tcW w:w="463" w:type="dxa"/>
          </w:tcPr>
          <w:p w14:paraId="1DCB6D6D" w14:textId="17A544C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63</w:t>
            </w:r>
          </w:p>
        </w:tc>
        <w:tc>
          <w:tcPr>
            <w:tcW w:w="1160" w:type="dxa"/>
          </w:tcPr>
          <w:p w14:paraId="2031B1F6" w14:textId="4280B1D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104SJ</w:t>
            </w:r>
          </w:p>
        </w:tc>
        <w:tc>
          <w:tcPr>
            <w:tcW w:w="1022" w:type="dxa"/>
          </w:tcPr>
          <w:p w14:paraId="19FDA856" w14:textId="21986C3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108SJ</w:t>
            </w:r>
          </w:p>
        </w:tc>
        <w:tc>
          <w:tcPr>
            <w:tcW w:w="1635" w:type="dxa"/>
          </w:tcPr>
          <w:p w14:paraId="2D84E929" w14:textId="7276C13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0.882</w:t>
            </w:r>
          </w:p>
        </w:tc>
        <w:tc>
          <w:tcPr>
            <w:tcW w:w="1114" w:type="dxa"/>
          </w:tcPr>
          <w:p w14:paraId="5EF1859C" w14:textId="14241F5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729FA8F4" w14:textId="52074BF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2219F6F" w14:textId="2839F8B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0EEE5CD7" w14:textId="0A00380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w:t>
            </w:r>
          </w:p>
        </w:tc>
      </w:tr>
      <w:tr w:rsidR="004E1ED1" w14:paraId="37059127" w14:textId="77777777" w:rsidTr="004E1ED1">
        <w:tc>
          <w:tcPr>
            <w:tcW w:w="463" w:type="dxa"/>
          </w:tcPr>
          <w:p w14:paraId="7ACAD36C" w14:textId="3E8754C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64</w:t>
            </w:r>
          </w:p>
        </w:tc>
        <w:tc>
          <w:tcPr>
            <w:tcW w:w="1160" w:type="dxa"/>
          </w:tcPr>
          <w:p w14:paraId="521DC19B" w14:textId="5CCC45B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105SJ</w:t>
            </w:r>
          </w:p>
        </w:tc>
        <w:tc>
          <w:tcPr>
            <w:tcW w:w="1022" w:type="dxa"/>
          </w:tcPr>
          <w:p w14:paraId="323D8780" w14:textId="7189C21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98SJ</w:t>
            </w:r>
          </w:p>
        </w:tc>
        <w:tc>
          <w:tcPr>
            <w:tcW w:w="1635" w:type="dxa"/>
          </w:tcPr>
          <w:p w14:paraId="5A993C63" w14:textId="6B928FA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0.1423</w:t>
            </w:r>
          </w:p>
        </w:tc>
        <w:tc>
          <w:tcPr>
            <w:tcW w:w="1114" w:type="dxa"/>
          </w:tcPr>
          <w:p w14:paraId="43AE7D14" w14:textId="66A1947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18013D50" w14:textId="5432877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0299DFC3" w14:textId="070CB53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6429EA12" w14:textId="74E9A7A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r>
      <w:tr w:rsidR="004E1ED1" w14:paraId="49040052" w14:textId="77777777" w:rsidTr="004E1ED1">
        <w:tc>
          <w:tcPr>
            <w:tcW w:w="463" w:type="dxa"/>
          </w:tcPr>
          <w:p w14:paraId="6B9E6320" w14:textId="6F0F1FA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65</w:t>
            </w:r>
          </w:p>
        </w:tc>
        <w:tc>
          <w:tcPr>
            <w:tcW w:w="1160" w:type="dxa"/>
          </w:tcPr>
          <w:p w14:paraId="364DBA49" w14:textId="2541277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106SJ</w:t>
            </w:r>
          </w:p>
        </w:tc>
        <w:tc>
          <w:tcPr>
            <w:tcW w:w="1022" w:type="dxa"/>
          </w:tcPr>
          <w:p w14:paraId="73DBBC39" w14:textId="7E9BF49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118SJ</w:t>
            </w:r>
          </w:p>
        </w:tc>
        <w:tc>
          <w:tcPr>
            <w:tcW w:w="1635" w:type="dxa"/>
          </w:tcPr>
          <w:p w14:paraId="5EF05F81" w14:textId="3555170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1.1929</w:t>
            </w:r>
          </w:p>
        </w:tc>
        <w:tc>
          <w:tcPr>
            <w:tcW w:w="1114" w:type="dxa"/>
          </w:tcPr>
          <w:p w14:paraId="468CC1A9" w14:textId="6D35620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20EE5C85" w14:textId="4B979BD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36011E9" w14:textId="024C8A6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479C0F4E" w14:textId="695F207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12</w:t>
            </w:r>
          </w:p>
        </w:tc>
      </w:tr>
      <w:tr w:rsidR="004E1ED1" w14:paraId="3B4F57F9" w14:textId="77777777" w:rsidTr="004E1ED1">
        <w:tc>
          <w:tcPr>
            <w:tcW w:w="463" w:type="dxa"/>
          </w:tcPr>
          <w:p w14:paraId="398D3397" w14:textId="01C3277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66</w:t>
            </w:r>
          </w:p>
        </w:tc>
        <w:tc>
          <w:tcPr>
            <w:tcW w:w="1160" w:type="dxa"/>
          </w:tcPr>
          <w:p w14:paraId="7900ED9C" w14:textId="79E7599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107SJ</w:t>
            </w:r>
          </w:p>
        </w:tc>
        <w:tc>
          <w:tcPr>
            <w:tcW w:w="1022" w:type="dxa"/>
          </w:tcPr>
          <w:p w14:paraId="75DA377C" w14:textId="0A180D2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117SJ</w:t>
            </w:r>
          </w:p>
        </w:tc>
        <w:tc>
          <w:tcPr>
            <w:tcW w:w="1635" w:type="dxa"/>
          </w:tcPr>
          <w:p w14:paraId="33A87DFF" w14:textId="33026EE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4.6223</w:t>
            </w:r>
          </w:p>
        </w:tc>
        <w:tc>
          <w:tcPr>
            <w:tcW w:w="1114" w:type="dxa"/>
          </w:tcPr>
          <w:p w14:paraId="61F67115" w14:textId="7560ACE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65D1D7A" w14:textId="6E01ABF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D40ABE8" w14:textId="154B3FF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350FD446" w14:textId="168BEEB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42</w:t>
            </w:r>
          </w:p>
        </w:tc>
      </w:tr>
      <w:tr w:rsidR="004E1ED1" w14:paraId="6501FDFD" w14:textId="77777777" w:rsidTr="004E1ED1">
        <w:tc>
          <w:tcPr>
            <w:tcW w:w="463" w:type="dxa"/>
          </w:tcPr>
          <w:p w14:paraId="6DEEBD6D" w14:textId="694D3C8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67</w:t>
            </w:r>
          </w:p>
        </w:tc>
        <w:tc>
          <w:tcPr>
            <w:tcW w:w="1160" w:type="dxa"/>
          </w:tcPr>
          <w:p w14:paraId="7AE5F3DB" w14:textId="75F8E0B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108SJ</w:t>
            </w:r>
          </w:p>
        </w:tc>
        <w:tc>
          <w:tcPr>
            <w:tcW w:w="1022" w:type="dxa"/>
          </w:tcPr>
          <w:p w14:paraId="664C1725" w14:textId="1F9C4F8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116SJ</w:t>
            </w:r>
          </w:p>
        </w:tc>
        <w:tc>
          <w:tcPr>
            <w:tcW w:w="1635" w:type="dxa"/>
          </w:tcPr>
          <w:p w14:paraId="62C92319" w14:textId="1B29409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0.2249</w:t>
            </w:r>
          </w:p>
        </w:tc>
        <w:tc>
          <w:tcPr>
            <w:tcW w:w="1114" w:type="dxa"/>
          </w:tcPr>
          <w:p w14:paraId="595470BD" w14:textId="52B3391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1775E9C4" w14:textId="1544E06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2195B549" w14:textId="4B5ADA3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07586406" w14:textId="7E6B940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r>
      <w:tr w:rsidR="004E1ED1" w14:paraId="4B4AAB02" w14:textId="77777777" w:rsidTr="004E1ED1">
        <w:tc>
          <w:tcPr>
            <w:tcW w:w="463" w:type="dxa"/>
          </w:tcPr>
          <w:p w14:paraId="1879BB83" w14:textId="33BDDB3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68</w:t>
            </w:r>
          </w:p>
        </w:tc>
        <w:tc>
          <w:tcPr>
            <w:tcW w:w="1160" w:type="dxa"/>
          </w:tcPr>
          <w:p w14:paraId="111B59F3" w14:textId="2181082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114SJ</w:t>
            </w:r>
          </w:p>
        </w:tc>
        <w:tc>
          <w:tcPr>
            <w:tcW w:w="1022" w:type="dxa"/>
          </w:tcPr>
          <w:p w14:paraId="1F6EDCA9" w14:textId="19FA6BD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126SJ</w:t>
            </w:r>
          </w:p>
        </w:tc>
        <w:tc>
          <w:tcPr>
            <w:tcW w:w="1635" w:type="dxa"/>
          </w:tcPr>
          <w:p w14:paraId="61566C15" w14:textId="5FA6663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2.4801</w:t>
            </w:r>
          </w:p>
        </w:tc>
        <w:tc>
          <w:tcPr>
            <w:tcW w:w="1114" w:type="dxa"/>
          </w:tcPr>
          <w:p w14:paraId="4B7D534B" w14:textId="2D6822E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21F15324" w14:textId="42BC772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420F5F53" w14:textId="0E008A6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62C8C56C" w14:textId="73BD733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22</w:t>
            </w:r>
          </w:p>
        </w:tc>
      </w:tr>
      <w:tr w:rsidR="004E1ED1" w14:paraId="199390D6" w14:textId="77777777" w:rsidTr="004E1ED1">
        <w:tc>
          <w:tcPr>
            <w:tcW w:w="463" w:type="dxa"/>
          </w:tcPr>
          <w:p w14:paraId="0A8F3F5A" w14:textId="0ADACB6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69</w:t>
            </w:r>
          </w:p>
        </w:tc>
        <w:tc>
          <w:tcPr>
            <w:tcW w:w="1160" w:type="dxa"/>
          </w:tcPr>
          <w:p w14:paraId="347E0815" w14:textId="7DEBB7B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117SJ</w:t>
            </w:r>
          </w:p>
        </w:tc>
        <w:tc>
          <w:tcPr>
            <w:tcW w:w="1022" w:type="dxa"/>
          </w:tcPr>
          <w:p w14:paraId="5B5CC81C" w14:textId="4B330B7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123SJ</w:t>
            </w:r>
          </w:p>
        </w:tc>
        <w:tc>
          <w:tcPr>
            <w:tcW w:w="1635" w:type="dxa"/>
          </w:tcPr>
          <w:p w14:paraId="6208E3CB" w14:textId="716D653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0.1666</w:t>
            </w:r>
          </w:p>
        </w:tc>
        <w:tc>
          <w:tcPr>
            <w:tcW w:w="1114" w:type="dxa"/>
          </w:tcPr>
          <w:p w14:paraId="0A17DE9B" w14:textId="30251F1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50C39D73" w14:textId="445887A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B7C2701" w14:textId="324A1F4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64F15695" w14:textId="34483CB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r>
      <w:tr w:rsidR="004E1ED1" w14:paraId="4DE8E021" w14:textId="77777777" w:rsidTr="004E1ED1">
        <w:tc>
          <w:tcPr>
            <w:tcW w:w="463" w:type="dxa"/>
          </w:tcPr>
          <w:p w14:paraId="4D281B23" w14:textId="12144B2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70</w:t>
            </w:r>
          </w:p>
        </w:tc>
        <w:tc>
          <w:tcPr>
            <w:tcW w:w="1160" w:type="dxa"/>
          </w:tcPr>
          <w:p w14:paraId="16A5ECCD" w14:textId="6FECC9E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120SJ</w:t>
            </w:r>
          </w:p>
        </w:tc>
        <w:tc>
          <w:tcPr>
            <w:tcW w:w="1022" w:type="dxa"/>
          </w:tcPr>
          <w:p w14:paraId="20521E4C" w14:textId="3B84445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133SJ</w:t>
            </w:r>
          </w:p>
        </w:tc>
        <w:tc>
          <w:tcPr>
            <w:tcW w:w="1635" w:type="dxa"/>
          </w:tcPr>
          <w:p w14:paraId="767A3B34" w14:textId="72FDE69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0.3594</w:t>
            </w:r>
          </w:p>
        </w:tc>
        <w:tc>
          <w:tcPr>
            <w:tcW w:w="1114" w:type="dxa"/>
          </w:tcPr>
          <w:p w14:paraId="4A3E25B6" w14:textId="025C727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0.3</w:t>
            </w:r>
          </w:p>
        </w:tc>
        <w:tc>
          <w:tcPr>
            <w:tcW w:w="1589" w:type="dxa"/>
          </w:tcPr>
          <w:p w14:paraId="4D399FA4" w14:textId="317D793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36AE3F54" w14:textId="3DBB559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55C050CE" w14:textId="1577EF9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r>
      <w:tr w:rsidR="004E1ED1" w14:paraId="68496DC2" w14:textId="77777777" w:rsidTr="004E1ED1">
        <w:tc>
          <w:tcPr>
            <w:tcW w:w="463" w:type="dxa"/>
          </w:tcPr>
          <w:p w14:paraId="79EB1E0A" w14:textId="0AC0631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71</w:t>
            </w:r>
          </w:p>
        </w:tc>
        <w:tc>
          <w:tcPr>
            <w:tcW w:w="1160" w:type="dxa"/>
          </w:tcPr>
          <w:p w14:paraId="4BEC4D7C" w14:textId="3B40013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121SJ</w:t>
            </w:r>
          </w:p>
        </w:tc>
        <w:tc>
          <w:tcPr>
            <w:tcW w:w="1022" w:type="dxa"/>
          </w:tcPr>
          <w:p w14:paraId="2794C76A" w14:textId="6D6FDAF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120SJ</w:t>
            </w:r>
          </w:p>
        </w:tc>
        <w:tc>
          <w:tcPr>
            <w:tcW w:w="1635" w:type="dxa"/>
          </w:tcPr>
          <w:p w14:paraId="43655E98" w14:textId="75964ED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1.8754</w:t>
            </w:r>
          </w:p>
        </w:tc>
        <w:tc>
          <w:tcPr>
            <w:tcW w:w="1114" w:type="dxa"/>
          </w:tcPr>
          <w:p w14:paraId="22EAD12D" w14:textId="1ABA55E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25676AAA" w14:textId="7FE6333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0B73C1E5" w14:textId="0E77055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72E22244" w14:textId="2B815B3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19</w:t>
            </w:r>
          </w:p>
        </w:tc>
      </w:tr>
      <w:tr w:rsidR="004E1ED1" w14:paraId="051D0AD3" w14:textId="77777777" w:rsidTr="004E1ED1">
        <w:tc>
          <w:tcPr>
            <w:tcW w:w="463" w:type="dxa"/>
          </w:tcPr>
          <w:p w14:paraId="64048A69" w14:textId="4BF2094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72</w:t>
            </w:r>
          </w:p>
        </w:tc>
        <w:tc>
          <w:tcPr>
            <w:tcW w:w="1160" w:type="dxa"/>
          </w:tcPr>
          <w:p w14:paraId="1D3EBD4E" w14:textId="09BB654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122SJ</w:t>
            </w:r>
          </w:p>
        </w:tc>
        <w:tc>
          <w:tcPr>
            <w:tcW w:w="1022" w:type="dxa"/>
          </w:tcPr>
          <w:p w14:paraId="257FFFBB" w14:textId="509CCA8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132SJ</w:t>
            </w:r>
          </w:p>
        </w:tc>
        <w:tc>
          <w:tcPr>
            <w:tcW w:w="1635" w:type="dxa"/>
          </w:tcPr>
          <w:p w14:paraId="0AF1270A" w14:textId="4960C16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2.3499</w:t>
            </w:r>
          </w:p>
        </w:tc>
        <w:tc>
          <w:tcPr>
            <w:tcW w:w="1114" w:type="dxa"/>
          </w:tcPr>
          <w:p w14:paraId="60736BF8" w14:textId="06EB6FD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701F1EB" w14:textId="5D70672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30AAA2A2" w14:textId="7520623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0.8</w:t>
            </w:r>
          </w:p>
        </w:tc>
        <w:tc>
          <w:tcPr>
            <w:tcW w:w="1379" w:type="dxa"/>
          </w:tcPr>
          <w:p w14:paraId="1D2DE7A9" w14:textId="6F820D9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19</w:t>
            </w:r>
          </w:p>
        </w:tc>
      </w:tr>
      <w:tr w:rsidR="004E1ED1" w14:paraId="6051CBB7" w14:textId="77777777" w:rsidTr="004E1ED1">
        <w:tc>
          <w:tcPr>
            <w:tcW w:w="463" w:type="dxa"/>
          </w:tcPr>
          <w:p w14:paraId="4634FE9E" w14:textId="5824C35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73</w:t>
            </w:r>
          </w:p>
        </w:tc>
        <w:tc>
          <w:tcPr>
            <w:tcW w:w="1160" w:type="dxa"/>
          </w:tcPr>
          <w:p w14:paraId="7A18D58D" w14:textId="0D485CB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124SJ</w:t>
            </w:r>
          </w:p>
        </w:tc>
        <w:tc>
          <w:tcPr>
            <w:tcW w:w="1022" w:type="dxa"/>
          </w:tcPr>
          <w:p w14:paraId="58A20F4F" w14:textId="5A268AF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121SJ</w:t>
            </w:r>
          </w:p>
        </w:tc>
        <w:tc>
          <w:tcPr>
            <w:tcW w:w="1635" w:type="dxa"/>
          </w:tcPr>
          <w:p w14:paraId="25C5807B" w14:textId="0AD24D3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5.0825</w:t>
            </w:r>
          </w:p>
        </w:tc>
        <w:tc>
          <w:tcPr>
            <w:tcW w:w="1114" w:type="dxa"/>
          </w:tcPr>
          <w:p w14:paraId="24DEA4B5" w14:textId="3E21CE1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0C618C2C" w14:textId="5343499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154B345A" w14:textId="67800D6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0124154D" w14:textId="5742C7A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46</w:t>
            </w:r>
          </w:p>
        </w:tc>
      </w:tr>
      <w:tr w:rsidR="004E1ED1" w14:paraId="000FCC14" w14:textId="77777777" w:rsidTr="004E1ED1">
        <w:tc>
          <w:tcPr>
            <w:tcW w:w="463" w:type="dxa"/>
          </w:tcPr>
          <w:p w14:paraId="3D0113C8" w14:textId="116AF84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74</w:t>
            </w:r>
          </w:p>
        </w:tc>
        <w:tc>
          <w:tcPr>
            <w:tcW w:w="1160" w:type="dxa"/>
          </w:tcPr>
          <w:p w14:paraId="6D60BEF6" w14:textId="3928F8C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126SJ</w:t>
            </w:r>
          </w:p>
        </w:tc>
        <w:tc>
          <w:tcPr>
            <w:tcW w:w="1022" w:type="dxa"/>
          </w:tcPr>
          <w:p w14:paraId="36662EC5" w14:textId="11B4AEA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129SJ</w:t>
            </w:r>
          </w:p>
        </w:tc>
        <w:tc>
          <w:tcPr>
            <w:tcW w:w="1635" w:type="dxa"/>
          </w:tcPr>
          <w:p w14:paraId="338AE55E" w14:textId="0C149BF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0.2844</w:t>
            </w:r>
          </w:p>
        </w:tc>
        <w:tc>
          <w:tcPr>
            <w:tcW w:w="1114" w:type="dxa"/>
          </w:tcPr>
          <w:p w14:paraId="728E26AE" w14:textId="2B03A2F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526ED1C1" w14:textId="5C396FC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0071AC5D" w14:textId="0A941C9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23EE17B2" w14:textId="46C9449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w:t>
            </w:r>
          </w:p>
        </w:tc>
      </w:tr>
      <w:tr w:rsidR="004E1ED1" w14:paraId="40D6434B" w14:textId="77777777" w:rsidTr="004E1ED1">
        <w:tc>
          <w:tcPr>
            <w:tcW w:w="463" w:type="dxa"/>
          </w:tcPr>
          <w:p w14:paraId="7914D405" w14:textId="0E8718F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75</w:t>
            </w:r>
          </w:p>
        </w:tc>
        <w:tc>
          <w:tcPr>
            <w:tcW w:w="1160" w:type="dxa"/>
          </w:tcPr>
          <w:p w14:paraId="2F16C795" w14:textId="0C124E9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128SJ</w:t>
            </w:r>
          </w:p>
        </w:tc>
        <w:tc>
          <w:tcPr>
            <w:tcW w:w="1022" w:type="dxa"/>
          </w:tcPr>
          <w:p w14:paraId="4CF57EF7" w14:textId="64F4D53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144SJ</w:t>
            </w:r>
          </w:p>
        </w:tc>
        <w:tc>
          <w:tcPr>
            <w:tcW w:w="1635" w:type="dxa"/>
          </w:tcPr>
          <w:p w14:paraId="17F35D19" w14:textId="7767AFF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1.2525</w:t>
            </w:r>
          </w:p>
        </w:tc>
        <w:tc>
          <w:tcPr>
            <w:tcW w:w="1114" w:type="dxa"/>
          </w:tcPr>
          <w:p w14:paraId="6E4743DF" w14:textId="3A8DA92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3F03C044" w14:textId="49C17A0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0DF3CD18" w14:textId="541C0E6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5D0FC3C5" w14:textId="0809C15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13</w:t>
            </w:r>
          </w:p>
        </w:tc>
      </w:tr>
      <w:tr w:rsidR="004E1ED1" w14:paraId="09E9CDDC" w14:textId="77777777" w:rsidTr="004E1ED1">
        <w:tc>
          <w:tcPr>
            <w:tcW w:w="463" w:type="dxa"/>
          </w:tcPr>
          <w:p w14:paraId="76E06F35" w14:textId="77BA5F2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76</w:t>
            </w:r>
          </w:p>
        </w:tc>
        <w:tc>
          <w:tcPr>
            <w:tcW w:w="1160" w:type="dxa"/>
          </w:tcPr>
          <w:p w14:paraId="1B1731BA" w14:textId="1EB03AD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129SJ</w:t>
            </w:r>
          </w:p>
        </w:tc>
        <w:tc>
          <w:tcPr>
            <w:tcW w:w="1022" w:type="dxa"/>
          </w:tcPr>
          <w:p w14:paraId="1E472137" w14:textId="7855E6A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145SJ</w:t>
            </w:r>
          </w:p>
        </w:tc>
        <w:tc>
          <w:tcPr>
            <w:tcW w:w="1635" w:type="dxa"/>
          </w:tcPr>
          <w:p w14:paraId="63DB6E95" w14:textId="024915E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0.9626</w:t>
            </w:r>
          </w:p>
        </w:tc>
        <w:tc>
          <w:tcPr>
            <w:tcW w:w="1114" w:type="dxa"/>
          </w:tcPr>
          <w:p w14:paraId="742E24F0" w14:textId="7100472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294C1116" w14:textId="10C91E8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6638433E" w14:textId="6825B9B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1778A1F4" w14:textId="0186BC8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w:t>
            </w:r>
          </w:p>
        </w:tc>
      </w:tr>
      <w:tr w:rsidR="004E1ED1" w14:paraId="5B697220" w14:textId="77777777" w:rsidTr="004E1ED1">
        <w:tc>
          <w:tcPr>
            <w:tcW w:w="463" w:type="dxa"/>
          </w:tcPr>
          <w:p w14:paraId="698B1795" w14:textId="2A0BD68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77</w:t>
            </w:r>
          </w:p>
        </w:tc>
        <w:tc>
          <w:tcPr>
            <w:tcW w:w="1160" w:type="dxa"/>
          </w:tcPr>
          <w:p w14:paraId="1814A4D8" w14:textId="5D49C55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130SJ</w:t>
            </w:r>
          </w:p>
        </w:tc>
        <w:tc>
          <w:tcPr>
            <w:tcW w:w="1022" w:type="dxa"/>
          </w:tcPr>
          <w:p w14:paraId="39E63C7F" w14:textId="5D44582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143SJ, 158SJ, 159SJ, 160SJ, 161SJ</w:t>
            </w:r>
          </w:p>
        </w:tc>
        <w:tc>
          <w:tcPr>
            <w:tcW w:w="1635" w:type="dxa"/>
          </w:tcPr>
          <w:p w14:paraId="6B04B3A7" w14:textId="1F77A18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5.6659</w:t>
            </w:r>
          </w:p>
        </w:tc>
        <w:tc>
          <w:tcPr>
            <w:tcW w:w="1114" w:type="dxa"/>
          </w:tcPr>
          <w:p w14:paraId="2E6D0EEC" w14:textId="707488E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28E233F3" w14:textId="708692D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08EFBE4F" w14:textId="494A2A1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706485AF" w14:textId="1C8E006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57</w:t>
            </w:r>
          </w:p>
        </w:tc>
      </w:tr>
      <w:tr w:rsidR="004E1ED1" w14:paraId="283A7FD4" w14:textId="77777777" w:rsidTr="004E1ED1">
        <w:tc>
          <w:tcPr>
            <w:tcW w:w="463" w:type="dxa"/>
          </w:tcPr>
          <w:p w14:paraId="774C10A9" w14:textId="46A0030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78</w:t>
            </w:r>
          </w:p>
        </w:tc>
        <w:tc>
          <w:tcPr>
            <w:tcW w:w="1160" w:type="dxa"/>
          </w:tcPr>
          <w:p w14:paraId="3C2817D5" w14:textId="4BDBB2B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135SJ</w:t>
            </w:r>
          </w:p>
        </w:tc>
        <w:tc>
          <w:tcPr>
            <w:tcW w:w="1022" w:type="dxa"/>
          </w:tcPr>
          <w:p w14:paraId="696DDEC5" w14:textId="671D4CF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138SJ</w:t>
            </w:r>
          </w:p>
        </w:tc>
        <w:tc>
          <w:tcPr>
            <w:tcW w:w="1635" w:type="dxa"/>
          </w:tcPr>
          <w:p w14:paraId="69272AB5" w14:textId="2E64252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0.3639</w:t>
            </w:r>
          </w:p>
        </w:tc>
        <w:tc>
          <w:tcPr>
            <w:tcW w:w="1114" w:type="dxa"/>
          </w:tcPr>
          <w:p w14:paraId="1E9E43EA" w14:textId="050BEF8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38A01989" w14:textId="5812F34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1007914" w14:textId="7E2DB6D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3A31EC14" w14:textId="4D205A8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w:t>
            </w:r>
          </w:p>
        </w:tc>
      </w:tr>
      <w:tr w:rsidR="004E1ED1" w14:paraId="3D057AD3" w14:textId="77777777" w:rsidTr="004E1ED1">
        <w:tc>
          <w:tcPr>
            <w:tcW w:w="463" w:type="dxa"/>
          </w:tcPr>
          <w:p w14:paraId="6746A335" w14:textId="1468DFB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79</w:t>
            </w:r>
          </w:p>
        </w:tc>
        <w:tc>
          <w:tcPr>
            <w:tcW w:w="1160" w:type="dxa"/>
          </w:tcPr>
          <w:p w14:paraId="1BF01521" w14:textId="1FFFA2C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136SJ</w:t>
            </w:r>
          </w:p>
        </w:tc>
        <w:tc>
          <w:tcPr>
            <w:tcW w:w="1022" w:type="dxa"/>
          </w:tcPr>
          <w:p w14:paraId="02905D37" w14:textId="01D8D82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137SJ</w:t>
            </w:r>
          </w:p>
        </w:tc>
        <w:tc>
          <w:tcPr>
            <w:tcW w:w="1635" w:type="dxa"/>
          </w:tcPr>
          <w:p w14:paraId="6467438A" w14:textId="028905B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1.1664</w:t>
            </w:r>
          </w:p>
        </w:tc>
        <w:tc>
          <w:tcPr>
            <w:tcW w:w="1114" w:type="dxa"/>
          </w:tcPr>
          <w:p w14:paraId="6896F9F2" w14:textId="364CD10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02FF9993" w14:textId="71E7991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22B35C05" w14:textId="656E850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55DDE776" w14:textId="216A2B4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w:t>
            </w:r>
          </w:p>
        </w:tc>
      </w:tr>
      <w:tr w:rsidR="004E1ED1" w14:paraId="177F880E" w14:textId="77777777" w:rsidTr="004E1ED1">
        <w:tc>
          <w:tcPr>
            <w:tcW w:w="463" w:type="dxa"/>
          </w:tcPr>
          <w:p w14:paraId="1645CC25" w14:textId="1D8ADBB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80</w:t>
            </w:r>
          </w:p>
        </w:tc>
        <w:tc>
          <w:tcPr>
            <w:tcW w:w="1160" w:type="dxa"/>
          </w:tcPr>
          <w:p w14:paraId="0EB5529A" w14:textId="3AFF9FA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137SJ</w:t>
            </w:r>
          </w:p>
        </w:tc>
        <w:tc>
          <w:tcPr>
            <w:tcW w:w="1022" w:type="dxa"/>
          </w:tcPr>
          <w:p w14:paraId="6D2ACD78" w14:textId="7B9DDEA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136SJ</w:t>
            </w:r>
          </w:p>
        </w:tc>
        <w:tc>
          <w:tcPr>
            <w:tcW w:w="1635" w:type="dxa"/>
          </w:tcPr>
          <w:p w14:paraId="5D2EA966" w14:textId="5965A81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1.6772</w:t>
            </w:r>
          </w:p>
        </w:tc>
        <w:tc>
          <w:tcPr>
            <w:tcW w:w="1114" w:type="dxa"/>
          </w:tcPr>
          <w:p w14:paraId="62258485" w14:textId="58D46BB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5459D3AF" w14:textId="3FBBF9C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151AB399" w14:textId="7A630DC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3C68B1F3" w14:textId="1AF6C5F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17</w:t>
            </w:r>
          </w:p>
        </w:tc>
      </w:tr>
      <w:tr w:rsidR="004E1ED1" w14:paraId="693BBAC1" w14:textId="77777777" w:rsidTr="004E1ED1">
        <w:tc>
          <w:tcPr>
            <w:tcW w:w="463" w:type="dxa"/>
          </w:tcPr>
          <w:p w14:paraId="12932D39" w14:textId="596B163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81</w:t>
            </w:r>
          </w:p>
        </w:tc>
        <w:tc>
          <w:tcPr>
            <w:tcW w:w="1160" w:type="dxa"/>
          </w:tcPr>
          <w:p w14:paraId="333A96A9" w14:textId="205E096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143SJ</w:t>
            </w:r>
          </w:p>
        </w:tc>
        <w:tc>
          <w:tcPr>
            <w:tcW w:w="1022" w:type="dxa"/>
          </w:tcPr>
          <w:p w14:paraId="77F3CBDA" w14:textId="529A9A24" w:rsidR="004E1ED1" w:rsidRPr="004E1ED1" w:rsidRDefault="004E1ED1" w:rsidP="004E1ED1">
            <w:pPr>
              <w:jc w:val="center"/>
              <w:rPr>
                <w:rFonts w:ascii="Roboto Condensed" w:hAnsi="Roboto Condensed"/>
                <w:sz w:val="16"/>
                <w:szCs w:val="16"/>
              </w:rPr>
            </w:pPr>
          </w:p>
        </w:tc>
        <w:tc>
          <w:tcPr>
            <w:tcW w:w="1635" w:type="dxa"/>
          </w:tcPr>
          <w:p w14:paraId="69B298A6" w14:textId="0B1C58E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0.2803</w:t>
            </w:r>
          </w:p>
        </w:tc>
        <w:tc>
          <w:tcPr>
            <w:tcW w:w="1114" w:type="dxa"/>
          </w:tcPr>
          <w:p w14:paraId="03970E8C" w14:textId="65DB186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5515B619" w14:textId="3ACE157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3CF7C17D" w14:textId="0694629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07C69B2D" w14:textId="282E8BE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w:t>
            </w:r>
          </w:p>
        </w:tc>
      </w:tr>
      <w:tr w:rsidR="004E1ED1" w14:paraId="68475B7F" w14:textId="77777777" w:rsidTr="004E1ED1">
        <w:tc>
          <w:tcPr>
            <w:tcW w:w="463" w:type="dxa"/>
          </w:tcPr>
          <w:p w14:paraId="33785ACD" w14:textId="1DD037A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82</w:t>
            </w:r>
          </w:p>
        </w:tc>
        <w:tc>
          <w:tcPr>
            <w:tcW w:w="1160" w:type="dxa"/>
          </w:tcPr>
          <w:p w14:paraId="2B403866" w14:textId="2471875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144SJ</w:t>
            </w:r>
          </w:p>
        </w:tc>
        <w:tc>
          <w:tcPr>
            <w:tcW w:w="1022" w:type="dxa"/>
          </w:tcPr>
          <w:p w14:paraId="533BC901" w14:textId="108D1D7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146SJ</w:t>
            </w:r>
          </w:p>
        </w:tc>
        <w:tc>
          <w:tcPr>
            <w:tcW w:w="1635" w:type="dxa"/>
          </w:tcPr>
          <w:p w14:paraId="59C0774C" w14:textId="3BDDCB2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0.4275</w:t>
            </w:r>
          </w:p>
        </w:tc>
        <w:tc>
          <w:tcPr>
            <w:tcW w:w="1114" w:type="dxa"/>
          </w:tcPr>
          <w:p w14:paraId="47AD7B12" w14:textId="66BE0B2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655740EC" w14:textId="6B0B8CA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5F628057" w14:textId="3F6A332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60E264F1" w14:textId="5688E14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w:t>
            </w:r>
          </w:p>
        </w:tc>
      </w:tr>
      <w:tr w:rsidR="004E1ED1" w14:paraId="73FFC8FF" w14:textId="77777777" w:rsidTr="004E1ED1">
        <w:tc>
          <w:tcPr>
            <w:tcW w:w="463" w:type="dxa"/>
          </w:tcPr>
          <w:p w14:paraId="148E1133" w14:textId="36289B0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83</w:t>
            </w:r>
          </w:p>
        </w:tc>
        <w:tc>
          <w:tcPr>
            <w:tcW w:w="1160" w:type="dxa"/>
          </w:tcPr>
          <w:p w14:paraId="293680E2" w14:textId="0F7DD58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145SJ</w:t>
            </w:r>
          </w:p>
        </w:tc>
        <w:tc>
          <w:tcPr>
            <w:tcW w:w="1022" w:type="dxa"/>
          </w:tcPr>
          <w:p w14:paraId="29CA5462" w14:textId="65FF891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165SJ, 166SJ</w:t>
            </w:r>
          </w:p>
        </w:tc>
        <w:tc>
          <w:tcPr>
            <w:tcW w:w="1635" w:type="dxa"/>
          </w:tcPr>
          <w:p w14:paraId="2AFB3026" w14:textId="6E8BBDB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1.1287</w:t>
            </w:r>
          </w:p>
        </w:tc>
        <w:tc>
          <w:tcPr>
            <w:tcW w:w="1114" w:type="dxa"/>
          </w:tcPr>
          <w:p w14:paraId="0172F7AD" w14:textId="6E50381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32946178" w14:textId="762F425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016C063A" w14:textId="530D590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28377E94" w14:textId="2266167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w:t>
            </w:r>
          </w:p>
        </w:tc>
      </w:tr>
      <w:tr w:rsidR="004E1ED1" w14:paraId="5EDDD608" w14:textId="77777777" w:rsidTr="004E1ED1">
        <w:tc>
          <w:tcPr>
            <w:tcW w:w="463" w:type="dxa"/>
          </w:tcPr>
          <w:p w14:paraId="36CEC870" w14:textId="63C73D8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84</w:t>
            </w:r>
          </w:p>
        </w:tc>
        <w:tc>
          <w:tcPr>
            <w:tcW w:w="1160" w:type="dxa"/>
          </w:tcPr>
          <w:p w14:paraId="35EC3672" w14:textId="5AEC0DD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146SJ</w:t>
            </w:r>
          </w:p>
        </w:tc>
        <w:tc>
          <w:tcPr>
            <w:tcW w:w="1022" w:type="dxa"/>
          </w:tcPr>
          <w:p w14:paraId="420E3C35" w14:textId="6B26F89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147SJ, 164SJ</w:t>
            </w:r>
          </w:p>
        </w:tc>
        <w:tc>
          <w:tcPr>
            <w:tcW w:w="1635" w:type="dxa"/>
          </w:tcPr>
          <w:p w14:paraId="41F19160" w14:textId="1099AB2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0.9408</w:t>
            </w:r>
          </w:p>
        </w:tc>
        <w:tc>
          <w:tcPr>
            <w:tcW w:w="1114" w:type="dxa"/>
          </w:tcPr>
          <w:p w14:paraId="6B62E12B" w14:textId="2F2E4B2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B6531E5" w14:textId="5F41AD5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04380107" w14:textId="3B32B93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738C0D0E" w14:textId="1B82015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w:t>
            </w:r>
          </w:p>
        </w:tc>
      </w:tr>
      <w:tr w:rsidR="004E1ED1" w14:paraId="43198ECD" w14:textId="77777777" w:rsidTr="004E1ED1">
        <w:tc>
          <w:tcPr>
            <w:tcW w:w="463" w:type="dxa"/>
          </w:tcPr>
          <w:p w14:paraId="7F68EC29" w14:textId="762AB23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85</w:t>
            </w:r>
          </w:p>
        </w:tc>
        <w:tc>
          <w:tcPr>
            <w:tcW w:w="1160" w:type="dxa"/>
          </w:tcPr>
          <w:p w14:paraId="7738D960" w14:textId="0D9F5E1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147SJ</w:t>
            </w:r>
          </w:p>
        </w:tc>
        <w:tc>
          <w:tcPr>
            <w:tcW w:w="1022" w:type="dxa"/>
          </w:tcPr>
          <w:p w14:paraId="5A88EFE6" w14:textId="4A8BF29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162SJ, 163SJ</w:t>
            </w:r>
          </w:p>
        </w:tc>
        <w:tc>
          <w:tcPr>
            <w:tcW w:w="1635" w:type="dxa"/>
          </w:tcPr>
          <w:p w14:paraId="5AF83B13" w14:textId="051B871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9.8675</w:t>
            </w:r>
          </w:p>
        </w:tc>
        <w:tc>
          <w:tcPr>
            <w:tcW w:w="1114" w:type="dxa"/>
          </w:tcPr>
          <w:p w14:paraId="7FFF23D6" w14:textId="06939CA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7A0EC412" w14:textId="274F8B8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2384E625" w14:textId="27F6BC8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0.95</w:t>
            </w:r>
          </w:p>
        </w:tc>
        <w:tc>
          <w:tcPr>
            <w:tcW w:w="1379" w:type="dxa"/>
          </w:tcPr>
          <w:p w14:paraId="3C7DD9CE" w14:textId="3A3B33C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94</w:t>
            </w:r>
          </w:p>
        </w:tc>
      </w:tr>
      <w:tr w:rsidR="004E1ED1" w14:paraId="58DE248F" w14:textId="77777777" w:rsidTr="004E1ED1">
        <w:tc>
          <w:tcPr>
            <w:tcW w:w="463" w:type="dxa"/>
          </w:tcPr>
          <w:p w14:paraId="46881594" w14:textId="73FE848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86</w:t>
            </w:r>
          </w:p>
        </w:tc>
        <w:tc>
          <w:tcPr>
            <w:tcW w:w="1160" w:type="dxa"/>
          </w:tcPr>
          <w:p w14:paraId="6DB0B710" w14:textId="7785CF7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156SJ</w:t>
            </w:r>
          </w:p>
        </w:tc>
        <w:tc>
          <w:tcPr>
            <w:tcW w:w="1022" w:type="dxa"/>
          </w:tcPr>
          <w:p w14:paraId="20FA0AFF" w14:textId="2303E91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152SJ, 154SJ</w:t>
            </w:r>
          </w:p>
        </w:tc>
        <w:tc>
          <w:tcPr>
            <w:tcW w:w="1635" w:type="dxa"/>
          </w:tcPr>
          <w:p w14:paraId="2F6BDB06" w14:textId="1F9EEFB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1.5173</w:t>
            </w:r>
          </w:p>
        </w:tc>
        <w:tc>
          <w:tcPr>
            <w:tcW w:w="1114" w:type="dxa"/>
          </w:tcPr>
          <w:p w14:paraId="57BE328B" w14:textId="1565CEC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36A5F5A2" w14:textId="10E41B3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17CD1A5A" w14:textId="6BA8377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3278A1A6" w14:textId="5FC1850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15</w:t>
            </w:r>
          </w:p>
        </w:tc>
      </w:tr>
      <w:tr w:rsidR="004E1ED1" w14:paraId="5D310CD5" w14:textId="77777777" w:rsidTr="004E1ED1">
        <w:tc>
          <w:tcPr>
            <w:tcW w:w="463" w:type="dxa"/>
          </w:tcPr>
          <w:p w14:paraId="5D2D782F" w14:textId="5B993F8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87</w:t>
            </w:r>
          </w:p>
        </w:tc>
        <w:tc>
          <w:tcPr>
            <w:tcW w:w="1160" w:type="dxa"/>
          </w:tcPr>
          <w:p w14:paraId="3468950B" w14:textId="5B90AAA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157SJ</w:t>
            </w:r>
          </w:p>
        </w:tc>
        <w:tc>
          <w:tcPr>
            <w:tcW w:w="1022" w:type="dxa"/>
          </w:tcPr>
          <w:p w14:paraId="209EBC82" w14:textId="07DC540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153SJ</w:t>
            </w:r>
          </w:p>
        </w:tc>
        <w:tc>
          <w:tcPr>
            <w:tcW w:w="1635" w:type="dxa"/>
          </w:tcPr>
          <w:p w14:paraId="2B2A850A" w14:textId="7E9F022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0.8225</w:t>
            </w:r>
          </w:p>
        </w:tc>
        <w:tc>
          <w:tcPr>
            <w:tcW w:w="1114" w:type="dxa"/>
          </w:tcPr>
          <w:p w14:paraId="193E9366" w14:textId="30A2FF3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10A95D77" w14:textId="48DEC6D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4C73548E" w14:textId="453F436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7F7F9982" w14:textId="62C4616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w:t>
            </w:r>
          </w:p>
        </w:tc>
      </w:tr>
      <w:tr w:rsidR="004E1ED1" w14:paraId="3B92A7E1" w14:textId="77777777" w:rsidTr="004E1ED1">
        <w:tc>
          <w:tcPr>
            <w:tcW w:w="463" w:type="dxa"/>
          </w:tcPr>
          <w:p w14:paraId="3DC623EA" w14:textId="2202BD3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88</w:t>
            </w:r>
          </w:p>
        </w:tc>
        <w:tc>
          <w:tcPr>
            <w:tcW w:w="1160" w:type="dxa"/>
          </w:tcPr>
          <w:p w14:paraId="755CAE5B" w14:textId="2AECB43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158SJ</w:t>
            </w:r>
          </w:p>
        </w:tc>
        <w:tc>
          <w:tcPr>
            <w:tcW w:w="1022" w:type="dxa"/>
          </w:tcPr>
          <w:p w14:paraId="69434B5F" w14:textId="5A07736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175SJ</w:t>
            </w:r>
          </w:p>
        </w:tc>
        <w:tc>
          <w:tcPr>
            <w:tcW w:w="1635" w:type="dxa"/>
          </w:tcPr>
          <w:p w14:paraId="7F99DDE7" w14:textId="085443C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0.5504</w:t>
            </w:r>
          </w:p>
        </w:tc>
        <w:tc>
          <w:tcPr>
            <w:tcW w:w="1114" w:type="dxa"/>
          </w:tcPr>
          <w:p w14:paraId="4CE2E911" w14:textId="1E6929D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38141EA6" w14:textId="304C2CA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6E8883D" w14:textId="29BFB7C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51BF865E" w14:textId="48FEACF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w:t>
            </w:r>
          </w:p>
        </w:tc>
      </w:tr>
      <w:tr w:rsidR="004E1ED1" w14:paraId="3A6915DA" w14:textId="77777777" w:rsidTr="004E1ED1">
        <w:tc>
          <w:tcPr>
            <w:tcW w:w="463" w:type="dxa"/>
          </w:tcPr>
          <w:p w14:paraId="043F3384" w14:textId="2290C3C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89</w:t>
            </w:r>
          </w:p>
        </w:tc>
        <w:tc>
          <w:tcPr>
            <w:tcW w:w="1160" w:type="dxa"/>
          </w:tcPr>
          <w:p w14:paraId="07A7FB17" w14:textId="3EE2C30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160SJ</w:t>
            </w:r>
          </w:p>
        </w:tc>
        <w:tc>
          <w:tcPr>
            <w:tcW w:w="1022" w:type="dxa"/>
          </w:tcPr>
          <w:p w14:paraId="27169E2D" w14:textId="30016B1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172SJ</w:t>
            </w:r>
          </w:p>
        </w:tc>
        <w:tc>
          <w:tcPr>
            <w:tcW w:w="1635" w:type="dxa"/>
          </w:tcPr>
          <w:p w14:paraId="5258544E" w14:textId="11C54BD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1.0439</w:t>
            </w:r>
          </w:p>
        </w:tc>
        <w:tc>
          <w:tcPr>
            <w:tcW w:w="1114" w:type="dxa"/>
          </w:tcPr>
          <w:p w14:paraId="21A721F5" w14:textId="1F48348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23CE83E1" w14:textId="1BB5732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44A61A57" w14:textId="495AB55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334D6003" w14:textId="06F1006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w:t>
            </w:r>
          </w:p>
        </w:tc>
      </w:tr>
      <w:tr w:rsidR="004E1ED1" w14:paraId="517E5F05" w14:textId="77777777" w:rsidTr="004E1ED1">
        <w:tc>
          <w:tcPr>
            <w:tcW w:w="463" w:type="dxa"/>
          </w:tcPr>
          <w:p w14:paraId="6C781FF6" w14:textId="210BD38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90</w:t>
            </w:r>
          </w:p>
        </w:tc>
        <w:tc>
          <w:tcPr>
            <w:tcW w:w="1160" w:type="dxa"/>
          </w:tcPr>
          <w:p w14:paraId="576F236A" w14:textId="7860289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167SJ</w:t>
            </w:r>
          </w:p>
        </w:tc>
        <w:tc>
          <w:tcPr>
            <w:tcW w:w="1022" w:type="dxa"/>
          </w:tcPr>
          <w:p w14:paraId="3302CC6B" w14:textId="264DA7A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182SJ</w:t>
            </w:r>
          </w:p>
        </w:tc>
        <w:tc>
          <w:tcPr>
            <w:tcW w:w="1635" w:type="dxa"/>
          </w:tcPr>
          <w:p w14:paraId="5DAE8DDF" w14:textId="3E706A3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0.2237</w:t>
            </w:r>
          </w:p>
        </w:tc>
        <w:tc>
          <w:tcPr>
            <w:tcW w:w="1114" w:type="dxa"/>
          </w:tcPr>
          <w:p w14:paraId="0C85813A" w14:textId="4789D62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78BB400B" w14:textId="57DB2DE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4294EC1E" w14:textId="0145B2E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66331A21" w14:textId="4A15171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r>
      <w:tr w:rsidR="004E1ED1" w14:paraId="74569914" w14:textId="77777777" w:rsidTr="004E1ED1">
        <w:tc>
          <w:tcPr>
            <w:tcW w:w="463" w:type="dxa"/>
          </w:tcPr>
          <w:p w14:paraId="78102665" w14:textId="180CB06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91</w:t>
            </w:r>
          </w:p>
        </w:tc>
        <w:tc>
          <w:tcPr>
            <w:tcW w:w="1160" w:type="dxa"/>
          </w:tcPr>
          <w:p w14:paraId="1E9DD9E5" w14:textId="4E4EFF5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171SJ</w:t>
            </w:r>
          </w:p>
        </w:tc>
        <w:tc>
          <w:tcPr>
            <w:tcW w:w="1022" w:type="dxa"/>
          </w:tcPr>
          <w:p w14:paraId="5F88D9CC" w14:textId="4EB37D0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176SJ, 177SJ</w:t>
            </w:r>
          </w:p>
        </w:tc>
        <w:tc>
          <w:tcPr>
            <w:tcW w:w="1635" w:type="dxa"/>
          </w:tcPr>
          <w:p w14:paraId="28BCDA91" w14:textId="731FA6B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11.9413</w:t>
            </w:r>
          </w:p>
        </w:tc>
        <w:tc>
          <w:tcPr>
            <w:tcW w:w="1114" w:type="dxa"/>
          </w:tcPr>
          <w:p w14:paraId="7019C53D" w14:textId="14E975E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27B0A9D3" w14:textId="6FBB749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3F6FD673" w14:textId="514732A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0.8</w:t>
            </w:r>
          </w:p>
        </w:tc>
        <w:tc>
          <w:tcPr>
            <w:tcW w:w="1379" w:type="dxa"/>
          </w:tcPr>
          <w:p w14:paraId="4082C89A" w14:textId="73BFFF6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96</w:t>
            </w:r>
          </w:p>
        </w:tc>
      </w:tr>
      <w:tr w:rsidR="004E1ED1" w14:paraId="36E56F1F" w14:textId="77777777" w:rsidTr="004E1ED1">
        <w:tc>
          <w:tcPr>
            <w:tcW w:w="463" w:type="dxa"/>
          </w:tcPr>
          <w:p w14:paraId="393B8C00" w14:textId="65A5EB3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92</w:t>
            </w:r>
          </w:p>
        </w:tc>
        <w:tc>
          <w:tcPr>
            <w:tcW w:w="1160" w:type="dxa"/>
          </w:tcPr>
          <w:p w14:paraId="3C76C008" w14:textId="42A036B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181SJ</w:t>
            </w:r>
          </w:p>
        </w:tc>
        <w:tc>
          <w:tcPr>
            <w:tcW w:w="1022" w:type="dxa"/>
          </w:tcPr>
          <w:p w14:paraId="6FB968A4" w14:textId="176064F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198SJ</w:t>
            </w:r>
          </w:p>
        </w:tc>
        <w:tc>
          <w:tcPr>
            <w:tcW w:w="1635" w:type="dxa"/>
          </w:tcPr>
          <w:p w14:paraId="32B1B931" w14:textId="0D21918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0.3427</w:t>
            </w:r>
          </w:p>
        </w:tc>
        <w:tc>
          <w:tcPr>
            <w:tcW w:w="1114" w:type="dxa"/>
          </w:tcPr>
          <w:p w14:paraId="671A4ED0" w14:textId="227F303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774E5C5F" w14:textId="5679BD7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143AAE69" w14:textId="3F91CED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2A41BC66" w14:textId="12C5BE0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w:t>
            </w:r>
          </w:p>
        </w:tc>
      </w:tr>
      <w:tr w:rsidR="004E1ED1" w14:paraId="1B9A6BEA" w14:textId="77777777" w:rsidTr="004E1ED1">
        <w:tc>
          <w:tcPr>
            <w:tcW w:w="463" w:type="dxa"/>
          </w:tcPr>
          <w:p w14:paraId="1AE4B87A" w14:textId="690855C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93</w:t>
            </w:r>
          </w:p>
        </w:tc>
        <w:tc>
          <w:tcPr>
            <w:tcW w:w="1160" w:type="dxa"/>
          </w:tcPr>
          <w:p w14:paraId="5385ED59" w14:textId="4612F61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186SJ</w:t>
            </w:r>
          </w:p>
        </w:tc>
        <w:tc>
          <w:tcPr>
            <w:tcW w:w="1022" w:type="dxa"/>
          </w:tcPr>
          <w:p w14:paraId="66FE65C7" w14:textId="60776928" w:rsidR="004E1ED1" w:rsidRPr="004E1ED1" w:rsidRDefault="004E1ED1" w:rsidP="004E1ED1">
            <w:pPr>
              <w:jc w:val="center"/>
              <w:rPr>
                <w:rFonts w:ascii="Roboto Condensed" w:hAnsi="Roboto Condensed"/>
                <w:sz w:val="16"/>
                <w:szCs w:val="16"/>
              </w:rPr>
            </w:pPr>
          </w:p>
        </w:tc>
        <w:tc>
          <w:tcPr>
            <w:tcW w:w="1635" w:type="dxa"/>
          </w:tcPr>
          <w:p w14:paraId="53EF3EAE" w14:textId="7AFF0F0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0.3541</w:t>
            </w:r>
          </w:p>
        </w:tc>
        <w:tc>
          <w:tcPr>
            <w:tcW w:w="1114" w:type="dxa"/>
          </w:tcPr>
          <w:p w14:paraId="1C4480C4" w14:textId="1D66233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0B0C93BB" w14:textId="4369C10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C8C2D12" w14:textId="2F50B53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28A9F7F6" w14:textId="6928163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w:t>
            </w:r>
          </w:p>
        </w:tc>
      </w:tr>
      <w:tr w:rsidR="004E1ED1" w14:paraId="1807BC86" w14:textId="77777777" w:rsidTr="004E1ED1">
        <w:tc>
          <w:tcPr>
            <w:tcW w:w="463" w:type="dxa"/>
          </w:tcPr>
          <w:p w14:paraId="0E2AB7CB" w14:textId="27DF94F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94</w:t>
            </w:r>
          </w:p>
        </w:tc>
        <w:tc>
          <w:tcPr>
            <w:tcW w:w="1160" w:type="dxa"/>
          </w:tcPr>
          <w:p w14:paraId="17D99AAD" w14:textId="3D89FB2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188SJ</w:t>
            </w:r>
          </w:p>
        </w:tc>
        <w:tc>
          <w:tcPr>
            <w:tcW w:w="1022" w:type="dxa"/>
          </w:tcPr>
          <w:p w14:paraId="08869945" w14:textId="48CFCE8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192SJ</w:t>
            </w:r>
          </w:p>
        </w:tc>
        <w:tc>
          <w:tcPr>
            <w:tcW w:w="1635" w:type="dxa"/>
          </w:tcPr>
          <w:p w14:paraId="120F8D9B" w14:textId="13339A9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0.28</w:t>
            </w:r>
          </w:p>
        </w:tc>
        <w:tc>
          <w:tcPr>
            <w:tcW w:w="1114" w:type="dxa"/>
          </w:tcPr>
          <w:p w14:paraId="79B833F8" w14:textId="215E750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2AAEA7EF" w14:textId="4492F0A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096D329A" w14:textId="6461525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3D3AE8F4" w14:textId="3F317D4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w:t>
            </w:r>
          </w:p>
        </w:tc>
      </w:tr>
      <w:tr w:rsidR="004E1ED1" w14:paraId="0ADBF814" w14:textId="77777777" w:rsidTr="004E1ED1">
        <w:tc>
          <w:tcPr>
            <w:tcW w:w="463" w:type="dxa"/>
          </w:tcPr>
          <w:p w14:paraId="7BD81906" w14:textId="69D5A8E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95</w:t>
            </w:r>
          </w:p>
        </w:tc>
        <w:tc>
          <w:tcPr>
            <w:tcW w:w="1160" w:type="dxa"/>
          </w:tcPr>
          <w:p w14:paraId="2C44EBCC" w14:textId="6004960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189SJ</w:t>
            </w:r>
          </w:p>
        </w:tc>
        <w:tc>
          <w:tcPr>
            <w:tcW w:w="1022" w:type="dxa"/>
          </w:tcPr>
          <w:p w14:paraId="6B0DE382" w14:textId="247A95D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191SJ</w:t>
            </w:r>
          </w:p>
        </w:tc>
        <w:tc>
          <w:tcPr>
            <w:tcW w:w="1635" w:type="dxa"/>
          </w:tcPr>
          <w:p w14:paraId="6B16CB3F" w14:textId="61FE57F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0.1847</w:t>
            </w:r>
          </w:p>
        </w:tc>
        <w:tc>
          <w:tcPr>
            <w:tcW w:w="1114" w:type="dxa"/>
          </w:tcPr>
          <w:p w14:paraId="64801D6E" w14:textId="024912B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21F5F462" w14:textId="33C139E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3AD0AE5" w14:textId="3AAE104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5087F557" w14:textId="637C6C6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r>
      <w:tr w:rsidR="004E1ED1" w14:paraId="73CACF26" w14:textId="77777777" w:rsidTr="004E1ED1">
        <w:tc>
          <w:tcPr>
            <w:tcW w:w="463" w:type="dxa"/>
          </w:tcPr>
          <w:p w14:paraId="33C8D934" w14:textId="2F199AC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96</w:t>
            </w:r>
          </w:p>
        </w:tc>
        <w:tc>
          <w:tcPr>
            <w:tcW w:w="1160" w:type="dxa"/>
          </w:tcPr>
          <w:p w14:paraId="3B4173BC" w14:textId="0742242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190SJ</w:t>
            </w:r>
          </w:p>
        </w:tc>
        <w:tc>
          <w:tcPr>
            <w:tcW w:w="1022" w:type="dxa"/>
          </w:tcPr>
          <w:p w14:paraId="3C52DD43" w14:textId="3B1F77D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190SJ</w:t>
            </w:r>
          </w:p>
        </w:tc>
        <w:tc>
          <w:tcPr>
            <w:tcW w:w="1635" w:type="dxa"/>
          </w:tcPr>
          <w:p w14:paraId="5901D6F3" w14:textId="6F9041C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0.5887</w:t>
            </w:r>
          </w:p>
        </w:tc>
        <w:tc>
          <w:tcPr>
            <w:tcW w:w="1114" w:type="dxa"/>
          </w:tcPr>
          <w:p w14:paraId="36A01872" w14:textId="154CB25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36D6A408" w14:textId="48C9190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635F9FD8" w14:textId="486B594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6684129C" w14:textId="2322DAB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w:t>
            </w:r>
          </w:p>
        </w:tc>
      </w:tr>
      <w:tr w:rsidR="004E1ED1" w14:paraId="0BBDAA62" w14:textId="77777777" w:rsidTr="004E1ED1">
        <w:tc>
          <w:tcPr>
            <w:tcW w:w="463" w:type="dxa"/>
          </w:tcPr>
          <w:p w14:paraId="4679D4E6" w14:textId="45BEB9F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97</w:t>
            </w:r>
          </w:p>
        </w:tc>
        <w:tc>
          <w:tcPr>
            <w:tcW w:w="1160" w:type="dxa"/>
          </w:tcPr>
          <w:p w14:paraId="4AE94B34" w14:textId="00C31EC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191SJ</w:t>
            </w:r>
          </w:p>
        </w:tc>
        <w:tc>
          <w:tcPr>
            <w:tcW w:w="1022" w:type="dxa"/>
          </w:tcPr>
          <w:p w14:paraId="61D7C08A" w14:textId="4384B99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188SJ</w:t>
            </w:r>
          </w:p>
        </w:tc>
        <w:tc>
          <w:tcPr>
            <w:tcW w:w="1635" w:type="dxa"/>
          </w:tcPr>
          <w:p w14:paraId="72F6E6F3" w14:textId="30785A9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0.1188</w:t>
            </w:r>
          </w:p>
        </w:tc>
        <w:tc>
          <w:tcPr>
            <w:tcW w:w="1114" w:type="dxa"/>
          </w:tcPr>
          <w:p w14:paraId="0506E90C" w14:textId="28623E9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75273312" w14:textId="2002AA6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BDF1ED7" w14:textId="69FF78A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39AF0E20" w14:textId="7D84FAD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r>
      <w:tr w:rsidR="004E1ED1" w14:paraId="3ABF2274" w14:textId="77777777" w:rsidTr="004E1ED1">
        <w:tc>
          <w:tcPr>
            <w:tcW w:w="463" w:type="dxa"/>
          </w:tcPr>
          <w:p w14:paraId="063E3364" w14:textId="7BC00C7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98</w:t>
            </w:r>
          </w:p>
        </w:tc>
        <w:tc>
          <w:tcPr>
            <w:tcW w:w="1160" w:type="dxa"/>
          </w:tcPr>
          <w:p w14:paraId="1B46493D" w14:textId="03F2967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192SJ</w:t>
            </w:r>
          </w:p>
        </w:tc>
        <w:tc>
          <w:tcPr>
            <w:tcW w:w="1022" w:type="dxa"/>
          </w:tcPr>
          <w:p w14:paraId="2DBB3607" w14:textId="2CA7A47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187SJ</w:t>
            </w:r>
          </w:p>
        </w:tc>
        <w:tc>
          <w:tcPr>
            <w:tcW w:w="1635" w:type="dxa"/>
          </w:tcPr>
          <w:p w14:paraId="72746EB1" w14:textId="44D72C6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1.3126</w:t>
            </w:r>
          </w:p>
        </w:tc>
        <w:tc>
          <w:tcPr>
            <w:tcW w:w="1114" w:type="dxa"/>
          </w:tcPr>
          <w:p w14:paraId="77C76BB7" w14:textId="7BE48F2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387C4F94" w14:textId="0DEC2C3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1405C399" w14:textId="35BF27B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3C2D8E76" w14:textId="51E49F6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13</w:t>
            </w:r>
          </w:p>
        </w:tc>
      </w:tr>
      <w:tr w:rsidR="004E1ED1" w14:paraId="7C37AE4B" w14:textId="77777777" w:rsidTr="004E1ED1">
        <w:tc>
          <w:tcPr>
            <w:tcW w:w="463" w:type="dxa"/>
          </w:tcPr>
          <w:p w14:paraId="519990F5" w14:textId="435AF10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99</w:t>
            </w:r>
          </w:p>
        </w:tc>
        <w:tc>
          <w:tcPr>
            <w:tcW w:w="1160" w:type="dxa"/>
          </w:tcPr>
          <w:p w14:paraId="0B5AF886" w14:textId="634A5F5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193SJ</w:t>
            </w:r>
          </w:p>
        </w:tc>
        <w:tc>
          <w:tcPr>
            <w:tcW w:w="1022" w:type="dxa"/>
          </w:tcPr>
          <w:p w14:paraId="05DB7FC4" w14:textId="3BBC355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184SJ</w:t>
            </w:r>
          </w:p>
        </w:tc>
        <w:tc>
          <w:tcPr>
            <w:tcW w:w="1635" w:type="dxa"/>
          </w:tcPr>
          <w:p w14:paraId="3BFCE746" w14:textId="1D69128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0.8514</w:t>
            </w:r>
          </w:p>
        </w:tc>
        <w:tc>
          <w:tcPr>
            <w:tcW w:w="1114" w:type="dxa"/>
          </w:tcPr>
          <w:p w14:paraId="704143EA" w14:textId="0DAE100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12D75FE5" w14:textId="20C9006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6B869FA4" w14:textId="5A51FED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26A75369" w14:textId="484C204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w:t>
            </w:r>
          </w:p>
        </w:tc>
      </w:tr>
      <w:tr w:rsidR="004E1ED1" w14:paraId="581D4026" w14:textId="77777777" w:rsidTr="004E1ED1">
        <w:tc>
          <w:tcPr>
            <w:tcW w:w="463" w:type="dxa"/>
          </w:tcPr>
          <w:p w14:paraId="7F267A90" w14:textId="70D8BB4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100</w:t>
            </w:r>
          </w:p>
        </w:tc>
        <w:tc>
          <w:tcPr>
            <w:tcW w:w="1160" w:type="dxa"/>
          </w:tcPr>
          <w:p w14:paraId="0238E851" w14:textId="742F5A3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194SJ</w:t>
            </w:r>
          </w:p>
        </w:tc>
        <w:tc>
          <w:tcPr>
            <w:tcW w:w="1022" w:type="dxa"/>
          </w:tcPr>
          <w:p w14:paraId="410CC82F" w14:textId="0E26761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185SJ</w:t>
            </w:r>
          </w:p>
        </w:tc>
        <w:tc>
          <w:tcPr>
            <w:tcW w:w="1635" w:type="dxa"/>
          </w:tcPr>
          <w:p w14:paraId="5C352498" w14:textId="655F3FE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1.4352</w:t>
            </w:r>
          </w:p>
        </w:tc>
        <w:tc>
          <w:tcPr>
            <w:tcW w:w="1114" w:type="dxa"/>
          </w:tcPr>
          <w:p w14:paraId="7DC9CBC3" w14:textId="1DA0D85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0.4</w:t>
            </w:r>
          </w:p>
        </w:tc>
        <w:tc>
          <w:tcPr>
            <w:tcW w:w="1589" w:type="dxa"/>
          </w:tcPr>
          <w:p w14:paraId="419AE1F0" w14:textId="7EC690B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6DDA95D1" w14:textId="6743B3D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379" w:type="dxa"/>
          </w:tcPr>
          <w:p w14:paraId="75B266C3" w14:textId="747FA61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w:t>
            </w:r>
          </w:p>
        </w:tc>
      </w:tr>
      <w:tr w:rsidR="004E1ED1" w14:paraId="2EB257AE" w14:textId="77777777" w:rsidTr="004E1ED1">
        <w:tc>
          <w:tcPr>
            <w:tcW w:w="463" w:type="dxa"/>
          </w:tcPr>
          <w:p w14:paraId="7532CEA3" w14:textId="624A46F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101</w:t>
            </w:r>
          </w:p>
        </w:tc>
        <w:tc>
          <w:tcPr>
            <w:tcW w:w="1160" w:type="dxa"/>
          </w:tcPr>
          <w:p w14:paraId="392E4571" w14:textId="42F873F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195SJ</w:t>
            </w:r>
          </w:p>
        </w:tc>
        <w:tc>
          <w:tcPr>
            <w:tcW w:w="1022" w:type="dxa"/>
          </w:tcPr>
          <w:p w14:paraId="6F9396AD" w14:textId="6201FE1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186SJ</w:t>
            </w:r>
          </w:p>
        </w:tc>
        <w:tc>
          <w:tcPr>
            <w:tcW w:w="1635" w:type="dxa"/>
          </w:tcPr>
          <w:p w14:paraId="3F2ACE34" w14:textId="5A7834D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0.6401</w:t>
            </w:r>
          </w:p>
        </w:tc>
        <w:tc>
          <w:tcPr>
            <w:tcW w:w="1114" w:type="dxa"/>
          </w:tcPr>
          <w:p w14:paraId="683565AC" w14:textId="6E0F56D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0.4</w:t>
            </w:r>
          </w:p>
        </w:tc>
        <w:tc>
          <w:tcPr>
            <w:tcW w:w="1589" w:type="dxa"/>
          </w:tcPr>
          <w:p w14:paraId="638A6DF2" w14:textId="266A592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50A8BD6C" w14:textId="47037CB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379" w:type="dxa"/>
          </w:tcPr>
          <w:p w14:paraId="7477B046" w14:textId="718B8E2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w:t>
            </w:r>
          </w:p>
        </w:tc>
      </w:tr>
      <w:tr w:rsidR="004E1ED1" w14:paraId="4E8475A1" w14:textId="77777777" w:rsidTr="004E1ED1">
        <w:tc>
          <w:tcPr>
            <w:tcW w:w="463" w:type="dxa"/>
          </w:tcPr>
          <w:p w14:paraId="0ADA7792" w14:textId="46E007F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102</w:t>
            </w:r>
          </w:p>
        </w:tc>
        <w:tc>
          <w:tcPr>
            <w:tcW w:w="1160" w:type="dxa"/>
          </w:tcPr>
          <w:p w14:paraId="7A29C8D8" w14:textId="09A4EE3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196SJ</w:t>
            </w:r>
          </w:p>
        </w:tc>
        <w:tc>
          <w:tcPr>
            <w:tcW w:w="1022" w:type="dxa"/>
          </w:tcPr>
          <w:p w14:paraId="38C8C2A5" w14:textId="58CAF23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231SJ</w:t>
            </w:r>
          </w:p>
        </w:tc>
        <w:tc>
          <w:tcPr>
            <w:tcW w:w="1635" w:type="dxa"/>
          </w:tcPr>
          <w:p w14:paraId="300AF823" w14:textId="0875EEC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0.3818</w:t>
            </w:r>
          </w:p>
        </w:tc>
        <w:tc>
          <w:tcPr>
            <w:tcW w:w="1114" w:type="dxa"/>
          </w:tcPr>
          <w:p w14:paraId="2FDE1F52" w14:textId="7F7A8C1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77646700" w14:textId="78D4B84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61D05F83" w14:textId="34DB419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11ED0FD1" w14:textId="7BADCE5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w:t>
            </w:r>
          </w:p>
        </w:tc>
      </w:tr>
      <w:tr w:rsidR="004E1ED1" w14:paraId="593238FA" w14:textId="77777777" w:rsidTr="004E1ED1">
        <w:tc>
          <w:tcPr>
            <w:tcW w:w="463" w:type="dxa"/>
          </w:tcPr>
          <w:p w14:paraId="4AA17DE0" w14:textId="13809B6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103</w:t>
            </w:r>
          </w:p>
        </w:tc>
        <w:tc>
          <w:tcPr>
            <w:tcW w:w="1160" w:type="dxa"/>
          </w:tcPr>
          <w:p w14:paraId="3066D2CB" w14:textId="70256C8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197SJ</w:t>
            </w:r>
          </w:p>
        </w:tc>
        <w:tc>
          <w:tcPr>
            <w:tcW w:w="1022" w:type="dxa"/>
          </w:tcPr>
          <w:p w14:paraId="704883B1" w14:textId="06F9CEC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230SJ</w:t>
            </w:r>
          </w:p>
        </w:tc>
        <w:tc>
          <w:tcPr>
            <w:tcW w:w="1635" w:type="dxa"/>
          </w:tcPr>
          <w:p w14:paraId="73B1761B" w14:textId="71F854E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0.7196</w:t>
            </w:r>
          </w:p>
        </w:tc>
        <w:tc>
          <w:tcPr>
            <w:tcW w:w="1114" w:type="dxa"/>
          </w:tcPr>
          <w:p w14:paraId="7A0CEB22" w14:textId="3167747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5CA564F8" w14:textId="1649E71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501F7468" w14:textId="6712952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61C18C5A" w14:textId="76A52BA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6</w:t>
            </w:r>
          </w:p>
        </w:tc>
      </w:tr>
      <w:tr w:rsidR="004E1ED1" w14:paraId="08153A97" w14:textId="77777777" w:rsidTr="004E1ED1">
        <w:tc>
          <w:tcPr>
            <w:tcW w:w="463" w:type="dxa"/>
          </w:tcPr>
          <w:p w14:paraId="76C0B851" w14:textId="4864A3C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104</w:t>
            </w:r>
          </w:p>
        </w:tc>
        <w:tc>
          <w:tcPr>
            <w:tcW w:w="1160" w:type="dxa"/>
          </w:tcPr>
          <w:p w14:paraId="5A6BF209" w14:textId="2E421E4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200SJ</w:t>
            </w:r>
          </w:p>
        </w:tc>
        <w:tc>
          <w:tcPr>
            <w:tcW w:w="1022" w:type="dxa"/>
          </w:tcPr>
          <w:p w14:paraId="34969297" w14:textId="7AF0977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227SJ</w:t>
            </w:r>
          </w:p>
        </w:tc>
        <w:tc>
          <w:tcPr>
            <w:tcW w:w="1635" w:type="dxa"/>
          </w:tcPr>
          <w:p w14:paraId="7A3131C9" w14:textId="405D180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1.1275</w:t>
            </w:r>
          </w:p>
        </w:tc>
        <w:tc>
          <w:tcPr>
            <w:tcW w:w="1114" w:type="dxa"/>
          </w:tcPr>
          <w:p w14:paraId="4C4FE926" w14:textId="7FE6D8E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30B03DD5" w14:textId="21C8575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440E4D9" w14:textId="28C647A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78985C2E" w14:textId="60FA00B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w:t>
            </w:r>
          </w:p>
        </w:tc>
      </w:tr>
      <w:tr w:rsidR="004E1ED1" w14:paraId="2910FDC6" w14:textId="77777777" w:rsidTr="004E1ED1">
        <w:tc>
          <w:tcPr>
            <w:tcW w:w="463" w:type="dxa"/>
          </w:tcPr>
          <w:p w14:paraId="295685CD" w14:textId="259A154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105</w:t>
            </w:r>
          </w:p>
        </w:tc>
        <w:tc>
          <w:tcPr>
            <w:tcW w:w="1160" w:type="dxa"/>
          </w:tcPr>
          <w:p w14:paraId="7757D1ED" w14:textId="068B565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202SJ</w:t>
            </w:r>
          </w:p>
        </w:tc>
        <w:tc>
          <w:tcPr>
            <w:tcW w:w="1022" w:type="dxa"/>
          </w:tcPr>
          <w:p w14:paraId="7F1D63BC" w14:textId="6F50FDD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189SJ</w:t>
            </w:r>
          </w:p>
        </w:tc>
        <w:tc>
          <w:tcPr>
            <w:tcW w:w="1635" w:type="dxa"/>
          </w:tcPr>
          <w:p w14:paraId="25882034" w14:textId="1CCF862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0.2099</w:t>
            </w:r>
          </w:p>
        </w:tc>
        <w:tc>
          <w:tcPr>
            <w:tcW w:w="1114" w:type="dxa"/>
          </w:tcPr>
          <w:p w14:paraId="72483CEF" w14:textId="315FAC5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5856990E" w14:textId="2993287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0D3A8E39" w14:textId="4D34C78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1A6ED5E9" w14:textId="1CC8F27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r>
      <w:tr w:rsidR="004E1ED1" w14:paraId="0205EE42" w14:textId="77777777" w:rsidTr="004E1ED1">
        <w:tc>
          <w:tcPr>
            <w:tcW w:w="463" w:type="dxa"/>
          </w:tcPr>
          <w:p w14:paraId="0BE45C44" w14:textId="6246305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106</w:t>
            </w:r>
          </w:p>
        </w:tc>
        <w:tc>
          <w:tcPr>
            <w:tcW w:w="1160" w:type="dxa"/>
          </w:tcPr>
          <w:p w14:paraId="52B44D2E" w14:textId="05640AA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203SJ</w:t>
            </w:r>
          </w:p>
        </w:tc>
        <w:tc>
          <w:tcPr>
            <w:tcW w:w="1022" w:type="dxa"/>
          </w:tcPr>
          <w:p w14:paraId="6A01CB8E" w14:textId="1652253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225SJ</w:t>
            </w:r>
          </w:p>
        </w:tc>
        <w:tc>
          <w:tcPr>
            <w:tcW w:w="1635" w:type="dxa"/>
          </w:tcPr>
          <w:p w14:paraId="61EAEB5D" w14:textId="3A48DFF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0.9106</w:t>
            </w:r>
          </w:p>
        </w:tc>
        <w:tc>
          <w:tcPr>
            <w:tcW w:w="1114" w:type="dxa"/>
          </w:tcPr>
          <w:p w14:paraId="0C543464" w14:textId="429D59D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156A9F7F" w14:textId="3ABB363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36758355" w14:textId="0E9C984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553C368F" w14:textId="441769C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9</w:t>
            </w:r>
          </w:p>
        </w:tc>
      </w:tr>
      <w:tr w:rsidR="004E1ED1" w14:paraId="4A852973" w14:textId="77777777" w:rsidTr="004E1ED1">
        <w:tc>
          <w:tcPr>
            <w:tcW w:w="463" w:type="dxa"/>
          </w:tcPr>
          <w:p w14:paraId="38921971" w14:textId="0B229FD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107</w:t>
            </w:r>
          </w:p>
        </w:tc>
        <w:tc>
          <w:tcPr>
            <w:tcW w:w="1160" w:type="dxa"/>
          </w:tcPr>
          <w:p w14:paraId="57E6D81F" w14:textId="0F36D1D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204SJ</w:t>
            </w:r>
          </w:p>
        </w:tc>
        <w:tc>
          <w:tcPr>
            <w:tcW w:w="1022" w:type="dxa"/>
          </w:tcPr>
          <w:p w14:paraId="4DFE0676" w14:textId="208B17C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224SJ</w:t>
            </w:r>
          </w:p>
        </w:tc>
        <w:tc>
          <w:tcPr>
            <w:tcW w:w="1635" w:type="dxa"/>
          </w:tcPr>
          <w:p w14:paraId="254AB79B" w14:textId="12D1C20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0.4999</w:t>
            </w:r>
          </w:p>
        </w:tc>
        <w:tc>
          <w:tcPr>
            <w:tcW w:w="1114" w:type="dxa"/>
          </w:tcPr>
          <w:p w14:paraId="3E728DE0" w14:textId="072820C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BB998AD" w14:textId="64512CB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2A22F792" w14:textId="6E74874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1A8063E6" w14:textId="5B21E4D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5</w:t>
            </w:r>
          </w:p>
        </w:tc>
      </w:tr>
      <w:tr w:rsidR="004E1ED1" w14:paraId="42CBA7D4" w14:textId="77777777" w:rsidTr="004E1ED1">
        <w:tc>
          <w:tcPr>
            <w:tcW w:w="463" w:type="dxa"/>
          </w:tcPr>
          <w:p w14:paraId="7193F1C6" w14:textId="5D72FF2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108</w:t>
            </w:r>
          </w:p>
        </w:tc>
        <w:tc>
          <w:tcPr>
            <w:tcW w:w="1160" w:type="dxa"/>
          </w:tcPr>
          <w:p w14:paraId="53AF2054" w14:textId="2DDC572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206SJ</w:t>
            </w:r>
          </w:p>
        </w:tc>
        <w:tc>
          <w:tcPr>
            <w:tcW w:w="1022" w:type="dxa"/>
          </w:tcPr>
          <w:p w14:paraId="007829D6" w14:textId="6924448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222SJ</w:t>
            </w:r>
          </w:p>
        </w:tc>
        <w:tc>
          <w:tcPr>
            <w:tcW w:w="1635" w:type="dxa"/>
          </w:tcPr>
          <w:p w14:paraId="1CE998C3" w14:textId="528C9DA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0.0611</w:t>
            </w:r>
          </w:p>
        </w:tc>
        <w:tc>
          <w:tcPr>
            <w:tcW w:w="1114" w:type="dxa"/>
          </w:tcPr>
          <w:p w14:paraId="48963626" w14:textId="7B2B390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5A835D2" w14:textId="3B164A1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61258B8F" w14:textId="553F999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7867D7B8" w14:textId="6A49A45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r>
      <w:tr w:rsidR="004E1ED1" w14:paraId="129067FC" w14:textId="77777777" w:rsidTr="004E1ED1">
        <w:tc>
          <w:tcPr>
            <w:tcW w:w="463" w:type="dxa"/>
          </w:tcPr>
          <w:p w14:paraId="19F23EC5" w14:textId="19B5CAA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109</w:t>
            </w:r>
          </w:p>
        </w:tc>
        <w:tc>
          <w:tcPr>
            <w:tcW w:w="1160" w:type="dxa"/>
          </w:tcPr>
          <w:p w14:paraId="7D5EBB5E" w14:textId="33D21D7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215SJ</w:t>
            </w:r>
          </w:p>
        </w:tc>
        <w:tc>
          <w:tcPr>
            <w:tcW w:w="1022" w:type="dxa"/>
          </w:tcPr>
          <w:p w14:paraId="36470101" w14:textId="6AEBD6C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211SJ</w:t>
            </w:r>
          </w:p>
        </w:tc>
        <w:tc>
          <w:tcPr>
            <w:tcW w:w="1635" w:type="dxa"/>
          </w:tcPr>
          <w:p w14:paraId="5CFE66F1" w14:textId="3BFE63C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0.1299</w:t>
            </w:r>
          </w:p>
        </w:tc>
        <w:tc>
          <w:tcPr>
            <w:tcW w:w="1114" w:type="dxa"/>
          </w:tcPr>
          <w:p w14:paraId="26C014C1" w14:textId="3D3F9C2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31E8E47D" w14:textId="7EF8215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4E9267FA" w14:textId="5D9135E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61ABB01E" w14:textId="4AC8FFC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r>
      <w:tr w:rsidR="004E1ED1" w14:paraId="15A92336" w14:textId="77777777" w:rsidTr="004E1ED1">
        <w:tc>
          <w:tcPr>
            <w:tcW w:w="463" w:type="dxa"/>
          </w:tcPr>
          <w:p w14:paraId="48F1F667" w14:textId="43D62C8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110</w:t>
            </w:r>
          </w:p>
        </w:tc>
        <w:tc>
          <w:tcPr>
            <w:tcW w:w="1160" w:type="dxa"/>
          </w:tcPr>
          <w:p w14:paraId="0586AEAE" w14:textId="1E4C727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216SJ</w:t>
            </w:r>
          </w:p>
        </w:tc>
        <w:tc>
          <w:tcPr>
            <w:tcW w:w="1022" w:type="dxa"/>
          </w:tcPr>
          <w:p w14:paraId="1AE7F3D9" w14:textId="74DBDB5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210SJ</w:t>
            </w:r>
          </w:p>
        </w:tc>
        <w:tc>
          <w:tcPr>
            <w:tcW w:w="1635" w:type="dxa"/>
          </w:tcPr>
          <w:p w14:paraId="4F828CDF" w14:textId="5326461E"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0.3848</w:t>
            </w:r>
          </w:p>
        </w:tc>
        <w:tc>
          <w:tcPr>
            <w:tcW w:w="1114" w:type="dxa"/>
          </w:tcPr>
          <w:p w14:paraId="5E6313F6" w14:textId="4B3AD00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1A01B31D" w14:textId="5D09AAE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4E4124D8" w14:textId="01D0506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342F4CFC" w14:textId="7801117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4</w:t>
            </w:r>
          </w:p>
        </w:tc>
      </w:tr>
      <w:tr w:rsidR="004E1ED1" w14:paraId="522EB54B" w14:textId="77777777" w:rsidTr="004E1ED1">
        <w:tc>
          <w:tcPr>
            <w:tcW w:w="463" w:type="dxa"/>
          </w:tcPr>
          <w:p w14:paraId="14B882EC" w14:textId="1153662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111</w:t>
            </w:r>
          </w:p>
        </w:tc>
        <w:tc>
          <w:tcPr>
            <w:tcW w:w="1160" w:type="dxa"/>
          </w:tcPr>
          <w:p w14:paraId="058342F9" w14:textId="105D2B7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248SJ</w:t>
            </w:r>
          </w:p>
        </w:tc>
        <w:tc>
          <w:tcPr>
            <w:tcW w:w="1022" w:type="dxa"/>
          </w:tcPr>
          <w:p w14:paraId="17ACF685" w14:textId="3E95865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272SJ</w:t>
            </w:r>
          </w:p>
        </w:tc>
        <w:tc>
          <w:tcPr>
            <w:tcW w:w="1635" w:type="dxa"/>
          </w:tcPr>
          <w:p w14:paraId="6179F84C" w14:textId="5D49734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0.2734</w:t>
            </w:r>
          </w:p>
        </w:tc>
        <w:tc>
          <w:tcPr>
            <w:tcW w:w="1114" w:type="dxa"/>
          </w:tcPr>
          <w:p w14:paraId="1F376D5A" w14:textId="1CC9412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2C6AE532" w14:textId="63E9010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1BE77E4A" w14:textId="52A84DF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1AE4AF88" w14:textId="0C2E426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w:t>
            </w:r>
          </w:p>
        </w:tc>
      </w:tr>
      <w:tr w:rsidR="004E1ED1" w14:paraId="077D5700" w14:textId="77777777" w:rsidTr="004E1ED1">
        <w:tc>
          <w:tcPr>
            <w:tcW w:w="463" w:type="dxa"/>
          </w:tcPr>
          <w:p w14:paraId="64EDE39F" w14:textId="7ACECDC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112</w:t>
            </w:r>
          </w:p>
        </w:tc>
        <w:tc>
          <w:tcPr>
            <w:tcW w:w="1160" w:type="dxa"/>
          </w:tcPr>
          <w:p w14:paraId="154241C0" w14:textId="60F1202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250SJ</w:t>
            </w:r>
          </w:p>
        </w:tc>
        <w:tc>
          <w:tcPr>
            <w:tcW w:w="1022" w:type="dxa"/>
          </w:tcPr>
          <w:p w14:paraId="29E12750" w14:textId="1208CB9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270SJ</w:t>
            </w:r>
          </w:p>
        </w:tc>
        <w:tc>
          <w:tcPr>
            <w:tcW w:w="1635" w:type="dxa"/>
          </w:tcPr>
          <w:p w14:paraId="3DADE342" w14:textId="7DEC522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0.1188</w:t>
            </w:r>
          </w:p>
        </w:tc>
        <w:tc>
          <w:tcPr>
            <w:tcW w:w="1114" w:type="dxa"/>
          </w:tcPr>
          <w:p w14:paraId="52F4217C" w14:textId="6F995C3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7AB568F6" w14:textId="25FE5EE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1C889A2F" w14:textId="47C89D5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3F8FB772" w14:textId="40C9B70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r>
      <w:tr w:rsidR="004E1ED1" w14:paraId="0854883D" w14:textId="77777777" w:rsidTr="004E1ED1">
        <w:tc>
          <w:tcPr>
            <w:tcW w:w="463" w:type="dxa"/>
          </w:tcPr>
          <w:p w14:paraId="6E7F5285" w14:textId="6A67AE2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113</w:t>
            </w:r>
          </w:p>
        </w:tc>
        <w:tc>
          <w:tcPr>
            <w:tcW w:w="1160" w:type="dxa"/>
          </w:tcPr>
          <w:p w14:paraId="258DA903" w14:textId="3CB7DD2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258SJ</w:t>
            </w:r>
          </w:p>
        </w:tc>
        <w:tc>
          <w:tcPr>
            <w:tcW w:w="1022" w:type="dxa"/>
          </w:tcPr>
          <w:p w14:paraId="469992C2" w14:textId="6ADEF7E1"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262SJ</w:t>
            </w:r>
          </w:p>
        </w:tc>
        <w:tc>
          <w:tcPr>
            <w:tcW w:w="1635" w:type="dxa"/>
          </w:tcPr>
          <w:p w14:paraId="0C9FFEF0" w14:textId="384B5E7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0.1773</w:t>
            </w:r>
          </w:p>
        </w:tc>
        <w:tc>
          <w:tcPr>
            <w:tcW w:w="1114" w:type="dxa"/>
          </w:tcPr>
          <w:p w14:paraId="7103E439" w14:textId="0530A41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3D5750E6" w14:textId="2F9BBD3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59C75A80" w14:textId="074BB56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4FE7BD43" w14:textId="562D7F2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r>
      <w:tr w:rsidR="004E1ED1" w14:paraId="4CA341F3" w14:textId="77777777" w:rsidTr="004E1ED1">
        <w:tc>
          <w:tcPr>
            <w:tcW w:w="463" w:type="dxa"/>
          </w:tcPr>
          <w:p w14:paraId="660F9C80" w14:textId="1C45C75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114</w:t>
            </w:r>
          </w:p>
        </w:tc>
        <w:tc>
          <w:tcPr>
            <w:tcW w:w="1160" w:type="dxa"/>
          </w:tcPr>
          <w:p w14:paraId="7FF3BE13" w14:textId="2585726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264SJ</w:t>
            </w:r>
          </w:p>
        </w:tc>
        <w:tc>
          <w:tcPr>
            <w:tcW w:w="1022" w:type="dxa"/>
          </w:tcPr>
          <w:p w14:paraId="44CFEE77" w14:textId="4F5AD51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285SJ</w:t>
            </w:r>
          </w:p>
        </w:tc>
        <w:tc>
          <w:tcPr>
            <w:tcW w:w="1635" w:type="dxa"/>
          </w:tcPr>
          <w:p w14:paraId="77FC25F7" w14:textId="53E33F94"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0.0911</w:t>
            </w:r>
          </w:p>
        </w:tc>
        <w:tc>
          <w:tcPr>
            <w:tcW w:w="1114" w:type="dxa"/>
          </w:tcPr>
          <w:p w14:paraId="1F4973A9" w14:textId="505AF10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5FE6E8D8" w14:textId="7234160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387F8721" w14:textId="2595859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0F6FBC9B" w14:textId="05B8F9C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r>
      <w:tr w:rsidR="004E1ED1" w14:paraId="523AAB2C" w14:textId="77777777" w:rsidTr="004E1ED1">
        <w:tc>
          <w:tcPr>
            <w:tcW w:w="463" w:type="dxa"/>
          </w:tcPr>
          <w:p w14:paraId="2E25F799" w14:textId="319E8C1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115</w:t>
            </w:r>
          </w:p>
        </w:tc>
        <w:tc>
          <w:tcPr>
            <w:tcW w:w="1160" w:type="dxa"/>
          </w:tcPr>
          <w:p w14:paraId="019866C7" w14:textId="53D4C42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271SJ</w:t>
            </w:r>
          </w:p>
        </w:tc>
        <w:tc>
          <w:tcPr>
            <w:tcW w:w="1022" w:type="dxa"/>
          </w:tcPr>
          <w:p w14:paraId="4EAB8AA0" w14:textId="004FB367"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278SJ</w:t>
            </w:r>
          </w:p>
        </w:tc>
        <w:tc>
          <w:tcPr>
            <w:tcW w:w="1635" w:type="dxa"/>
          </w:tcPr>
          <w:p w14:paraId="25F20E05" w14:textId="42569D1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0.2052</w:t>
            </w:r>
          </w:p>
        </w:tc>
        <w:tc>
          <w:tcPr>
            <w:tcW w:w="1114" w:type="dxa"/>
          </w:tcPr>
          <w:p w14:paraId="5210985A" w14:textId="6F161EF9"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61B199EC" w14:textId="62DC429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756ADBC8" w14:textId="670FFF9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1F7E7AD3" w14:textId="49CD8E7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r>
      <w:tr w:rsidR="004E1ED1" w14:paraId="5014257A" w14:textId="77777777" w:rsidTr="004E1ED1">
        <w:tc>
          <w:tcPr>
            <w:tcW w:w="463" w:type="dxa"/>
          </w:tcPr>
          <w:p w14:paraId="2FC58B81" w14:textId="1D0423F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116</w:t>
            </w:r>
          </w:p>
        </w:tc>
        <w:tc>
          <w:tcPr>
            <w:tcW w:w="1160" w:type="dxa"/>
          </w:tcPr>
          <w:p w14:paraId="4885A982" w14:textId="764184D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277SJ</w:t>
            </w:r>
          </w:p>
        </w:tc>
        <w:tc>
          <w:tcPr>
            <w:tcW w:w="1022" w:type="dxa"/>
          </w:tcPr>
          <w:p w14:paraId="4AC4AB4E" w14:textId="5D9C367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288SJ</w:t>
            </w:r>
          </w:p>
        </w:tc>
        <w:tc>
          <w:tcPr>
            <w:tcW w:w="1635" w:type="dxa"/>
          </w:tcPr>
          <w:p w14:paraId="75ECA952" w14:textId="7A0A9A7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0.215</w:t>
            </w:r>
          </w:p>
        </w:tc>
        <w:tc>
          <w:tcPr>
            <w:tcW w:w="1114" w:type="dxa"/>
          </w:tcPr>
          <w:p w14:paraId="1328B4C4" w14:textId="254A22F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0.3</w:t>
            </w:r>
          </w:p>
        </w:tc>
        <w:tc>
          <w:tcPr>
            <w:tcW w:w="1589" w:type="dxa"/>
          </w:tcPr>
          <w:p w14:paraId="1BAB6DFD" w14:textId="54E98393"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1AA751E3" w14:textId="72B80E5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1FFD362D" w14:textId="66B11E15"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r>
      <w:tr w:rsidR="004E1ED1" w14:paraId="7C286F00" w14:textId="77777777" w:rsidTr="004E1ED1">
        <w:tc>
          <w:tcPr>
            <w:tcW w:w="463" w:type="dxa"/>
          </w:tcPr>
          <w:p w14:paraId="2FEE9DF3" w14:textId="1AF864FA"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117</w:t>
            </w:r>
          </w:p>
        </w:tc>
        <w:tc>
          <w:tcPr>
            <w:tcW w:w="1160" w:type="dxa"/>
          </w:tcPr>
          <w:p w14:paraId="702E4AF1" w14:textId="1BB540C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283SJ</w:t>
            </w:r>
          </w:p>
        </w:tc>
        <w:tc>
          <w:tcPr>
            <w:tcW w:w="1022" w:type="dxa"/>
          </w:tcPr>
          <w:p w14:paraId="3AFDED52" w14:textId="14F94CA8"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149SJ</w:t>
            </w:r>
          </w:p>
        </w:tc>
        <w:tc>
          <w:tcPr>
            <w:tcW w:w="1635" w:type="dxa"/>
          </w:tcPr>
          <w:p w14:paraId="3A8640AD" w14:textId="4EEA452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0.2262</w:t>
            </w:r>
          </w:p>
        </w:tc>
        <w:tc>
          <w:tcPr>
            <w:tcW w:w="1114" w:type="dxa"/>
          </w:tcPr>
          <w:p w14:paraId="4B6BF72D" w14:textId="4C3F76E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07F65A62" w14:textId="22CDDD3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10F61DB2" w14:textId="716B565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w:t>
            </w:r>
          </w:p>
        </w:tc>
        <w:tc>
          <w:tcPr>
            <w:tcW w:w="1379" w:type="dxa"/>
          </w:tcPr>
          <w:p w14:paraId="4CDE0311" w14:textId="74D36EF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w:t>
            </w:r>
          </w:p>
        </w:tc>
      </w:tr>
      <w:tr w:rsidR="004E1ED1" w14:paraId="34602F50" w14:textId="77777777" w:rsidTr="004E1ED1">
        <w:tc>
          <w:tcPr>
            <w:tcW w:w="463" w:type="dxa"/>
          </w:tcPr>
          <w:p w14:paraId="18AB21E7" w14:textId="6E55BA92"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118</w:t>
            </w:r>
          </w:p>
        </w:tc>
        <w:tc>
          <w:tcPr>
            <w:tcW w:w="1160" w:type="dxa"/>
          </w:tcPr>
          <w:p w14:paraId="78405788" w14:textId="69E36B2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288SJ</w:t>
            </w:r>
          </w:p>
        </w:tc>
        <w:tc>
          <w:tcPr>
            <w:tcW w:w="1022" w:type="dxa"/>
          </w:tcPr>
          <w:p w14:paraId="576AFA96" w14:textId="5492713D"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88SJ</w:t>
            </w:r>
          </w:p>
        </w:tc>
        <w:tc>
          <w:tcPr>
            <w:tcW w:w="1635" w:type="dxa"/>
          </w:tcPr>
          <w:p w14:paraId="3E1C21D6" w14:textId="110F023C"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0.3238</w:t>
            </w:r>
          </w:p>
        </w:tc>
        <w:tc>
          <w:tcPr>
            <w:tcW w:w="1114" w:type="dxa"/>
          </w:tcPr>
          <w:p w14:paraId="584AE44F" w14:textId="07D57FCF"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0.5</w:t>
            </w:r>
          </w:p>
        </w:tc>
        <w:tc>
          <w:tcPr>
            <w:tcW w:w="1589" w:type="dxa"/>
          </w:tcPr>
          <w:p w14:paraId="4C25952C" w14:textId="2494CAAB"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20</w:t>
            </w:r>
          </w:p>
        </w:tc>
        <w:tc>
          <w:tcPr>
            <w:tcW w:w="1388" w:type="dxa"/>
          </w:tcPr>
          <w:p w14:paraId="58D89718" w14:textId="7B2FCAE0"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0.9</w:t>
            </w:r>
          </w:p>
        </w:tc>
        <w:tc>
          <w:tcPr>
            <w:tcW w:w="1379" w:type="dxa"/>
          </w:tcPr>
          <w:p w14:paraId="082952F5" w14:textId="7386DB86" w:rsidR="004E1ED1" w:rsidRPr="004E1ED1" w:rsidRDefault="004E1ED1" w:rsidP="004E1ED1">
            <w:pPr>
              <w:jc w:val="center"/>
              <w:rPr>
                <w:rFonts w:ascii="Roboto Condensed" w:hAnsi="Roboto Condensed"/>
                <w:sz w:val="16"/>
                <w:szCs w:val="16"/>
              </w:rPr>
            </w:pPr>
            <w:r w:rsidRPr="004E1ED1">
              <w:rPr>
                <w:rFonts w:ascii="Roboto Condensed" w:hAnsi="Roboto Condensed"/>
                <w:sz w:val="16"/>
                <w:szCs w:val="16"/>
              </w:rPr>
              <w:t>3</w:t>
            </w:r>
          </w:p>
        </w:tc>
      </w:tr>
      <w:tr w:rsidR="00673295" w14:paraId="39BD0DDE" w14:textId="77777777" w:rsidTr="004E1ED1">
        <w:tc>
          <w:tcPr>
            <w:tcW w:w="2645" w:type="dxa"/>
            <w:gridSpan w:val="3"/>
          </w:tcPr>
          <w:p w14:paraId="3175594B" w14:textId="0DD67954" w:rsidR="00673295" w:rsidRPr="007534C9" w:rsidRDefault="00673295" w:rsidP="00DB4F38">
            <w:pPr>
              <w:jc w:val="right"/>
              <w:rPr>
                <w:rFonts w:ascii="Roboto Condensed" w:hAnsi="Roboto Condensed"/>
                <w:sz w:val="16"/>
                <w:szCs w:val="16"/>
              </w:rPr>
            </w:pPr>
            <w:r>
              <w:rPr>
                <w:rFonts w:ascii="Roboto Condensed" w:hAnsi="Roboto Condensed"/>
                <w:sz w:val="16"/>
                <w:szCs w:val="16"/>
              </w:rPr>
              <w:t>Suma powierzchni</w:t>
            </w:r>
          </w:p>
        </w:tc>
        <w:tc>
          <w:tcPr>
            <w:tcW w:w="1635" w:type="dxa"/>
            <w:vAlign w:val="center"/>
          </w:tcPr>
          <w:p w14:paraId="7DEF730D" w14:textId="6A5EF0D0" w:rsidR="00673295" w:rsidRPr="007534C9" w:rsidRDefault="005B3A11" w:rsidP="00DB4F38">
            <w:pPr>
              <w:jc w:val="center"/>
              <w:rPr>
                <w:rFonts w:ascii="Roboto Condensed" w:hAnsi="Roboto Condensed"/>
                <w:sz w:val="16"/>
                <w:szCs w:val="16"/>
              </w:rPr>
            </w:pPr>
            <w:r>
              <w:rPr>
                <w:rFonts w:ascii="Roboto Condensed" w:hAnsi="Roboto Condensed"/>
                <w:sz w:val="16"/>
                <w:szCs w:val="16"/>
              </w:rPr>
              <w:t>141,</w:t>
            </w:r>
            <w:r w:rsidR="009D7ACC">
              <w:rPr>
                <w:rFonts w:ascii="Roboto Condensed" w:hAnsi="Roboto Condensed"/>
                <w:sz w:val="16"/>
                <w:szCs w:val="16"/>
              </w:rPr>
              <w:t>60</w:t>
            </w:r>
            <w:r w:rsidR="00DD2909">
              <w:rPr>
                <w:rFonts w:ascii="Roboto Condensed" w:hAnsi="Roboto Condensed"/>
                <w:sz w:val="16"/>
                <w:szCs w:val="16"/>
              </w:rPr>
              <w:t xml:space="preserve"> </w:t>
            </w:r>
            <w:r w:rsidR="00673295">
              <w:rPr>
                <w:rFonts w:ascii="Roboto Condensed" w:hAnsi="Roboto Condensed"/>
                <w:sz w:val="16"/>
                <w:szCs w:val="16"/>
              </w:rPr>
              <w:t>ha</w:t>
            </w:r>
          </w:p>
        </w:tc>
        <w:tc>
          <w:tcPr>
            <w:tcW w:w="4091" w:type="dxa"/>
            <w:gridSpan w:val="3"/>
            <w:vAlign w:val="center"/>
          </w:tcPr>
          <w:p w14:paraId="1B9B200E" w14:textId="574FF207" w:rsidR="00673295" w:rsidRPr="00381695" w:rsidRDefault="00673295" w:rsidP="00DD2909">
            <w:pPr>
              <w:jc w:val="right"/>
              <w:rPr>
                <w:rFonts w:ascii="Roboto Condensed" w:hAnsi="Roboto Condensed"/>
                <w:sz w:val="16"/>
                <w:szCs w:val="16"/>
              </w:rPr>
            </w:pPr>
            <w:r>
              <w:rPr>
                <w:rFonts w:ascii="Roboto Condensed" w:hAnsi="Roboto Condensed"/>
                <w:sz w:val="16"/>
                <w:szCs w:val="16"/>
              </w:rPr>
              <w:t>Suma chłonności</w:t>
            </w:r>
          </w:p>
        </w:tc>
        <w:tc>
          <w:tcPr>
            <w:tcW w:w="1379" w:type="dxa"/>
            <w:vAlign w:val="center"/>
          </w:tcPr>
          <w:p w14:paraId="29298AC2" w14:textId="0364BC47" w:rsidR="00673295" w:rsidRPr="007534C9" w:rsidRDefault="009D7ACC" w:rsidP="00DB4F38">
            <w:pPr>
              <w:jc w:val="center"/>
              <w:rPr>
                <w:rFonts w:ascii="Roboto Condensed" w:hAnsi="Roboto Condensed"/>
                <w:sz w:val="16"/>
                <w:szCs w:val="16"/>
              </w:rPr>
            </w:pPr>
            <w:r>
              <w:rPr>
                <w:rFonts w:ascii="Roboto Condensed" w:hAnsi="Roboto Condensed"/>
                <w:sz w:val="16"/>
                <w:szCs w:val="16"/>
              </w:rPr>
              <w:t>1416</w:t>
            </w:r>
          </w:p>
        </w:tc>
      </w:tr>
    </w:tbl>
    <w:p w14:paraId="31DDBD64" w14:textId="1072D8CB" w:rsidR="002E5C4A" w:rsidRPr="004A536D" w:rsidRDefault="004A536D" w:rsidP="000047C4">
      <w:pPr>
        <w:ind w:left="142"/>
        <w:rPr>
          <w:rFonts w:ascii="Roboto Condensed" w:hAnsi="Roboto Condensed"/>
          <w:i/>
          <w:iCs/>
          <w:sz w:val="20"/>
        </w:rPr>
      </w:pPr>
      <w:bookmarkStart w:id="129" w:name="_Hlk206701844"/>
      <w:bookmarkEnd w:id="128"/>
      <w:r w:rsidRPr="004A536D">
        <w:rPr>
          <w:rFonts w:ascii="Roboto Condensed" w:hAnsi="Roboto Condensed"/>
          <w:i/>
          <w:iCs/>
          <w:sz w:val="20"/>
        </w:rPr>
        <w:t xml:space="preserve">Powyższa tabela nie ujmuje </w:t>
      </w:r>
      <w:bookmarkStart w:id="130" w:name="_Hlk206700574"/>
      <w:r w:rsidRPr="004A536D">
        <w:rPr>
          <w:rFonts w:ascii="Roboto Condensed" w:hAnsi="Roboto Condensed"/>
          <w:i/>
          <w:iCs/>
          <w:sz w:val="20"/>
        </w:rPr>
        <w:t>stref, na których nie zidentyfikowano terenów niezabudowanych i luk w zabudowie istniejącej</w:t>
      </w:r>
      <w:bookmarkEnd w:id="130"/>
      <w:r w:rsidRPr="004A536D">
        <w:rPr>
          <w:rFonts w:ascii="Roboto Condensed" w:hAnsi="Roboto Condensed"/>
          <w:i/>
          <w:iCs/>
          <w:sz w:val="20"/>
        </w:rPr>
        <w:t xml:space="preserve">.  </w:t>
      </w:r>
    </w:p>
    <w:bookmarkEnd w:id="129"/>
    <w:p w14:paraId="6CD58D2A" w14:textId="77777777" w:rsidR="00FF652C" w:rsidRDefault="00FF652C" w:rsidP="000047C4">
      <w:pPr>
        <w:ind w:left="142"/>
        <w:rPr>
          <w:rFonts w:ascii="Roboto Condensed" w:hAnsi="Roboto Condensed"/>
          <w:sz w:val="20"/>
        </w:rPr>
      </w:pPr>
    </w:p>
    <w:p w14:paraId="08A613F0" w14:textId="55B11028" w:rsidR="00B86C0B" w:rsidRPr="00B86C0B" w:rsidRDefault="00B86C0B" w:rsidP="00045E38">
      <w:pPr>
        <w:ind w:left="142"/>
        <w:jc w:val="both"/>
        <w:rPr>
          <w:rFonts w:ascii="Roboto Condensed" w:hAnsi="Roboto Condensed"/>
          <w:sz w:val="20"/>
        </w:rPr>
      </w:pPr>
      <w:r w:rsidRPr="00B86C0B">
        <w:rPr>
          <w:rFonts w:ascii="Roboto Condensed" w:hAnsi="Roboto Condensed"/>
          <w:sz w:val="20"/>
        </w:rPr>
        <w:t xml:space="preserve">Tabela prezentuje zestawienie chłonności terenów niezabudowanych oraz luk w istniejącej zabudowie w granicach wyznaczonych stref wielofunkcyjnych z zabudową mieszkaniową jednorodzinną SJ, po uwzględnieniu zmian wynikających z rozszerzenia i scalania stref. W wielu przypadkach pierwotne jednostki planistyczne zostały połączone w większe obszary, a </w:t>
      </w:r>
      <w:r w:rsidRPr="00B86C0B">
        <w:rPr>
          <w:rFonts w:ascii="Roboto Condensed" w:hAnsi="Roboto Condensed"/>
          <w:sz w:val="20"/>
        </w:rPr>
        <w:lastRenderedPageBreak/>
        <w:t xml:space="preserve">także wyodrębniono nowe strefy </w:t>
      </w:r>
      <w:r w:rsidR="00C5033B">
        <w:rPr>
          <w:rFonts w:ascii="Roboto Condensed" w:hAnsi="Roboto Condensed"/>
          <w:sz w:val="20"/>
        </w:rPr>
        <w:t>SJ</w:t>
      </w:r>
      <w:r w:rsidRPr="00B86C0B">
        <w:rPr>
          <w:rFonts w:ascii="Roboto Condensed" w:hAnsi="Roboto Condensed"/>
          <w:sz w:val="20"/>
        </w:rPr>
        <w:t>, co przełożyło się na zmianę ich numeracji. Dla zachowania porządku w zestawieniu wskazano również pierwotne oznaczenia stref z obowiązujących MPZP i OUZ.</w:t>
      </w:r>
    </w:p>
    <w:p w14:paraId="6657A48B" w14:textId="77777777" w:rsidR="00B86C0B" w:rsidRPr="00B86C0B" w:rsidRDefault="00B86C0B" w:rsidP="00045E38">
      <w:pPr>
        <w:ind w:left="142"/>
        <w:jc w:val="both"/>
        <w:rPr>
          <w:rFonts w:ascii="Roboto Condensed" w:hAnsi="Roboto Condensed"/>
          <w:sz w:val="20"/>
        </w:rPr>
      </w:pPr>
    </w:p>
    <w:p w14:paraId="4B5057D7" w14:textId="22C077E5" w:rsidR="00B86C0B" w:rsidRPr="00B86C0B" w:rsidRDefault="00B86C0B" w:rsidP="00045E38">
      <w:pPr>
        <w:ind w:left="142"/>
        <w:jc w:val="both"/>
        <w:rPr>
          <w:rFonts w:ascii="Roboto Condensed" w:hAnsi="Roboto Condensed"/>
          <w:sz w:val="20"/>
        </w:rPr>
      </w:pPr>
      <w:r w:rsidRPr="00B86C0B">
        <w:rPr>
          <w:rFonts w:ascii="Roboto Condensed" w:hAnsi="Roboto Condensed"/>
          <w:sz w:val="20"/>
        </w:rPr>
        <w:t>Zestawienie obejmuje 11</w:t>
      </w:r>
      <w:r w:rsidR="009D7ACC">
        <w:rPr>
          <w:rFonts w:ascii="Roboto Condensed" w:hAnsi="Roboto Condensed"/>
          <w:sz w:val="20"/>
        </w:rPr>
        <w:t>8</w:t>
      </w:r>
      <w:r w:rsidRPr="00B86C0B">
        <w:rPr>
          <w:rFonts w:ascii="Roboto Condensed" w:hAnsi="Roboto Condensed"/>
          <w:sz w:val="20"/>
        </w:rPr>
        <w:t xml:space="preserve"> stref, w których zidentyfikowano tereny potencjalnie możliwe do zagospodarowania zabudową mieszkaniową. Powierzchnia tych terenów wynosi łącznie </w:t>
      </w:r>
      <w:r w:rsidR="00D83D41">
        <w:rPr>
          <w:rFonts w:ascii="Roboto Condensed" w:hAnsi="Roboto Condensed"/>
          <w:sz w:val="20"/>
        </w:rPr>
        <w:t>141,60</w:t>
      </w:r>
      <w:r w:rsidRPr="00B86C0B">
        <w:rPr>
          <w:rFonts w:ascii="Roboto Condensed" w:hAnsi="Roboto Condensed"/>
          <w:sz w:val="20"/>
        </w:rPr>
        <w:t xml:space="preserve"> ha, co pozwala na oszacowanie chłonności na poziomie </w:t>
      </w:r>
      <w:r w:rsidR="00D83D41">
        <w:rPr>
          <w:rFonts w:ascii="Roboto Condensed" w:hAnsi="Roboto Condensed"/>
          <w:sz w:val="20"/>
        </w:rPr>
        <w:t>1416</w:t>
      </w:r>
      <w:r w:rsidRPr="00B86C0B">
        <w:rPr>
          <w:rFonts w:ascii="Roboto Condensed" w:hAnsi="Roboto Condensed"/>
          <w:sz w:val="20"/>
        </w:rPr>
        <w:t xml:space="preserve"> osób. Wartość ta uwzględnia zarówno przyjęte wskaźniki maksymalnej intensywności zabudowy (od 0,3 do 1,0), wskaźniki chłonności </w:t>
      </w:r>
      <w:r w:rsidR="001072C9">
        <w:rPr>
          <w:rFonts w:ascii="Roboto Condensed" w:hAnsi="Roboto Condensed"/>
          <w:sz w:val="20"/>
        </w:rPr>
        <w:t xml:space="preserve">istniejącej zabudowy </w:t>
      </w:r>
      <w:r w:rsidRPr="00B86C0B">
        <w:rPr>
          <w:rFonts w:ascii="Roboto Condensed" w:hAnsi="Roboto Condensed"/>
          <w:sz w:val="20"/>
        </w:rPr>
        <w:t>20 os./ha, jak i różnicowanie udziału funkcji mieszkaniowej w poszczególnych strefach (od 0,</w:t>
      </w:r>
      <w:r w:rsidR="005F4B87">
        <w:rPr>
          <w:rFonts w:ascii="Roboto Condensed" w:hAnsi="Roboto Condensed"/>
          <w:sz w:val="20"/>
        </w:rPr>
        <w:t>5</w:t>
      </w:r>
      <w:r w:rsidRPr="00B86C0B">
        <w:rPr>
          <w:rFonts w:ascii="Roboto Condensed" w:hAnsi="Roboto Condensed"/>
          <w:sz w:val="20"/>
        </w:rPr>
        <w:t xml:space="preserve"> do </w:t>
      </w:r>
      <w:r w:rsidR="005F4B87">
        <w:rPr>
          <w:rFonts w:ascii="Roboto Condensed" w:hAnsi="Roboto Condensed"/>
          <w:sz w:val="20"/>
        </w:rPr>
        <w:t>1</w:t>
      </w:r>
      <w:r w:rsidRPr="00B86C0B">
        <w:rPr>
          <w:rFonts w:ascii="Roboto Condensed" w:hAnsi="Roboto Condensed"/>
          <w:sz w:val="20"/>
        </w:rPr>
        <w:t>,0).</w:t>
      </w:r>
    </w:p>
    <w:p w14:paraId="6446A9CC" w14:textId="77777777" w:rsidR="00B86C0B" w:rsidRPr="00B86C0B" w:rsidRDefault="00B86C0B" w:rsidP="00B86C0B">
      <w:pPr>
        <w:ind w:left="142"/>
        <w:rPr>
          <w:rFonts w:ascii="Roboto Condensed" w:hAnsi="Roboto Condensed"/>
          <w:sz w:val="20"/>
        </w:rPr>
      </w:pPr>
    </w:p>
    <w:p w14:paraId="61BE5C92" w14:textId="5B9C83CF" w:rsidR="00F6494A" w:rsidRDefault="00B86C0B" w:rsidP="00045E38">
      <w:pPr>
        <w:ind w:left="142"/>
        <w:jc w:val="both"/>
        <w:rPr>
          <w:rFonts w:ascii="Roboto Condensed" w:hAnsi="Roboto Condensed"/>
          <w:sz w:val="20"/>
        </w:rPr>
      </w:pPr>
      <w:r w:rsidRPr="00B86C0B">
        <w:rPr>
          <w:rFonts w:ascii="Roboto Condensed" w:hAnsi="Roboto Condensed"/>
          <w:sz w:val="20"/>
        </w:rPr>
        <w:t>Łącznie zestawienie obrazuje znaczący rezerwuar terenów rozwojowych pod zabudowę jednorodzinną w ramach stref wielofunkcyjnych. Największe znaczenie planistyczne mają rozległe strefy scalone, których potencjał mieszkaniowy przekracza kilkadziesiąt osób, podczas gdy mniejsze jednostki uzupełniają lokalnie strukturę urbanistyczną poprzez domknięcie luk w istniejącej tkance osadniczej.</w:t>
      </w:r>
    </w:p>
    <w:p w14:paraId="0DE0D3D9" w14:textId="77777777" w:rsidR="00E3071A" w:rsidRDefault="00E3071A" w:rsidP="000047C4">
      <w:pPr>
        <w:ind w:left="142"/>
        <w:rPr>
          <w:rFonts w:ascii="Roboto Condensed" w:hAnsi="Roboto Condensed"/>
          <w:sz w:val="20"/>
        </w:rPr>
      </w:pPr>
    </w:p>
    <w:p w14:paraId="068B950E" w14:textId="6A6E8A31" w:rsidR="009B6E1B" w:rsidRDefault="009B6E1B" w:rsidP="009B6E1B">
      <w:pPr>
        <w:ind w:left="142"/>
        <w:jc w:val="both"/>
        <w:rPr>
          <w:rFonts w:ascii="Roboto Condensed" w:hAnsi="Roboto Condensed"/>
          <w:color w:val="FFC000"/>
          <w:sz w:val="20"/>
        </w:rPr>
      </w:pPr>
      <w:r w:rsidRPr="00B61ACC">
        <w:rPr>
          <w:rFonts w:ascii="Roboto Condensed" w:hAnsi="Roboto Condensed"/>
          <w:sz w:val="20"/>
        </w:rPr>
        <w:t>W wyznaczonych strefach wielofunkcyjnych z zabudową zagrodową SZ, oszacowana chłonność wynosi:</w:t>
      </w:r>
    </w:p>
    <w:p w14:paraId="33E1DBCE" w14:textId="582E5057" w:rsidR="009B6E1B" w:rsidRPr="009B6E1B" w:rsidRDefault="009B6E1B" w:rsidP="009B6E1B">
      <w:pPr>
        <w:pStyle w:val="Tekstpodstawowy2"/>
        <w:spacing w:before="120" w:after="40" w:line="240" w:lineRule="auto"/>
        <w:ind w:left="170"/>
        <w:rPr>
          <w:rFonts w:ascii="Roboto Condensed" w:hAnsi="Roboto Condensed"/>
          <w:color w:val="FFC000"/>
          <w:sz w:val="20"/>
          <w:lang w:val="pl-PL"/>
        </w:rPr>
      </w:pPr>
      <w:r w:rsidRPr="009B6E1B">
        <w:rPr>
          <w:rFonts w:ascii="Roboto Condensed" w:hAnsi="Roboto Condensed"/>
          <w:i/>
          <w:iCs/>
          <w:sz w:val="20"/>
          <w:lang w:val="pl-PL"/>
        </w:rPr>
        <w:t xml:space="preserve">Tab. </w:t>
      </w:r>
      <w:r w:rsidR="00DF0B52">
        <w:rPr>
          <w:rFonts w:ascii="Roboto Condensed" w:hAnsi="Roboto Condensed"/>
          <w:i/>
          <w:iCs/>
          <w:sz w:val="20"/>
          <w:lang w:val="pl-PL"/>
        </w:rPr>
        <w:t>12</w:t>
      </w:r>
      <w:r w:rsidRPr="009B6E1B">
        <w:rPr>
          <w:rFonts w:ascii="Roboto Condensed" w:hAnsi="Roboto Condensed"/>
          <w:i/>
          <w:iCs/>
          <w:sz w:val="20"/>
          <w:lang w:val="pl-PL"/>
        </w:rPr>
        <w:t xml:space="preserve">. </w:t>
      </w:r>
      <w:r w:rsidRPr="00B61ACC">
        <w:rPr>
          <w:rFonts w:ascii="Roboto Condensed" w:hAnsi="Roboto Condensed"/>
          <w:i/>
          <w:iCs/>
          <w:sz w:val="20"/>
          <w:szCs w:val="24"/>
          <w:lang w:val="pl-PL"/>
        </w:rPr>
        <w:t>Chłonność</w:t>
      </w:r>
      <w:r w:rsidRPr="009B6E1B">
        <w:rPr>
          <w:rFonts w:ascii="Roboto Condensed" w:hAnsi="Roboto Condensed"/>
          <w:i/>
          <w:iCs/>
          <w:sz w:val="20"/>
          <w:lang w:val="pl-PL"/>
        </w:rPr>
        <w:t xml:space="preserve"> terenów niezabudowanych i luk w zabudowie istniejącej w ramach</w:t>
      </w:r>
      <w:r w:rsidRPr="009B6E1B">
        <w:rPr>
          <w:lang w:val="pl-PL"/>
        </w:rPr>
        <w:t xml:space="preserve"> </w:t>
      </w:r>
      <w:r w:rsidRPr="009B6E1B">
        <w:rPr>
          <w:rFonts w:ascii="Roboto Condensed" w:hAnsi="Roboto Condensed"/>
          <w:i/>
          <w:iCs/>
          <w:sz w:val="20"/>
          <w:lang w:val="pl-PL"/>
        </w:rPr>
        <w:t>stref wielofunkcyjnych z zabudową zagrodową SZ</w:t>
      </w:r>
      <w:r w:rsidR="00210D8A">
        <w:rPr>
          <w:rFonts w:ascii="Roboto Condensed" w:hAnsi="Roboto Condensed"/>
          <w:i/>
          <w:iCs/>
          <w:sz w:val="20"/>
          <w:lang w:val="pl-PL"/>
        </w:rPr>
        <w:t>.</w:t>
      </w:r>
    </w:p>
    <w:tbl>
      <w:tblPr>
        <w:tblStyle w:val="Tabela-Siatka"/>
        <w:tblW w:w="9750" w:type="dxa"/>
        <w:tblInd w:w="142" w:type="dxa"/>
        <w:tblLook w:val="04A0" w:firstRow="1" w:lastRow="0" w:firstColumn="1" w:lastColumn="0" w:noHBand="0" w:noVBand="1"/>
      </w:tblPr>
      <w:tblGrid>
        <w:gridCol w:w="357"/>
        <w:gridCol w:w="1151"/>
        <w:gridCol w:w="1168"/>
        <w:gridCol w:w="1628"/>
        <w:gridCol w:w="1119"/>
        <w:gridCol w:w="1554"/>
        <w:gridCol w:w="1382"/>
        <w:gridCol w:w="1391"/>
      </w:tblGrid>
      <w:tr w:rsidR="007D392B" w14:paraId="123C8606" w14:textId="77777777" w:rsidTr="000B3715">
        <w:tc>
          <w:tcPr>
            <w:tcW w:w="357" w:type="dxa"/>
            <w:vMerge w:val="restart"/>
            <w:tcBorders>
              <w:top w:val="single" w:sz="12" w:space="0" w:color="auto"/>
              <w:left w:val="single" w:sz="12" w:space="0" w:color="auto"/>
            </w:tcBorders>
            <w:shd w:val="clear" w:color="auto" w:fill="A6A6A6" w:themeFill="background1" w:themeFillShade="A6"/>
          </w:tcPr>
          <w:p w14:paraId="50890B75" w14:textId="77777777" w:rsidR="009B6E1B" w:rsidRPr="00201791" w:rsidRDefault="009B6E1B" w:rsidP="00542E81">
            <w:pPr>
              <w:ind w:left="-57" w:right="-57"/>
              <w:jc w:val="center"/>
              <w:rPr>
                <w:rFonts w:ascii="Roboto Condensed" w:hAnsi="Roboto Condensed"/>
                <w:sz w:val="16"/>
                <w:szCs w:val="16"/>
              </w:rPr>
            </w:pPr>
            <w:r w:rsidRPr="00201791">
              <w:rPr>
                <w:rFonts w:ascii="Roboto Condensed" w:hAnsi="Roboto Condensed"/>
                <w:sz w:val="16"/>
                <w:szCs w:val="16"/>
              </w:rPr>
              <w:t>Lp.</w:t>
            </w:r>
          </w:p>
        </w:tc>
        <w:tc>
          <w:tcPr>
            <w:tcW w:w="1151" w:type="dxa"/>
            <w:vMerge w:val="restart"/>
            <w:tcBorders>
              <w:top w:val="single" w:sz="12" w:space="0" w:color="auto"/>
            </w:tcBorders>
            <w:shd w:val="clear" w:color="auto" w:fill="A6A6A6" w:themeFill="background1" w:themeFillShade="A6"/>
          </w:tcPr>
          <w:p w14:paraId="348966F7" w14:textId="77777777" w:rsidR="009B6E1B" w:rsidRPr="00201791" w:rsidRDefault="009B6E1B" w:rsidP="00542E81">
            <w:pPr>
              <w:ind w:left="-57" w:right="-57"/>
              <w:jc w:val="center"/>
              <w:rPr>
                <w:rFonts w:ascii="Roboto Condensed" w:hAnsi="Roboto Condensed"/>
                <w:sz w:val="16"/>
                <w:szCs w:val="16"/>
              </w:rPr>
            </w:pPr>
            <w:r>
              <w:rPr>
                <w:rFonts w:ascii="Roboto Condensed" w:hAnsi="Roboto Condensed"/>
                <w:sz w:val="16"/>
                <w:szCs w:val="16"/>
              </w:rPr>
              <w:t>Oznaczenie</w:t>
            </w:r>
            <w:r w:rsidRPr="00201791">
              <w:rPr>
                <w:rFonts w:ascii="Roboto Condensed" w:hAnsi="Roboto Condensed"/>
                <w:sz w:val="16"/>
                <w:szCs w:val="16"/>
              </w:rPr>
              <w:t xml:space="preserve"> strefy</w:t>
            </w:r>
          </w:p>
        </w:tc>
        <w:tc>
          <w:tcPr>
            <w:tcW w:w="1168" w:type="dxa"/>
            <w:vMerge w:val="restart"/>
            <w:tcBorders>
              <w:top w:val="single" w:sz="12" w:space="0" w:color="auto"/>
            </w:tcBorders>
            <w:shd w:val="clear" w:color="auto" w:fill="A6A6A6" w:themeFill="background1" w:themeFillShade="A6"/>
          </w:tcPr>
          <w:p w14:paraId="163FEBF2" w14:textId="77777777" w:rsidR="009B6E1B" w:rsidRPr="00201791" w:rsidRDefault="009B6E1B" w:rsidP="00542E81">
            <w:pPr>
              <w:ind w:left="-57" w:right="-57"/>
              <w:jc w:val="center"/>
              <w:rPr>
                <w:rFonts w:ascii="Roboto Condensed" w:hAnsi="Roboto Condensed"/>
                <w:sz w:val="16"/>
                <w:szCs w:val="16"/>
              </w:rPr>
            </w:pPr>
            <w:r w:rsidRPr="00B66C9F">
              <w:rPr>
                <w:rFonts w:ascii="Roboto Condensed" w:hAnsi="Roboto Condensed"/>
                <w:sz w:val="16"/>
                <w:szCs w:val="16"/>
              </w:rPr>
              <w:t>Symbol strefy  wyznaczonej w ramach</w:t>
            </w:r>
            <w:r>
              <w:rPr>
                <w:rFonts w:ascii="Roboto Condensed" w:hAnsi="Roboto Condensed"/>
                <w:sz w:val="16"/>
                <w:szCs w:val="16"/>
              </w:rPr>
              <w:t xml:space="preserve"> obowiązujących MPZP i </w:t>
            </w:r>
            <w:r w:rsidRPr="00B66C9F">
              <w:rPr>
                <w:rFonts w:ascii="Roboto Condensed" w:hAnsi="Roboto Condensed"/>
                <w:sz w:val="16"/>
                <w:szCs w:val="16"/>
              </w:rPr>
              <w:t>OUZ</w:t>
            </w:r>
          </w:p>
        </w:tc>
        <w:tc>
          <w:tcPr>
            <w:tcW w:w="1628" w:type="dxa"/>
            <w:tcBorders>
              <w:top w:val="single" w:sz="12" w:space="0" w:color="auto"/>
            </w:tcBorders>
            <w:shd w:val="clear" w:color="auto" w:fill="A6A6A6" w:themeFill="background1" w:themeFillShade="A6"/>
          </w:tcPr>
          <w:p w14:paraId="2D4B7111" w14:textId="77777777" w:rsidR="009B6E1B" w:rsidRPr="00201791" w:rsidRDefault="009B6E1B" w:rsidP="00542E81">
            <w:pPr>
              <w:ind w:left="-57" w:right="-57"/>
              <w:jc w:val="center"/>
              <w:rPr>
                <w:rFonts w:ascii="Roboto Condensed" w:hAnsi="Roboto Condensed"/>
                <w:sz w:val="16"/>
                <w:szCs w:val="16"/>
              </w:rPr>
            </w:pPr>
            <w:r w:rsidRPr="00201791">
              <w:rPr>
                <w:rFonts w:ascii="Roboto Condensed" w:hAnsi="Roboto Condensed"/>
                <w:sz w:val="16"/>
                <w:szCs w:val="16"/>
              </w:rPr>
              <w:t xml:space="preserve">powierzchnia terenów niezabudowanych w tym luk w zabudowie istniejącej </w:t>
            </w:r>
          </w:p>
        </w:tc>
        <w:tc>
          <w:tcPr>
            <w:tcW w:w="1119" w:type="dxa"/>
            <w:tcBorders>
              <w:top w:val="single" w:sz="12" w:space="0" w:color="auto"/>
            </w:tcBorders>
            <w:shd w:val="clear" w:color="auto" w:fill="A6A6A6" w:themeFill="background1" w:themeFillShade="A6"/>
          </w:tcPr>
          <w:p w14:paraId="423D5DF6" w14:textId="77777777" w:rsidR="009B6E1B" w:rsidRPr="00201791" w:rsidRDefault="009B6E1B" w:rsidP="00542E81">
            <w:pPr>
              <w:ind w:left="-57" w:right="-57"/>
              <w:jc w:val="center"/>
              <w:rPr>
                <w:rFonts w:ascii="Roboto Condensed" w:hAnsi="Roboto Condensed"/>
                <w:sz w:val="16"/>
                <w:szCs w:val="16"/>
              </w:rPr>
            </w:pPr>
            <w:r w:rsidRPr="00201791">
              <w:rPr>
                <w:rFonts w:ascii="Roboto Condensed" w:hAnsi="Roboto Condensed"/>
                <w:sz w:val="16"/>
                <w:szCs w:val="16"/>
              </w:rPr>
              <w:t>projektowana maksymalna nadziemna intensywność zabudowy</w:t>
            </w:r>
          </w:p>
        </w:tc>
        <w:tc>
          <w:tcPr>
            <w:tcW w:w="1554" w:type="dxa"/>
            <w:tcBorders>
              <w:top w:val="single" w:sz="12" w:space="0" w:color="auto"/>
            </w:tcBorders>
            <w:shd w:val="clear" w:color="auto" w:fill="A6A6A6" w:themeFill="background1" w:themeFillShade="A6"/>
          </w:tcPr>
          <w:p w14:paraId="474A7677" w14:textId="77777777" w:rsidR="009B6E1B" w:rsidRPr="00201791" w:rsidRDefault="009B6E1B" w:rsidP="00542E81">
            <w:pPr>
              <w:ind w:left="-57" w:right="-57"/>
              <w:jc w:val="center"/>
              <w:rPr>
                <w:rFonts w:ascii="Roboto Condensed" w:hAnsi="Roboto Condensed"/>
                <w:sz w:val="16"/>
                <w:szCs w:val="16"/>
              </w:rPr>
            </w:pPr>
            <w:r w:rsidRPr="00201791">
              <w:rPr>
                <w:rFonts w:ascii="Roboto Condensed" w:hAnsi="Roboto Condensed"/>
                <w:sz w:val="16"/>
                <w:szCs w:val="16"/>
              </w:rPr>
              <w:t>wskaźnik chłonności uznany za najbardziej zbliżony do planowanej zabudowy</w:t>
            </w:r>
          </w:p>
        </w:tc>
        <w:tc>
          <w:tcPr>
            <w:tcW w:w="1382" w:type="dxa"/>
            <w:tcBorders>
              <w:top w:val="single" w:sz="12" w:space="0" w:color="auto"/>
            </w:tcBorders>
            <w:shd w:val="clear" w:color="auto" w:fill="A6A6A6" w:themeFill="background1" w:themeFillShade="A6"/>
          </w:tcPr>
          <w:p w14:paraId="0EAF93BE" w14:textId="77777777" w:rsidR="009B6E1B" w:rsidRPr="00201791" w:rsidRDefault="009B6E1B" w:rsidP="00542E81">
            <w:pPr>
              <w:ind w:left="-57" w:right="-57"/>
              <w:jc w:val="center"/>
              <w:rPr>
                <w:rFonts w:ascii="Roboto Condensed" w:hAnsi="Roboto Condensed"/>
                <w:sz w:val="16"/>
                <w:szCs w:val="16"/>
              </w:rPr>
            </w:pPr>
            <w:r w:rsidRPr="006C2936">
              <w:rPr>
                <w:rFonts w:ascii="Roboto Condensed" w:hAnsi="Roboto Condensed"/>
                <w:sz w:val="16"/>
                <w:szCs w:val="16"/>
              </w:rPr>
              <w:t>prognozowany udział (proporcja) funkcji mieszkaniowej w strefie</w:t>
            </w:r>
          </w:p>
        </w:tc>
        <w:tc>
          <w:tcPr>
            <w:tcW w:w="1391" w:type="dxa"/>
            <w:tcBorders>
              <w:top w:val="single" w:sz="12" w:space="0" w:color="auto"/>
              <w:right w:val="single" w:sz="12" w:space="0" w:color="auto"/>
            </w:tcBorders>
            <w:shd w:val="clear" w:color="auto" w:fill="A6A6A6" w:themeFill="background1" w:themeFillShade="A6"/>
          </w:tcPr>
          <w:p w14:paraId="00C391B5" w14:textId="77777777" w:rsidR="009B6E1B" w:rsidRPr="00201791" w:rsidRDefault="009B6E1B" w:rsidP="00542E81">
            <w:pPr>
              <w:ind w:left="-57" w:right="-57"/>
              <w:jc w:val="center"/>
              <w:rPr>
                <w:rFonts w:ascii="Roboto Condensed" w:hAnsi="Roboto Condensed"/>
                <w:sz w:val="16"/>
                <w:szCs w:val="16"/>
              </w:rPr>
            </w:pPr>
            <w:r w:rsidRPr="00201791">
              <w:rPr>
                <w:rFonts w:ascii="Roboto Condensed" w:hAnsi="Roboto Condensed"/>
                <w:sz w:val="16"/>
                <w:szCs w:val="16"/>
              </w:rPr>
              <w:t>Chłonność terenów</w:t>
            </w:r>
          </w:p>
          <w:p w14:paraId="092EEF01" w14:textId="227CFBAB" w:rsidR="009B6E1B" w:rsidRPr="00201791" w:rsidRDefault="009B6E1B" w:rsidP="00542E81">
            <w:pPr>
              <w:ind w:left="-57" w:right="-57"/>
              <w:jc w:val="center"/>
              <w:rPr>
                <w:rFonts w:ascii="Roboto Condensed" w:hAnsi="Roboto Condensed"/>
                <w:sz w:val="16"/>
                <w:szCs w:val="16"/>
              </w:rPr>
            </w:pPr>
            <w:r w:rsidRPr="00201791">
              <w:rPr>
                <w:rFonts w:ascii="Roboto Condensed" w:hAnsi="Roboto Condensed"/>
                <w:sz w:val="16"/>
                <w:szCs w:val="16"/>
              </w:rPr>
              <w:t>niezabudowanych, w</w:t>
            </w:r>
            <w:r w:rsidR="00542E81">
              <w:rPr>
                <w:rFonts w:ascii="Roboto Condensed" w:hAnsi="Roboto Condensed"/>
                <w:sz w:val="16"/>
                <w:szCs w:val="16"/>
              </w:rPr>
              <w:t xml:space="preserve"> </w:t>
            </w:r>
            <w:r w:rsidRPr="00201791">
              <w:rPr>
                <w:rFonts w:ascii="Roboto Condensed" w:hAnsi="Roboto Condensed"/>
                <w:sz w:val="16"/>
                <w:szCs w:val="16"/>
              </w:rPr>
              <w:t>tym luk w istniejącej</w:t>
            </w:r>
          </w:p>
          <w:p w14:paraId="6893A3B2" w14:textId="77777777" w:rsidR="009B6E1B" w:rsidRPr="00201791" w:rsidRDefault="009B6E1B" w:rsidP="00542E81">
            <w:pPr>
              <w:ind w:left="-57" w:right="-57"/>
              <w:jc w:val="center"/>
              <w:rPr>
                <w:rFonts w:ascii="Roboto Condensed" w:hAnsi="Roboto Condensed"/>
                <w:sz w:val="16"/>
                <w:szCs w:val="16"/>
              </w:rPr>
            </w:pPr>
            <w:r w:rsidRPr="00201791">
              <w:rPr>
                <w:rFonts w:ascii="Roboto Condensed" w:hAnsi="Roboto Condensed"/>
                <w:sz w:val="16"/>
                <w:szCs w:val="16"/>
              </w:rPr>
              <w:t>zabudowie w strefie</w:t>
            </w:r>
          </w:p>
          <w:p w14:paraId="02FBD58F" w14:textId="77777777" w:rsidR="009B6E1B" w:rsidRPr="00201791" w:rsidRDefault="009B6E1B" w:rsidP="00542E81">
            <w:pPr>
              <w:ind w:left="-57" w:right="-57"/>
              <w:jc w:val="center"/>
              <w:rPr>
                <w:rFonts w:ascii="Roboto Condensed" w:hAnsi="Roboto Condensed"/>
                <w:sz w:val="16"/>
                <w:szCs w:val="16"/>
              </w:rPr>
            </w:pPr>
            <w:r w:rsidRPr="00201791">
              <w:rPr>
                <w:rFonts w:ascii="Roboto Condensed" w:hAnsi="Roboto Condensed"/>
                <w:sz w:val="16"/>
                <w:szCs w:val="16"/>
              </w:rPr>
              <w:t>planistycznej</w:t>
            </w:r>
          </w:p>
        </w:tc>
      </w:tr>
      <w:tr w:rsidR="007D392B" w14:paraId="39F2B505" w14:textId="77777777" w:rsidTr="000B3715">
        <w:tc>
          <w:tcPr>
            <w:tcW w:w="357" w:type="dxa"/>
            <w:vMerge/>
            <w:tcBorders>
              <w:left w:val="single" w:sz="12" w:space="0" w:color="auto"/>
            </w:tcBorders>
            <w:shd w:val="clear" w:color="auto" w:fill="A6A6A6" w:themeFill="background1" w:themeFillShade="A6"/>
          </w:tcPr>
          <w:p w14:paraId="36EE5B11" w14:textId="77777777" w:rsidR="009B6E1B" w:rsidRPr="00201791" w:rsidRDefault="009B6E1B" w:rsidP="00DB4F38">
            <w:pPr>
              <w:jc w:val="center"/>
              <w:rPr>
                <w:rFonts w:ascii="Roboto Condensed" w:hAnsi="Roboto Condensed"/>
                <w:sz w:val="16"/>
                <w:szCs w:val="16"/>
              </w:rPr>
            </w:pPr>
          </w:p>
        </w:tc>
        <w:tc>
          <w:tcPr>
            <w:tcW w:w="1151" w:type="dxa"/>
            <w:vMerge/>
            <w:shd w:val="clear" w:color="auto" w:fill="A6A6A6" w:themeFill="background1" w:themeFillShade="A6"/>
          </w:tcPr>
          <w:p w14:paraId="71285F35" w14:textId="77777777" w:rsidR="009B6E1B" w:rsidRPr="00201791" w:rsidRDefault="009B6E1B" w:rsidP="00DB4F38">
            <w:pPr>
              <w:jc w:val="center"/>
              <w:rPr>
                <w:rFonts w:ascii="Roboto Condensed" w:hAnsi="Roboto Condensed"/>
                <w:sz w:val="16"/>
                <w:szCs w:val="16"/>
              </w:rPr>
            </w:pPr>
          </w:p>
        </w:tc>
        <w:tc>
          <w:tcPr>
            <w:tcW w:w="1168" w:type="dxa"/>
            <w:vMerge/>
            <w:shd w:val="clear" w:color="auto" w:fill="A6A6A6" w:themeFill="background1" w:themeFillShade="A6"/>
          </w:tcPr>
          <w:p w14:paraId="34D971C3" w14:textId="77777777" w:rsidR="009B6E1B" w:rsidRDefault="009B6E1B" w:rsidP="00DB4F38">
            <w:pPr>
              <w:spacing w:line="276" w:lineRule="auto"/>
              <w:jc w:val="center"/>
              <w:rPr>
                <w:rFonts w:ascii="Roboto Condensed" w:hAnsi="Roboto Condensed"/>
                <w:b/>
                <w:bCs/>
                <w:sz w:val="16"/>
                <w:szCs w:val="16"/>
              </w:rPr>
            </w:pPr>
          </w:p>
        </w:tc>
        <w:tc>
          <w:tcPr>
            <w:tcW w:w="1628" w:type="dxa"/>
            <w:shd w:val="clear" w:color="auto" w:fill="A6A6A6" w:themeFill="background1" w:themeFillShade="A6"/>
          </w:tcPr>
          <w:p w14:paraId="14EE02E9" w14:textId="77777777" w:rsidR="009B6E1B" w:rsidRPr="00201791" w:rsidRDefault="00342D17" w:rsidP="00DB4F38">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P</m:t>
                    </m:r>
                  </m:e>
                  <m:sub>
                    <m:r>
                      <m:rPr>
                        <m:sty m:val="bi"/>
                      </m:rPr>
                      <w:rPr>
                        <w:rFonts w:ascii="Cambria Math" w:hAnsi="Cambria Math"/>
                        <w:sz w:val="16"/>
                        <w:szCs w:val="16"/>
                      </w:rPr>
                      <m:t>st</m:t>
                    </m:r>
                  </m:sub>
                  <m:sup>
                    <m:r>
                      <m:rPr>
                        <m:sty m:val="bi"/>
                      </m:rPr>
                      <w:rPr>
                        <w:rFonts w:ascii="Cambria Math" w:hAnsi="Cambria Math"/>
                        <w:sz w:val="16"/>
                        <w:szCs w:val="16"/>
                      </w:rPr>
                      <m:t>(s)</m:t>
                    </m:r>
                  </m:sup>
                </m:sSubSup>
              </m:oMath>
            </m:oMathPara>
          </w:p>
        </w:tc>
        <w:tc>
          <w:tcPr>
            <w:tcW w:w="1119" w:type="dxa"/>
            <w:shd w:val="clear" w:color="auto" w:fill="A6A6A6" w:themeFill="background1" w:themeFillShade="A6"/>
          </w:tcPr>
          <w:p w14:paraId="09F2598C" w14:textId="77777777" w:rsidR="009B6E1B" w:rsidRPr="00201791" w:rsidRDefault="00342D17" w:rsidP="00DB4F38">
            <w:pPr>
              <w:spacing w:line="276" w:lineRule="auto"/>
              <w:jc w:val="center"/>
              <w:rPr>
                <w:rFonts w:ascii="Roboto Condensed" w:hAnsi="Roboto Condensed"/>
                <w:b/>
                <w:bCs/>
                <w:sz w:val="16"/>
                <w:szCs w:val="16"/>
              </w:rPr>
            </w:pPr>
            <m:oMathPara>
              <m:oMath>
                <m:sSup>
                  <m:sSupPr>
                    <m:ctrlPr>
                      <w:rPr>
                        <w:rFonts w:ascii="Cambria Math" w:hAnsi="Cambria Math"/>
                        <w:b/>
                        <w:bCs/>
                        <w:i/>
                        <w:sz w:val="16"/>
                        <w:szCs w:val="16"/>
                      </w:rPr>
                    </m:ctrlPr>
                  </m:sSupPr>
                  <m:e>
                    <m:r>
                      <m:rPr>
                        <m:sty m:val="bi"/>
                      </m:rPr>
                      <w:rPr>
                        <w:rFonts w:ascii="Cambria Math" w:hAnsi="Cambria Math"/>
                        <w:sz w:val="16"/>
                        <w:szCs w:val="16"/>
                      </w:rPr>
                      <m:t>I</m:t>
                    </m:r>
                  </m:e>
                  <m:sup>
                    <m:r>
                      <m:rPr>
                        <m:sty m:val="bi"/>
                      </m:rPr>
                      <w:rPr>
                        <w:rFonts w:ascii="Cambria Math" w:hAnsi="Cambria Math"/>
                        <w:sz w:val="16"/>
                        <w:szCs w:val="16"/>
                      </w:rPr>
                      <m:t>(s)</m:t>
                    </m:r>
                  </m:sup>
                </m:sSup>
              </m:oMath>
            </m:oMathPara>
          </w:p>
        </w:tc>
        <w:tc>
          <w:tcPr>
            <w:tcW w:w="1554" w:type="dxa"/>
            <w:shd w:val="clear" w:color="auto" w:fill="A6A6A6" w:themeFill="background1" w:themeFillShade="A6"/>
          </w:tcPr>
          <w:p w14:paraId="31620C7A" w14:textId="77777777" w:rsidR="009B6E1B" w:rsidRPr="00201791" w:rsidRDefault="00342D17" w:rsidP="00DB4F38">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W</m:t>
                    </m:r>
                  </m:e>
                  <m:sub>
                    <m:r>
                      <m:rPr>
                        <m:sty m:val="bi"/>
                      </m:rPr>
                      <w:rPr>
                        <w:rFonts w:ascii="Cambria Math" w:hAnsi="Cambria Math"/>
                        <w:sz w:val="16"/>
                        <w:szCs w:val="16"/>
                      </w:rPr>
                      <m:t>Ch</m:t>
                    </m:r>
                  </m:sub>
                  <m:sup>
                    <m:r>
                      <m:rPr>
                        <m:sty m:val="bi"/>
                      </m:rPr>
                      <w:rPr>
                        <w:rFonts w:ascii="Cambria Math" w:hAnsi="Cambria Math"/>
                        <w:sz w:val="16"/>
                        <w:szCs w:val="16"/>
                      </w:rPr>
                      <m:t>(s)</m:t>
                    </m:r>
                  </m:sup>
                </m:sSubSup>
              </m:oMath>
            </m:oMathPara>
          </w:p>
        </w:tc>
        <w:tc>
          <w:tcPr>
            <w:tcW w:w="1382" w:type="dxa"/>
            <w:shd w:val="clear" w:color="auto" w:fill="A6A6A6" w:themeFill="background1" w:themeFillShade="A6"/>
          </w:tcPr>
          <w:p w14:paraId="19857C24" w14:textId="77777777" w:rsidR="009B6E1B" w:rsidRPr="00BB0E2A" w:rsidRDefault="00342D17" w:rsidP="00DB4F38">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f</m:t>
                    </m:r>
                  </m:e>
                  <m:sub>
                    <m:r>
                      <m:rPr>
                        <m:sty m:val="bi"/>
                      </m:rPr>
                      <w:rPr>
                        <w:rFonts w:ascii="Cambria Math" w:hAnsi="Cambria Math"/>
                        <w:sz w:val="16"/>
                        <w:szCs w:val="16"/>
                      </w:rPr>
                      <m:t>m</m:t>
                    </m:r>
                  </m:sub>
                  <m:sup>
                    <m:r>
                      <m:rPr>
                        <m:sty m:val="bi"/>
                      </m:rPr>
                      <w:rPr>
                        <w:rFonts w:ascii="Cambria Math" w:hAnsi="Cambria Math"/>
                        <w:sz w:val="16"/>
                        <w:szCs w:val="16"/>
                      </w:rPr>
                      <m:t>(s)</m:t>
                    </m:r>
                  </m:sup>
                </m:sSubSup>
              </m:oMath>
            </m:oMathPara>
          </w:p>
        </w:tc>
        <w:tc>
          <w:tcPr>
            <w:tcW w:w="1391" w:type="dxa"/>
            <w:tcBorders>
              <w:right w:val="single" w:sz="12" w:space="0" w:color="auto"/>
            </w:tcBorders>
            <w:shd w:val="clear" w:color="auto" w:fill="A6A6A6" w:themeFill="background1" w:themeFillShade="A6"/>
          </w:tcPr>
          <w:p w14:paraId="30F8200F" w14:textId="77777777" w:rsidR="009B6E1B" w:rsidRPr="00201791" w:rsidRDefault="00342D17" w:rsidP="00DB4F38">
            <w:pPr>
              <w:spacing w:line="276" w:lineRule="auto"/>
              <w:jc w:val="center"/>
              <w:rPr>
                <w:rFonts w:ascii="Roboto Condensed" w:hAnsi="Roboto Condensed"/>
                <w:b/>
                <w:bCs/>
                <w:sz w:val="16"/>
                <w:szCs w:val="16"/>
              </w:rPr>
            </w:pPr>
            <m:oMathPara>
              <m:oMath>
                <m:sSub>
                  <m:sSubPr>
                    <m:ctrlPr>
                      <w:rPr>
                        <w:rFonts w:ascii="Cambria Math" w:hAnsi="Cambria Math"/>
                        <w:b/>
                        <w:bCs/>
                        <w:i/>
                        <w:sz w:val="16"/>
                        <w:szCs w:val="16"/>
                      </w:rPr>
                    </m:ctrlPr>
                  </m:sSubPr>
                  <m:e>
                    <m:r>
                      <m:rPr>
                        <m:sty m:val="bi"/>
                      </m:rPr>
                      <w:rPr>
                        <w:rFonts w:ascii="Cambria Math" w:hAnsi="Cambria Math"/>
                        <w:sz w:val="16"/>
                        <w:szCs w:val="16"/>
                      </w:rPr>
                      <m:t>Ch</m:t>
                    </m:r>
                  </m:e>
                  <m:sub>
                    <m:r>
                      <m:rPr>
                        <m:sty m:val="bi"/>
                      </m:rPr>
                      <w:rPr>
                        <w:rFonts w:ascii="Cambria Math" w:hAnsi="Cambria Math"/>
                        <w:sz w:val="16"/>
                        <w:szCs w:val="16"/>
                      </w:rPr>
                      <m:t>s</m:t>
                    </m:r>
                  </m:sub>
                </m:sSub>
              </m:oMath>
            </m:oMathPara>
          </w:p>
        </w:tc>
      </w:tr>
      <w:tr w:rsidR="007D392B" w14:paraId="036436B7" w14:textId="77777777" w:rsidTr="000B3715">
        <w:tc>
          <w:tcPr>
            <w:tcW w:w="357" w:type="dxa"/>
            <w:vMerge/>
            <w:tcBorders>
              <w:left w:val="single" w:sz="12" w:space="0" w:color="auto"/>
              <w:bottom w:val="single" w:sz="12" w:space="0" w:color="auto"/>
            </w:tcBorders>
            <w:shd w:val="clear" w:color="auto" w:fill="A6A6A6" w:themeFill="background1" w:themeFillShade="A6"/>
          </w:tcPr>
          <w:p w14:paraId="2F1744ED" w14:textId="77777777" w:rsidR="009B6E1B" w:rsidRPr="00201791" w:rsidRDefault="009B6E1B" w:rsidP="00DB4F38">
            <w:pPr>
              <w:jc w:val="center"/>
              <w:rPr>
                <w:rFonts w:ascii="Roboto Condensed" w:hAnsi="Roboto Condensed"/>
                <w:sz w:val="16"/>
                <w:szCs w:val="16"/>
              </w:rPr>
            </w:pPr>
          </w:p>
        </w:tc>
        <w:tc>
          <w:tcPr>
            <w:tcW w:w="1151" w:type="dxa"/>
            <w:vMerge/>
            <w:tcBorders>
              <w:bottom w:val="single" w:sz="12" w:space="0" w:color="auto"/>
            </w:tcBorders>
            <w:shd w:val="clear" w:color="auto" w:fill="A6A6A6" w:themeFill="background1" w:themeFillShade="A6"/>
          </w:tcPr>
          <w:p w14:paraId="2ABC1636" w14:textId="77777777" w:rsidR="009B6E1B" w:rsidRPr="00201791" w:rsidRDefault="009B6E1B" w:rsidP="00DB4F38">
            <w:pPr>
              <w:jc w:val="center"/>
              <w:rPr>
                <w:rFonts w:ascii="Roboto Condensed" w:hAnsi="Roboto Condensed"/>
                <w:sz w:val="16"/>
                <w:szCs w:val="16"/>
              </w:rPr>
            </w:pPr>
          </w:p>
        </w:tc>
        <w:tc>
          <w:tcPr>
            <w:tcW w:w="1168" w:type="dxa"/>
            <w:vMerge/>
            <w:tcBorders>
              <w:bottom w:val="single" w:sz="12" w:space="0" w:color="auto"/>
            </w:tcBorders>
            <w:shd w:val="clear" w:color="auto" w:fill="A6A6A6" w:themeFill="background1" w:themeFillShade="A6"/>
          </w:tcPr>
          <w:p w14:paraId="0CACCE7E" w14:textId="77777777" w:rsidR="009B6E1B" w:rsidRDefault="009B6E1B" w:rsidP="00DB4F38">
            <w:pPr>
              <w:jc w:val="center"/>
              <w:rPr>
                <w:rFonts w:ascii="Roboto Condensed" w:hAnsi="Roboto Condensed"/>
                <w:sz w:val="16"/>
                <w:szCs w:val="16"/>
              </w:rPr>
            </w:pPr>
          </w:p>
        </w:tc>
        <w:tc>
          <w:tcPr>
            <w:tcW w:w="1628" w:type="dxa"/>
            <w:tcBorders>
              <w:bottom w:val="single" w:sz="12" w:space="0" w:color="auto"/>
            </w:tcBorders>
            <w:shd w:val="clear" w:color="auto" w:fill="A6A6A6" w:themeFill="background1" w:themeFillShade="A6"/>
          </w:tcPr>
          <w:p w14:paraId="5C7A6614" w14:textId="77777777" w:rsidR="009B6E1B" w:rsidRPr="00201791" w:rsidRDefault="009B6E1B" w:rsidP="00DB4F38">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ha</w:t>
            </w:r>
            <w:r>
              <w:rPr>
                <w:rFonts w:ascii="Roboto Condensed" w:hAnsi="Roboto Condensed"/>
                <w:sz w:val="16"/>
                <w:szCs w:val="16"/>
              </w:rPr>
              <w:t>]</w:t>
            </w:r>
          </w:p>
        </w:tc>
        <w:tc>
          <w:tcPr>
            <w:tcW w:w="1119" w:type="dxa"/>
            <w:tcBorders>
              <w:bottom w:val="single" w:sz="12" w:space="0" w:color="auto"/>
            </w:tcBorders>
            <w:shd w:val="clear" w:color="auto" w:fill="A6A6A6" w:themeFill="background1" w:themeFillShade="A6"/>
          </w:tcPr>
          <w:p w14:paraId="5EAAF0D8" w14:textId="77777777" w:rsidR="009B6E1B" w:rsidRPr="00201791" w:rsidRDefault="009B6E1B" w:rsidP="00DB4F38">
            <w:pPr>
              <w:jc w:val="center"/>
              <w:rPr>
                <w:rFonts w:ascii="Roboto Condensed" w:hAnsi="Roboto Condensed"/>
                <w:sz w:val="16"/>
                <w:szCs w:val="16"/>
              </w:rPr>
            </w:pPr>
          </w:p>
        </w:tc>
        <w:tc>
          <w:tcPr>
            <w:tcW w:w="1554" w:type="dxa"/>
            <w:tcBorders>
              <w:bottom w:val="single" w:sz="12" w:space="0" w:color="auto"/>
            </w:tcBorders>
            <w:shd w:val="clear" w:color="auto" w:fill="A6A6A6" w:themeFill="background1" w:themeFillShade="A6"/>
          </w:tcPr>
          <w:p w14:paraId="5EE677AB" w14:textId="77777777" w:rsidR="009B6E1B" w:rsidRPr="00201791" w:rsidRDefault="009B6E1B" w:rsidP="00DB4F38">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os./ha</w:t>
            </w:r>
            <w:r>
              <w:rPr>
                <w:rFonts w:ascii="Roboto Condensed" w:hAnsi="Roboto Condensed"/>
                <w:sz w:val="16"/>
                <w:szCs w:val="16"/>
              </w:rPr>
              <w:t>]</w:t>
            </w:r>
          </w:p>
        </w:tc>
        <w:tc>
          <w:tcPr>
            <w:tcW w:w="1382" w:type="dxa"/>
            <w:tcBorders>
              <w:bottom w:val="single" w:sz="12" w:space="0" w:color="auto"/>
            </w:tcBorders>
            <w:shd w:val="clear" w:color="auto" w:fill="A6A6A6" w:themeFill="background1" w:themeFillShade="A6"/>
          </w:tcPr>
          <w:p w14:paraId="4A89B5DC" w14:textId="77777777" w:rsidR="009B6E1B" w:rsidRDefault="009B6E1B" w:rsidP="00DB4F38">
            <w:pPr>
              <w:jc w:val="center"/>
              <w:rPr>
                <w:rFonts w:ascii="Roboto Condensed" w:hAnsi="Roboto Condensed"/>
                <w:sz w:val="16"/>
                <w:szCs w:val="16"/>
              </w:rPr>
            </w:pPr>
          </w:p>
        </w:tc>
        <w:tc>
          <w:tcPr>
            <w:tcW w:w="1391" w:type="dxa"/>
            <w:tcBorders>
              <w:bottom w:val="single" w:sz="12" w:space="0" w:color="auto"/>
              <w:right w:val="single" w:sz="12" w:space="0" w:color="auto"/>
            </w:tcBorders>
            <w:shd w:val="clear" w:color="auto" w:fill="A6A6A6" w:themeFill="background1" w:themeFillShade="A6"/>
          </w:tcPr>
          <w:p w14:paraId="2012917D" w14:textId="77777777" w:rsidR="009B6E1B" w:rsidRPr="00201791" w:rsidRDefault="009B6E1B" w:rsidP="00DB4F38">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os.</w:t>
            </w:r>
            <w:r>
              <w:rPr>
                <w:rFonts w:ascii="Roboto Condensed" w:hAnsi="Roboto Condensed"/>
                <w:sz w:val="16"/>
                <w:szCs w:val="16"/>
              </w:rPr>
              <w:t>]</w:t>
            </w:r>
          </w:p>
        </w:tc>
      </w:tr>
      <w:tr w:rsidR="0091111C" w14:paraId="171CF626" w14:textId="77777777" w:rsidTr="000B3715">
        <w:tc>
          <w:tcPr>
            <w:tcW w:w="357" w:type="dxa"/>
            <w:vAlign w:val="center"/>
          </w:tcPr>
          <w:p w14:paraId="6CC1AC23" w14:textId="04A30851"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1</w:t>
            </w:r>
          </w:p>
        </w:tc>
        <w:tc>
          <w:tcPr>
            <w:tcW w:w="1151" w:type="dxa"/>
            <w:vAlign w:val="center"/>
          </w:tcPr>
          <w:p w14:paraId="5CF5BBBD" w14:textId="7D82B229"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24SZ</w:t>
            </w:r>
          </w:p>
        </w:tc>
        <w:tc>
          <w:tcPr>
            <w:tcW w:w="1168" w:type="dxa"/>
            <w:vAlign w:val="center"/>
          </w:tcPr>
          <w:p w14:paraId="5A3039C5" w14:textId="19F9CB94" w:rsidR="0091111C" w:rsidRPr="0006238C" w:rsidRDefault="0091111C" w:rsidP="0091111C">
            <w:pPr>
              <w:jc w:val="center"/>
              <w:rPr>
                <w:rFonts w:ascii="Roboto Condensed" w:hAnsi="Roboto Condensed"/>
                <w:sz w:val="16"/>
                <w:szCs w:val="16"/>
              </w:rPr>
            </w:pPr>
            <w:r w:rsidRPr="0091111C">
              <w:rPr>
                <w:rFonts w:ascii="Roboto Condensed" w:hAnsi="Roboto Condensed"/>
                <w:sz w:val="16"/>
                <w:szCs w:val="16"/>
              </w:rPr>
              <w:t>24SZ</w:t>
            </w:r>
          </w:p>
        </w:tc>
        <w:tc>
          <w:tcPr>
            <w:tcW w:w="1628" w:type="dxa"/>
            <w:vAlign w:val="center"/>
          </w:tcPr>
          <w:p w14:paraId="07251AEE" w14:textId="1F03A9D6"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0.3716</w:t>
            </w:r>
          </w:p>
        </w:tc>
        <w:tc>
          <w:tcPr>
            <w:tcW w:w="1119" w:type="dxa"/>
            <w:vAlign w:val="center"/>
          </w:tcPr>
          <w:p w14:paraId="3586C034" w14:textId="6A972BA4"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0.3</w:t>
            </w:r>
          </w:p>
        </w:tc>
        <w:tc>
          <w:tcPr>
            <w:tcW w:w="1554" w:type="dxa"/>
            <w:vAlign w:val="center"/>
          </w:tcPr>
          <w:p w14:paraId="0D885705" w14:textId="4472158F"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16</w:t>
            </w:r>
          </w:p>
        </w:tc>
        <w:tc>
          <w:tcPr>
            <w:tcW w:w="1382" w:type="dxa"/>
            <w:vAlign w:val="center"/>
          </w:tcPr>
          <w:p w14:paraId="427F2346" w14:textId="67B1E6C3"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1</w:t>
            </w:r>
          </w:p>
        </w:tc>
        <w:tc>
          <w:tcPr>
            <w:tcW w:w="1391" w:type="dxa"/>
            <w:vAlign w:val="center"/>
          </w:tcPr>
          <w:p w14:paraId="227900B5" w14:textId="2EEEC28C"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2</w:t>
            </w:r>
          </w:p>
        </w:tc>
      </w:tr>
      <w:tr w:rsidR="0091111C" w14:paraId="7D7FB606" w14:textId="77777777" w:rsidTr="000B3715">
        <w:tc>
          <w:tcPr>
            <w:tcW w:w="357" w:type="dxa"/>
            <w:vAlign w:val="center"/>
          </w:tcPr>
          <w:p w14:paraId="4D1BD3D7" w14:textId="18AA4A6E"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2</w:t>
            </w:r>
          </w:p>
        </w:tc>
        <w:tc>
          <w:tcPr>
            <w:tcW w:w="1151" w:type="dxa"/>
            <w:vAlign w:val="center"/>
          </w:tcPr>
          <w:p w14:paraId="3F9AB63F" w14:textId="57F62212"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30SZ</w:t>
            </w:r>
          </w:p>
        </w:tc>
        <w:tc>
          <w:tcPr>
            <w:tcW w:w="1168" w:type="dxa"/>
            <w:vAlign w:val="center"/>
          </w:tcPr>
          <w:p w14:paraId="2D4E723E" w14:textId="1137BC56" w:rsidR="0091111C" w:rsidRPr="0006238C" w:rsidRDefault="0091111C" w:rsidP="0091111C">
            <w:pPr>
              <w:jc w:val="center"/>
              <w:rPr>
                <w:rFonts w:ascii="Roboto Condensed" w:hAnsi="Roboto Condensed"/>
                <w:sz w:val="16"/>
                <w:szCs w:val="16"/>
              </w:rPr>
            </w:pPr>
          </w:p>
        </w:tc>
        <w:tc>
          <w:tcPr>
            <w:tcW w:w="1628" w:type="dxa"/>
            <w:vAlign w:val="center"/>
          </w:tcPr>
          <w:p w14:paraId="358188D2" w14:textId="1885EAA7"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0.5584</w:t>
            </w:r>
          </w:p>
        </w:tc>
        <w:tc>
          <w:tcPr>
            <w:tcW w:w="1119" w:type="dxa"/>
            <w:vAlign w:val="center"/>
          </w:tcPr>
          <w:p w14:paraId="456AA107" w14:textId="6487C189"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0.3</w:t>
            </w:r>
          </w:p>
        </w:tc>
        <w:tc>
          <w:tcPr>
            <w:tcW w:w="1554" w:type="dxa"/>
            <w:vAlign w:val="center"/>
          </w:tcPr>
          <w:p w14:paraId="26B060FC" w14:textId="47189FCD"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16</w:t>
            </w:r>
          </w:p>
        </w:tc>
        <w:tc>
          <w:tcPr>
            <w:tcW w:w="1382" w:type="dxa"/>
            <w:vAlign w:val="center"/>
          </w:tcPr>
          <w:p w14:paraId="57857C69" w14:textId="16B75F0E"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1</w:t>
            </w:r>
          </w:p>
        </w:tc>
        <w:tc>
          <w:tcPr>
            <w:tcW w:w="1391" w:type="dxa"/>
            <w:vAlign w:val="center"/>
          </w:tcPr>
          <w:p w14:paraId="3702B252" w14:textId="13C65EED"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3</w:t>
            </w:r>
          </w:p>
        </w:tc>
      </w:tr>
      <w:tr w:rsidR="000B3715" w14:paraId="13508F00" w14:textId="77777777" w:rsidTr="000B3715">
        <w:tc>
          <w:tcPr>
            <w:tcW w:w="357" w:type="dxa"/>
            <w:vAlign w:val="center"/>
          </w:tcPr>
          <w:p w14:paraId="21A746EE" w14:textId="148ABBC2" w:rsidR="000B3715" w:rsidRPr="0091111C" w:rsidRDefault="000B3715" w:rsidP="0091111C">
            <w:pPr>
              <w:jc w:val="center"/>
              <w:rPr>
                <w:rFonts w:ascii="Roboto Condensed" w:hAnsi="Roboto Condensed"/>
                <w:sz w:val="16"/>
                <w:szCs w:val="16"/>
              </w:rPr>
            </w:pPr>
            <w:r>
              <w:rPr>
                <w:rFonts w:ascii="Roboto Condensed" w:hAnsi="Roboto Condensed"/>
                <w:sz w:val="16"/>
                <w:szCs w:val="16"/>
              </w:rPr>
              <w:t>3</w:t>
            </w:r>
          </w:p>
        </w:tc>
        <w:tc>
          <w:tcPr>
            <w:tcW w:w="1151" w:type="dxa"/>
            <w:vAlign w:val="center"/>
          </w:tcPr>
          <w:p w14:paraId="2958E7BD" w14:textId="4D562E45" w:rsidR="000B3715" w:rsidRPr="0091111C" w:rsidRDefault="00051CDD" w:rsidP="0091111C">
            <w:pPr>
              <w:jc w:val="center"/>
              <w:rPr>
                <w:rFonts w:ascii="Roboto Condensed" w:hAnsi="Roboto Condensed"/>
                <w:sz w:val="16"/>
                <w:szCs w:val="16"/>
              </w:rPr>
            </w:pPr>
            <w:r>
              <w:rPr>
                <w:rFonts w:ascii="Roboto Condensed" w:hAnsi="Roboto Condensed"/>
                <w:sz w:val="16"/>
                <w:szCs w:val="16"/>
              </w:rPr>
              <w:t>35SZ</w:t>
            </w:r>
          </w:p>
        </w:tc>
        <w:tc>
          <w:tcPr>
            <w:tcW w:w="1168" w:type="dxa"/>
            <w:vAlign w:val="center"/>
          </w:tcPr>
          <w:p w14:paraId="52BEF7E1" w14:textId="3F03BEE8" w:rsidR="000B3715" w:rsidRPr="0091111C" w:rsidRDefault="00051CDD" w:rsidP="0091111C">
            <w:pPr>
              <w:jc w:val="center"/>
              <w:rPr>
                <w:rFonts w:ascii="Roboto Condensed" w:hAnsi="Roboto Condensed"/>
                <w:sz w:val="16"/>
                <w:szCs w:val="16"/>
              </w:rPr>
            </w:pPr>
            <w:r>
              <w:rPr>
                <w:rFonts w:ascii="Roboto Condensed" w:hAnsi="Roboto Condensed"/>
                <w:sz w:val="16"/>
                <w:szCs w:val="16"/>
              </w:rPr>
              <w:t>37SZ</w:t>
            </w:r>
          </w:p>
        </w:tc>
        <w:tc>
          <w:tcPr>
            <w:tcW w:w="1628" w:type="dxa"/>
            <w:vAlign w:val="center"/>
          </w:tcPr>
          <w:p w14:paraId="033851C0" w14:textId="613CD2BE" w:rsidR="000B3715" w:rsidRPr="0091111C" w:rsidRDefault="00051CDD" w:rsidP="0091111C">
            <w:pPr>
              <w:jc w:val="center"/>
              <w:rPr>
                <w:rFonts w:ascii="Roboto Condensed" w:hAnsi="Roboto Condensed"/>
                <w:sz w:val="16"/>
                <w:szCs w:val="16"/>
              </w:rPr>
            </w:pPr>
            <w:r>
              <w:rPr>
                <w:rFonts w:ascii="Roboto Condensed" w:hAnsi="Roboto Condensed"/>
                <w:sz w:val="16"/>
                <w:szCs w:val="16"/>
              </w:rPr>
              <w:t>0.3177</w:t>
            </w:r>
          </w:p>
        </w:tc>
        <w:tc>
          <w:tcPr>
            <w:tcW w:w="1119" w:type="dxa"/>
            <w:vAlign w:val="center"/>
          </w:tcPr>
          <w:p w14:paraId="22A4F284" w14:textId="5B0037ED" w:rsidR="000B3715" w:rsidRPr="0091111C" w:rsidRDefault="00051CDD" w:rsidP="0091111C">
            <w:pPr>
              <w:jc w:val="center"/>
              <w:rPr>
                <w:rFonts w:ascii="Roboto Condensed" w:hAnsi="Roboto Condensed"/>
                <w:sz w:val="16"/>
                <w:szCs w:val="16"/>
              </w:rPr>
            </w:pPr>
            <w:r>
              <w:rPr>
                <w:rFonts w:ascii="Roboto Condensed" w:hAnsi="Roboto Condensed"/>
                <w:sz w:val="16"/>
                <w:szCs w:val="16"/>
              </w:rPr>
              <w:t>0.3</w:t>
            </w:r>
          </w:p>
        </w:tc>
        <w:tc>
          <w:tcPr>
            <w:tcW w:w="1554" w:type="dxa"/>
            <w:vAlign w:val="center"/>
          </w:tcPr>
          <w:p w14:paraId="2CF87B89" w14:textId="4F50D59B" w:rsidR="000B3715" w:rsidRPr="0091111C" w:rsidRDefault="00051CDD" w:rsidP="0091111C">
            <w:pPr>
              <w:jc w:val="center"/>
              <w:rPr>
                <w:rFonts w:ascii="Roboto Condensed" w:hAnsi="Roboto Condensed"/>
                <w:sz w:val="16"/>
                <w:szCs w:val="16"/>
              </w:rPr>
            </w:pPr>
            <w:r>
              <w:rPr>
                <w:rFonts w:ascii="Roboto Condensed" w:hAnsi="Roboto Condensed"/>
                <w:sz w:val="16"/>
                <w:szCs w:val="16"/>
              </w:rPr>
              <w:t>16</w:t>
            </w:r>
          </w:p>
        </w:tc>
        <w:tc>
          <w:tcPr>
            <w:tcW w:w="1382" w:type="dxa"/>
            <w:vAlign w:val="center"/>
          </w:tcPr>
          <w:p w14:paraId="53A80F7C" w14:textId="6B1F8DCC" w:rsidR="000B3715" w:rsidRPr="0091111C" w:rsidRDefault="00051CDD" w:rsidP="0091111C">
            <w:pPr>
              <w:jc w:val="center"/>
              <w:rPr>
                <w:rFonts w:ascii="Roboto Condensed" w:hAnsi="Roboto Condensed"/>
                <w:sz w:val="16"/>
                <w:szCs w:val="16"/>
              </w:rPr>
            </w:pPr>
            <w:r>
              <w:rPr>
                <w:rFonts w:ascii="Roboto Condensed" w:hAnsi="Roboto Condensed"/>
                <w:sz w:val="16"/>
                <w:szCs w:val="16"/>
              </w:rPr>
              <w:t>1</w:t>
            </w:r>
          </w:p>
        </w:tc>
        <w:tc>
          <w:tcPr>
            <w:tcW w:w="1391" w:type="dxa"/>
            <w:vAlign w:val="center"/>
          </w:tcPr>
          <w:p w14:paraId="7166E448" w14:textId="16322B26" w:rsidR="000B3715" w:rsidRPr="0091111C" w:rsidRDefault="00521B93" w:rsidP="0091111C">
            <w:pPr>
              <w:jc w:val="center"/>
              <w:rPr>
                <w:rFonts w:ascii="Roboto Condensed" w:hAnsi="Roboto Condensed"/>
                <w:sz w:val="16"/>
                <w:szCs w:val="16"/>
              </w:rPr>
            </w:pPr>
            <w:r>
              <w:rPr>
                <w:rFonts w:ascii="Roboto Condensed" w:hAnsi="Roboto Condensed"/>
                <w:sz w:val="16"/>
                <w:szCs w:val="16"/>
              </w:rPr>
              <w:t>2</w:t>
            </w:r>
          </w:p>
        </w:tc>
      </w:tr>
      <w:tr w:rsidR="0091111C" w14:paraId="592CB138" w14:textId="77777777" w:rsidTr="000B3715">
        <w:tc>
          <w:tcPr>
            <w:tcW w:w="357" w:type="dxa"/>
            <w:vAlign w:val="center"/>
          </w:tcPr>
          <w:p w14:paraId="2776F3E6" w14:textId="40BCCD9D" w:rsidR="0091111C" w:rsidRPr="00E86EE3" w:rsidRDefault="000B3715" w:rsidP="0091111C">
            <w:pPr>
              <w:jc w:val="center"/>
              <w:rPr>
                <w:rFonts w:ascii="Roboto Condensed" w:hAnsi="Roboto Condensed"/>
                <w:sz w:val="16"/>
                <w:szCs w:val="16"/>
              </w:rPr>
            </w:pPr>
            <w:r>
              <w:rPr>
                <w:rFonts w:ascii="Roboto Condensed" w:hAnsi="Roboto Condensed"/>
                <w:sz w:val="16"/>
                <w:szCs w:val="16"/>
              </w:rPr>
              <w:t>4</w:t>
            </w:r>
          </w:p>
        </w:tc>
        <w:tc>
          <w:tcPr>
            <w:tcW w:w="1151" w:type="dxa"/>
            <w:vAlign w:val="center"/>
          </w:tcPr>
          <w:p w14:paraId="197791CD" w14:textId="40192086"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37SZ</w:t>
            </w:r>
          </w:p>
        </w:tc>
        <w:tc>
          <w:tcPr>
            <w:tcW w:w="1168" w:type="dxa"/>
            <w:vAlign w:val="center"/>
          </w:tcPr>
          <w:p w14:paraId="1B2137BF" w14:textId="1F0182FB" w:rsidR="0091111C" w:rsidRPr="0006238C" w:rsidRDefault="0091111C" w:rsidP="0091111C">
            <w:pPr>
              <w:jc w:val="center"/>
              <w:rPr>
                <w:rFonts w:ascii="Roboto Condensed" w:hAnsi="Roboto Condensed"/>
                <w:sz w:val="16"/>
                <w:szCs w:val="16"/>
              </w:rPr>
            </w:pPr>
            <w:r w:rsidRPr="0091111C">
              <w:rPr>
                <w:rFonts w:ascii="Roboto Condensed" w:hAnsi="Roboto Condensed"/>
                <w:sz w:val="16"/>
                <w:szCs w:val="16"/>
              </w:rPr>
              <w:t>35SZ</w:t>
            </w:r>
          </w:p>
        </w:tc>
        <w:tc>
          <w:tcPr>
            <w:tcW w:w="1628" w:type="dxa"/>
            <w:vAlign w:val="center"/>
          </w:tcPr>
          <w:p w14:paraId="64645ECB" w14:textId="180AA9E8"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0.2075</w:t>
            </w:r>
          </w:p>
        </w:tc>
        <w:tc>
          <w:tcPr>
            <w:tcW w:w="1119" w:type="dxa"/>
            <w:vAlign w:val="center"/>
          </w:tcPr>
          <w:p w14:paraId="79958BBA" w14:textId="6C24F123"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0.3</w:t>
            </w:r>
          </w:p>
        </w:tc>
        <w:tc>
          <w:tcPr>
            <w:tcW w:w="1554" w:type="dxa"/>
            <w:vAlign w:val="center"/>
          </w:tcPr>
          <w:p w14:paraId="791E53AE" w14:textId="6043ACF8"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16</w:t>
            </w:r>
          </w:p>
        </w:tc>
        <w:tc>
          <w:tcPr>
            <w:tcW w:w="1382" w:type="dxa"/>
            <w:vAlign w:val="center"/>
          </w:tcPr>
          <w:p w14:paraId="1B7D36D2" w14:textId="1F4F9D9B"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1</w:t>
            </w:r>
          </w:p>
        </w:tc>
        <w:tc>
          <w:tcPr>
            <w:tcW w:w="1391" w:type="dxa"/>
            <w:vAlign w:val="center"/>
          </w:tcPr>
          <w:p w14:paraId="2DACCC77" w14:textId="4C5E1248" w:rsidR="0091111C" w:rsidRPr="00E86EE3" w:rsidRDefault="0091111C" w:rsidP="0091111C">
            <w:pPr>
              <w:jc w:val="center"/>
              <w:rPr>
                <w:rFonts w:ascii="Roboto Condensed" w:hAnsi="Roboto Condensed"/>
                <w:sz w:val="16"/>
                <w:szCs w:val="16"/>
              </w:rPr>
            </w:pPr>
            <w:r w:rsidRPr="0091111C">
              <w:rPr>
                <w:rFonts w:ascii="Roboto Condensed" w:hAnsi="Roboto Condensed"/>
                <w:sz w:val="16"/>
                <w:szCs w:val="16"/>
              </w:rPr>
              <w:t>1</w:t>
            </w:r>
          </w:p>
        </w:tc>
      </w:tr>
      <w:tr w:rsidR="009B6E1B" w14:paraId="77E4E5AB" w14:textId="77777777" w:rsidTr="000B3715">
        <w:tc>
          <w:tcPr>
            <w:tcW w:w="2676" w:type="dxa"/>
            <w:gridSpan w:val="3"/>
          </w:tcPr>
          <w:p w14:paraId="004E94D4" w14:textId="77777777" w:rsidR="009B6E1B" w:rsidRPr="007534C9" w:rsidRDefault="009B6E1B" w:rsidP="00DB4F38">
            <w:pPr>
              <w:jc w:val="right"/>
              <w:rPr>
                <w:rFonts w:ascii="Roboto Condensed" w:hAnsi="Roboto Condensed"/>
                <w:sz w:val="16"/>
                <w:szCs w:val="16"/>
              </w:rPr>
            </w:pPr>
            <w:r>
              <w:rPr>
                <w:rFonts w:ascii="Roboto Condensed" w:hAnsi="Roboto Condensed"/>
                <w:sz w:val="16"/>
                <w:szCs w:val="16"/>
              </w:rPr>
              <w:t>Suma powierzchni</w:t>
            </w:r>
          </w:p>
        </w:tc>
        <w:tc>
          <w:tcPr>
            <w:tcW w:w="1628" w:type="dxa"/>
            <w:vAlign w:val="center"/>
          </w:tcPr>
          <w:p w14:paraId="61B03838" w14:textId="2908BA37" w:rsidR="009B6E1B" w:rsidRPr="007534C9" w:rsidRDefault="00B41516" w:rsidP="00DB4F38">
            <w:pPr>
              <w:jc w:val="center"/>
              <w:rPr>
                <w:rFonts w:ascii="Roboto Condensed" w:hAnsi="Roboto Condensed"/>
                <w:sz w:val="16"/>
                <w:szCs w:val="16"/>
              </w:rPr>
            </w:pPr>
            <w:r>
              <w:rPr>
                <w:rFonts w:ascii="Roboto Condensed" w:hAnsi="Roboto Condensed"/>
                <w:sz w:val="16"/>
                <w:szCs w:val="16"/>
              </w:rPr>
              <w:t>1,</w:t>
            </w:r>
            <w:r w:rsidR="00DA6759">
              <w:rPr>
                <w:rFonts w:ascii="Roboto Condensed" w:hAnsi="Roboto Condensed"/>
                <w:sz w:val="16"/>
                <w:szCs w:val="16"/>
              </w:rPr>
              <w:t>46</w:t>
            </w:r>
            <w:r w:rsidR="009B6E1B">
              <w:rPr>
                <w:rFonts w:ascii="Roboto Condensed" w:hAnsi="Roboto Condensed"/>
                <w:sz w:val="16"/>
                <w:szCs w:val="16"/>
              </w:rPr>
              <w:t xml:space="preserve"> ha</w:t>
            </w:r>
          </w:p>
        </w:tc>
        <w:tc>
          <w:tcPr>
            <w:tcW w:w="4055" w:type="dxa"/>
            <w:gridSpan w:val="3"/>
            <w:vAlign w:val="center"/>
          </w:tcPr>
          <w:p w14:paraId="4069A6D2" w14:textId="77777777" w:rsidR="009B6E1B" w:rsidRPr="00381695" w:rsidRDefault="009B6E1B" w:rsidP="00DB4F38">
            <w:pPr>
              <w:jc w:val="center"/>
              <w:rPr>
                <w:rFonts w:ascii="Roboto Condensed" w:hAnsi="Roboto Condensed"/>
                <w:sz w:val="16"/>
                <w:szCs w:val="16"/>
              </w:rPr>
            </w:pPr>
            <w:r>
              <w:rPr>
                <w:rFonts w:ascii="Roboto Condensed" w:hAnsi="Roboto Condensed"/>
                <w:sz w:val="16"/>
                <w:szCs w:val="16"/>
              </w:rPr>
              <w:t>Suma chłonności</w:t>
            </w:r>
          </w:p>
        </w:tc>
        <w:tc>
          <w:tcPr>
            <w:tcW w:w="1391" w:type="dxa"/>
            <w:vAlign w:val="center"/>
          </w:tcPr>
          <w:p w14:paraId="30318C6C" w14:textId="3B7C0693" w:rsidR="009B6E1B" w:rsidRPr="007534C9" w:rsidRDefault="00521B93" w:rsidP="00DB4F38">
            <w:pPr>
              <w:jc w:val="center"/>
              <w:rPr>
                <w:rFonts w:ascii="Roboto Condensed" w:hAnsi="Roboto Condensed"/>
                <w:sz w:val="16"/>
                <w:szCs w:val="16"/>
              </w:rPr>
            </w:pPr>
            <w:r>
              <w:rPr>
                <w:rFonts w:ascii="Roboto Condensed" w:hAnsi="Roboto Condensed"/>
                <w:sz w:val="16"/>
                <w:szCs w:val="16"/>
              </w:rPr>
              <w:t>8</w:t>
            </w:r>
          </w:p>
        </w:tc>
      </w:tr>
    </w:tbl>
    <w:p w14:paraId="5AEDBA38" w14:textId="357AC30C" w:rsidR="003067E8" w:rsidRPr="00542E81" w:rsidRDefault="003067E8" w:rsidP="00542E81">
      <w:pPr>
        <w:ind w:left="142"/>
        <w:rPr>
          <w:rFonts w:ascii="Roboto Condensed" w:hAnsi="Roboto Condensed"/>
          <w:i/>
          <w:iCs/>
          <w:sz w:val="20"/>
        </w:rPr>
      </w:pPr>
      <w:r w:rsidRPr="004A536D">
        <w:rPr>
          <w:rFonts w:ascii="Roboto Condensed" w:hAnsi="Roboto Condensed"/>
          <w:i/>
          <w:iCs/>
          <w:sz w:val="20"/>
        </w:rPr>
        <w:t xml:space="preserve">Powyższa tabela nie ujmuje stref, na których nie zidentyfikowano terenów niezabudowanych i luk w zabudowie istniejącej.  </w:t>
      </w:r>
    </w:p>
    <w:p w14:paraId="392A6EC0" w14:textId="6EC21FE7" w:rsidR="00496548" w:rsidRPr="00496548" w:rsidRDefault="00496548" w:rsidP="00E13D75">
      <w:pPr>
        <w:spacing w:before="120"/>
        <w:ind w:left="142"/>
        <w:jc w:val="both"/>
        <w:rPr>
          <w:rFonts w:ascii="Roboto Condensed" w:hAnsi="Roboto Condensed"/>
          <w:sz w:val="20"/>
        </w:rPr>
      </w:pPr>
      <w:r w:rsidRPr="00496548">
        <w:rPr>
          <w:rFonts w:ascii="Roboto Condensed" w:hAnsi="Roboto Condensed"/>
          <w:sz w:val="20"/>
        </w:rPr>
        <w:t>Tabela przedstawia oszacowaną chłonność terenów niezabudowanych oraz luk w istniejącej zabudowie w granicach stref wielofunkcyjnych z zabudową zagrodową (SZ). Ujęto w niej trzy strefy: 24SZ, 30SZ</w:t>
      </w:r>
      <w:r w:rsidR="000F7C9B">
        <w:rPr>
          <w:rFonts w:ascii="Roboto Condensed" w:hAnsi="Roboto Condensed"/>
          <w:sz w:val="20"/>
        </w:rPr>
        <w:t>, 35SZ</w:t>
      </w:r>
      <w:r w:rsidRPr="00496548">
        <w:rPr>
          <w:rFonts w:ascii="Roboto Condensed" w:hAnsi="Roboto Condensed"/>
          <w:sz w:val="20"/>
        </w:rPr>
        <w:t xml:space="preserve"> oraz 37SZ, o łącznej powierzchni 1,</w:t>
      </w:r>
      <w:r w:rsidR="002A790A">
        <w:rPr>
          <w:rFonts w:ascii="Roboto Condensed" w:hAnsi="Roboto Condensed"/>
          <w:sz w:val="20"/>
        </w:rPr>
        <w:t>46</w:t>
      </w:r>
      <w:r w:rsidRPr="00496548">
        <w:rPr>
          <w:rFonts w:ascii="Roboto Condensed" w:hAnsi="Roboto Condensed"/>
          <w:sz w:val="20"/>
        </w:rPr>
        <w:t xml:space="preserve"> ha.</w:t>
      </w:r>
    </w:p>
    <w:p w14:paraId="6FAD24A7" w14:textId="579D1C49" w:rsidR="00496548" w:rsidRPr="00496548" w:rsidRDefault="00496548" w:rsidP="00E13D75">
      <w:pPr>
        <w:spacing w:before="120"/>
        <w:ind w:left="142"/>
        <w:jc w:val="both"/>
        <w:rPr>
          <w:rFonts w:ascii="Roboto Condensed" w:hAnsi="Roboto Condensed"/>
          <w:sz w:val="20"/>
        </w:rPr>
      </w:pPr>
      <w:r w:rsidRPr="00496548">
        <w:rPr>
          <w:rFonts w:ascii="Roboto Condensed" w:hAnsi="Roboto Condensed"/>
          <w:sz w:val="20"/>
        </w:rPr>
        <w:t>Dla wszystkich jednostek przyjęto jednolite parametry planistyczne: maksymalną intensywność zabudowy równą 0,3, wskaźnik chłonności odpowiadający 16 os./ha oraz pełny udział funkcji mieszkaniowej (fₘ = 1).</w:t>
      </w:r>
    </w:p>
    <w:p w14:paraId="7A429155" w14:textId="542E3B75" w:rsidR="003067E8" w:rsidRDefault="00496548" w:rsidP="00E13D75">
      <w:pPr>
        <w:spacing w:before="120"/>
        <w:ind w:left="142"/>
        <w:jc w:val="both"/>
        <w:rPr>
          <w:rFonts w:ascii="Roboto Condensed" w:hAnsi="Roboto Condensed"/>
          <w:sz w:val="20"/>
        </w:rPr>
      </w:pPr>
      <w:r w:rsidRPr="00496548">
        <w:rPr>
          <w:rFonts w:ascii="Roboto Condensed" w:hAnsi="Roboto Condensed"/>
          <w:sz w:val="20"/>
        </w:rPr>
        <w:t>Podsumowując, strefy wielofunkcyjne z zabudową zagrodową odgrywają w strukturze przestrzennej rolę uzupełniającą, a ich wpływ na ogólną chłonność obszaru jest niewielki i ogranicza się do lokalnych, punktowych możliwości rozwoju zabudowy w ramach istniejących układów osadniczych.</w:t>
      </w:r>
    </w:p>
    <w:p w14:paraId="3EB0BD59" w14:textId="77777777" w:rsidR="00D04E1C" w:rsidRDefault="00D04E1C" w:rsidP="00542E81">
      <w:pPr>
        <w:spacing w:before="120" w:after="120"/>
        <w:ind w:left="142"/>
        <w:jc w:val="both"/>
        <w:rPr>
          <w:rFonts w:ascii="Roboto Condensed" w:hAnsi="Roboto Condensed"/>
          <w:color w:val="FFC000"/>
          <w:sz w:val="20"/>
        </w:rPr>
      </w:pPr>
      <w:r w:rsidRPr="00B61ACC">
        <w:rPr>
          <w:rFonts w:ascii="Roboto Condensed" w:hAnsi="Roboto Condensed"/>
          <w:sz w:val="20"/>
        </w:rPr>
        <w:t>Chłonność terenów niezabudowanych, w tym luk w istniejącej zabudowie w strefach planistycznych SJ i SZ:</w:t>
      </w:r>
    </w:p>
    <w:tbl>
      <w:tblPr>
        <w:tblStyle w:val="Tabela-Siatka"/>
        <w:tblW w:w="0" w:type="auto"/>
        <w:jc w:val="center"/>
        <w:tblLook w:val="04A0" w:firstRow="1" w:lastRow="0" w:firstColumn="1" w:lastColumn="0" w:noHBand="0" w:noVBand="1"/>
      </w:tblPr>
      <w:tblGrid>
        <w:gridCol w:w="3539"/>
        <w:gridCol w:w="1236"/>
      </w:tblGrid>
      <w:tr w:rsidR="00D04E1C" w:rsidRPr="00A476F3" w14:paraId="622DB1B9" w14:textId="77777777" w:rsidTr="00DB4F38">
        <w:trPr>
          <w:jc w:val="center"/>
        </w:trPr>
        <w:tc>
          <w:tcPr>
            <w:tcW w:w="3539" w:type="dxa"/>
          </w:tcPr>
          <w:p w14:paraId="1D5CC518" w14:textId="77777777" w:rsidR="00D04E1C" w:rsidRPr="00B61ACC" w:rsidRDefault="00D04E1C" w:rsidP="00DB4F38">
            <w:pPr>
              <w:jc w:val="both"/>
              <w:rPr>
                <w:rFonts w:ascii="Roboto Condensed" w:hAnsi="Roboto Condensed"/>
                <w:sz w:val="20"/>
              </w:rPr>
            </w:pPr>
            <w:r w:rsidRPr="00B61ACC">
              <w:rPr>
                <w:rFonts w:ascii="Roboto Condensed" w:hAnsi="Roboto Condensed"/>
                <w:sz w:val="20"/>
              </w:rPr>
              <w:t>Suma chłonności dla stref SJ</w:t>
            </w:r>
          </w:p>
        </w:tc>
        <w:tc>
          <w:tcPr>
            <w:tcW w:w="1236" w:type="dxa"/>
          </w:tcPr>
          <w:p w14:paraId="0B01E152" w14:textId="38839240" w:rsidR="00D04E1C" w:rsidRPr="00B61ACC" w:rsidRDefault="00D04E1C" w:rsidP="00DB4F38">
            <w:pPr>
              <w:jc w:val="both"/>
              <w:rPr>
                <w:rFonts w:ascii="Roboto Condensed" w:hAnsi="Roboto Condensed"/>
                <w:sz w:val="20"/>
              </w:rPr>
            </w:pPr>
            <w:r w:rsidRPr="00B61ACC">
              <w:rPr>
                <w:rFonts w:ascii="Roboto Condensed" w:hAnsi="Roboto Condensed"/>
                <w:sz w:val="20"/>
              </w:rPr>
              <w:t xml:space="preserve"> </w:t>
            </w:r>
            <w:r w:rsidR="00E13D75">
              <w:rPr>
                <w:rFonts w:ascii="Roboto Condensed" w:hAnsi="Roboto Condensed"/>
                <w:sz w:val="20"/>
              </w:rPr>
              <w:t>1416</w:t>
            </w:r>
            <w:r w:rsidRPr="00B61ACC">
              <w:rPr>
                <w:rFonts w:ascii="Roboto Condensed" w:hAnsi="Roboto Condensed"/>
                <w:sz w:val="20"/>
              </w:rPr>
              <w:t xml:space="preserve"> os.</w:t>
            </w:r>
          </w:p>
        </w:tc>
      </w:tr>
      <w:tr w:rsidR="00D04E1C" w:rsidRPr="00A476F3" w14:paraId="38A747D0" w14:textId="77777777" w:rsidTr="00DB4F38">
        <w:trPr>
          <w:jc w:val="center"/>
        </w:trPr>
        <w:tc>
          <w:tcPr>
            <w:tcW w:w="3539" w:type="dxa"/>
          </w:tcPr>
          <w:p w14:paraId="0E07E31F" w14:textId="77777777" w:rsidR="00D04E1C" w:rsidRPr="00B61ACC" w:rsidRDefault="00D04E1C" w:rsidP="00DB4F38">
            <w:pPr>
              <w:jc w:val="both"/>
              <w:rPr>
                <w:rFonts w:ascii="Roboto Condensed" w:hAnsi="Roboto Condensed"/>
                <w:sz w:val="20"/>
              </w:rPr>
            </w:pPr>
            <w:r w:rsidRPr="00B61ACC">
              <w:rPr>
                <w:rFonts w:ascii="Roboto Condensed" w:hAnsi="Roboto Condensed"/>
                <w:sz w:val="20"/>
              </w:rPr>
              <w:t>Suma chłonności dla stref SZ</w:t>
            </w:r>
          </w:p>
        </w:tc>
        <w:tc>
          <w:tcPr>
            <w:tcW w:w="1236" w:type="dxa"/>
          </w:tcPr>
          <w:p w14:paraId="5FA0D8BA" w14:textId="70D52569" w:rsidR="00D04E1C" w:rsidRPr="00B61ACC" w:rsidRDefault="00D04E1C" w:rsidP="00DB4F38">
            <w:pPr>
              <w:jc w:val="both"/>
              <w:rPr>
                <w:rFonts w:ascii="Roboto Condensed" w:hAnsi="Roboto Condensed"/>
                <w:sz w:val="20"/>
              </w:rPr>
            </w:pPr>
            <w:r w:rsidRPr="00B61ACC">
              <w:rPr>
                <w:rFonts w:ascii="Roboto Condensed" w:hAnsi="Roboto Condensed"/>
                <w:sz w:val="20"/>
              </w:rPr>
              <w:t xml:space="preserve"> </w:t>
            </w:r>
            <w:r w:rsidR="002A790A">
              <w:rPr>
                <w:rFonts w:ascii="Roboto Condensed" w:hAnsi="Roboto Condensed"/>
                <w:sz w:val="20"/>
              </w:rPr>
              <w:t>8</w:t>
            </w:r>
            <w:r w:rsidRPr="00B61ACC">
              <w:rPr>
                <w:rFonts w:ascii="Roboto Condensed" w:hAnsi="Roboto Condensed"/>
                <w:sz w:val="20"/>
              </w:rPr>
              <w:t xml:space="preserve"> os.</w:t>
            </w:r>
          </w:p>
        </w:tc>
      </w:tr>
      <w:tr w:rsidR="00D04E1C" w:rsidRPr="00A476F3" w14:paraId="0FB7E748" w14:textId="77777777" w:rsidTr="00DB4F38">
        <w:trPr>
          <w:jc w:val="center"/>
        </w:trPr>
        <w:tc>
          <w:tcPr>
            <w:tcW w:w="3539" w:type="dxa"/>
          </w:tcPr>
          <w:p w14:paraId="047AD427" w14:textId="77777777" w:rsidR="00D04E1C" w:rsidRPr="00B61ACC" w:rsidRDefault="00D04E1C" w:rsidP="001A35EE">
            <w:pPr>
              <w:spacing w:after="60"/>
              <w:jc w:val="both"/>
              <w:rPr>
                <w:rFonts w:ascii="Roboto Condensed" w:hAnsi="Roboto Condensed"/>
                <w:sz w:val="20"/>
              </w:rPr>
            </w:pPr>
            <w:r w:rsidRPr="00B61ACC">
              <w:rPr>
                <w:rFonts w:ascii="Roboto Condensed" w:eastAsiaTheme="minorEastAsia" w:hAnsi="Roboto Condensed"/>
                <w:sz w:val="20"/>
                <w:szCs w:val="20"/>
              </w:rPr>
              <w:t xml:space="preserve">Łączna chłonność dla całej gminy - </w:t>
            </w:r>
            <m:oMath>
              <m:sSub>
                <m:sSubPr>
                  <m:ctrlPr>
                    <w:rPr>
                      <w:rFonts w:ascii="Cambria Math" w:hAnsi="Cambria Math"/>
                      <w:i/>
                    </w:rPr>
                  </m:ctrlPr>
                </m:sSubPr>
                <m:e>
                  <m:r>
                    <w:rPr>
                      <w:rFonts w:ascii="Cambria Math" w:hAnsi="Cambria Math"/>
                    </w:rPr>
                    <m:t>Ch</m:t>
                  </m:r>
                </m:e>
                <m:sub>
                  <m:r>
                    <w:rPr>
                      <w:rFonts w:ascii="Cambria Math" w:hAnsi="Cambria Math"/>
                    </w:rPr>
                    <m:t>gm</m:t>
                  </m:r>
                </m:sub>
              </m:sSub>
            </m:oMath>
          </w:p>
        </w:tc>
        <w:tc>
          <w:tcPr>
            <w:tcW w:w="1236" w:type="dxa"/>
          </w:tcPr>
          <w:p w14:paraId="77298A9F" w14:textId="54C3791D" w:rsidR="00D04E1C" w:rsidRPr="00B61ACC" w:rsidRDefault="001A35EE" w:rsidP="00DB4F38">
            <w:pPr>
              <w:jc w:val="both"/>
              <w:rPr>
                <w:rFonts w:ascii="Roboto Condensed" w:hAnsi="Roboto Condensed"/>
                <w:sz w:val="20"/>
              </w:rPr>
            </w:pPr>
            <w:r>
              <w:rPr>
                <w:rFonts w:ascii="Roboto Condensed" w:hAnsi="Roboto Condensed"/>
                <w:sz w:val="20"/>
              </w:rPr>
              <w:t xml:space="preserve"> 1424</w:t>
            </w:r>
            <w:r w:rsidR="00D04E1C" w:rsidRPr="00B61ACC">
              <w:rPr>
                <w:rFonts w:ascii="Roboto Condensed" w:hAnsi="Roboto Condensed"/>
                <w:sz w:val="20"/>
              </w:rPr>
              <w:t xml:space="preserve"> os.</w:t>
            </w:r>
          </w:p>
        </w:tc>
      </w:tr>
    </w:tbl>
    <w:p w14:paraId="1D306FD4" w14:textId="77777777" w:rsidR="00D04E1C" w:rsidRPr="00B61ACC" w:rsidRDefault="00D04E1C" w:rsidP="00D04E1C">
      <w:pPr>
        <w:spacing w:before="120" w:after="120"/>
        <w:ind w:left="142"/>
        <w:jc w:val="both"/>
        <w:rPr>
          <w:rFonts w:ascii="Roboto Condensed" w:hAnsi="Roboto Condensed"/>
          <w:sz w:val="20"/>
        </w:rPr>
      </w:pPr>
      <w:r w:rsidRPr="00B61ACC">
        <w:rPr>
          <w:rFonts w:ascii="Roboto Condensed" w:hAnsi="Roboto Condensed"/>
          <w:sz w:val="20"/>
        </w:rPr>
        <w:t xml:space="preserve">Zgodnie z wyliczonym zapotrzebowaniem na nową zabudowę mieszkaniową w gminie - ZAP (patrz: </w:t>
      </w:r>
      <w:hyperlink w:anchor="_2.25._Zapotrzebowanie_na" w:history="1">
        <w:r w:rsidRPr="00B61ACC">
          <w:rPr>
            <w:rStyle w:val="Hipercze"/>
            <w:rFonts w:ascii="Roboto Condensed" w:hAnsi="Roboto Condensed"/>
            <w:color w:val="auto"/>
            <w:sz w:val="20"/>
          </w:rPr>
          <w:t>2.25. Zapotrzebowanie na nową zabudowę mieszkaniową w gminie</w:t>
        </w:r>
      </w:hyperlink>
      <w:r w:rsidRPr="00B61ACC">
        <w:rPr>
          <w:rFonts w:ascii="Roboto Condensed" w:hAnsi="Roboto Condensed"/>
          <w:sz w:val="20"/>
        </w:rPr>
        <w:t xml:space="preserve">) wynoszącym 2094 osoby procent zapotrzebowania na nową zabudowę w terenach niezabudowanych, w tym luk w istniejącej zabudowie w strefach planistycznych według wzoru: </w:t>
      </w:r>
    </w:p>
    <w:p w14:paraId="663ED41B" w14:textId="77777777" w:rsidR="00D04E1C" w:rsidRPr="00B61ACC" w:rsidRDefault="00342D17" w:rsidP="00D04E1C">
      <w:pPr>
        <w:ind w:left="142"/>
        <w:jc w:val="both"/>
        <w:rPr>
          <w:rFonts w:ascii="Roboto Condensed" w:hAnsi="Roboto Condensed"/>
          <w:sz w:val="20"/>
        </w:rPr>
      </w:pPr>
      <m:oMathPara>
        <m:oMath>
          <m:sSub>
            <m:sSubPr>
              <m:ctrlPr>
                <w:rPr>
                  <w:rFonts w:ascii="Cambria Math" w:hAnsi="Cambria Math"/>
                  <w:i/>
                </w:rPr>
              </m:ctrlPr>
            </m:sSubPr>
            <m:e>
              <m:r>
                <w:rPr>
                  <w:rFonts w:ascii="Cambria Math" w:hAnsi="Cambria Math"/>
                </w:rPr>
                <m:t>ZAP</m:t>
              </m:r>
            </m:e>
            <m:sub>
              <m:r>
                <w:rPr>
                  <w:rFonts w:ascii="Cambria Math" w:hAnsi="Cambria Math"/>
                </w:rPr>
                <m: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Ch</m:t>
                  </m:r>
                </m:e>
                <m:sub>
                  <m:r>
                    <w:rPr>
                      <w:rFonts w:ascii="Cambria Math" w:hAnsi="Cambria Math"/>
                    </w:rPr>
                    <m:t>gm</m:t>
                  </m:r>
                </m:sub>
              </m:sSub>
            </m:num>
            <m:den>
              <m:r>
                <w:rPr>
                  <w:rFonts w:ascii="Cambria Math" w:hAnsi="Cambria Math"/>
                </w:rPr>
                <m:t>ZAP</m:t>
              </m:r>
            </m:den>
          </m:f>
          <m:r>
            <w:rPr>
              <w:rFonts w:ascii="Cambria Math" w:hAnsi="Cambria Math"/>
            </w:rPr>
            <m:t>*100%</m:t>
          </m:r>
        </m:oMath>
      </m:oMathPara>
    </w:p>
    <w:p w14:paraId="135C0393" w14:textId="77777777" w:rsidR="00D04E1C" w:rsidRPr="00B61ACC" w:rsidRDefault="00D04E1C" w:rsidP="00D04E1C">
      <w:pPr>
        <w:ind w:left="142"/>
        <w:rPr>
          <w:rFonts w:ascii="Roboto Condensed" w:hAnsi="Roboto Condensed"/>
          <w:sz w:val="20"/>
        </w:rPr>
      </w:pPr>
      <w:r w:rsidRPr="00B61ACC">
        <w:rPr>
          <w:rFonts w:ascii="Roboto Condensed" w:hAnsi="Roboto Condensed"/>
          <w:sz w:val="20"/>
        </w:rPr>
        <w:t>Gdzie:</w:t>
      </w:r>
    </w:p>
    <w:p w14:paraId="4C01EA3B" w14:textId="77777777" w:rsidR="00D04E1C" w:rsidRPr="00B61ACC" w:rsidRDefault="00342D17" w:rsidP="00D04E1C">
      <w:pPr>
        <w:spacing w:line="276" w:lineRule="auto"/>
        <w:ind w:left="284"/>
        <w:rPr>
          <w:rFonts w:ascii="Roboto Condensed" w:hAnsi="Roboto Condensed"/>
          <w:i/>
          <w:sz w:val="20"/>
        </w:rPr>
      </w:pPr>
      <m:oMath>
        <m:sSub>
          <m:sSubPr>
            <m:ctrlPr>
              <w:rPr>
                <w:rFonts w:ascii="Cambria Math" w:hAnsi="Cambria Math"/>
                <w:i/>
              </w:rPr>
            </m:ctrlPr>
          </m:sSubPr>
          <m:e>
            <m:r>
              <w:rPr>
                <w:rFonts w:ascii="Cambria Math" w:hAnsi="Cambria Math"/>
              </w:rPr>
              <m:t>ZAP</m:t>
            </m:r>
          </m:e>
          <m:sub>
            <m:r>
              <w:rPr>
                <w:rFonts w:ascii="Cambria Math" w:hAnsi="Cambria Math"/>
              </w:rPr>
              <m:t>%</m:t>
            </m:r>
          </m:sub>
        </m:sSub>
      </m:oMath>
      <w:r w:rsidR="00D04E1C" w:rsidRPr="00B61ACC">
        <w:rPr>
          <w:rFonts w:ascii="Roboto Condensed" w:hAnsi="Roboto Condensed"/>
          <w:i/>
          <w:sz w:val="20"/>
        </w:rPr>
        <w:t xml:space="preserve"> – procent zapotrzebowania na nową zabudowę w terenach niezabudowanych</w:t>
      </w:r>
    </w:p>
    <w:p w14:paraId="0083AC62" w14:textId="77777777" w:rsidR="00D04E1C" w:rsidRPr="00B61ACC" w:rsidRDefault="00342D17" w:rsidP="00D04E1C">
      <w:pPr>
        <w:ind w:left="284"/>
        <w:rPr>
          <w:rFonts w:ascii="Roboto Condensed" w:hAnsi="Roboto Condensed"/>
          <w:i/>
          <w:sz w:val="20"/>
        </w:rPr>
      </w:pPr>
      <m:oMath>
        <m:sSub>
          <m:sSubPr>
            <m:ctrlPr>
              <w:rPr>
                <w:rFonts w:ascii="Cambria Math" w:hAnsi="Cambria Math"/>
                <w:i/>
              </w:rPr>
            </m:ctrlPr>
          </m:sSubPr>
          <m:e>
            <m:r>
              <w:rPr>
                <w:rFonts w:ascii="Cambria Math" w:hAnsi="Cambria Math"/>
              </w:rPr>
              <m:t>Ch</m:t>
            </m:r>
          </m:e>
          <m:sub>
            <m:r>
              <w:rPr>
                <w:rFonts w:ascii="Cambria Math" w:hAnsi="Cambria Math"/>
              </w:rPr>
              <m:t>gm</m:t>
            </m:r>
          </m:sub>
        </m:sSub>
      </m:oMath>
      <w:r w:rsidR="00D04E1C" w:rsidRPr="00B61ACC">
        <w:rPr>
          <w:rFonts w:ascii="Roboto Condensed" w:hAnsi="Roboto Condensed"/>
          <w:i/>
          <w:sz w:val="20"/>
        </w:rPr>
        <w:t>– chłonność terenów niezabudowanych, w tym luk w istniejącej zabudowie</w:t>
      </w:r>
    </w:p>
    <w:p w14:paraId="5678E200" w14:textId="77777777" w:rsidR="00D04E1C" w:rsidRPr="00B61ACC" w:rsidRDefault="00D04E1C" w:rsidP="00D04E1C">
      <w:pPr>
        <w:spacing w:after="120"/>
        <w:ind w:left="284"/>
        <w:rPr>
          <w:rFonts w:ascii="Roboto Condensed" w:hAnsi="Roboto Condensed"/>
          <w:sz w:val="20"/>
        </w:rPr>
      </w:pPr>
      <m:oMath>
        <m:r>
          <w:rPr>
            <w:rFonts w:ascii="Cambria Math" w:hAnsi="Cambria Math"/>
          </w:rPr>
          <m:t>ZAP</m:t>
        </m:r>
      </m:oMath>
      <w:r w:rsidRPr="00B61ACC">
        <w:rPr>
          <w:rFonts w:ascii="Roboto Condensed" w:hAnsi="Roboto Condensed"/>
          <w:i/>
          <w:sz w:val="20"/>
        </w:rPr>
        <w:t xml:space="preserve"> – zapotrzebowanie na nową zabudowę obliczoną wg. §3 ust. 2 rozporządzenia </w:t>
      </w:r>
    </w:p>
    <w:p w14:paraId="7682EEE4" w14:textId="6E86E6B1" w:rsidR="00D04E1C" w:rsidRPr="00B61ACC" w:rsidRDefault="00342D17" w:rsidP="00D04E1C">
      <w:pPr>
        <w:ind w:left="142"/>
        <w:jc w:val="center"/>
        <w:rPr>
          <w:rFonts w:ascii="Roboto Condensed" w:hAnsi="Roboto Condensed"/>
          <w:sz w:val="20"/>
        </w:rPr>
      </w:pPr>
      <m:oMathPara>
        <m:oMath>
          <m:sSub>
            <m:sSubPr>
              <m:ctrlPr>
                <w:rPr>
                  <w:rFonts w:ascii="Cambria Math" w:hAnsi="Cambria Math"/>
                  <w:i/>
                </w:rPr>
              </m:ctrlPr>
            </m:sSubPr>
            <m:e>
              <m:r>
                <w:rPr>
                  <w:rFonts w:ascii="Cambria Math" w:hAnsi="Cambria Math"/>
                </w:rPr>
                <m:t>ZAP</m:t>
              </m:r>
            </m:e>
            <m:sub>
              <m:r>
                <w:rPr>
                  <w:rFonts w:ascii="Cambria Math" w:hAnsi="Cambria Math"/>
                </w:rPr>
                <m:t>%</m:t>
              </m:r>
            </m:sub>
          </m:sSub>
          <m:r>
            <w:rPr>
              <w:rFonts w:ascii="Cambria Math" w:hAnsi="Cambria Math"/>
            </w:rPr>
            <m:t>=</m:t>
          </m:r>
          <m:f>
            <m:fPr>
              <m:ctrlPr>
                <w:rPr>
                  <w:rFonts w:ascii="Cambria Math" w:hAnsi="Cambria Math"/>
                  <w:i/>
                </w:rPr>
              </m:ctrlPr>
            </m:fPr>
            <m:num>
              <m:r>
                <w:rPr>
                  <w:rFonts w:ascii="Cambria Math" w:hAnsi="Cambria Math"/>
                </w:rPr>
                <m:t>1424</m:t>
              </m:r>
            </m:num>
            <m:den>
              <m:r>
                <w:rPr>
                  <w:rFonts w:ascii="Cambria Math" w:hAnsi="Cambria Math"/>
                </w:rPr>
                <m:t>1114</m:t>
              </m:r>
            </m:den>
          </m:f>
          <m:r>
            <w:rPr>
              <w:rFonts w:ascii="Cambria Math" w:hAnsi="Cambria Math"/>
            </w:rPr>
            <m:t>*100%</m:t>
          </m:r>
        </m:oMath>
      </m:oMathPara>
    </w:p>
    <w:p w14:paraId="1813A4C8" w14:textId="77777777" w:rsidR="00D04E1C" w:rsidRPr="00B61ACC" w:rsidRDefault="00D04E1C" w:rsidP="00542E81">
      <w:pPr>
        <w:jc w:val="both"/>
        <w:rPr>
          <w:rFonts w:ascii="Roboto Condensed" w:hAnsi="Roboto Condensed"/>
          <w:sz w:val="20"/>
        </w:rPr>
      </w:pPr>
    </w:p>
    <w:p w14:paraId="44A53B30" w14:textId="7F63B708" w:rsidR="00D04E1C" w:rsidRPr="00B61ACC" w:rsidRDefault="00342D17" w:rsidP="00D04E1C">
      <w:pPr>
        <w:spacing w:line="276" w:lineRule="auto"/>
        <w:ind w:left="142"/>
        <w:jc w:val="both"/>
        <w:rPr>
          <w:rFonts w:ascii="Roboto Condensed" w:hAnsi="Roboto Condensed"/>
          <w:sz w:val="20"/>
        </w:rPr>
      </w:pPr>
      <m:oMathPara>
        <m:oMath>
          <m:sSub>
            <m:sSubPr>
              <m:ctrlPr>
                <w:rPr>
                  <w:rFonts w:ascii="Cambria Math" w:hAnsi="Cambria Math"/>
                  <w:i/>
                </w:rPr>
              </m:ctrlPr>
            </m:sSubPr>
            <m:e>
              <m:r>
                <w:rPr>
                  <w:rFonts w:ascii="Cambria Math" w:hAnsi="Cambria Math"/>
                </w:rPr>
                <m:t>ZAP</m:t>
              </m:r>
            </m:e>
            <m:sub>
              <m:r>
                <w:rPr>
                  <w:rFonts w:ascii="Cambria Math" w:hAnsi="Cambria Math"/>
                </w:rPr>
                <m:t>%</m:t>
              </m:r>
            </m:sub>
          </m:sSub>
          <m:r>
            <w:rPr>
              <w:rFonts w:ascii="Cambria Math" w:hAnsi="Cambria Math"/>
            </w:rPr>
            <m:t>= 127,83 %</m:t>
          </m:r>
        </m:oMath>
      </m:oMathPara>
    </w:p>
    <w:p w14:paraId="11DC7290" w14:textId="77777777" w:rsidR="00D04E1C" w:rsidRPr="00B61ACC" w:rsidRDefault="00D04E1C" w:rsidP="00D04E1C">
      <w:pPr>
        <w:ind w:left="142"/>
        <w:jc w:val="both"/>
        <w:rPr>
          <w:rFonts w:ascii="Roboto Condensed" w:hAnsi="Roboto Condensed"/>
          <w:sz w:val="20"/>
        </w:rPr>
      </w:pPr>
    </w:p>
    <w:p w14:paraId="5123B4C9" w14:textId="0F5F94C9" w:rsidR="00D04E1C" w:rsidRPr="00B61ACC" w:rsidRDefault="0052195B" w:rsidP="00D04E1C">
      <w:pPr>
        <w:spacing w:line="276" w:lineRule="auto"/>
        <w:ind w:left="142"/>
        <w:jc w:val="both"/>
        <w:rPr>
          <w:rFonts w:ascii="Roboto Condensed" w:hAnsi="Roboto Condensed"/>
          <w:sz w:val="20"/>
        </w:rPr>
      </w:pPr>
      <m:oMathPara>
        <m:oMath>
          <m:r>
            <w:rPr>
              <w:rFonts w:ascii="Cambria Math" w:hAnsi="Cambria Math"/>
            </w:rPr>
            <w:lastRenderedPageBreak/>
            <m:t>127,83 %&lt;130 %</m:t>
          </m:r>
        </m:oMath>
      </m:oMathPara>
    </w:p>
    <w:p w14:paraId="61DB5EE1" w14:textId="6419BEEF" w:rsidR="00D04E1C" w:rsidRDefault="00D04E1C" w:rsidP="00D04E1C">
      <w:pPr>
        <w:spacing w:before="120" w:after="120"/>
        <w:ind w:left="142"/>
        <w:jc w:val="both"/>
        <w:rPr>
          <w:rFonts w:ascii="Roboto Condensed" w:hAnsi="Roboto Condensed"/>
          <w:color w:val="FFC000"/>
          <w:sz w:val="20"/>
        </w:rPr>
      </w:pPr>
      <w:r w:rsidRPr="00B61ACC">
        <w:rPr>
          <w:rFonts w:ascii="Roboto Condensed" w:hAnsi="Roboto Condensed"/>
          <w:sz w:val="20"/>
        </w:rPr>
        <w:t xml:space="preserve">Zgodnie z art.13d ust.2 ustawy suma chłonności terenów niezabudowanych w tych strefach w całej gminie, w tym luk w istniejącej zabudowie, nie może być mniejsza niż 70 % oraz większa niż 130 % wartości zapotrzebowania na nową zabudowę mieszkaniową w gminie. </w:t>
      </w:r>
    </w:p>
    <w:p w14:paraId="37D3D21A" w14:textId="60B67197" w:rsidR="00D04E1C" w:rsidRDefault="00D04E1C" w:rsidP="00D04E1C">
      <w:pPr>
        <w:spacing w:before="120" w:after="120"/>
        <w:ind w:left="142"/>
        <w:jc w:val="both"/>
        <w:rPr>
          <w:rFonts w:ascii="Roboto Condensed" w:hAnsi="Roboto Condensed"/>
          <w:color w:val="FFC000"/>
          <w:sz w:val="20"/>
        </w:rPr>
      </w:pPr>
      <w:r w:rsidRPr="00B61ACC">
        <w:rPr>
          <w:rFonts w:ascii="Roboto Condensed" w:hAnsi="Roboto Condensed"/>
          <w:sz w:val="20"/>
        </w:rPr>
        <w:t>Obliczona wartość, która jest mniejsza od 130% wartości zapotrzebowania na nową zabudowę potwierdza, że wyznaczone w planie ogólnym strefy wielofunkcyjne z dopuszczona zabudową mieszkaniową nie naruszają zasad wyznaczania stref wielofunkcyjnych z zabudową mieszkaniową lub zagrodową określonych w art.13d ustawy.</w:t>
      </w:r>
    </w:p>
    <w:p w14:paraId="175E1E3D" w14:textId="77777777" w:rsidR="003067E8" w:rsidRDefault="003067E8" w:rsidP="00496548">
      <w:pPr>
        <w:ind w:left="142"/>
        <w:rPr>
          <w:rFonts w:ascii="Roboto Condensed" w:hAnsi="Roboto Condensed"/>
          <w:sz w:val="20"/>
        </w:rPr>
      </w:pPr>
    </w:p>
    <w:p w14:paraId="6316F240" w14:textId="77777777" w:rsidR="009B6E1B" w:rsidRDefault="009B6E1B" w:rsidP="000047C4">
      <w:pPr>
        <w:ind w:left="142"/>
        <w:rPr>
          <w:rFonts w:ascii="Roboto Condensed" w:hAnsi="Roboto Condensed"/>
          <w:sz w:val="20"/>
        </w:rPr>
      </w:pPr>
    </w:p>
    <w:p w14:paraId="47AE34CF" w14:textId="77777777" w:rsidR="00E3071A" w:rsidRDefault="00E3071A" w:rsidP="000047C4">
      <w:pPr>
        <w:ind w:left="142"/>
        <w:rPr>
          <w:rFonts w:ascii="Roboto Condensed" w:hAnsi="Roboto Condensed"/>
          <w:sz w:val="20"/>
        </w:rPr>
        <w:sectPr w:rsidR="00E3071A" w:rsidSect="00DF213F">
          <w:pgSz w:w="11907" w:h="16840" w:code="9"/>
          <w:pgMar w:top="680" w:right="851" w:bottom="851" w:left="1134" w:header="567" w:footer="567" w:gutter="0"/>
          <w:cols w:space="284"/>
          <w:docGrid w:linePitch="326"/>
        </w:sectPr>
      </w:pPr>
    </w:p>
    <w:p w14:paraId="4A0EB74C" w14:textId="564CD7A2" w:rsidR="00001201" w:rsidRDefault="00A34B54" w:rsidP="000047C4">
      <w:pPr>
        <w:ind w:left="142"/>
        <w:rPr>
          <w:rFonts w:ascii="Roboto Condensed" w:hAnsi="Roboto Condensed"/>
          <w:sz w:val="20"/>
        </w:rPr>
      </w:pPr>
      <w:r>
        <w:rPr>
          <w:rFonts w:ascii="Roboto Condensed" w:hAnsi="Roboto Condensed"/>
          <w:noProof/>
          <w:sz w:val="20"/>
        </w:rPr>
        <w:lastRenderedPageBreak/>
        <w:drawing>
          <wp:anchor distT="0" distB="0" distL="114300" distR="114300" simplePos="0" relativeHeight="251658246" behindDoc="1" locked="0" layoutInCell="1" allowOverlap="1" wp14:anchorId="4A10ADD4" wp14:editId="576BD247">
            <wp:simplePos x="0" y="0"/>
            <wp:positionH relativeFrom="column">
              <wp:posOffset>88666</wp:posOffset>
            </wp:positionH>
            <wp:positionV relativeFrom="page">
              <wp:posOffset>717550</wp:posOffset>
            </wp:positionV>
            <wp:extent cx="13334833" cy="9428480"/>
            <wp:effectExtent l="0" t="0" r="635" b="1270"/>
            <wp:wrapNone/>
            <wp:docPr id="14673846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38462" name="Obraz 4"/>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3334833" cy="9428480"/>
                    </a:xfrm>
                    <a:prstGeom prst="rect">
                      <a:avLst/>
                    </a:prstGeom>
                    <a:noFill/>
                    <a:ln>
                      <a:noFill/>
                    </a:ln>
                  </pic:spPr>
                </pic:pic>
              </a:graphicData>
            </a:graphic>
          </wp:anchor>
        </w:drawing>
      </w:r>
      <w:r w:rsidR="005B3557" w:rsidRPr="005B3557">
        <w:rPr>
          <w:rFonts w:ascii="Roboto Condensed" w:hAnsi="Roboto Condensed"/>
          <w:noProof/>
          <w:sz w:val="20"/>
        </w:rPr>
        <mc:AlternateContent>
          <mc:Choice Requires="wps">
            <w:drawing>
              <wp:anchor distT="45720" distB="45720" distL="114300" distR="114300" simplePos="0" relativeHeight="251658245" behindDoc="0" locked="0" layoutInCell="1" allowOverlap="1" wp14:anchorId="2AFEFABB" wp14:editId="5CF94714">
                <wp:simplePos x="0" y="0"/>
                <wp:positionH relativeFrom="column">
                  <wp:posOffset>275590</wp:posOffset>
                </wp:positionH>
                <wp:positionV relativeFrom="paragraph">
                  <wp:posOffset>2540</wp:posOffset>
                </wp:positionV>
                <wp:extent cx="2360930" cy="1404620"/>
                <wp:effectExtent l="0" t="0" r="0" b="0"/>
                <wp:wrapSquare wrapText="bothSides"/>
                <wp:docPr id="50927131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98434BB" w14:textId="5CC409AD" w:rsidR="005B3557" w:rsidRDefault="005B3557">
                            <w:r w:rsidRPr="000705E1">
                              <w:rPr>
                                <w:rFonts w:ascii="Roboto Condensed" w:hAnsi="Roboto Condensed"/>
                                <w:i/>
                                <w:iCs/>
                                <w:sz w:val="20"/>
                              </w:rPr>
                              <w:t>Rys.</w:t>
                            </w:r>
                            <w:r w:rsidR="002A2A25">
                              <w:rPr>
                                <w:rFonts w:ascii="Roboto Condensed" w:hAnsi="Roboto Condensed"/>
                                <w:i/>
                                <w:iCs/>
                                <w:sz w:val="20"/>
                              </w:rPr>
                              <w:t>3</w:t>
                            </w:r>
                            <w:r w:rsidR="00D653D8">
                              <w:rPr>
                                <w:rFonts w:ascii="Roboto Condensed" w:hAnsi="Roboto Condensed"/>
                                <w:i/>
                                <w:iCs/>
                                <w:sz w:val="20"/>
                              </w:rPr>
                              <w:t>3</w:t>
                            </w:r>
                            <w:r w:rsidR="009F2964">
                              <w:rPr>
                                <w:rFonts w:ascii="Roboto Condensed" w:hAnsi="Roboto Condensed"/>
                                <w:i/>
                                <w:iCs/>
                                <w:sz w:val="20"/>
                              </w:rPr>
                              <w:t>.</w:t>
                            </w:r>
                            <w:r w:rsidRPr="000705E1">
                              <w:rPr>
                                <w:rFonts w:ascii="Roboto Condensed" w:hAnsi="Roboto Condensed"/>
                                <w:i/>
                                <w:iCs/>
                                <w:sz w:val="20"/>
                              </w:rPr>
                              <w:t xml:space="preserve"> Wyznaczone strefy wielofunkcyjne w projekcie POG</w:t>
                            </w:r>
                            <w:r w:rsidR="002A2A25">
                              <w:rPr>
                                <w:rFonts w:ascii="Roboto Condensed" w:hAnsi="Roboto Condensed"/>
                                <w:i/>
                                <w:iCs/>
                                <w:sz w:val="20"/>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AFEFABB" id="_x0000_s1028" type="#_x0000_t202" style="position:absolute;left:0;text-align:left;margin-left:21.7pt;margin-top:.2pt;width:185.9pt;height:110.6pt;z-index:251658245;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oluEg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" stroked="f">
                <v:textbox style="mso-fit-shape-to-text:t">
                  <w:txbxContent>
                    <w:p w14:paraId="098434BB" w14:textId="5CC409AD" w:rsidR="005B3557" w:rsidRDefault="005B3557">
                      <w:r w:rsidRPr="000705E1">
                        <w:rPr>
                          <w:rFonts w:ascii="Roboto Condensed" w:hAnsi="Roboto Condensed"/>
                          <w:i/>
                          <w:iCs/>
                          <w:sz w:val="20"/>
                        </w:rPr>
                        <w:t>Rys.</w:t>
                      </w:r>
                      <w:r w:rsidR="002A2A25">
                        <w:rPr>
                          <w:rFonts w:ascii="Roboto Condensed" w:hAnsi="Roboto Condensed"/>
                          <w:i/>
                          <w:iCs/>
                          <w:sz w:val="20"/>
                        </w:rPr>
                        <w:t>3</w:t>
                      </w:r>
                      <w:r w:rsidR="00D653D8">
                        <w:rPr>
                          <w:rFonts w:ascii="Roboto Condensed" w:hAnsi="Roboto Condensed"/>
                          <w:i/>
                          <w:iCs/>
                          <w:sz w:val="20"/>
                        </w:rPr>
                        <w:t>3</w:t>
                      </w:r>
                      <w:r w:rsidR="009F2964">
                        <w:rPr>
                          <w:rFonts w:ascii="Roboto Condensed" w:hAnsi="Roboto Condensed"/>
                          <w:i/>
                          <w:iCs/>
                          <w:sz w:val="20"/>
                        </w:rPr>
                        <w:t>.</w:t>
                      </w:r>
                      <w:r w:rsidRPr="000705E1">
                        <w:rPr>
                          <w:rFonts w:ascii="Roboto Condensed" w:hAnsi="Roboto Condensed"/>
                          <w:i/>
                          <w:iCs/>
                          <w:sz w:val="20"/>
                        </w:rPr>
                        <w:t xml:space="preserve"> Wyznaczone strefy wielofunkcyjne w projekcie POG</w:t>
                      </w:r>
                      <w:r w:rsidR="002A2A25">
                        <w:rPr>
                          <w:rFonts w:ascii="Roboto Condensed" w:hAnsi="Roboto Condensed"/>
                          <w:i/>
                          <w:iCs/>
                          <w:sz w:val="20"/>
                        </w:rPr>
                        <w:t>.</w:t>
                      </w:r>
                    </w:p>
                  </w:txbxContent>
                </v:textbox>
                <w10:wrap type="square"/>
              </v:shape>
            </w:pict>
          </mc:Fallback>
        </mc:AlternateContent>
      </w:r>
    </w:p>
    <w:p w14:paraId="7B30C858" w14:textId="77777777" w:rsidR="002E5C4A" w:rsidRDefault="002E5C4A" w:rsidP="000047C4">
      <w:pPr>
        <w:ind w:left="142"/>
        <w:rPr>
          <w:rFonts w:ascii="Roboto Condensed" w:hAnsi="Roboto Condensed"/>
          <w:sz w:val="20"/>
        </w:rPr>
      </w:pPr>
    </w:p>
    <w:p w14:paraId="25DC497F" w14:textId="0364EB8F" w:rsidR="00F60A7D" w:rsidRDefault="001656B4" w:rsidP="006D6A97">
      <w:pPr>
        <w:ind w:left="142"/>
        <w:jc w:val="center"/>
        <w:rPr>
          <w:rFonts w:ascii="Roboto Condensed" w:hAnsi="Roboto Condensed"/>
          <w:sz w:val="20"/>
        </w:rPr>
        <w:sectPr w:rsidR="00F60A7D" w:rsidSect="002E5C4A">
          <w:pgSz w:w="23811" w:h="16838" w:orient="landscape" w:code="8"/>
          <w:pgMar w:top="1134" w:right="680" w:bottom="851" w:left="851" w:header="567" w:footer="567" w:gutter="0"/>
          <w:cols w:space="284"/>
          <w:docGrid w:linePitch="326"/>
        </w:sectPr>
      </w:pPr>
      <w:r>
        <w:rPr>
          <w:rFonts w:ascii="Roboto Condensed" w:hAnsi="Roboto Condensed"/>
          <w:noProof/>
          <w:sz w:val="20"/>
        </w:rPr>
        <w:lastRenderedPageBreak/>
        <w:drawing>
          <wp:anchor distT="0" distB="0" distL="114300" distR="114300" simplePos="0" relativeHeight="251658247" behindDoc="0" locked="0" layoutInCell="1" allowOverlap="1" wp14:anchorId="69F56F6B" wp14:editId="0DFA53C1">
            <wp:simplePos x="0" y="0"/>
            <wp:positionH relativeFrom="column">
              <wp:posOffset>564515</wp:posOffset>
            </wp:positionH>
            <wp:positionV relativeFrom="page">
              <wp:posOffset>723900</wp:posOffset>
            </wp:positionV>
            <wp:extent cx="13101320" cy="9263380"/>
            <wp:effectExtent l="0" t="0" r="5080" b="0"/>
            <wp:wrapTopAndBottom/>
            <wp:docPr id="187111616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116169" name="Obraz 5"/>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3101320" cy="9263380"/>
                    </a:xfrm>
                    <a:prstGeom prst="rect">
                      <a:avLst/>
                    </a:prstGeom>
                    <a:noFill/>
                    <a:ln>
                      <a:noFill/>
                    </a:ln>
                  </pic:spPr>
                </pic:pic>
              </a:graphicData>
            </a:graphic>
          </wp:anchor>
        </w:drawing>
      </w:r>
      <w:r w:rsidR="00F21D3B" w:rsidRPr="00A55550">
        <w:rPr>
          <w:noProof/>
          <w:color w:val="EE0000"/>
        </w:rPr>
        <mc:AlternateContent>
          <mc:Choice Requires="wps">
            <w:drawing>
              <wp:anchor distT="45720" distB="45720" distL="114300" distR="114300" simplePos="0" relativeHeight="251658248" behindDoc="0" locked="0" layoutInCell="1" allowOverlap="1" wp14:anchorId="50DFA072" wp14:editId="51AD8837">
                <wp:simplePos x="0" y="0"/>
                <wp:positionH relativeFrom="column">
                  <wp:posOffset>483413</wp:posOffset>
                </wp:positionH>
                <wp:positionV relativeFrom="paragraph">
                  <wp:posOffset>0</wp:posOffset>
                </wp:positionV>
                <wp:extent cx="7357110" cy="1404620"/>
                <wp:effectExtent l="0" t="0" r="0" b="0"/>
                <wp:wrapSquare wrapText="bothSides"/>
                <wp:docPr id="132365215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7110" cy="1404620"/>
                        </a:xfrm>
                        <a:prstGeom prst="rect">
                          <a:avLst/>
                        </a:prstGeom>
                        <a:solidFill>
                          <a:srgbClr val="FFFFFF"/>
                        </a:solidFill>
                        <a:ln w="9525">
                          <a:noFill/>
                          <a:miter lim="800000"/>
                          <a:headEnd/>
                          <a:tailEnd/>
                        </a:ln>
                      </wps:spPr>
                      <wps:txbx>
                        <w:txbxContent>
                          <w:p w14:paraId="2A8050CC" w14:textId="01C6A9E3" w:rsidR="00F21D3B" w:rsidRPr="0028026C" w:rsidRDefault="00F21D3B" w:rsidP="00F21D3B">
                            <w:pPr>
                              <w:pStyle w:val="Tekstpodstawowy2"/>
                              <w:spacing w:before="120" w:after="120" w:line="240" w:lineRule="auto"/>
                              <w:ind w:left="170"/>
                              <w:rPr>
                                <w:rFonts w:ascii="Roboto Condensed" w:hAnsi="Roboto Condensed"/>
                                <w:i/>
                                <w:iCs/>
                                <w:sz w:val="20"/>
                                <w:lang w:val="pl-PL"/>
                              </w:rPr>
                            </w:pPr>
                            <w:r w:rsidRPr="0028026C">
                              <w:rPr>
                                <w:rFonts w:ascii="Roboto Condensed" w:hAnsi="Roboto Condensed"/>
                                <w:i/>
                                <w:iCs/>
                                <w:sz w:val="20"/>
                                <w:lang w:val="pl-PL"/>
                              </w:rPr>
                              <w:t>Rys.</w:t>
                            </w:r>
                            <w:r w:rsidR="007C1A3D">
                              <w:rPr>
                                <w:rFonts w:ascii="Roboto Condensed" w:hAnsi="Roboto Condensed"/>
                                <w:i/>
                                <w:iCs/>
                                <w:sz w:val="20"/>
                                <w:lang w:val="pl-PL"/>
                              </w:rPr>
                              <w:t>3</w:t>
                            </w:r>
                            <w:r w:rsidR="00D653D8">
                              <w:rPr>
                                <w:rFonts w:ascii="Roboto Condensed" w:hAnsi="Roboto Condensed"/>
                                <w:i/>
                                <w:iCs/>
                                <w:sz w:val="20"/>
                                <w:lang w:val="pl-PL"/>
                              </w:rPr>
                              <w:t>4</w:t>
                            </w:r>
                            <w:r w:rsidR="009F2964">
                              <w:rPr>
                                <w:rFonts w:ascii="Roboto Condensed" w:hAnsi="Roboto Condensed"/>
                                <w:i/>
                                <w:iCs/>
                                <w:sz w:val="20"/>
                                <w:lang w:val="pl-PL"/>
                              </w:rPr>
                              <w:t>.</w:t>
                            </w:r>
                            <w:r w:rsidRPr="0028026C">
                              <w:rPr>
                                <w:rFonts w:ascii="Roboto Condensed" w:hAnsi="Roboto Condensed"/>
                                <w:i/>
                                <w:iCs/>
                                <w:sz w:val="20"/>
                                <w:lang w:val="pl-PL"/>
                              </w:rPr>
                              <w:t xml:space="preserve"> Tereny niezabudowane i luki w zabudowie w ramach stref wielofunkcyjnych w projekcie POG</w:t>
                            </w:r>
                            <w:r w:rsidRPr="000705E1">
                              <w:rPr>
                                <w:rFonts w:ascii="Roboto Condensed" w:hAnsi="Roboto Condensed"/>
                                <w:i/>
                                <w:iCs/>
                                <w:sz w:val="20"/>
                                <w:lang w:val="pl-PL"/>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DFA072" id="_x0000_s1029" type="#_x0000_t202" style="position:absolute;left:0;text-align:left;margin-left:38.05pt;margin-top:0;width:579.3pt;height:110.6pt;z-index:251658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" stroked="f">
                <v:textbox style="mso-fit-shape-to-text:t">
                  <w:txbxContent>
                    <w:p w14:paraId="2A8050CC" w14:textId="01C6A9E3" w:rsidR="00F21D3B" w:rsidRPr="0028026C" w:rsidRDefault="00F21D3B" w:rsidP="00F21D3B">
                      <w:pPr>
                        <w:pStyle w:val="Tekstpodstawowy2"/>
                        <w:spacing w:before="120" w:after="120" w:line="240" w:lineRule="auto"/>
                        <w:ind w:left="170"/>
                        <w:rPr>
                          <w:rFonts w:ascii="Roboto Condensed" w:hAnsi="Roboto Condensed"/>
                          <w:i/>
                          <w:iCs/>
                          <w:sz w:val="20"/>
                          <w:lang w:val="pl-PL"/>
                        </w:rPr>
                      </w:pPr>
                      <w:r w:rsidRPr="0028026C">
                        <w:rPr>
                          <w:rFonts w:ascii="Roboto Condensed" w:hAnsi="Roboto Condensed"/>
                          <w:i/>
                          <w:iCs/>
                          <w:sz w:val="20"/>
                          <w:lang w:val="pl-PL"/>
                        </w:rPr>
                        <w:t>Rys.</w:t>
                      </w:r>
                      <w:r w:rsidR="007C1A3D">
                        <w:rPr>
                          <w:rFonts w:ascii="Roboto Condensed" w:hAnsi="Roboto Condensed"/>
                          <w:i/>
                          <w:iCs/>
                          <w:sz w:val="20"/>
                          <w:lang w:val="pl-PL"/>
                        </w:rPr>
                        <w:t>3</w:t>
                      </w:r>
                      <w:r w:rsidR="00D653D8">
                        <w:rPr>
                          <w:rFonts w:ascii="Roboto Condensed" w:hAnsi="Roboto Condensed"/>
                          <w:i/>
                          <w:iCs/>
                          <w:sz w:val="20"/>
                          <w:lang w:val="pl-PL"/>
                        </w:rPr>
                        <w:t>4</w:t>
                      </w:r>
                      <w:r w:rsidR="009F2964">
                        <w:rPr>
                          <w:rFonts w:ascii="Roboto Condensed" w:hAnsi="Roboto Condensed"/>
                          <w:i/>
                          <w:iCs/>
                          <w:sz w:val="20"/>
                          <w:lang w:val="pl-PL"/>
                        </w:rPr>
                        <w:t>.</w:t>
                      </w:r>
                      <w:r w:rsidRPr="0028026C">
                        <w:rPr>
                          <w:rFonts w:ascii="Roboto Condensed" w:hAnsi="Roboto Condensed"/>
                          <w:i/>
                          <w:iCs/>
                          <w:sz w:val="20"/>
                          <w:lang w:val="pl-PL"/>
                        </w:rPr>
                        <w:t xml:space="preserve"> Tereny niezabudowane i luki w zabudowie w ramach stref wielofunkcyjnych w projekcie POG</w:t>
                      </w:r>
                      <w:r w:rsidRPr="000705E1">
                        <w:rPr>
                          <w:rFonts w:ascii="Roboto Condensed" w:hAnsi="Roboto Condensed"/>
                          <w:i/>
                          <w:iCs/>
                          <w:sz w:val="20"/>
                          <w:lang w:val="pl-PL"/>
                        </w:rPr>
                        <w:t>.</w:t>
                      </w:r>
                    </w:p>
                  </w:txbxContent>
                </v:textbox>
                <w10:wrap type="square"/>
              </v:shape>
            </w:pict>
          </mc:Fallback>
        </mc:AlternateContent>
      </w:r>
    </w:p>
    <w:p w14:paraId="0F12D1C9" w14:textId="07E30F58" w:rsidR="00F55599" w:rsidRPr="003C3AE2" w:rsidRDefault="00031ADE" w:rsidP="00542E81">
      <w:pPr>
        <w:pStyle w:val="Nagwek1"/>
        <w:spacing w:before="60" w:after="60" w:line="240" w:lineRule="auto"/>
        <w:ind w:left="737" w:hanging="567"/>
        <w:rPr>
          <w:rFonts w:ascii="Roboto Condensed" w:hAnsi="Roboto Condensed"/>
          <w:bCs/>
          <w:sz w:val="20"/>
          <w:lang w:val="pl-PL"/>
        </w:rPr>
      </w:pPr>
      <w:bookmarkStart w:id="131" w:name="_Toc193697400"/>
      <w:bookmarkStart w:id="132" w:name="_Toc206769057"/>
      <w:r w:rsidRPr="003C3AE2">
        <w:rPr>
          <w:rFonts w:ascii="Roboto Condensed" w:hAnsi="Roboto Condensed"/>
          <w:bCs/>
          <w:sz w:val="20"/>
          <w:lang w:val="pl-PL"/>
        </w:rPr>
        <w:lastRenderedPageBreak/>
        <w:t xml:space="preserve">3.2. </w:t>
      </w:r>
      <w:r w:rsidR="008B0A32" w:rsidRPr="003C3AE2">
        <w:rPr>
          <w:rFonts w:ascii="Roboto Condensed" w:hAnsi="Roboto Condensed"/>
          <w:bCs/>
          <w:sz w:val="20"/>
          <w:lang w:val="pl-PL"/>
        </w:rPr>
        <w:t>P</w:t>
      </w:r>
      <w:r w:rsidRPr="003C3AE2">
        <w:rPr>
          <w:rFonts w:ascii="Roboto Condensed" w:hAnsi="Roboto Condensed"/>
          <w:bCs/>
          <w:sz w:val="20"/>
          <w:lang w:val="pl-PL"/>
        </w:rPr>
        <w:t>rzyczyny ustalenia gminnych standardów urbanistycznych</w:t>
      </w:r>
      <w:bookmarkEnd w:id="131"/>
      <w:bookmarkEnd w:id="132"/>
    </w:p>
    <w:p w14:paraId="39E060DF" w14:textId="1379E53B" w:rsidR="00D02689" w:rsidRPr="00241745" w:rsidRDefault="00215CAD" w:rsidP="00215CAD">
      <w:pPr>
        <w:pStyle w:val="Tekstpodstawowy2"/>
        <w:spacing w:before="120" w:after="120" w:line="240" w:lineRule="auto"/>
        <w:ind w:left="170"/>
        <w:rPr>
          <w:rFonts w:ascii="Roboto Condensed" w:hAnsi="Roboto Condensed"/>
          <w:sz w:val="20"/>
          <w:lang w:val="pl-PL"/>
        </w:rPr>
      </w:pPr>
      <w:r w:rsidRPr="00241745">
        <w:rPr>
          <w:rFonts w:ascii="Roboto Condensed" w:hAnsi="Roboto Condensed"/>
          <w:sz w:val="20"/>
          <w:lang w:val="pl-PL"/>
        </w:rPr>
        <w:t>Gminne standardy urbanistyczne w niniejszym planie ogólnym zostały opracowane wyłącznie w zakresie obligatoryjnym, tj. w zakresie “gminnego katalogu standardów urbanistycznych”.</w:t>
      </w:r>
    </w:p>
    <w:p w14:paraId="693D24EF" w14:textId="196B3751" w:rsidR="001576EB" w:rsidRPr="00241745" w:rsidRDefault="001576EB" w:rsidP="00ED29E3">
      <w:pPr>
        <w:pStyle w:val="Tekstpodstawowy2"/>
        <w:spacing w:before="120" w:after="120" w:line="240" w:lineRule="auto"/>
        <w:ind w:left="170"/>
        <w:rPr>
          <w:rFonts w:ascii="Roboto Condensed" w:hAnsi="Roboto Condensed"/>
          <w:sz w:val="20"/>
          <w:lang w:val="pl-PL"/>
        </w:rPr>
      </w:pPr>
      <w:r w:rsidRPr="00241745">
        <w:rPr>
          <w:rFonts w:ascii="Roboto Condensed" w:hAnsi="Roboto Condensed"/>
          <w:sz w:val="20"/>
          <w:lang w:val="pl-PL"/>
        </w:rPr>
        <w:t xml:space="preserve">Zrezygnowano z przyjęcia gminnych standardów dostępności infrastruktury społecznej z uwagi na specyfikę morfologiczną </w:t>
      </w:r>
      <w:r w:rsidR="00ED29E3" w:rsidRPr="00241745">
        <w:rPr>
          <w:rFonts w:ascii="Roboto Condensed" w:hAnsi="Roboto Condensed"/>
          <w:sz w:val="20"/>
          <w:lang w:val="pl-PL"/>
        </w:rPr>
        <w:t>u</w:t>
      </w:r>
      <w:r w:rsidRPr="00241745">
        <w:rPr>
          <w:rFonts w:ascii="Roboto Condensed" w:hAnsi="Roboto Condensed"/>
          <w:sz w:val="20"/>
          <w:lang w:val="pl-PL"/>
        </w:rPr>
        <w:t xml:space="preserve">kładów osadniczych gminy Radomsko oraz uwarunkowania demograficzne i inwestycyjne. Dominujące formy liniowe zabudowy (ulicówki), a w Strzałkowie układ </w:t>
      </w:r>
      <w:proofErr w:type="spellStart"/>
      <w:r w:rsidRPr="00241745">
        <w:rPr>
          <w:rFonts w:ascii="Roboto Condensed" w:hAnsi="Roboto Condensed"/>
          <w:sz w:val="20"/>
          <w:lang w:val="pl-PL"/>
        </w:rPr>
        <w:t>widlicowy</w:t>
      </w:r>
      <w:proofErr w:type="spellEnd"/>
      <w:r w:rsidRPr="00241745">
        <w:rPr>
          <w:rFonts w:ascii="Roboto Condensed" w:hAnsi="Roboto Condensed"/>
          <w:sz w:val="20"/>
          <w:lang w:val="pl-PL"/>
        </w:rPr>
        <w:t>, kształtują wydłużone zasięgi dojścia/dojazdu i rozproszony popyt, co w praktyce ogranicza możliwość osiągnięcia normatywnych parametrów dostępności w rozsądnych kosztach.</w:t>
      </w:r>
    </w:p>
    <w:p w14:paraId="5385D30D" w14:textId="77777777" w:rsidR="00F81C9B" w:rsidRPr="00241745" w:rsidRDefault="001576EB" w:rsidP="001576EB">
      <w:pPr>
        <w:pStyle w:val="Tekstpodstawowy2"/>
        <w:spacing w:before="120" w:after="120" w:line="240" w:lineRule="auto"/>
        <w:ind w:left="170"/>
        <w:rPr>
          <w:rFonts w:ascii="Roboto Condensed" w:hAnsi="Roboto Condensed"/>
          <w:sz w:val="20"/>
          <w:lang w:val="pl-PL"/>
        </w:rPr>
      </w:pPr>
      <w:r w:rsidRPr="00241745">
        <w:rPr>
          <w:rFonts w:ascii="Roboto Condensed" w:hAnsi="Roboto Condensed"/>
          <w:sz w:val="20"/>
          <w:lang w:val="pl-PL"/>
        </w:rPr>
        <w:t>Jednocześnie obserwowany spadek liczby mieszkańców oraz brak istotnych nowych terenów przeznaczonych do zabudowy powodują, że sztywne standardy, warunkujące możliwość realizacji zabudowy od wcześniejszego zapewnienia infrastruktury społecznej, nie przyniosłyby oczekiwanej poprawy dostępności, a mogłyby nadmiernie ograniczać dopuszczalne uzupełnienia zabudowy w istniejących miejscowościach.</w:t>
      </w:r>
    </w:p>
    <w:p w14:paraId="4A7CC8B5" w14:textId="16303C4B" w:rsidR="00215CAD" w:rsidRPr="00241745" w:rsidRDefault="0018221F" w:rsidP="001576EB">
      <w:pPr>
        <w:pStyle w:val="Tekstpodstawowy2"/>
        <w:spacing w:before="120" w:after="120" w:line="240" w:lineRule="auto"/>
        <w:ind w:left="170"/>
        <w:rPr>
          <w:rFonts w:ascii="Roboto Condensed" w:hAnsi="Roboto Condensed"/>
          <w:sz w:val="20"/>
          <w:lang w:val="pl-PL"/>
        </w:rPr>
      </w:pPr>
      <w:r w:rsidRPr="00241745">
        <w:rPr>
          <w:rFonts w:ascii="Roboto Condensed" w:hAnsi="Roboto Condensed"/>
          <w:sz w:val="20"/>
          <w:lang w:val="pl-PL"/>
        </w:rPr>
        <w:t>Profi</w:t>
      </w:r>
      <w:r w:rsidR="00A44454" w:rsidRPr="00241745">
        <w:rPr>
          <w:rFonts w:ascii="Roboto Condensed" w:hAnsi="Roboto Condensed"/>
          <w:sz w:val="20"/>
          <w:lang w:val="pl-PL"/>
        </w:rPr>
        <w:t>l</w:t>
      </w:r>
      <w:r w:rsidRPr="00241745">
        <w:rPr>
          <w:rFonts w:ascii="Roboto Condensed" w:hAnsi="Roboto Condensed"/>
          <w:sz w:val="20"/>
          <w:lang w:val="pl-PL"/>
        </w:rPr>
        <w:t xml:space="preserve"> funkcjonalny stref został wypracowany zgodnie z zasadami, o których mowa w pkt 3.1. </w:t>
      </w:r>
    </w:p>
    <w:p w14:paraId="29ACFC14" w14:textId="77777777" w:rsidR="000B6E83" w:rsidRDefault="000B6E83" w:rsidP="00891189">
      <w:pPr>
        <w:pStyle w:val="Tekstpodstawowy2"/>
        <w:spacing w:before="120" w:after="120" w:line="240" w:lineRule="auto"/>
        <w:ind w:left="170"/>
        <w:rPr>
          <w:rFonts w:ascii="Roboto Condensed" w:hAnsi="Roboto Condensed"/>
          <w:sz w:val="20"/>
          <w:lang w:val="pl-PL"/>
        </w:rPr>
      </w:pPr>
      <w:r w:rsidRPr="000B6E83">
        <w:rPr>
          <w:rFonts w:ascii="Roboto Condensed" w:hAnsi="Roboto Condensed"/>
          <w:sz w:val="20"/>
          <w:lang w:val="pl-PL"/>
        </w:rPr>
        <w:t xml:space="preserve">Parametr maksymalnej nadziemnej intensywności zabudowy określono na podstawie analizy zabudowy istniejącej i przyjęto na poziomie stosunkowo niskim. Pozwala to szacować chłonność w sposób zbliżony do dotychczasowego sposobu zagospodarowania terenów mieszkaniowych, uznanego za pożądany z uwagi na uwarunkowania środowiskowe, a jednocześnie sprzyja wyznaczeniu dodatkowych obszarów dopuszczających zabudowę. Jednocześnie przyjmuje się, że taka wartość mogłaby nadmiernie ograniczać intensywność na terenach usługowych w przyszłych </w:t>
      </w:r>
      <w:proofErr w:type="spellStart"/>
      <w:r w:rsidRPr="000B6E83">
        <w:rPr>
          <w:rFonts w:ascii="Roboto Condensed" w:hAnsi="Roboto Condensed"/>
          <w:sz w:val="20"/>
          <w:lang w:val="pl-PL"/>
        </w:rPr>
        <w:t>mpzp</w:t>
      </w:r>
      <w:proofErr w:type="spellEnd"/>
      <w:r w:rsidRPr="000B6E83">
        <w:rPr>
          <w:rFonts w:ascii="Roboto Condensed" w:hAnsi="Roboto Condensed"/>
          <w:sz w:val="20"/>
          <w:lang w:val="pl-PL"/>
        </w:rPr>
        <w:t>; dlatego obszary o obecnym charakterze usługowym wyodrębniono w planie ogólnym jako strefy usługowe, co umożliwi ustalenie korzystniejszych – także ekonomicznie – parametrów w planach miejscowych.</w:t>
      </w:r>
    </w:p>
    <w:p w14:paraId="7D3C001B" w14:textId="03BDF6AD" w:rsidR="00D02689" w:rsidRPr="00241745" w:rsidRDefault="00D02689" w:rsidP="00891189">
      <w:pPr>
        <w:pStyle w:val="Tekstpodstawowy2"/>
        <w:spacing w:before="120" w:after="120" w:line="240" w:lineRule="auto"/>
        <w:ind w:left="170"/>
        <w:rPr>
          <w:rFonts w:ascii="Roboto Condensed" w:hAnsi="Roboto Condensed"/>
          <w:sz w:val="20"/>
          <w:lang w:val="pl-PL"/>
        </w:rPr>
      </w:pPr>
      <w:r w:rsidRPr="00241745">
        <w:rPr>
          <w:rFonts w:ascii="Roboto Condensed" w:hAnsi="Roboto Condensed"/>
          <w:sz w:val="20"/>
          <w:lang w:val="pl-PL"/>
        </w:rPr>
        <w:t xml:space="preserve">Minimalny udział powierzchni biologicznej czynnej dla każdej strefy określony został </w:t>
      </w:r>
      <w:r w:rsidR="00891189" w:rsidRPr="00241745">
        <w:rPr>
          <w:rFonts w:ascii="Roboto Condensed" w:hAnsi="Roboto Condensed"/>
          <w:sz w:val="20"/>
          <w:lang w:val="pl-PL"/>
        </w:rPr>
        <w:t xml:space="preserve">na poziomie nie niższym niż wymagany </w:t>
      </w:r>
      <w:r w:rsidRPr="00241745">
        <w:rPr>
          <w:rFonts w:ascii="Roboto Condensed" w:hAnsi="Roboto Condensed"/>
          <w:sz w:val="20"/>
          <w:lang w:val="pl-PL"/>
        </w:rPr>
        <w:t>zgodnie z rozporządzeni</w:t>
      </w:r>
      <w:r w:rsidR="00891189" w:rsidRPr="00241745">
        <w:rPr>
          <w:rFonts w:ascii="Roboto Condensed" w:hAnsi="Roboto Condensed"/>
          <w:sz w:val="20"/>
          <w:lang w:val="pl-PL"/>
        </w:rPr>
        <w:t>em</w:t>
      </w:r>
      <w:r w:rsidRPr="00241745">
        <w:rPr>
          <w:rFonts w:ascii="Roboto Condensed" w:hAnsi="Roboto Condensed"/>
          <w:sz w:val="20"/>
          <w:lang w:val="pl-PL"/>
        </w:rPr>
        <w:t xml:space="preserve"> Ministra Rozwoju i Technologii z dnia 8 grudnia 2023 r. w sprawie projektu planu ogólnego gminy, dokumentowania prac planistycznych w zakresie tego planu oraz wydawania z niego wypisów i wyrysów (Dz.U. z 2023 r. poz. 2758), zmienionym rozporządzeniem Ministra Rozwoju i Technologii z dnia 22 listopada 2024 r. zmieniającym rozporządzenie w sprawie projektu planu ogólnego gminy, dokumentowania prac planistycznych w zakresie tego planu oraz wydawania z niego wypisów i wyrysów (Dz.U. z 2024 r. poz. 1775). </w:t>
      </w:r>
      <w:r w:rsidR="00891189" w:rsidRPr="00241745">
        <w:rPr>
          <w:rFonts w:ascii="Roboto Condensed" w:hAnsi="Roboto Condensed"/>
          <w:sz w:val="20"/>
          <w:lang w:val="pl-PL"/>
        </w:rPr>
        <w:t xml:space="preserve">Dla stref wielofunkcyjnych </w:t>
      </w:r>
      <w:r w:rsidR="0018221F" w:rsidRPr="00241745">
        <w:rPr>
          <w:rFonts w:ascii="Roboto Condensed" w:hAnsi="Roboto Condensed"/>
          <w:sz w:val="20"/>
          <w:lang w:val="pl-PL"/>
        </w:rPr>
        <w:t>wymagany udział powierzchni biologicznie czynnych został wyraźnie podwyższony ze względu na wiejski, ekstensywny charakter zabudowy</w:t>
      </w:r>
      <w:r w:rsidR="006D5E48" w:rsidRPr="00241745">
        <w:rPr>
          <w:rFonts w:ascii="Roboto Condensed" w:hAnsi="Roboto Condensed"/>
          <w:sz w:val="20"/>
          <w:lang w:val="pl-PL"/>
        </w:rPr>
        <w:t>, adekwatnie do obniżonej maksymalnej nadziemnej intensywności zabudowy.</w:t>
      </w:r>
    </w:p>
    <w:p w14:paraId="1ABD4F68" w14:textId="7990CC88" w:rsidR="006D5E48" w:rsidRPr="00241745" w:rsidRDefault="00762DFB" w:rsidP="00891189">
      <w:pPr>
        <w:pStyle w:val="Tekstpodstawowy2"/>
        <w:spacing w:before="120" w:after="120" w:line="240" w:lineRule="auto"/>
        <w:ind w:left="170"/>
        <w:rPr>
          <w:rFonts w:ascii="Roboto Condensed" w:hAnsi="Roboto Condensed"/>
          <w:sz w:val="20"/>
          <w:lang w:val="pl-PL"/>
        </w:rPr>
      </w:pPr>
      <w:r w:rsidRPr="00241745">
        <w:rPr>
          <w:rFonts w:ascii="Roboto Condensed" w:hAnsi="Roboto Condensed"/>
          <w:sz w:val="20"/>
          <w:lang w:val="pl-PL"/>
        </w:rPr>
        <w:t>Parametr maksymalnego udziału powierzchni zabudowy został ustalony adekwatnie do wskaźników maksymalnej nadziemnej intensywności zabudowy oraz minimalnego udziału powierzchni biologicznej.</w:t>
      </w:r>
    </w:p>
    <w:p w14:paraId="12B7BE82" w14:textId="2AB7DE5E" w:rsidR="00D02689" w:rsidRPr="00542E81" w:rsidRDefault="00762DFB" w:rsidP="00542E81">
      <w:pPr>
        <w:pStyle w:val="Tekstpodstawowy2"/>
        <w:spacing w:before="120" w:after="120" w:line="240" w:lineRule="auto"/>
        <w:ind w:left="170"/>
        <w:rPr>
          <w:lang w:val="pl-PL"/>
        </w:rPr>
      </w:pPr>
      <w:r w:rsidRPr="00241745">
        <w:rPr>
          <w:rFonts w:ascii="Roboto Condensed" w:hAnsi="Roboto Condensed"/>
          <w:sz w:val="20"/>
          <w:lang w:val="pl-PL"/>
        </w:rPr>
        <w:t xml:space="preserve">Maksymalną wysokość zabudowy określono na poziomie ograniczającym negatywny wpływ zabudowy na krajobraz oraz adekwatnie do dopuszczonych na obszarze strefy funkcji biorąc pod uwagę, bezpośrednie sąsiedztwo ale i potrzeby w zakresie lokalizacji infrastruktury technicznej. Niemożność określenia wysokości zabudowy dla poszczególnych jej rodzajów w obrębie strefy planistycznej, uniemożliwia czytelne i merytorycznie uzasadnione </w:t>
      </w:r>
      <w:r w:rsidR="00E16276" w:rsidRPr="00241745">
        <w:rPr>
          <w:rFonts w:ascii="Roboto Condensed" w:hAnsi="Roboto Condensed"/>
          <w:sz w:val="20"/>
          <w:lang w:val="pl-PL"/>
        </w:rPr>
        <w:t>określenie tego parametru, stąd ustalenie w planie ogólnym dotyczy dopuszczalnej wysokości obiektów, których wysokość ze względów technologicznych jest nieadekwatna do faktycznej pożądanej wysokości budynków dominujących w strefie – ustalenie to będzie uszczegóławiane dopiero na etapie sporządzania w planów miejscowych.</w:t>
      </w:r>
    </w:p>
    <w:p w14:paraId="45C4E965" w14:textId="288F1E2C" w:rsidR="00031ADE" w:rsidRPr="003C3AE2" w:rsidRDefault="00031ADE" w:rsidP="00542E81">
      <w:pPr>
        <w:pStyle w:val="Nagwek1"/>
        <w:spacing w:before="240" w:after="60" w:line="240" w:lineRule="auto"/>
        <w:ind w:left="737" w:hanging="567"/>
        <w:rPr>
          <w:rFonts w:ascii="Roboto Condensed" w:hAnsi="Roboto Condensed"/>
          <w:bCs/>
          <w:sz w:val="20"/>
          <w:lang w:val="pl-PL"/>
        </w:rPr>
      </w:pPr>
      <w:bookmarkStart w:id="133" w:name="_Toc193697401"/>
      <w:bookmarkStart w:id="134" w:name="_Toc206769058"/>
      <w:r w:rsidRPr="003C3AE2">
        <w:rPr>
          <w:rFonts w:ascii="Roboto Condensed" w:hAnsi="Roboto Condensed"/>
          <w:bCs/>
          <w:sz w:val="20"/>
          <w:lang w:val="pl-PL"/>
        </w:rPr>
        <w:t xml:space="preserve">3.3. </w:t>
      </w:r>
      <w:r w:rsidR="008B0A32" w:rsidRPr="003C3AE2">
        <w:rPr>
          <w:rFonts w:ascii="Roboto Condensed" w:hAnsi="Roboto Condensed"/>
          <w:bCs/>
          <w:sz w:val="20"/>
          <w:lang w:val="pl-PL"/>
        </w:rPr>
        <w:t>P</w:t>
      </w:r>
      <w:r w:rsidRPr="003C3AE2">
        <w:rPr>
          <w:rFonts w:ascii="Roboto Condensed" w:hAnsi="Roboto Condensed"/>
          <w:bCs/>
          <w:sz w:val="20"/>
          <w:lang w:val="pl-PL"/>
        </w:rPr>
        <w:t>rzyczyny wyznaczenia obszaru uzupełnienia zabudowy</w:t>
      </w:r>
      <w:bookmarkEnd w:id="133"/>
      <w:bookmarkEnd w:id="134"/>
    </w:p>
    <w:p w14:paraId="36864BF1" w14:textId="06A306F7" w:rsidR="00B274CE" w:rsidRPr="00241745" w:rsidRDefault="00E37520" w:rsidP="000C0941">
      <w:pPr>
        <w:pStyle w:val="Tekstpodstawowy2"/>
        <w:spacing w:before="120" w:after="120" w:line="240" w:lineRule="auto"/>
        <w:ind w:left="170"/>
        <w:rPr>
          <w:rFonts w:ascii="Roboto Condensed" w:hAnsi="Roboto Condensed"/>
          <w:sz w:val="20"/>
          <w:lang w:val="pl-PL"/>
        </w:rPr>
      </w:pPr>
      <w:r w:rsidRPr="00241745">
        <w:rPr>
          <w:rFonts w:ascii="Roboto Condensed" w:hAnsi="Roboto Condensed"/>
          <w:sz w:val="20"/>
          <w:lang w:val="pl-PL"/>
        </w:rPr>
        <w:t>Jak wskazano w</w:t>
      </w:r>
      <w:r w:rsidR="00530549" w:rsidRPr="00241745">
        <w:rPr>
          <w:rFonts w:ascii="Roboto Condensed" w:hAnsi="Roboto Condensed"/>
          <w:sz w:val="20"/>
          <w:lang w:val="pl-PL"/>
        </w:rPr>
        <w:t xml:space="preserve"> rozdziale</w:t>
      </w:r>
      <w:r w:rsidRPr="00241745">
        <w:rPr>
          <w:rFonts w:ascii="Roboto Condensed" w:hAnsi="Roboto Condensed"/>
          <w:sz w:val="20"/>
          <w:lang w:val="pl-PL"/>
        </w:rPr>
        <w:t xml:space="preserve"> </w:t>
      </w:r>
      <w:r w:rsidR="00AE7295" w:rsidRPr="00241745">
        <w:rPr>
          <w:rFonts w:ascii="Roboto Condensed" w:hAnsi="Roboto Condensed"/>
          <w:sz w:val="20"/>
          <w:lang w:val="pl-PL"/>
        </w:rPr>
        <w:t>„</w:t>
      </w:r>
      <w:r w:rsidR="00530549" w:rsidRPr="00241745">
        <w:rPr>
          <w:rFonts w:ascii="Roboto Condensed" w:hAnsi="Roboto Condensed"/>
          <w:sz w:val="20"/>
          <w:lang w:val="pl-PL"/>
        </w:rPr>
        <w:fldChar w:fldCharType="begin"/>
      </w:r>
      <w:r w:rsidR="00530549" w:rsidRPr="00241745">
        <w:rPr>
          <w:rFonts w:ascii="Roboto Condensed" w:hAnsi="Roboto Condensed"/>
          <w:sz w:val="20"/>
          <w:lang w:val="pl-PL"/>
        </w:rPr>
        <w:instrText xml:space="preserve"> REF _Ref199851164 \h </w:instrText>
      </w:r>
      <w:r w:rsidR="000C0941" w:rsidRPr="00241745">
        <w:rPr>
          <w:rFonts w:ascii="Roboto Condensed" w:hAnsi="Roboto Condensed"/>
          <w:sz w:val="20"/>
          <w:lang w:val="pl-PL"/>
        </w:rPr>
        <w:instrText xml:space="preserve"> \* MERGEFORMAT </w:instrText>
      </w:r>
      <w:r w:rsidR="00530549" w:rsidRPr="00241745">
        <w:rPr>
          <w:rFonts w:ascii="Roboto Condensed" w:hAnsi="Roboto Condensed"/>
          <w:sz w:val="20"/>
          <w:lang w:val="pl-PL"/>
        </w:rPr>
      </w:r>
      <w:r w:rsidR="00530549" w:rsidRPr="00241745">
        <w:rPr>
          <w:rFonts w:ascii="Roboto Condensed" w:hAnsi="Roboto Condensed"/>
          <w:sz w:val="20"/>
          <w:lang w:val="pl-PL"/>
        </w:rPr>
        <w:fldChar w:fldCharType="separate"/>
      </w:r>
      <w:r w:rsidR="00342D17" w:rsidRPr="00342D17">
        <w:rPr>
          <w:rFonts w:ascii="Roboto Condensed" w:hAnsi="Roboto Condensed"/>
          <w:sz w:val="20"/>
          <w:lang w:val="pl-PL"/>
        </w:rPr>
        <w:t>2.1. Polityka przestrzenna gminy określona w strategii rozwoju gminy lub strategii rozwoju ponadlokalnego.</w:t>
      </w:r>
      <w:r w:rsidR="00530549" w:rsidRPr="00241745">
        <w:rPr>
          <w:rFonts w:ascii="Roboto Condensed" w:hAnsi="Roboto Condensed"/>
          <w:sz w:val="20"/>
          <w:lang w:val="pl-PL"/>
        </w:rPr>
        <w:fldChar w:fldCharType="end"/>
      </w:r>
      <w:r w:rsidR="00AE7295" w:rsidRPr="00241745">
        <w:rPr>
          <w:rFonts w:ascii="Roboto Condensed" w:hAnsi="Roboto Condensed"/>
          <w:sz w:val="20"/>
          <w:lang w:val="pl-PL"/>
        </w:rPr>
        <w:t>”</w:t>
      </w:r>
      <w:r w:rsidR="00530549" w:rsidRPr="00241745">
        <w:rPr>
          <w:rFonts w:ascii="Roboto Condensed" w:hAnsi="Roboto Condensed"/>
          <w:sz w:val="20"/>
          <w:lang w:val="pl-PL"/>
        </w:rPr>
        <w:t xml:space="preserve"> </w:t>
      </w:r>
      <w:r w:rsidR="00AE7295" w:rsidRPr="00241745">
        <w:rPr>
          <w:rFonts w:ascii="Roboto Condensed" w:hAnsi="Roboto Condensed"/>
          <w:sz w:val="20"/>
          <w:lang w:val="pl-PL"/>
        </w:rPr>
        <w:t>g</w:t>
      </w:r>
      <w:r w:rsidR="000A5005" w:rsidRPr="00241745">
        <w:rPr>
          <w:rFonts w:ascii="Roboto Condensed" w:hAnsi="Roboto Condensed"/>
          <w:sz w:val="20"/>
          <w:lang w:val="pl-PL"/>
        </w:rPr>
        <w:t xml:space="preserve">mina </w:t>
      </w:r>
      <w:r w:rsidR="003A0432" w:rsidRPr="00241745">
        <w:rPr>
          <w:rFonts w:ascii="Roboto Condensed" w:hAnsi="Roboto Condensed"/>
          <w:sz w:val="20"/>
          <w:lang w:val="pl-PL"/>
        </w:rPr>
        <w:t>Radomsko</w:t>
      </w:r>
      <w:r w:rsidR="000A5005" w:rsidRPr="00241745">
        <w:rPr>
          <w:rFonts w:ascii="Roboto Condensed" w:hAnsi="Roboto Condensed"/>
          <w:sz w:val="20"/>
          <w:lang w:val="pl-PL"/>
        </w:rPr>
        <w:t xml:space="preserve"> jest </w:t>
      </w:r>
      <w:r w:rsidR="00F343C0" w:rsidRPr="00241745">
        <w:rPr>
          <w:rFonts w:ascii="Roboto Condensed" w:hAnsi="Roboto Condensed"/>
          <w:sz w:val="20"/>
          <w:lang w:val="pl-PL"/>
        </w:rPr>
        <w:t xml:space="preserve">pokryta jedynie w </w:t>
      </w:r>
      <w:r w:rsidR="000F3C15" w:rsidRPr="00241745">
        <w:rPr>
          <w:rFonts w:ascii="Roboto Condensed" w:hAnsi="Roboto Condensed"/>
          <w:sz w:val="20"/>
          <w:lang w:val="pl-PL"/>
        </w:rPr>
        <w:t xml:space="preserve">1,1% </w:t>
      </w:r>
      <w:r w:rsidR="005A4EF5" w:rsidRPr="00241745">
        <w:rPr>
          <w:rFonts w:ascii="Roboto Condensed" w:hAnsi="Roboto Condensed"/>
          <w:sz w:val="20"/>
          <w:lang w:val="pl-PL"/>
        </w:rPr>
        <w:t>obowiązując</w:t>
      </w:r>
      <w:r w:rsidR="00F343C0" w:rsidRPr="00241745">
        <w:rPr>
          <w:rFonts w:ascii="Roboto Condensed" w:hAnsi="Roboto Condensed"/>
          <w:sz w:val="20"/>
          <w:lang w:val="pl-PL"/>
        </w:rPr>
        <w:t>ymi</w:t>
      </w:r>
      <w:r w:rsidR="005A4EF5" w:rsidRPr="00241745">
        <w:rPr>
          <w:rFonts w:ascii="Roboto Condensed" w:hAnsi="Roboto Condensed"/>
          <w:sz w:val="20"/>
          <w:lang w:val="pl-PL"/>
        </w:rPr>
        <w:t xml:space="preserve"> plan</w:t>
      </w:r>
      <w:r w:rsidR="00F343C0" w:rsidRPr="00241745">
        <w:rPr>
          <w:rFonts w:ascii="Roboto Condensed" w:hAnsi="Roboto Condensed"/>
          <w:sz w:val="20"/>
          <w:lang w:val="pl-PL"/>
        </w:rPr>
        <w:t>ami</w:t>
      </w:r>
      <w:r w:rsidR="005A4EF5" w:rsidRPr="00241745">
        <w:rPr>
          <w:rFonts w:ascii="Roboto Condensed" w:hAnsi="Roboto Condensed"/>
          <w:sz w:val="20"/>
          <w:lang w:val="pl-PL"/>
        </w:rPr>
        <w:t xml:space="preserve"> miejscow</w:t>
      </w:r>
      <w:r w:rsidR="00F343C0" w:rsidRPr="00241745">
        <w:rPr>
          <w:rFonts w:ascii="Roboto Condensed" w:hAnsi="Roboto Condensed"/>
          <w:sz w:val="20"/>
          <w:lang w:val="pl-PL"/>
        </w:rPr>
        <w:t>ymi</w:t>
      </w:r>
      <w:r w:rsidR="006F3D48" w:rsidRPr="00241745">
        <w:rPr>
          <w:rFonts w:ascii="Roboto Condensed" w:hAnsi="Roboto Condensed"/>
          <w:sz w:val="20"/>
          <w:lang w:val="pl-PL"/>
        </w:rPr>
        <w:t xml:space="preserve">, wobec czego wyznaczenie obszaru uzupełnienia zabudowy jest niezbędne </w:t>
      </w:r>
      <w:r w:rsidR="00AF568C" w:rsidRPr="00241745">
        <w:rPr>
          <w:rFonts w:ascii="Roboto Condensed" w:hAnsi="Roboto Condensed"/>
          <w:sz w:val="20"/>
          <w:lang w:val="pl-PL"/>
        </w:rPr>
        <w:t xml:space="preserve">dla umożliwienia </w:t>
      </w:r>
      <w:r w:rsidR="00D52C3E" w:rsidRPr="00241745">
        <w:rPr>
          <w:rFonts w:ascii="Roboto Condensed" w:hAnsi="Roboto Condensed"/>
          <w:sz w:val="20"/>
          <w:lang w:val="pl-PL"/>
        </w:rPr>
        <w:t xml:space="preserve">realizacji zamierzeń inwestycyjnych na terenie </w:t>
      </w:r>
      <w:r w:rsidR="003D133E" w:rsidRPr="00241745">
        <w:rPr>
          <w:rFonts w:ascii="Roboto Condensed" w:hAnsi="Roboto Condensed"/>
          <w:sz w:val="20"/>
          <w:lang w:val="pl-PL"/>
        </w:rPr>
        <w:t>gminy w oparciu o decyzje o warunkach zabudowy po wejściu w życie planu ogólnego.</w:t>
      </w:r>
    </w:p>
    <w:p w14:paraId="77956CDA" w14:textId="1981C6F9" w:rsidR="004E6EE0" w:rsidRPr="00241745" w:rsidRDefault="00954AAB" w:rsidP="006E5E82">
      <w:pPr>
        <w:pStyle w:val="Tekstpodstawowy2"/>
        <w:spacing w:before="120" w:after="120" w:line="240" w:lineRule="auto"/>
        <w:ind w:left="170"/>
        <w:rPr>
          <w:rFonts w:ascii="Roboto Condensed" w:hAnsi="Roboto Condensed"/>
          <w:sz w:val="20"/>
          <w:lang w:val="pl-PL"/>
        </w:rPr>
      </w:pPr>
      <w:r w:rsidRPr="00241745">
        <w:rPr>
          <w:rFonts w:ascii="Roboto Condensed" w:hAnsi="Roboto Condensed"/>
          <w:sz w:val="20"/>
          <w:lang w:val="pl-PL"/>
        </w:rPr>
        <w:t>Obszar uzupełnienia zabudowy został wyznaczony zgodnie z rozporządzeniem Ministra Rozwoju i Technologii z dnia 2 maja 2024 r. w sprawie sposobu wyznaczania obszaru uzupełnienia zabudowy</w:t>
      </w:r>
      <w:r w:rsidR="000C0941" w:rsidRPr="00241745">
        <w:rPr>
          <w:rFonts w:ascii="Roboto Condensed" w:hAnsi="Roboto Condensed"/>
          <w:sz w:val="20"/>
          <w:lang w:val="pl-PL"/>
        </w:rPr>
        <w:t xml:space="preserve"> </w:t>
      </w:r>
      <w:r w:rsidRPr="00241745">
        <w:rPr>
          <w:rFonts w:ascii="Roboto Condensed" w:hAnsi="Roboto Condensed"/>
          <w:sz w:val="20"/>
          <w:lang w:val="pl-PL"/>
        </w:rPr>
        <w:t>w planie ogólnym gminy (Dz. U. poz. 729)</w:t>
      </w:r>
      <w:r w:rsidR="00952829" w:rsidRPr="00241745">
        <w:rPr>
          <w:rFonts w:ascii="Roboto Condensed" w:hAnsi="Roboto Condensed"/>
          <w:sz w:val="20"/>
          <w:lang w:val="pl-PL"/>
        </w:rPr>
        <w:t xml:space="preserve">. </w:t>
      </w:r>
      <w:r w:rsidR="004E6EE0" w:rsidRPr="00241745">
        <w:rPr>
          <w:rFonts w:ascii="Roboto Condensed" w:hAnsi="Roboto Condensed"/>
          <w:sz w:val="20"/>
          <w:lang w:val="pl-PL"/>
        </w:rPr>
        <w:t>Informacje o budynkach, o których mowa pkt 1, zgodnie z ww. rozporządzeniem pozyskuje się</w:t>
      </w:r>
      <w:r w:rsidR="006E5E82" w:rsidRPr="00241745">
        <w:rPr>
          <w:rFonts w:ascii="Roboto Condensed" w:hAnsi="Roboto Condensed"/>
          <w:sz w:val="20"/>
          <w:lang w:val="pl-PL"/>
        </w:rPr>
        <w:t xml:space="preserve"> </w:t>
      </w:r>
      <w:r w:rsidR="004E6EE0" w:rsidRPr="00241745">
        <w:rPr>
          <w:rFonts w:ascii="Roboto Condensed" w:hAnsi="Roboto Condensed"/>
          <w:sz w:val="20"/>
          <w:lang w:val="pl-PL"/>
        </w:rPr>
        <w:t>na podstawie danych pochodzących z baz danych:</w:t>
      </w:r>
    </w:p>
    <w:p w14:paraId="0B87A15A" w14:textId="55C8BE4A" w:rsidR="004E6EE0" w:rsidRPr="00241745" w:rsidRDefault="004E6EE0" w:rsidP="008636AA">
      <w:pPr>
        <w:pStyle w:val="Tekstpodstawowy2"/>
        <w:numPr>
          <w:ilvl w:val="0"/>
          <w:numId w:val="10"/>
        </w:numPr>
        <w:spacing w:before="40" w:after="40" w:line="240" w:lineRule="auto"/>
        <w:ind w:left="567" w:hanging="227"/>
        <w:rPr>
          <w:rFonts w:ascii="Roboto Condensed" w:hAnsi="Roboto Condensed"/>
          <w:sz w:val="20"/>
          <w:lang w:val="pl-PL"/>
        </w:rPr>
      </w:pPr>
      <w:r w:rsidRPr="00241745">
        <w:rPr>
          <w:rFonts w:ascii="Roboto Condensed" w:hAnsi="Roboto Condensed"/>
          <w:sz w:val="20"/>
          <w:lang w:val="pl-PL"/>
        </w:rPr>
        <w:t>ewidencji gruntów i budynków</w:t>
      </w:r>
      <w:r w:rsidR="004D6B0F" w:rsidRPr="00241745">
        <w:rPr>
          <w:rFonts w:ascii="Roboto Condensed" w:hAnsi="Roboto Condensed"/>
          <w:sz w:val="20"/>
          <w:lang w:val="pl-PL"/>
        </w:rPr>
        <w:t xml:space="preserve"> (</w:t>
      </w:r>
      <w:r w:rsidR="006250A8" w:rsidRPr="00241745">
        <w:rPr>
          <w:rFonts w:ascii="Roboto Condensed" w:hAnsi="Roboto Condensed"/>
          <w:sz w:val="20"/>
          <w:lang w:val="pl-PL"/>
        </w:rPr>
        <w:t>EGIB)</w:t>
      </w:r>
      <w:r w:rsidRPr="00241745">
        <w:rPr>
          <w:rFonts w:ascii="Roboto Condensed" w:hAnsi="Roboto Condensed"/>
          <w:sz w:val="20"/>
          <w:lang w:val="pl-PL"/>
        </w:rPr>
        <w:t>, o której mowa w art. 4 ust. 1a pkt 2 ustawy z dnia 17 maja</w:t>
      </w:r>
      <w:r w:rsidR="00E45B5A" w:rsidRPr="00241745">
        <w:rPr>
          <w:rFonts w:ascii="Roboto Condensed" w:hAnsi="Roboto Condensed"/>
          <w:sz w:val="20"/>
          <w:lang w:val="pl-PL"/>
        </w:rPr>
        <w:t xml:space="preserve"> </w:t>
      </w:r>
      <w:r w:rsidRPr="00241745">
        <w:rPr>
          <w:rFonts w:ascii="Roboto Condensed" w:hAnsi="Roboto Condensed"/>
          <w:sz w:val="20"/>
          <w:lang w:val="pl-PL"/>
        </w:rPr>
        <w:t>1989 r. – Prawo geodezyjne i kartograficzne (Dz. U. z 2023 r. poz. 1752, 1615, 1688 i 1762);</w:t>
      </w:r>
    </w:p>
    <w:p w14:paraId="1A6DCAC5" w14:textId="1138F2FB" w:rsidR="004E6EE0" w:rsidRPr="00241745" w:rsidRDefault="004E6EE0" w:rsidP="008636AA">
      <w:pPr>
        <w:pStyle w:val="Tekstpodstawowy2"/>
        <w:numPr>
          <w:ilvl w:val="0"/>
          <w:numId w:val="10"/>
        </w:numPr>
        <w:spacing w:before="40" w:after="40" w:line="240" w:lineRule="auto"/>
        <w:ind w:left="567" w:hanging="227"/>
        <w:rPr>
          <w:rFonts w:ascii="Roboto Condensed" w:hAnsi="Roboto Condensed"/>
          <w:sz w:val="20"/>
          <w:lang w:val="pl-PL"/>
        </w:rPr>
      </w:pPr>
      <w:r w:rsidRPr="00241745">
        <w:rPr>
          <w:rFonts w:ascii="Roboto Condensed" w:hAnsi="Roboto Condensed"/>
          <w:sz w:val="20"/>
          <w:lang w:val="pl-PL"/>
        </w:rPr>
        <w:t>obiektów topograficznych o szczegółowości zapewniającej tworzenie standardowych</w:t>
      </w:r>
      <w:r w:rsidR="00E45B5A" w:rsidRPr="00241745">
        <w:rPr>
          <w:rFonts w:ascii="Roboto Condensed" w:hAnsi="Roboto Condensed"/>
          <w:sz w:val="20"/>
          <w:lang w:val="pl-PL"/>
        </w:rPr>
        <w:t xml:space="preserve"> </w:t>
      </w:r>
      <w:r w:rsidRPr="00241745">
        <w:rPr>
          <w:rFonts w:ascii="Roboto Condensed" w:hAnsi="Roboto Condensed"/>
          <w:sz w:val="20"/>
          <w:lang w:val="pl-PL"/>
        </w:rPr>
        <w:t>opracowań kartograficznych w skalach 1:500–1:5000</w:t>
      </w:r>
      <w:r w:rsidR="006250A8" w:rsidRPr="00241745">
        <w:rPr>
          <w:rFonts w:ascii="Roboto Condensed" w:hAnsi="Roboto Condensed"/>
          <w:sz w:val="20"/>
          <w:lang w:val="pl-PL"/>
        </w:rPr>
        <w:t xml:space="preserve"> (BDOT500)</w:t>
      </w:r>
      <w:r w:rsidRPr="00241745">
        <w:rPr>
          <w:rFonts w:ascii="Roboto Condensed" w:hAnsi="Roboto Condensed"/>
          <w:sz w:val="20"/>
          <w:lang w:val="pl-PL"/>
        </w:rPr>
        <w:t>, o których mowa w art. 4 ust. 1a pkt 12</w:t>
      </w:r>
      <w:r w:rsidR="00E45B5A" w:rsidRPr="00241745">
        <w:rPr>
          <w:rFonts w:ascii="Roboto Condensed" w:hAnsi="Roboto Condensed"/>
          <w:sz w:val="20"/>
          <w:lang w:val="pl-PL"/>
        </w:rPr>
        <w:t xml:space="preserve"> </w:t>
      </w:r>
      <w:r w:rsidRPr="00241745">
        <w:rPr>
          <w:rFonts w:ascii="Roboto Condensed" w:hAnsi="Roboto Condensed"/>
          <w:sz w:val="20"/>
          <w:lang w:val="pl-PL"/>
        </w:rPr>
        <w:t>ustawy z dnia 17 maja 1989 r. – Prawo geodezyjne i kartograficzne – wyłącznie w przypadku</w:t>
      </w:r>
      <w:r w:rsidR="00E45B5A" w:rsidRPr="00241745">
        <w:rPr>
          <w:rFonts w:ascii="Roboto Condensed" w:hAnsi="Roboto Condensed"/>
          <w:sz w:val="20"/>
          <w:lang w:val="pl-PL"/>
        </w:rPr>
        <w:t xml:space="preserve"> </w:t>
      </w:r>
      <w:r w:rsidRPr="00241745">
        <w:rPr>
          <w:rFonts w:ascii="Roboto Condensed" w:hAnsi="Roboto Condensed"/>
          <w:sz w:val="20"/>
          <w:lang w:val="pl-PL"/>
        </w:rPr>
        <w:t>budynków niewykazanych w bazie danych, o której mowa w pkt 1;</w:t>
      </w:r>
    </w:p>
    <w:p w14:paraId="130BF017" w14:textId="50CE2F58" w:rsidR="004E6EE0" w:rsidRPr="00241745" w:rsidRDefault="004E6EE0" w:rsidP="008636AA">
      <w:pPr>
        <w:pStyle w:val="Tekstpodstawowy2"/>
        <w:numPr>
          <w:ilvl w:val="0"/>
          <w:numId w:val="10"/>
        </w:numPr>
        <w:spacing w:before="40" w:after="40" w:line="240" w:lineRule="auto"/>
        <w:ind w:left="567" w:hanging="227"/>
        <w:rPr>
          <w:rFonts w:ascii="Roboto Condensed" w:hAnsi="Roboto Condensed"/>
          <w:sz w:val="20"/>
          <w:lang w:val="pl-PL"/>
        </w:rPr>
      </w:pPr>
      <w:r w:rsidRPr="00241745">
        <w:rPr>
          <w:rFonts w:ascii="Roboto Condensed" w:hAnsi="Roboto Condensed"/>
          <w:sz w:val="20"/>
          <w:lang w:val="pl-PL"/>
        </w:rPr>
        <w:t>obiektów topograficznych o szczegółowości zapewniającej tworzenie standardowych</w:t>
      </w:r>
      <w:r w:rsidR="00E45B5A" w:rsidRPr="00241745">
        <w:rPr>
          <w:rFonts w:ascii="Roboto Condensed" w:hAnsi="Roboto Condensed"/>
          <w:sz w:val="20"/>
          <w:lang w:val="pl-PL"/>
        </w:rPr>
        <w:t xml:space="preserve"> </w:t>
      </w:r>
      <w:r w:rsidRPr="00241745">
        <w:rPr>
          <w:rFonts w:ascii="Roboto Condensed" w:hAnsi="Roboto Condensed"/>
          <w:sz w:val="20"/>
          <w:lang w:val="pl-PL"/>
        </w:rPr>
        <w:t>opracowań kartograficznych w skalach 1:10 000–1:100 000</w:t>
      </w:r>
      <w:r w:rsidR="006250A8" w:rsidRPr="00241745">
        <w:rPr>
          <w:rFonts w:ascii="Roboto Condensed" w:hAnsi="Roboto Condensed"/>
          <w:sz w:val="20"/>
          <w:lang w:val="pl-PL"/>
        </w:rPr>
        <w:t xml:space="preserve"> (BDOT10K)</w:t>
      </w:r>
      <w:r w:rsidRPr="00241745">
        <w:rPr>
          <w:rFonts w:ascii="Roboto Condensed" w:hAnsi="Roboto Condensed"/>
          <w:sz w:val="20"/>
          <w:lang w:val="pl-PL"/>
        </w:rPr>
        <w:t>, o których mowa w art. 4 ust. 1a</w:t>
      </w:r>
      <w:r w:rsidR="00E45B5A" w:rsidRPr="00241745">
        <w:rPr>
          <w:rFonts w:ascii="Roboto Condensed" w:hAnsi="Roboto Condensed"/>
          <w:sz w:val="20"/>
          <w:lang w:val="pl-PL"/>
        </w:rPr>
        <w:t xml:space="preserve"> </w:t>
      </w:r>
      <w:r w:rsidRPr="00241745">
        <w:rPr>
          <w:rFonts w:ascii="Roboto Condensed" w:hAnsi="Roboto Condensed"/>
          <w:sz w:val="20"/>
          <w:lang w:val="pl-PL"/>
        </w:rPr>
        <w:t>pkt 8 ustawy z dnia 17 maja 1989 r. – Prawo geodezyjne i kartograficzne – wyłącznie</w:t>
      </w:r>
      <w:r w:rsidR="006E5E82" w:rsidRPr="00241745">
        <w:rPr>
          <w:rFonts w:ascii="Roboto Condensed" w:hAnsi="Roboto Condensed"/>
          <w:sz w:val="20"/>
          <w:lang w:val="pl-PL"/>
        </w:rPr>
        <w:t xml:space="preserve"> </w:t>
      </w:r>
      <w:r w:rsidRPr="00241745">
        <w:rPr>
          <w:rFonts w:ascii="Roboto Condensed" w:hAnsi="Roboto Condensed"/>
          <w:sz w:val="20"/>
          <w:lang w:val="pl-PL"/>
        </w:rPr>
        <w:t>w przypadku budynków niewykazanych w bazach danych, o których mowa w pkt 1 i 2.</w:t>
      </w:r>
    </w:p>
    <w:p w14:paraId="08632B2F" w14:textId="77777777" w:rsidR="00861E04" w:rsidRPr="00241745" w:rsidRDefault="00861E04" w:rsidP="00861E04">
      <w:pPr>
        <w:pStyle w:val="Tekstpodstawowy2"/>
        <w:spacing w:before="120" w:after="120" w:line="240" w:lineRule="auto"/>
        <w:ind w:left="170"/>
        <w:rPr>
          <w:rFonts w:ascii="Roboto Condensed" w:hAnsi="Roboto Condensed"/>
          <w:sz w:val="20"/>
          <w:lang w:val="pl-PL"/>
        </w:rPr>
      </w:pPr>
      <w:r w:rsidRPr="00241745">
        <w:rPr>
          <w:rFonts w:ascii="Roboto Condensed" w:hAnsi="Roboto Condensed"/>
          <w:sz w:val="20"/>
          <w:lang w:val="pl-PL"/>
        </w:rPr>
        <w:lastRenderedPageBreak/>
        <w:t>Do wyznaczania obszarów uzupełnienia zabudowy wykorzystuje się dane pozyskane z państwowego zasobu geodezyjnego i kartograficznego, nie wcześniej niż w dniu przystąpienia do sporządzania planu ogólnego gminy (tj. według stanu na dzień przystąpienia lub późniejszego).</w:t>
      </w:r>
    </w:p>
    <w:p w14:paraId="3ECAB6AA" w14:textId="0E8F0DB1" w:rsidR="00861E04" w:rsidRPr="009D60F9" w:rsidRDefault="00861E04" w:rsidP="00861E04">
      <w:pPr>
        <w:pStyle w:val="Tekstpodstawowy2"/>
        <w:spacing w:before="120" w:after="120" w:line="240" w:lineRule="auto"/>
        <w:ind w:left="170"/>
        <w:rPr>
          <w:rFonts w:ascii="Roboto Condensed" w:hAnsi="Roboto Condensed"/>
          <w:sz w:val="20"/>
          <w:lang w:val="pl-PL"/>
        </w:rPr>
      </w:pPr>
      <w:r w:rsidRPr="009D60F9">
        <w:rPr>
          <w:rFonts w:ascii="Roboto Condensed" w:hAnsi="Roboto Condensed"/>
          <w:sz w:val="20"/>
          <w:lang w:val="pl-PL"/>
        </w:rPr>
        <w:t>Starostwo Powiatowe w Radomsku, Ośrodek Dokumentacji Geodezyjnej i Kartograficznej</w:t>
      </w:r>
      <w:r w:rsidR="0054353E" w:rsidRPr="009D60F9">
        <w:rPr>
          <w:rFonts w:ascii="Roboto Condensed" w:hAnsi="Roboto Condensed"/>
          <w:sz w:val="20"/>
          <w:lang w:val="pl-PL"/>
        </w:rPr>
        <w:t>,</w:t>
      </w:r>
      <w:r w:rsidRPr="009D60F9">
        <w:rPr>
          <w:rFonts w:ascii="Roboto Condensed" w:hAnsi="Roboto Condensed"/>
          <w:sz w:val="20"/>
          <w:lang w:val="pl-PL"/>
        </w:rPr>
        <w:t xml:space="preserve"> poinformowało, że udostępnion</w:t>
      </w:r>
      <w:r w:rsidR="00CF276F">
        <w:rPr>
          <w:rFonts w:ascii="Roboto Condensed" w:hAnsi="Roboto Condensed"/>
          <w:sz w:val="20"/>
          <w:lang w:val="pl-PL"/>
        </w:rPr>
        <w:t>a</w:t>
      </w:r>
      <w:r w:rsidRPr="009D60F9">
        <w:rPr>
          <w:rFonts w:ascii="Roboto Condensed" w:hAnsi="Roboto Condensed"/>
          <w:sz w:val="20"/>
          <w:lang w:val="pl-PL"/>
        </w:rPr>
        <w:t xml:space="preserve"> baz</w:t>
      </w:r>
      <w:r w:rsidR="00CF276F">
        <w:rPr>
          <w:rFonts w:ascii="Roboto Condensed" w:hAnsi="Roboto Condensed"/>
          <w:sz w:val="20"/>
          <w:lang w:val="pl-PL"/>
        </w:rPr>
        <w:t>a</w:t>
      </w:r>
      <w:r w:rsidRPr="009D60F9">
        <w:rPr>
          <w:rFonts w:ascii="Roboto Condensed" w:hAnsi="Roboto Condensed"/>
          <w:sz w:val="20"/>
          <w:lang w:val="pl-PL"/>
        </w:rPr>
        <w:t xml:space="preserve"> </w:t>
      </w:r>
      <w:proofErr w:type="spellStart"/>
      <w:r w:rsidRPr="009D60F9">
        <w:rPr>
          <w:rFonts w:ascii="Roboto Condensed" w:hAnsi="Roboto Condensed"/>
          <w:sz w:val="20"/>
          <w:lang w:val="pl-PL"/>
        </w:rPr>
        <w:t>EGiB</w:t>
      </w:r>
      <w:proofErr w:type="spellEnd"/>
      <w:r w:rsidRPr="009D60F9">
        <w:rPr>
          <w:rFonts w:ascii="Roboto Condensed" w:hAnsi="Roboto Condensed"/>
          <w:sz w:val="20"/>
          <w:lang w:val="pl-PL"/>
        </w:rPr>
        <w:t xml:space="preserve"> w formacie GML nie zawiera atrybutów o </w:t>
      </w:r>
      <w:r w:rsidR="00EB273B" w:rsidRPr="009D60F9">
        <w:rPr>
          <w:rFonts w:ascii="Roboto Condensed" w:hAnsi="Roboto Condensed"/>
          <w:sz w:val="20"/>
          <w:lang w:val="pl-PL"/>
        </w:rPr>
        <w:t xml:space="preserve">wszystkich </w:t>
      </w:r>
      <w:r w:rsidRPr="009D60F9">
        <w:rPr>
          <w:rFonts w:ascii="Roboto Condensed" w:hAnsi="Roboto Condensed"/>
          <w:sz w:val="20"/>
          <w:lang w:val="pl-PL"/>
        </w:rPr>
        <w:t xml:space="preserve">budynkach zgodnych z </w:t>
      </w:r>
      <w:r w:rsidR="000B2ED9" w:rsidRPr="009D60F9">
        <w:rPr>
          <w:rFonts w:ascii="Roboto Condensed" w:hAnsi="Roboto Condensed"/>
          <w:sz w:val="20"/>
          <w:lang w:val="pl-PL"/>
        </w:rPr>
        <w:t xml:space="preserve">rodzajem </w:t>
      </w:r>
      <w:r w:rsidRPr="009D60F9">
        <w:rPr>
          <w:rFonts w:ascii="Roboto Condensed" w:hAnsi="Roboto Condensed"/>
          <w:sz w:val="20"/>
          <w:lang w:val="pl-PL"/>
        </w:rPr>
        <w:t xml:space="preserve">KŚT. W bazie </w:t>
      </w:r>
      <w:proofErr w:type="spellStart"/>
      <w:r w:rsidRPr="009D60F9">
        <w:rPr>
          <w:rFonts w:ascii="Roboto Condensed" w:hAnsi="Roboto Condensed"/>
          <w:sz w:val="20"/>
          <w:lang w:val="pl-PL"/>
        </w:rPr>
        <w:t>EGiB</w:t>
      </w:r>
      <w:proofErr w:type="spellEnd"/>
      <w:r w:rsidRPr="009D60F9">
        <w:rPr>
          <w:rFonts w:ascii="Roboto Condensed" w:hAnsi="Roboto Condensed"/>
          <w:sz w:val="20"/>
          <w:lang w:val="pl-PL"/>
        </w:rPr>
        <w:t xml:space="preserve"> dane są tylko częściowo kompletne w zakresie rodzaju budynku według KŚT: spośród 5 385 budynków jedynie 415 posiada przypisane oznaczenie rodzaju</w:t>
      </w:r>
      <w:r w:rsidR="00C614ED" w:rsidRPr="009D60F9">
        <w:rPr>
          <w:rFonts w:ascii="Roboto Condensed" w:hAnsi="Roboto Condensed"/>
          <w:sz w:val="20"/>
          <w:lang w:val="pl-PL"/>
        </w:rPr>
        <w:t>.</w:t>
      </w:r>
      <w:r w:rsidRPr="009D60F9">
        <w:rPr>
          <w:rFonts w:ascii="Roboto Condensed" w:hAnsi="Roboto Condensed"/>
          <w:sz w:val="20"/>
          <w:lang w:val="pl-PL"/>
        </w:rPr>
        <w:t xml:space="preserve"> </w:t>
      </w:r>
      <w:r w:rsidR="0072067D" w:rsidRPr="009D60F9">
        <w:rPr>
          <w:rFonts w:ascii="Roboto Condensed" w:hAnsi="Roboto Condensed"/>
          <w:sz w:val="20"/>
          <w:lang w:val="pl-PL"/>
        </w:rPr>
        <w:t xml:space="preserve">W odniesieniu do </w:t>
      </w:r>
      <w:r w:rsidRPr="009D60F9">
        <w:rPr>
          <w:rFonts w:ascii="Roboto Condensed" w:hAnsi="Roboto Condensed"/>
          <w:sz w:val="20"/>
          <w:lang w:val="pl-PL"/>
        </w:rPr>
        <w:t xml:space="preserve">bazy BDOT500 </w:t>
      </w:r>
      <w:r w:rsidR="009D091B" w:rsidRPr="009D60F9">
        <w:rPr>
          <w:rFonts w:ascii="Roboto Condensed" w:hAnsi="Roboto Condensed"/>
          <w:sz w:val="20"/>
          <w:lang w:val="pl-PL"/>
        </w:rPr>
        <w:t xml:space="preserve">dla 177 </w:t>
      </w:r>
      <w:r w:rsidRPr="009D60F9">
        <w:rPr>
          <w:rFonts w:ascii="Roboto Condensed" w:hAnsi="Roboto Condensed"/>
          <w:sz w:val="20"/>
          <w:lang w:val="pl-PL"/>
        </w:rPr>
        <w:t xml:space="preserve">budynków niewykazanych w </w:t>
      </w:r>
      <w:proofErr w:type="spellStart"/>
      <w:r w:rsidRPr="009D60F9">
        <w:rPr>
          <w:rFonts w:ascii="Roboto Condensed" w:hAnsi="Roboto Condensed"/>
          <w:sz w:val="20"/>
          <w:lang w:val="pl-PL"/>
        </w:rPr>
        <w:t>EGiB</w:t>
      </w:r>
      <w:proofErr w:type="spellEnd"/>
      <w:r w:rsidR="00202985">
        <w:rPr>
          <w:rFonts w:ascii="Roboto Condensed" w:hAnsi="Roboto Condensed"/>
          <w:sz w:val="20"/>
          <w:lang w:val="pl-PL"/>
        </w:rPr>
        <w:t>,</w:t>
      </w:r>
      <w:r w:rsidRPr="009D60F9">
        <w:rPr>
          <w:rFonts w:ascii="Roboto Condensed" w:hAnsi="Roboto Condensed"/>
          <w:sz w:val="20"/>
          <w:lang w:val="pl-PL"/>
        </w:rPr>
        <w:t xml:space="preserve"> wszystkie obiekty mają wskazany rodzaj według KŚT.</w:t>
      </w:r>
    </w:p>
    <w:p w14:paraId="3EDA1645" w14:textId="068FCD09" w:rsidR="00932460" w:rsidRPr="001423B6" w:rsidRDefault="00861E04" w:rsidP="00932460">
      <w:pPr>
        <w:pStyle w:val="Tekstpodstawowy2"/>
        <w:spacing w:before="120" w:line="240" w:lineRule="auto"/>
        <w:ind w:left="170"/>
        <w:rPr>
          <w:rFonts w:ascii="Roboto Condensed" w:hAnsi="Roboto Condensed"/>
          <w:sz w:val="20"/>
          <w:lang w:val="pl-PL"/>
        </w:rPr>
      </w:pPr>
      <w:r w:rsidRPr="001423B6">
        <w:rPr>
          <w:rFonts w:ascii="Roboto Condensed" w:hAnsi="Roboto Condensed"/>
          <w:sz w:val="20"/>
          <w:lang w:val="pl-PL"/>
        </w:rPr>
        <w:t xml:space="preserve">Mając na względzie powyższe, obszar uzupełnienia zabudowy (OUZ) </w:t>
      </w:r>
      <w:r w:rsidR="00932460" w:rsidRPr="00954AAB">
        <w:rPr>
          <w:rFonts w:ascii="Roboto Condensed" w:hAnsi="Roboto Condensed"/>
          <w:sz w:val="20"/>
          <w:lang w:val="pl-PL"/>
        </w:rPr>
        <w:t xml:space="preserve">został wyznaczony </w:t>
      </w:r>
      <w:r w:rsidR="00932460">
        <w:rPr>
          <w:rFonts w:ascii="Roboto Condensed" w:hAnsi="Roboto Condensed"/>
          <w:sz w:val="20"/>
          <w:lang w:val="pl-PL"/>
        </w:rPr>
        <w:t xml:space="preserve">przy pomocy wtyczki </w:t>
      </w:r>
      <w:hyperlink r:id="rId52" w:history="1">
        <w:r w:rsidR="00932460" w:rsidRPr="00901145">
          <w:rPr>
            <w:rStyle w:val="Hipercze"/>
            <w:rFonts w:ascii="Roboto Condensed" w:hAnsi="Roboto Condensed"/>
            <w:sz w:val="20"/>
            <w:lang w:val="pl-PL"/>
          </w:rPr>
          <w:t>APP2</w:t>
        </w:r>
      </w:hyperlink>
      <w:r w:rsidR="00932460">
        <w:rPr>
          <w:rFonts w:ascii="Roboto Condensed" w:hAnsi="Roboto Condensed"/>
          <w:sz w:val="20"/>
          <w:lang w:val="pl-PL"/>
        </w:rPr>
        <w:t xml:space="preserve"> do oprogramowania QGIS </w:t>
      </w:r>
      <w:r w:rsidR="00932460" w:rsidRPr="00954AAB">
        <w:rPr>
          <w:rFonts w:ascii="Roboto Condensed" w:hAnsi="Roboto Condensed"/>
          <w:sz w:val="20"/>
          <w:lang w:val="pl-PL"/>
        </w:rPr>
        <w:t>zgodnie z rozporządzeniem Ministra Rozwoju</w:t>
      </w:r>
      <w:r w:rsidR="00932460">
        <w:rPr>
          <w:rFonts w:ascii="Roboto Condensed" w:hAnsi="Roboto Condensed"/>
          <w:sz w:val="20"/>
          <w:lang w:val="pl-PL"/>
        </w:rPr>
        <w:t xml:space="preserve"> </w:t>
      </w:r>
      <w:r w:rsidR="00932460" w:rsidRPr="00954AAB">
        <w:rPr>
          <w:rFonts w:ascii="Roboto Condensed" w:hAnsi="Roboto Condensed"/>
          <w:sz w:val="20"/>
          <w:lang w:val="pl-PL"/>
        </w:rPr>
        <w:t xml:space="preserve">i Technologii z dnia 2 maja </w:t>
      </w:r>
      <w:r w:rsidR="00932460">
        <w:rPr>
          <w:rFonts w:ascii="Roboto Condensed" w:hAnsi="Roboto Condensed"/>
          <w:sz w:val="20"/>
          <w:lang w:val="pl-PL"/>
        </w:rPr>
        <w:t>2</w:t>
      </w:r>
      <w:r w:rsidR="00932460" w:rsidRPr="00954AAB">
        <w:rPr>
          <w:rFonts w:ascii="Roboto Condensed" w:hAnsi="Roboto Condensed"/>
          <w:sz w:val="20"/>
          <w:lang w:val="pl-PL"/>
        </w:rPr>
        <w:t xml:space="preserve">024 r. w sprawie sposobu </w:t>
      </w:r>
      <w:r w:rsidR="00932460" w:rsidRPr="001423B6">
        <w:rPr>
          <w:rFonts w:ascii="Roboto Condensed" w:hAnsi="Roboto Condensed"/>
          <w:sz w:val="20"/>
          <w:lang w:val="pl-PL"/>
        </w:rPr>
        <w:t>wyznaczania obszaru uzupełnienia zabudowy w planie ogólnym gminy (Dz. U. poz. 729), z użyciem informacji o budynkach pochodzących z następujących baz danych:</w:t>
      </w:r>
    </w:p>
    <w:p w14:paraId="4F952EAE" w14:textId="4C23D02D" w:rsidR="00932460" w:rsidRPr="001423B6" w:rsidRDefault="00932460" w:rsidP="00932460">
      <w:pPr>
        <w:pStyle w:val="Tekstpodstawowy2"/>
        <w:numPr>
          <w:ilvl w:val="0"/>
          <w:numId w:val="18"/>
        </w:numPr>
        <w:spacing w:before="40" w:after="40" w:line="240" w:lineRule="auto"/>
        <w:ind w:left="567" w:hanging="227"/>
        <w:rPr>
          <w:rFonts w:ascii="Roboto Condensed" w:hAnsi="Roboto Condensed"/>
          <w:sz w:val="20"/>
          <w:lang w:val="pl-PL"/>
        </w:rPr>
      </w:pPr>
      <w:r w:rsidRPr="001423B6">
        <w:rPr>
          <w:rFonts w:ascii="Roboto Condensed" w:hAnsi="Roboto Condensed"/>
          <w:sz w:val="20"/>
          <w:lang w:val="pl-PL"/>
        </w:rPr>
        <w:t>Ewidencji gruntów i budynków w formacie .</w:t>
      </w:r>
      <w:proofErr w:type="spellStart"/>
      <w:r w:rsidRPr="001423B6">
        <w:rPr>
          <w:rFonts w:ascii="Roboto Condensed" w:hAnsi="Roboto Condensed"/>
          <w:sz w:val="20"/>
          <w:lang w:val="pl-PL"/>
        </w:rPr>
        <w:t>gml</w:t>
      </w:r>
      <w:proofErr w:type="spellEnd"/>
      <w:r w:rsidRPr="001423B6">
        <w:rPr>
          <w:rFonts w:ascii="Roboto Condensed" w:hAnsi="Roboto Condensed"/>
          <w:sz w:val="20"/>
          <w:lang w:val="pl-PL"/>
        </w:rPr>
        <w:t xml:space="preserve">, pozyskane z państwowego zasobu geodezyjnego i kartograficznego powiatu </w:t>
      </w:r>
      <w:r w:rsidR="00C269BF" w:rsidRPr="001423B6">
        <w:rPr>
          <w:rFonts w:ascii="Roboto Condensed" w:hAnsi="Roboto Condensed"/>
          <w:sz w:val="20"/>
          <w:lang w:val="pl-PL"/>
        </w:rPr>
        <w:t>Radomszczańskiego</w:t>
      </w:r>
      <w:r w:rsidRPr="001423B6">
        <w:rPr>
          <w:rFonts w:ascii="Roboto Condensed" w:hAnsi="Roboto Condensed"/>
          <w:sz w:val="20"/>
          <w:lang w:val="pl-PL"/>
        </w:rPr>
        <w:t xml:space="preserve"> </w:t>
      </w:r>
      <w:r w:rsidR="00CB621D" w:rsidRPr="001423B6">
        <w:rPr>
          <w:rFonts w:ascii="Roboto Condensed" w:hAnsi="Roboto Condensed"/>
          <w:sz w:val="20"/>
          <w:lang w:val="pl-PL"/>
        </w:rPr>
        <w:t xml:space="preserve">w zakresie </w:t>
      </w:r>
      <w:r w:rsidR="00C23E3D" w:rsidRPr="001423B6">
        <w:rPr>
          <w:rFonts w:ascii="Roboto Condensed" w:hAnsi="Roboto Condensed"/>
          <w:sz w:val="20"/>
          <w:lang w:val="pl-PL"/>
        </w:rPr>
        <w:t xml:space="preserve">415 </w:t>
      </w:r>
      <w:r w:rsidR="00CB621D" w:rsidRPr="001423B6">
        <w:rPr>
          <w:rFonts w:ascii="Roboto Condensed" w:hAnsi="Roboto Condensed"/>
          <w:sz w:val="20"/>
          <w:lang w:val="pl-PL"/>
        </w:rPr>
        <w:t xml:space="preserve">budynków posiadających </w:t>
      </w:r>
      <w:r w:rsidR="00CD0E9B" w:rsidRPr="001423B6">
        <w:rPr>
          <w:rFonts w:ascii="Roboto Condensed" w:hAnsi="Roboto Condensed"/>
          <w:sz w:val="20"/>
          <w:lang w:val="pl-PL"/>
        </w:rPr>
        <w:t xml:space="preserve">uzupełniony atrybut </w:t>
      </w:r>
      <w:proofErr w:type="spellStart"/>
      <w:r w:rsidR="00CD0E9B" w:rsidRPr="001423B6">
        <w:rPr>
          <w:rFonts w:ascii="Roboto Condensed" w:hAnsi="Roboto Condensed"/>
          <w:sz w:val="20"/>
          <w:lang w:val="pl-PL"/>
        </w:rPr>
        <w:t>RodzajWgKST</w:t>
      </w:r>
      <w:proofErr w:type="spellEnd"/>
      <w:r w:rsidRPr="001423B6">
        <w:rPr>
          <w:rFonts w:ascii="Roboto Condensed" w:hAnsi="Roboto Condensed"/>
          <w:sz w:val="20"/>
          <w:lang w:val="pl-PL"/>
        </w:rPr>
        <w:t xml:space="preserve">– licencja nr WG-WGO.6642.1940.2024_1815_P, data wykonania kopii </w:t>
      </w:r>
      <w:r w:rsidR="008F23AE" w:rsidRPr="001423B6">
        <w:rPr>
          <w:rFonts w:ascii="Roboto Condensed" w:hAnsi="Roboto Condensed"/>
          <w:sz w:val="20"/>
          <w:lang w:val="pl-PL"/>
        </w:rPr>
        <w:t>25</w:t>
      </w:r>
      <w:r w:rsidRPr="001423B6">
        <w:rPr>
          <w:rFonts w:ascii="Roboto Condensed" w:hAnsi="Roboto Condensed"/>
          <w:sz w:val="20"/>
          <w:lang w:val="pl-PL"/>
        </w:rPr>
        <w:t>.</w:t>
      </w:r>
      <w:r w:rsidR="008F23AE" w:rsidRPr="001423B6">
        <w:rPr>
          <w:rFonts w:ascii="Roboto Condensed" w:hAnsi="Roboto Condensed"/>
          <w:sz w:val="20"/>
          <w:lang w:val="pl-PL"/>
        </w:rPr>
        <w:t>10</w:t>
      </w:r>
      <w:r w:rsidRPr="001423B6">
        <w:rPr>
          <w:rFonts w:ascii="Roboto Condensed" w:hAnsi="Roboto Condensed"/>
          <w:sz w:val="20"/>
          <w:lang w:val="pl-PL"/>
        </w:rPr>
        <w:t>.2024r.;</w:t>
      </w:r>
    </w:p>
    <w:p w14:paraId="292CAC58" w14:textId="5FE48DFC" w:rsidR="00932460" w:rsidRPr="001423B6" w:rsidRDefault="00932460" w:rsidP="00932460">
      <w:pPr>
        <w:pStyle w:val="Tekstpodstawowy2"/>
        <w:numPr>
          <w:ilvl w:val="0"/>
          <w:numId w:val="18"/>
        </w:numPr>
        <w:spacing w:before="40" w:after="40" w:line="240" w:lineRule="auto"/>
        <w:ind w:left="567" w:hanging="227"/>
        <w:rPr>
          <w:rFonts w:ascii="Roboto Condensed" w:hAnsi="Roboto Condensed"/>
          <w:sz w:val="20"/>
          <w:lang w:val="pl-PL"/>
        </w:rPr>
      </w:pPr>
      <w:r w:rsidRPr="001423B6">
        <w:rPr>
          <w:rFonts w:ascii="Roboto Condensed" w:hAnsi="Roboto Condensed"/>
          <w:sz w:val="20"/>
          <w:lang w:val="pl-PL"/>
        </w:rPr>
        <w:t>wyłącznie w przypadku budynków niewykazanych w bazie danych, o której mowa w pkt 1 - Bazie danych obiektów topograficznych (BDOT500) w formacie .</w:t>
      </w:r>
      <w:proofErr w:type="spellStart"/>
      <w:r w:rsidRPr="001423B6">
        <w:rPr>
          <w:rFonts w:ascii="Roboto Condensed" w:hAnsi="Roboto Condensed"/>
          <w:sz w:val="20"/>
          <w:lang w:val="pl-PL"/>
        </w:rPr>
        <w:t>gml</w:t>
      </w:r>
      <w:proofErr w:type="spellEnd"/>
      <w:r w:rsidRPr="001423B6">
        <w:rPr>
          <w:rFonts w:ascii="Roboto Condensed" w:hAnsi="Roboto Condensed"/>
          <w:sz w:val="20"/>
          <w:lang w:val="pl-PL"/>
        </w:rPr>
        <w:t xml:space="preserve">, pozyskane z państwowego zasobu geodezyjnego i kartograficznego powiatu </w:t>
      </w:r>
      <w:r w:rsidR="00C269BF" w:rsidRPr="001423B6">
        <w:rPr>
          <w:rFonts w:ascii="Roboto Condensed" w:hAnsi="Roboto Condensed"/>
          <w:sz w:val="20"/>
          <w:lang w:val="pl-PL"/>
        </w:rPr>
        <w:t>Radomszczańskiego</w:t>
      </w:r>
      <w:r w:rsidRPr="001423B6">
        <w:rPr>
          <w:rFonts w:ascii="Roboto Condensed" w:hAnsi="Roboto Condensed"/>
          <w:sz w:val="20"/>
          <w:lang w:val="pl-PL"/>
        </w:rPr>
        <w:t xml:space="preserve"> </w:t>
      </w:r>
      <w:r w:rsidR="00715D26" w:rsidRPr="001423B6">
        <w:rPr>
          <w:rFonts w:ascii="Roboto Condensed" w:hAnsi="Roboto Condensed"/>
          <w:sz w:val="20"/>
          <w:lang w:val="pl-PL"/>
        </w:rPr>
        <w:t xml:space="preserve">w zakresie </w:t>
      </w:r>
      <w:r w:rsidR="00BF2BC9" w:rsidRPr="001423B6">
        <w:rPr>
          <w:rFonts w:ascii="Roboto Condensed" w:hAnsi="Roboto Condensed"/>
          <w:sz w:val="20"/>
          <w:lang w:val="pl-PL"/>
        </w:rPr>
        <w:t>87</w:t>
      </w:r>
      <w:r w:rsidR="00715D26" w:rsidRPr="001423B6">
        <w:rPr>
          <w:rFonts w:ascii="Roboto Condensed" w:hAnsi="Roboto Condensed"/>
          <w:sz w:val="20"/>
          <w:lang w:val="pl-PL"/>
        </w:rPr>
        <w:t xml:space="preserve"> budynków posiadających uzupełniony atrybut </w:t>
      </w:r>
      <w:proofErr w:type="spellStart"/>
      <w:r w:rsidR="00715D26" w:rsidRPr="001423B6">
        <w:rPr>
          <w:rFonts w:ascii="Roboto Condensed" w:hAnsi="Roboto Condensed"/>
          <w:sz w:val="20"/>
          <w:lang w:val="pl-PL"/>
        </w:rPr>
        <w:t>RodzajKST</w:t>
      </w:r>
      <w:proofErr w:type="spellEnd"/>
      <w:r w:rsidR="00715D26" w:rsidRPr="001423B6">
        <w:rPr>
          <w:rFonts w:ascii="Roboto Condensed" w:hAnsi="Roboto Condensed"/>
          <w:sz w:val="20"/>
          <w:lang w:val="pl-PL"/>
        </w:rPr>
        <w:t xml:space="preserve"> </w:t>
      </w:r>
      <w:r w:rsidRPr="001423B6">
        <w:rPr>
          <w:rFonts w:ascii="Roboto Condensed" w:hAnsi="Roboto Condensed"/>
          <w:sz w:val="20"/>
          <w:lang w:val="pl-PL"/>
        </w:rPr>
        <w:t xml:space="preserve">– licencja nr WG-WGO.6642.1940.2024_1815_P, data wykonania kopii </w:t>
      </w:r>
      <w:r w:rsidR="008F23AE" w:rsidRPr="001423B6">
        <w:rPr>
          <w:rFonts w:ascii="Roboto Condensed" w:hAnsi="Roboto Condensed"/>
          <w:sz w:val="20"/>
          <w:lang w:val="pl-PL"/>
        </w:rPr>
        <w:t>25</w:t>
      </w:r>
      <w:r w:rsidRPr="001423B6">
        <w:rPr>
          <w:rFonts w:ascii="Roboto Condensed" w:hAnsi="Roboto Condensed"/>
          <w:sz w:val="20"/>
          <w:lang w:val="pl-PL"/>
        </w:rPr>
        <w:t>.</w:t>
      </w:r>
      <w:r w:rsidR="008F23AE" w:rsidRPr="001423B6">
        <w:rPr>
          <w:rFonts w:ascii="Roboto Condensed" w:hAnsi="Roboto Condensed"/>
          <w:sz w:val="20"/>
          <w:lang w:val="pl-PL"/>
        </w:rPr>
        <w:t>10</w:t>
      </w:r>
      <w:r w:rsidRPr="001423B6">
        <w:rPr>
          <w:rFonts w:ascii="Roboto Condensed" w:hAnsi="Roboto Condensed"/>
          <w:sz w:val="20"/>
          <w:lang w:val="pl-PL"/>
        </w:rPr>
        <w:t>.2024r.;</w:t>
      </w:r>
    </w:p>
    <w:p w14:paraId="31DC6B5C" w14:textId="6C13A13E" w:rsidR="00932460" w:rsidRPr="001423B6" w:rsidRDefault="00932460" w:rsidP="00932460">
      <w:pPr>
        <w:pStyle w:val="Tekstpodstawowy2"/>
        <w:numPr>
          <w:ilvl w:val="0"/>
          <w:numId w:val="18"/>
        </w:numPr>
        <w:spacing w:before="40" w:after="40" w:line="240" w:lineRule="auto"/>
        <w:ind w:left="567" w:hanging="227"/>
        <w:rPr>
          <w:rFonts w:ascii="Roboto Condensed" w:hAnsi="Roboto Condensed"/>
          <w:sz w:val="20"/>
          <w:lang w:val="pl-PL"/>
        </w:rPr>
      </w:pPr>
      <w:r w:rsidRPr="001423B6">
        <w:rPr>
          <w:rFonts w:ascii="Roboto Condensed" w:hAnsi="Roboto Condensed"/>
          <w:sz w:val="20"/>
          <w:lang w:val="pl-PL"/>
        </w:rPr>
        <w:t xml:space="preserve">wyłącznie w przypadku budynków niewykazanych w bazie danych, o której mowa w pkt 1 i 2 - Bazie danych obiektów topograficznych (BDOT10k) – </w:t>
      </w:r>
      <w:r w:rsidR="004263EA" w:rsidRPr="001423B6">
        <w:rPr>
          <w:rFonts w:ascii="Roboto Condensed" w:hAnsi="Roboto Condensed"/>
          <w:sz w:val="20"/>
          <w:lang w:val="pl-PL"/>
        </w:rPr>
        <w:t>data pozyskania 21.12.2024r.</w:t>
      </w:r>
    </w:p>
    <w:p w14:paraId="35A4DAC7" w14:textId="700F7585" w:rsidR="00B70FF5" w:rsidRPr="0042076D" w:rsidRDefault="00B70FF5" w:rsidP="00932460">
      <w:pPr>
        <w:pStyle w:val="Tekstpodstawowy2"/>
        <w:spacing w:before="120" w:after="120" w:line="240" w:lineRule="auto"/>
        <w:ind w:left="170"/>
        <w:rPr>
          <w:rFonts w:ascii="Roboto Condensed" w:hAnsi="Roboto Condensed"/>
          <w:sz w:val="20"/>
          <w:lang w:val="pl-PL"/>
        </w:rPr>
      </w:pPr>
      <w:r w:rsidRPr="0042076D">
        <w:rPr>
          <w:rFonts w:ascii="Roboto Condensed" w:hAnsi="Roboto Condensed"/>
          <w:sz w:val="20"/>
          <w:lang w:val="pl-PL"/>
        </w:rPr>
        <w:t xml:space="preserve">Do analizy wyodrębniono budynki wg Klasyfikacji Środków Trwałych zgodnie z §1 ust. 1 pkt. 1 ww. Rozporządzenia o symbolach: </w:t>
      </w:r>
    </w:p>
    <w:p w14:paraId="1069E661" w14:textId="77777777" w:rsidR="00B70FF5" w:rsidRPr="0042076D" w:rsidRDefault="00B70FF5" w:rsidP="008636AA">
      <w:pPr>
        <w:pStyle w:val="Tekstpodstawowy2"/>
        <w:numPr>
          <w:ilvl w:val="0"/>
          <w:numId w:val="3"/>
        </w:numPr>
        <w:spacing w:line="240" w:lineRule="auto"/>
        <w:ind w:left="567" w:hanging="227"/>
        <w:rPr>
          <w:rFonts w:ascii="Roboto Condensed" w:hAnsi="Roboto Condensed"/>
          <w:sz w:val="20"/>
          <w:lang w:val="pl-PL"/>
        </w:rPr>
      </w:pPr>
      <w:r w:rsidRPr="0042076D">
        <w:rPr>
          <w:rFonts w:ascii="Roboto Condensed" w:hAnsi="Roboto Condensed"/>
          <w:sz w:val="20"/>
          <w:lang w:val="pl-PL"/>
        </w:rPr>
        <w:t xml:space="preserve">budynki przemysłowe o symbolu 101; </w:t>
      </w:r>
    </w:p>
    <w:p w14:paraId="49B7C1CC" w14:textId="77777777" w:rsidR="00B70FF5" w:rsidRPr="0042076D" w:rsidRDefault="00B70FF5" w:rsidP="008636AA">
      <w:pPr>
        <w:pStyle w:val="Tekstpodstawowy2"/>
        <w:numPr>
          <w:ilvl w:val="0"/>
          <w:numId w:val="3"/>
        </w:numPr>
        <w:spacing w:line="240" w:lineRule="auto"/>
        <w:ind w:left="567" w:hanging="227"/>
        <w:rPr>
          <w:rFonts w:ascii="Roboto Condensed" w:hAnsi="Roboto Condensed"/>
          <w:sz w:val="20"/>
          <w:lang w:val="pl-PL"/>
        </w:rPr>
      </w:pPr>
      <w:r w:rsidRPr="0042076D">
        <w:rPr>
          <w:rFonts w:ascii="Roboto Condensed" w:hAnsi="Roboto Condensed"/>
          <w:sz w:val="20"/>
          <w:lang w:val="pl-PL"/>
        </w:rPr>
        <w:t xml:space="preserve">budynki handlowo usługowe o symbolu 103; </w:t>
      </w:r>
    </w:p>
    <w:p w14:paraId="29928F8B" w14:textId="77777777" w:rsidR="00B70FF5" w:rsidRPr="0042076D" w:rsidRDefault="00B70FF5" w:rsidP="008636AA">
      <w:pPr>
        <w:pStyle w:val="Tekstpodstawowy2"/>
        <w:numPr>
          <w:ilvl w:val="0"/>
          <w:numId w:val="3"/>
        </w:numPr>
        <w:spacing w:line="240" w:lineRule="auto"/>
        <w:ind w:left="567" w:hanging="227"/>
        <w:rPr>
          <w:rFonts w:ascii="Roboto Condensed" w:hAnsi="Roboto Condensed"/>
          <w:sz w:val="20"/>
          <w:lang w:val="pl-PL"/>
        </w:rPr>
      </w:pPr>
      <w:r w:rsidRPr="0042076D">
        <w:rPr>
          <w:rFonts w:ascii="Roboto Condensed" w:hAnsi="Roboto Condensed"/>
          <w:sz w:val="20"/>
          <w:lang w:val="pl-PL"/>
        </w:rPr>
        <w:t xml:space="preserve">budynki biurowe o symbolu 105; </w:t>
      </w:r>
    </w:p>
    <w:p w14:paraId="76999891" w14:textId="77777777" w:rsidR="00B70FF5" w:rsidRPr="0042076D" w:rsidRDefault="00B70FF5" w:rsidP="008636AA">
      <w:pPr>
        <w:pStyle w:val="Tekstpodstawowy2"/>
        <w:numPr>
          <w:ilvl w:val="0"/>
          <w:numId w:val="3"/>
        </w:numPr>
        <w:spacing w:line="240" w:lineRule="auto"/>
        <w:ind w:left="567" w:hanging="227"/>
        <w:rPr>
          <w:rFonts w:ascii="Roboto Condensed" w:hAnsi="Roboto Condensed"/>
          <w:sz w:val="20"/>
          <w:lang w:val="pl-PL"/>
        </w:rPr>
      </w:pPr>
      <w:r w:rsidRPr="0042076D">
        <w:rPr>
          <w:rFonts w:ascii="Roboto Condensed" w:hAnsi="Roboto Condensed"/>
          <w:sz w:val="20"/>
          <w:lang w:val="pl-PL"/>
        </w:rPr>
        <w:t xml:space="preserve">budynki szpitali i inne budynki opieki zdrowotnej o symbolu 106; </w:t>
      </w:r>
    </w:p>
    <w:p w14:paraId="7D7EE10B" w14:textId="77777777" w:rsidR="00B70FF5" w:rsidRPr="0042076D" w:rsidRDefault="00B70FF5" w:rsidP="008636AA">
      <w:pPr>
        <w:pStyle w:val="Tekstpodstawowy2"/>
        <w:numPr>
          <w:ilvl w:val="0"/>
          <w:numId w:val="3"/>
        </w:numPr>
        <w:spacing w:line="240" w:lineRule="auto"/>
        <w:ind w:left="567" w:hanging="227"/>
        <w:rPr>
          <w:rFonts w:ascii="Roboto Condensed" w:hAnsi="Roboto Condensed"/>
          <w:sz w:val="20"/>
          <w:lang w:val="pl-PL"/>
        </w:rPr>
      </w:pPr>
      <w:r w:rsidRPr="0042076D">
        <w:rPr>
          <w:rFonts w:ascii="Roboto Condensed" w:hAnsi="Roboto Condensed"/>
          <w:sz w:val="20"/>
          <w:lang w:val="pl-PL"/>
        </w:rPr>
        <w:t xml:space="preserve">budynki oświaty, nauki i kultury oraz budynki sportowe o symbolu 107; </w:t>
      </w:r>
    </w:p>
    <w:p w14:paraId="078C5245" w14:textId="77777777" w:rsidR="00B70FF5" w:rsidRPr="0042076D" w:rsidRDefault="00B70FF5" w:rsidP="008636AA">
      <w:pPr>
        <w:pStyle w:val="Tekstpodstawowy2"/>
        <w:numPr>
          <w:ilvl w:val="0"/>
          <w:numId w:val="3"/>
        </w:numPr>
        <w:spacing w:line="240" w:lineRule="auto"/>
        <w:ind w:left="567" w:hanging="227"/>
        <w:rPr>
          <w:rFonts w:ascii="Roboto Condensed" w:hAnsi="Roboto Condensed"/>
          <w:sz w:val="20"/>
          <w:lang w:val="pl-PL"/>
        </w:rPr>
      </w:pPr>
      <w:r w:rsidRPr="0042076D">
        <w:rPr>
          <w:rFonts w:ascii="Roboto Condensed" w:hAnsi="Roboto Condensed"/>
          <w:sz w:val="20"/>
          <w:lang w:val="pl-PL"/>
        </w:rPr>
        <w:t xml:space="preserve">pozostałe budynki niemieszkalne o symbolu 109; </w:t>
      </w:r>
    </w:p>
    <w:p w14:paraId="2D3CCA81" w14:textId="77777777" w:rsidR="00B70FF5" w:rsidRPr="0042076D" w:rsidRDefault="00B70FF5" w:rsidP="008636AA">
      <w:pPr>
        <w:pStyle w:val="Tekstpodstawowy2"/>
        <w:numPr>
          <w:ilvl w:val="0"/>
          <w:numId w:val="3"/>
        </w:numPr>
        <w:spacing w:line="240" w:lineRule="auto"/>
        <w:ind w:left="567" w:hanging="227"/>
        <w:rPr>
          <w:rFonts w:ascii="Roboto Condensed" w:hAnsi="Roboto Condensed"/>
          <w:sz w:val="20"/>
          <w:lang w:val="pl-PL"/>
        </w:rPr>
      </w:pPr>
      <w:r w:rsidRPr="0042076D">
        <w:rPr>
          <w:rFonts w:ascii="Roboto Condensed" w:hAnsi="Roboto Condensed"/>
          <w:sz w:val="20"/>
          <w:lang w:val="pl-PL"/>
        </w:rPr>
        <w:t xml:space="preserve">budynki mieszkalne o symbolu 110. </w:t>
      </w:r>
    </w:p>
    <w:p w14:paraId="645BE1A0" w14:textId="6C293E7F" w:rsidR="009854C2" w:rsidRPr="0042076D" w:rsidRDefault="00936DFB" w:rsidP="000C0941">
      <w:pPr>
        <w:pStyle w:val="Tekstpodstawowy2"/>
        <w:spacing w:before="120" w:after="120" w:line="240" w:lineRule="auto"/>
        <w:ind w:left="170"/>
        <w:rPr>
          <w:rFonts w:ascii="Roboto Condensed" w:hAnsi="Roboto Condensed"/>
          <w:sz w:val="20"/>
          <w:lang w:val="pl-PL"/>
        </w:rPr>
      </w:pPr>
      <w:r w:rsidRPr="0042076D">
        <w:rPr>
          <w:rFonts w:ascii="Roboto Condensed" w:hAnsi="Roboto Condensed"/>
          <w:sz w:val="20"/>
          <w:lang w:val="pl-PL"/>
        </w:rPr>
        <w:t xml:space="preserve">W </w:t>
      </w:r>
      <w:r w:rsidR="000A77DD" w:rsidRPr="0042076D">
        <w:rPr>
          <w:rFonts w:ascii="Roboto Condensed" w:hAnsi="Roboto Condensed"/>
          <w:sz w:val="20"/>
          <w:lang w:val="pl-PL"/>
        </w:rPr>
        <w:t>następstwie</w:t>
      </w:r>
      <w:r w:rsidRPr="0042076D">
        <w:rPr>
          <w:rFonts w:ascii="Roboto Condensed" w:hAnsi="Roboto Condensed"/>
          <w:sz w:val="20"/>
          <w:lang w:val="pl-PL"/>
        </w:rPr>
        <w:t xml:space="preserve"> przeprowadzenia czynności </w:t>
      </w:r>
      <w:r w:rsidR="00205EC1" w:rsidRPr="0042076D">
        <w:rPr>
          <w:rFonts w:ascii="Roboto Condensed" w:hAnsi="Roboto Condensed"/>
          <w:sz w:val="20"/>
          <w:lang w:val="pl-PL"/>
        </w:rPr>
        <w:t xml:space="preserve">określonych </w:t>
      </w:r>
      <w:r w:rsidR="00857DBA" w:rsidRPr="0042076D">
        <w:rPr>
          <w:rFonts w:ascii="Roboto Condensed" w:hAnsi="Roboto Condensed"/>
          <w:sz w:val="20"/>
          <w:lang w:val="pl-PL"/>
        </w:rPr>
        <w:t xml:space="preserve">w </w:t>
      </w:r>
      <w:r w:rsidR="0086016F" w:rsidRPr="0042076D">
        <w:rPr>
          <w:rFonts w:ascii="Roboto Condensed" w:hAnsi="Roboto Condensed"/>
          <w:sz w:val="20"/>
          <w:lang w:val="pl-PL"/>
        </w:rPr>
        <w:t>§1 ust. 1 ww. Rozporządzenia uzyskano następujące wyniki:</w:t>
      </w:r>
    </w:p>
    <w:p w14:paraId="2F57F36D" w14:textId="7AEE08B4" w:rsidR="0086016F" w:rsidRPr="0042076D" w:rsidRDefault="005D764E" w:rsidP="000C0941">
      <w:pPr>
        <w:pStyle w:val="Tekstpodstawowy2"/>
        <w:spacing w:before="120" w:after="120" w:line="240" w:lineRule="auto"/>
        <w:ind w:left="170"/>
        <w:rPr>
          <w:rFonts w:ascii="Roboto Condensed" w:hAnsi="Roboto Condensed"/>
          <w:sz w:val="20"/>
          <w:lang w:val="pl-PL"/>
        </w:rPr>
      </w:pPr>
      <w:r w:rsidRPr="0042076D">
        <w:rPr>
          <w:rFonts w:ascii="Roboto Condensed" w:hAnsi="Roboto Condensed"/>
          <w:sz w:val="20"/>
          <w:lang w:val="pl-PL"/>
        </w:rPr>
        <w:t>Łączna powierzchnia Obszarów Uzupełnienia Zabudowy w ramach istniejącej zabudowy wyznaczona bez weryfikacji terenowej i dopuszczalnego rozszerzenia, wyznaczona zgodnie z §1 ust. 1  pkt 1-5</w:t>
      </w:r>
      <w:r w:rsidR="006A4ADA" w:rsidRPr="0042076D">
        <w:rPr>
          <w:rFonts w:ascii="Roboto Condensed" w:hAnsi="Roboto Condensed"/>
          <w:sz w:val="20"/>
          <w:lang w:val="pl-PL"/>
        </w:rPr>
        <w:t>, wynosi:</w:t>
      </w:r>
    </w:p>
    <w:p w14:paraId="1767D22E" w14:textId="33A33230" w:rsidR="006A4ADA" w:rsidRPr="0042076D" w:rsidRDefault="00342D17" w:rsidP="00BB6E83">
      <w:pPr>
        <w:pStyle w:val="Tekstpodstawowy2"/>
        <w:spacing w:before="120" w:after="120" w:line="240" w:lineRule="auto"/>
        <w:ind w:left="170"/>
        <w:jc w:val="center"/>
        <w:rPr>
          <w:rFonts w:ascii="Roboto Condensed" w:hAnsi="Roboto Condensed"/>
          <w:b/>
          <w:bCs/>
          <w:szCs w:val="24"/>
          <w:lang w:val="pl-PL"/>
        </w:rPr>
      </w:pPr>
      <m:oMathPara>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u</m:t>
              </m:r>
            </m:sub>
          </m:sSub>
          <m:r>
            <m:rPr>
              <m:sty m:val="bi"/>
            </m:rPr>
            <w:rPr>
              <w:rFonts w:ascii="Cambria Math" w:hAnsi="Cambria Math"/>
              <w:szCs w:val="24"/>
              <w:lang w:val="pl-PL"/>
            </w:rPr>
            <m:t>=302,6791 ha</m:t>
          </m:r>
        </m:oMath>
      </m:oMathPara>
    </w:p>
    <w:p w14:paraId="27849F9A" w14:textId="0B9E6B7C" w:rsidR="00A7097C" w:rsidRPr="0042076D" w:rsidRDefault="00A7097C" w:rsidP="00A7097C">
      <w:pPr>
        <w:pStyle w:val="Tekstpodstawowy2"/>
        <w:spacing w:before="120" w:after="120" w:line="240" w:lineRule="auto"/>
        <w:ind w:left="170"/>
        <w:jc w:val="left"/>
        <w:rPr>
          <w:rFonts w:ascii="Roboto Condensed" w:hAnsi="Roboto Condensed"/>
          <w:sz w:val="20"/>
          <w:lang w:val="pl-PL"/>
        </w:rPr>
      </w:pPr>
      <w:r w:rsidRPr="0042076D">
        <w:rPr>
          <w:rFonts w:ascii="Roboto Condensed" w:hAnsi="Roboto Condensed"/>
          <w:sz w:val="20"/>
          <w:lang w:val="pl-PL"/>
        </w:rPr>
        <w:t>Łączna powierzchnia obszarów wyznaczonych w sposób o którym mowa w §1 ust. 1 pkt 1-3</w:t>
      </w:r>
      <w:r w:rsidR="00B357E9" w:rsidRPr="0042076D">
        <w:rPr>
          <w:rFonts w:ascii="Roboto Condensed" w:hAnsi="Roboto Condensed"/>
          <w:sz w:val="20"/>
          <w:lang w:val="pl-PL"/>
        </w:rPr>
        <w:t>, wynosi:</w:t>
      </w:r>
    </w:p>
    <w:p w14:paraId="728D0F64" w14:textId="7B0E9206" w:rsidR="00960336" w:rsidRPr="0042076D" w:rsidRDefault="00342D17" w:rsidP="00960336">
      <w:pPr>
        <w:pStyle w:val="Tekstpodstawowy2"/>
        <w:spacing w:before="120" w:after="120" w:line="240" w:lineRule="auto"/>
        <w:ind w:left="170"/>
        <w:jc w:val="center"/>
        <w:rPr>
          <w:rFonts w:ascii="Roboto Condensed" w:hAnsi="Roboto Condensed"/>
          <w:b/>
          <w:bCs/>
          <w:szCs w:val="24"/>
          <w:lang w:val="pl-PL"/>
        </w:rPr>
      </w:pPr>
      <m:oMathPara>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b</m:t>
              </m:r>
            </m:sub>
          </m:sSub>
          <m:r>
            <m:rPr>
              <m:sty m:val="bi"/>
            </m:rPr>
            <w:rPr>
              <w:rFonts w:ascii="Cambria Math" w:hAnsi="Cambria Math"/>
              <w:szCs w:val="24"/>
              <w:lang w:val="pl-PL"/>
            </w:rPr>
            <m:t>=787,9259 ha</m:t>
          </m:r>
        </m:oMath>
      </m:oMathPara>
    </w:p>
    <w:p w14:paraId="13E1372A" w14:textId="0A905E19" w:rsidR="008A1FEE" w:rsidRPr="0042076D" w:rsidRDefault="000D37FF" w:rsidP="00E14FCB">
      <w:pPr>
        <w:pStyle w:val="Tekstpodstawowy2"/>
        <w:spacing w:before="120" w:after="120" w:line="240" w:lineRule="auto"/>
        <w:ind w:left="170"/>
        <w:rPr>
          <w:rFonts w:ascii="Roboto Condensed" w:hAnsi="Roboto Condensed"/>
          <w:sz w:val="20"/>
          <w:lang w:val="pl-PL"/>
        </w:rPr>
      </w:pPr>
      <w:r w:rsidRPr="0042076D">
        <w:rPr>
          <w:rFonts w:ascii="Roboto Condensed" w:hAnsi="Roboto Condensed"/>
          <w:sz w:val="20"/>
          <w:lang w:val="pl-PL"/>
        </w:rPr>
        <w:t xml:space="preserve">Powierzchnia obszaru uzupełnienia zabudowy, </w:t>
      </w:r>
      <w:r w:rsidR="00B16821" w:rsidRPr="0042076D">
        <w:rPr>
          <w:rFonts w:ascii="Roboto Condensed" w:hAnsi="Roboto Condensed"/>
          <w:sz w:val="20"/>
          <w:lang w:val="pl-PL"/>
        </w:rPr>
        <w:t>będąca wynikiem czynności, o których mowa w §1 ust. 1 pkt 4</w:t>
      </w:r>
      <w:r w:rsidR="00E14FCB" w:rsidRPr="0042076D">
        <w:rPr>
          <w:rFonts w:ascii="Roboto Condensed" w:hAnsi="Roboto Condensed"/>
          <w:sz w:val="20"/>
          <w:lang w:val="pl-PL"/>
        </w:rPr>
        <w:t xml:space="preserve"> i 5</w:t>
      </w:r>
      <w:r w:rsidR="00B16821" w:rsidRPr="0042076D">
        <w:rPr>
          <w:rFonts w:ascii="Roboto Condensed" w:hAnsi="Roboto Condensed"/>
          <w:sz w:val="20"/>
          <w:lang w:val="pl-PL"/>
        </w:rPr>
        <w:t>,</w:t>
      </w:r>
      <w:r w:rsidR="00E14FCB" w:rsidRPr="0042076D">
        <w:rPr>
          <w:rFonts w:ascii="Roboto Condensed" w:hAnsi="Roboto Condensed"/>
          <w:sz w:val="20"/>
          <w:lang w:val="pl-PL"/>
        </w:rPr>
        <w:t xml:space="preserve"> obliczona zgodnie ze wzorem:</w:t>
      </w:r>
    </w:p>
    <w:p w14:paraId="3923BC0A" w14:textId="265D72B5" w:rsidR="00E14FCB" w:rsidRPr="0042076D" w:rsidRDefault="00342D17" w:rsidP="00E14FCB">
      <w:pPr>
        <w:pStyle w:val="Tekstpodstawowy2"/>
        <w:spacing w:before="120" w:after="120" w:line="240" w:lineRule="auto"/>
        <w:ind w:left="170"/>
        <w:rPr>
          <w:rFonts w:ascii="Roboto Condensed" w:hAnsi="Roboto Condensed"/>
          <w:b/>
          <w:bCs/>
          <w:sz w:val="20"/>
          <w:lang w:val="pl-PL"/>
        </w:rPr>
      </w:pPr>
      <m:oMathPara>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p</m:t>
              </m:r>
            </m:sub>
          </m:sSub>
          <m:r>
            <m:rPr>
              <m:sty m:val="bi"/>
            </m:rPr>
            <w:rPr>
              <w:rFonts w:ascii="Cambria Math" w:hAnsi="Cambria Math"/>
              <w:szCs w:val="24"/>
              <w:lang w:val="pl-PL"/>
            </w:rPr>
            <m:t>=25%*(</m:t>
          </m:r>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b</m:t>
              </m:r>
            </m:sub>
          </m:sSub>
          <m:r>
            <m:rPr>
              <m:sty m:val="bi"/>
            </m:rPr>
            <w:rPr>
              <w:rFonts w:ascii="Cambria Math" w:hAnsi="Cambria Math"/>
              <w:szCs w:val="24"/>
              <w:lang w:val="pl-PL"/>
            </w:rPr>
            <m:t xml:space="preserve">- </m:t>
          </m:r>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u</m:t>
              </m:r>
            </m:sub>
          </m:sSub>
          <m:r>
            <m:rPr>
              <m:sty m:val="bi"/>
            </m:rPr>
            <w:rPr>
              <w:rFonts w:ascii="Cambria Math" w:hAnsi="Cambria Math"/>
              <w:szCs w:val="24"/>
              <w:lang w:val="pl-PL"/>
            </w:rPr>
            <m:t>)</m:t>
          </m:r>
        </m:oMath>
      </m:oMathPara>
    </w:p>
    <w:p w14:paraId="48260AB9" w14:textId="0B85EFFC" w:rsidR="00B10F2B" w:rsidRPr="0042076D" w:rsidRDefault="00B10F2B" w:rsidP="00012E36">
      <w:pPr>
        <w:pStyle w:val="Tekstpodstawowy2"/>
        <w:spacing w:line="240" w:lineRule="auto"/>
        <w:ind w:left="142"/>
        <w:rPr>
          <w:rFonts w:ascii="Roboto Condensed" w:hAnsi="Roboto Condensed"/>
          <w:sz w:val="20"/>
          <w:lang w:val="pl-PL"/>
        </w:rPr>
      </w:pPr>
      <w:r w:rsidRPr="0042076D">
        <w:rPr>
          <w:rFonts w:ascii="Roboto Condensed" w:hAnsi="Roboto Condensed"/>
          <w:sz w:val="20"/>
          <w:lang w:val="pl-PL"/>
        </w:rPr>
        <w:t>Gdzie:</w:t>
      </w:r>
    </w:p>
    <w:p w14:paraId="735F49C5" w14:textId="5E44F0D3" w:rsidR="00A464FA" w:rsidRPr="0042076D" w:rsidRDefault="00342D17" w:rsidP="00012E36">
      <w:pPr>
        <w:pStyle w:val="Tekstpodstawowy2"/>
        <w:spacing w:line="240" w:lineRule="auto"/>
        <w:ind w:left="709" w:hanging="567"/>
        <w:rPr>
          <w:rFonts w:ascii="Roboto Condensed" w:hAnsi="Roboto Condensed"/>
          <w:sz w:val="20"/>
          <w:lang w:val="pl-PL"/>
        </w:rPr>
      </w:pPr>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p</m:t>
            </m:r>
          </m:sub>
        </m:sSub>
        <m:r>
          <m:rPr>
            <m:sty m:val="bi"/>
          </m:rPr>
          <w:rPr>
            <w:rFonts w:ascii="Cambria Math" w:hAnsi="Cambria Math"/>
            <w:szCs w:val="24"/>
            <w:lang w:val="pl-PL"/>
          </w:rPr>
          <m:t>-</m:t>
        </m:r>
      </m:oMath>
      <w:r w:rsidR="00A464FA" w:rsidRPr="0042076D">
        <w:rPr>
          <w:rFonts w:ascii="Roboto Condensed" w:hAnsi="Roboto Condensed"/>
          <w:b/>
          <w:bCs/>
          <w:szCs w:val="24"/>
          <w:lang w:val="pl-PL"/>
        </w:rPr>
        <w:t xml:space="preserve"> </w:t>
      </w:r>
      <w:r w:rsidR="00A464FA" w:rsidRPr="0042076D">
        <w:rPr>
          <w:rFonts w:ascii="Roboto Condensed" w:hAnsi="Roboto Condensed"/>
          <w:sz w:val="20"/>
          <w:lang w:val="pl-PL"/>
        </w:rPr>
        <w:t>oznacza łączną maksymalną powierzchnię powiększenia obszarów uzupełnienia zabudowy wyznaczonych w sposób, o którym mowa w § 1 ust. 1 rozporządzenia, w wyniku rozszerzenia ich granic;</w:t>
      </w:r>
    </w:p>
    <w:p w14:paraId="24411A36" w14:textId="721E9EB1" w:rsidR="00B10F2B" w:rsidRPr="0042076D" w:rsidRDefault="00342D17" w:rsidP="00012E36">
      <w:pPr>
        <w:pStyle w:val="Tekstpodstawowy2"/>
        <w:spacing w:line="240" w:lineRule="auto"/>
        <w:ind w:left="709" w:hanging="567"/>
        <w:rPr>
          <w:rFonts w:ascii="Roboto Condensed" w:hAnsi="Roboto Condensed"/>
          <w:sz w:val="20"/>
          <w:lang w:val="pl-PL"/>
        </w:rPr>
      </w:pPr>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b</m:t>
            </m:r>
          </m:sub>
        </m:sSub>
        <m:r>
          <m:rPr>
            <m:sty m:val="bi"/>
          </m:rPr>
          <w:rPr>
            <w:rFonts w:ascii="Cambria Math" w:hAnsi="Cambria Math"/>
            <w:szCs w:val="24"/>
            <w:lang w:val="pl-PL"/>
          </w:rPr>
          <m:t>-</m:t>
        </m:r>
      </m:oMath>
      <w:r w:rsidR="00BE1554" w:rsidRPr="0042076D">
        <w:rPr>
          <w:rFonts w:ascii="Roboto Condensed" w:hAnsi="Roboto Condensed"/>
          <w:b/>
          <w:bCs/>
          <w:szCs w:val="24"/>
          <w:lang w:val="pl-PL"/>
        </w:rPr>
        <w:t xml:space="preserve"> </w:t>
      </w:r>
      <w:r w:rsidR="00726012" w:rsidRPr="0042076D">
        <w:rPr>
          <w:rFonts w:ascii="Roboto Condensed" w:hAnsi="Roboto Condensed"/>
          <w:sz w:val="20"/>
          <w:lang w:val="pl-PL"/>
        </w:rPr>
        <w:t>oznacza łączną powierzchnię obszarów wyznaczonych w sposób, o którym mowa w § 1 ust.1 pkt</w:t>
      </w:r>
      <w:r w:rsidR="00012E36" w:rsidRPr="0042076D">
        <w:rPr>
          <w:rFonts w:ascii="Roboto Condensed" w:hAnsi="Roboto Condensed"/>
          <w:sz w:val="20"/>
          <w:lang w:val="pl-PL"/>
        </w:rPr>
        <w:t xml:space="preserve"> </w:t>
      </w:r>
      <w:r w:rsidR="00726012" w:rsidRPr="0042076D">
        <w:rPr>
          <w:rFonts w:ascii="Roboto Condensed" w:hAnsi="Roboto Condensed"/>
          <w:sz w:val="20"/>
          <w:lang w:val="pl-PL"/>
        </w:rPr>
        <w:t>1–3 rozporządzenia</w:t>
      </w:r>
      <w:r w:rsidR="00BE1554" w:rsidRPr="0042076D">
        <w:rPr>
          <w:rFonts w:ascii="Roboto Condensed" w:hAnsi="Roboto Condensed"/>
          <w:sz w:val="20"/>
          <w:lang w:val="pl-PL"/>
        </w:rPr>
        <w:t>;</w:t>
      </w:r>
    </w:p>
    <w:p w14:paraId="1733D311" w14:textId="58CC258D" w:rsidR="001132D4" w:rsidRPr="0042076D" w:rsidRDefault="00342D17" w:rsidP="00012E36">
      <w:pPr>
        <w:pStyle w:val="Tekstpodstawowy2"/>
        <w:spacing w:line="240" w:lineRule="auto"/>
        <w:ind w:left="709" w:hanging="567"/>
        <w:rPr>
          <w:rFonts w:ascii="Roboto Condensed" w:hAnsi="Roboto Condensed"/>
          <w:sz w:val="20"/>
          <w:lang w:val="pl-PL"/>
        </w:rPr>
      </w:pPr>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u</m:t>
            </m:r>
          </m:sub>
        </m:sSub>
        <m:r>
          <m:rPr>
            <m:sty m:val="bi"/>
          </m:rPr>
          <w:rPr>
            <w:rFonts w:ascii="Cambria Math" w:hAnsi="Cambria Math"/>
            <w:szCs w:val="24"/>
            <w:lang w:val="pl-PL"/>
          </w:rPr>
          <m:t>-</m:t>
        </m:r>
      </m:oMath>
      <w:r w:rsidR="00726012" w:rsidRPr="0042076D">
        <w:rPr>
          <w:rFonts w:ascii="Roboto Condensed" w:hAnsi="Roboto Condensed"/>
          <w:b/>
          <w:bCs/>
          <w:szCs w:val="24"/>
          <w:lang w:val="pl-PL"/>
        </w:rPr>
        <w:t xml:space="preserve"> </w:t>
      </w:r>
      <w:r w:rsidR="00726012" w:rsidRPr="0042076D">
        <w:rPr>
          <w:rFonts w:ascii="Roboto Condensed" w:hAnsi="Roboto Condensed"/>
          <w:sz w:val="20"/>
          <w:lang w:val="pl-PL"/>
        </w:rPr>
        <w:t>oznacza łączną maksymalną powierzchnię powiększenia obszarów uzupełnienia zabudowy wyznaczonych w sposób, o którym mowa w § 1 ust. 1 rozporządzenia, w wyniku rozszerzenia ich granic;</w:t>
      </w:r>
    </w:p>
    <w:p w14:paraId="5AF05A67" w14:textId="141CA513" w:rsidR="009D3838" w:rsidRPr="0042076D" w:rsidRDefault="00ED332D" w:rsidP="00012E36">
      <w:pPr>
        <w:pStyle w:val="Tekstpodstawowy2"/>
        <w:spacing w:before="120" w:after="120" w:line="240" w:lineRule="auto"/>
        <w:ind w:left="170"/>
        <w:rPr>
          <w:rFonts w:ascii="Roboto Condensed" w:hAnsi="Roboto Condensed"/>
          <w:sz w:val="20"/>
          <w:lang w:val="pl-PL"/>
        </w:rPr>
      </w:pPr>
      <w:r w:rsidRPr="0042076D">
        <w:rPr>
          <w:rFonts w:ascii="Roboto Condensed" w:hAnsi="Roboto Condensed"/>
          <w:sz w:val="20"/>
          <w:lang w:val="pl-PL"/>
        </w:rPr>
        <w:t>Przeliczając powyższe dane</w:t>
      </w:r>
      <w:r w:rsidR="009D3838" w:rsidRPr="0042076D">
        <w:rPr>
          <w:rFonts w:ascii="Roboto Condensed" w:hAnsi="Roboto Condensed"/>
          <w:sz w:val="20"/>
          <w:lang w:val="pl-PL"/>
        </w:rPr>
        <w:t xml:space="preserve"> poziom</w:t>
      </w:r>
      <w:r w:rsidRPr="0042076D">
        <w:rPr>
          <w:rFonts w:ascii="Roboto Condensed" w:hAnsi="Roboto Condensed"/>
          <w:sz w:val="20"/>
          <w:lang w:val="pl-PL"/>
        </w:rPr>
        <w:t xml:space="preserve"> </w:t>
      </w:r>
      <w:r w:rsidR="004A0077" w:rsidRPr="0042076D">
        <w:rPr>
          <w:rFonts w:ascii="Roboto Condensed" w:hAnsi="Roboto Condensed"/>
          <w:sz w:val="20"/>
          <w:lang w:val="pl-PL"/>
        </w:rPr>
        <w:t>dopuszczalne</w:t>
      </w:r>
      <w:r w:rsidR="009D3838" w:rsidRPr="0042076D">
        <w:rPr>
          <w:rFonts w:ascii="Roboto Condensed" w:hAnsi="Roboto Condensed"/>
          <w:sz w:val="20"/>
          <w:lang w:val="pl-PL"/>
        </w:rPr>
        <w:t>go</w:t>
      </w:r>
      <w:r w:rsidR="004A0077" w:rsidRPr="0042076D">
        <w:rPr>
          <w:rFonts w:ascii="Roboto Condensed" w:hAnsi="Roboto Condensed"/>
          <w:sz w:val="20"/>
          <w:lang w:val="pl-PL"/>
        </w:rPr>
        <w:t xml:space="preserve"> rozszerzeni</w:t>
      </w:r>
      <w:r w:rsidR="009D3838" w:rsidRPr="0042076D">
        <w:rPr>
          <w:rFonts w:ascii="Roboto Condensed" w:hAnsi="Roboto Condensed"/>
          <w:sz w:val="20"/>
          <w:lang w:val="pl-PL"/>
        </w:rPr>
        <w:t>a</w:t>
      </w:r>
      <w:r w:rsidR="004A0077" w:rsidRPr="0042076D">
        <w:rPr>
          <w:rFonts w:ascii="Roboto Condensed" w:hAnsi="Roboto Condensed"/>
          <w:sz w:val="20"/>
          <w:lang w:val="pl-PL"/>
        </w:rPr>
        <w:t xml:space="preserve"> granic obszaru uzupełnienia zabudowy</w:t>
      </w:r>
      <w:r w:rsidR="001132D4" w:rsidRPr="0042076D">
        <w:rPr>
          <w:rFonts w:ascii="Roboto Condensed" w:hAnsi="Roboto Condensed"/>
          <w:sz w:val="20"/>
          <w:lang w:val="pl-PL"/>
        </w:rPr>
        <w:t xml:space="preserve"> wynosi:</w:t>
      </w:r>
      <w:r w:rsidR="004A0077" w:rsidRPr="0042076D">
        <w:rPr>
          <w:rFonts w:ascii="Roboto Condensed" w:hAnsi="Roboto Condensed"/>
          <w:sz w:val="20"/>
          <w:lang w:val="pl-PL"/>
        </w:rPr>
        <w:t xml:space="preserve"> </w:t>
      </w:r>
    </w:p>
    <w:p w14:paraId="0255B347" w14:textId="7AD4E6F7" w:rsidR="00726012" w:rsidRPr="0042076D" w:rsidRDefault="00342D17" w:rsidP="00012E36">
      <w:pPr>
        <w:pStyle w:val="Tekstpodstawowy2"/>
        <w:spacing w:line="240" w:lineRule="auto"/>
        <w:ind w:left="142"/>
        <w:rPr>
          <w:rFonts w:ascii="Roboto Condensed" w:hAnsi="Roboto Condensed"/>
          <w:sz w:val="20"/>
          <w:highlight w:val="yellow"/>
          <w:lang w:val="pl-PL"/>
        </w:rPr>
      </w:pPr>
      <m:oMathPara>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p</m:t>
              </m:r>
            </m:sub>
          </m:sSub>
          <m:r>
            <m:rPr>
              <m:sty m:val="bi"/>
            </m:rPr>
            <w:rPr>
              <w:rFonts w:ascii="Cambria Math" w:hAnsi="Cambria Math"/>
              <w:szCs w:val="24"/>
              <w:lang w:val="pl-PL"/>
            </w:rPr>
            <m:t>=25%*(787,9259 ha- 302,6791 ha)</m:t>
          </m:r>
        </m:oMath>
      </m:oMathPara>
    </w:p>
    <w:p w14:paraId="2BA31323" w14:textId="1FBDF3B3" w:rsidR="00BC3EBC" w:rsidRPr="0042076D" w:rsidRDefault="00342D17" w:rsidP="00012E36">
      <w:pPr>
        <w:pStyle w:val="Tekstpodstawowy2"/>
        <w:spacing w:line="240" w:lineRule="auto"/>
        <w:ind w:left="708"/>
        <w:jc w:val="center"/>
        <w:rPr>
          <w:rFonts w:ascii="Roboto Condensed" w:hAnsi="Roboto Condensed"/>
          <w:sz w:val="20"/>
          <w:highlight w:val="yellow"/>
          <w:lang w:val="pl-PL"/>
        </w:rPr>
      </w:pPr>
      <m:oMathPara>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p</m:t>
              </m:r>
            </m:sub>
          </m:sSub>
          <m:r>
            <m:rPr>
              <m:sty m:val="bi"/>
            </m:rPr>
            <w:rPr>
              <w:rFonts w:ascii="Cambria Math" w:hAnsi="Cambria Math"/>
              <w:szCs w:val="24"/>
              <w:lang w:val="pl-PL"/>
            </w:rPr>
            <m:t>=121,3117 ha</m:t>
          </m:r>
        </m:oMath>
      </m:oMathPara>
    </w:p>
    <w:p w14:paraId="47CD37A1" w14:textId="7CB1C456" w:rsidR="00457751" w:rsidRPr="0042076D" w:rsidRDefault="00285820" w:rsidP="00B21222">
      <w:pPr>
        <w:pStyle w:val="Tekstpodstawowy2"/>
        <w:spacing w:before="120" w:after="120" w:line="240" w:lineRule="auto"/>
        <w:ind w:left="170"/>
        <w:rPr>
          <w:rFonts w:ascii="Roboto Condensed" w:hAnsi="Roboto Condensed"/>
          <w:sz w:val="20"/>
          <w:lang w:val="pl-PL"/>
        </w:rPr>
      </w:pPr>
      <w:r w:rsidRPr="0042076D">
        <w:rPr>
          <w:rFonts w:ascii="Roboto Condensed" w:hAnsi="Roboto Condensed"/>
          <w:sz w:val="20"/>
          <w:lang w:val="pl-PL"/>
        </w:rPr>
        <w:t>R</w:t>
      </w:r>
      <w:r w:rsidR="00F67181" w:rsidRPr="0042076D">
        <w:rPr>
          <w:rFonts w:ascii="Roboto Condensed" w:hAnsi="Roboto Condensed"/>
          <w:sz w:val="20"/>
          <w:lang w:val="pl-PL"/>
        </w:rPr>
        <w:t xml:space="preserve">dzeń obszarów uzupełnienia zabudowy </w:t>
      </w:r>
      <w:r w:rsidR="00AE08E6" w:rsidRPr="0042076D">
        <w:rPr>
          <w:rFonts w:ascii="Roboto Condensed" w:hAnsi="Roboto Condensed"/>
          <w:sz w:val="20"/>
          <w:lang w:val="pl-PL"/>
        </w:rPr>
        <w:t xml:space="preserve">(Pu) </w:t>
      </w:r>
      <w:r w:rsidR="00F67181" w:rsidRPr="0042076D">
        <w:rPr>
          <w:rFonts w:ascii="Roboto Condensed" w:hAnsi="Roboto Condensed"/>
          <w:sz w:val="20"/>
          <w:lang w:val="pl-PL"/>
        </w:rPr>
        <w:t xml:space="preserve">zgodnie z </w:t>
      </w:r>
      <w:r w:rsidR="0068130D" w:rsidRPr="0042076D">
        <w:rPr>
          <w:rFonts w:ascii="Roboto Condensed" w:hAnsi="Roboto Condensed"/>
          <w:sz w:val="20"/>
          <w:lang w:val="pl-PL"/>
        </w:rPr>
        <w:t xml:space="preserve">wyżej </w:t>
      </w:r>
      <w:r w:rsidR="00F67181" w:rsidRPr="0042076D">
        <w:rPr>
          <w:rFonts w:ascii="Roboto Condensed" w:hAnsi="Roboto Condensed"/>
          <w:sz w:val="20"/>
          <w:lang w:val="pl-PL"/>
        </w:rPr>
        <w:t xml:space="preserve">przedstawionymi obliczeniami </w:t>
      </w:r>
      <w:r w:rsidR="00AE08E6" w:rsidRPr="0042076D">
        <w:rPr>
          <w:rFonts w:ascii="Roboto Condensed" w:hAnsi="Roboto Condensed"/>
          <w:sz w:val="20"/>
          <w:lang w:val="pl-PL"/>
        </w:rPr>
        <w:t xml:space="preserve">ma powierzchnię </w:t>
      </w:r>
      <w:r w:rsidR="00430255" w:rsidRPr="0042076D">
        <w:rPr>
          <w:rFonts w:ascii="Roboto Condensed" w:hAnsi="Roboto Condensed"/>
          <w:sz w:val="20"/>
          <w:lang w:val="pl-PL"/>
        </w:rPr>
        <w:t>302,6791</w:t>
      </w:r>
      <w:r w:rsidR="00AE08E6" w:rsidRPr="0042076D">
        <w:rPr>
          <w:rFonts w:ascii="Roboto Condensed" w:hAnsi="Roboto Condensed"/>
          <w:sz w:val="20"/>
          <w:lang w:val="pl-PL"/>
        </w:rPr>
        <w:t xml:space="preserve"> ha, jednak ze względu na </w:t>
      </w:r>
      <w:r w:rsidR="00457751" w:rsidRPr="0042076D">
        <w:rPr>
          <w:rFonts w:ascii="Roboto Condensed" w:hAnsi="Roboto Condensed"/>
          <w:sz w:val="20"/>
          <w:lang w:val="pl-PL"/>
        </w:rPr>
        <w:t xml:space="preserve">lokalne uwarunkowania rozwoju przestrzennego </w:t>
      </w:r>
      <w:r w:rsidR="00DB3064" w:rsidRPr="0042076D">
        <w:rPr>
          <w:rFonts w:ascii="Roboto Condensed" w:hAnsi="Roboto Condensed"/>
          <w:sz w:val="20"/>
          <w:lang w:val="pl-PL"/>
        </w:rPr>
        <w:t xml:space="preserve">gminy </w:t>
      </w:r>
      <w:r w:rsidR="00457751" w:rsidRPr="0042076D">
        <w:rPr>
          <w:rFonts w:ascii="Roboto Condensed" w:hAnsi="Roboto Condensed"/>
          <w:sz w:val="20"/>
          <w:lang w:val="pl-PL"/>
        </w:rPr>
        <w:t>i</w:t>
      </w:r>
      <w:r w:rsidR="0082700B" w:rsidRPr="0042076D">
        <w:rPr>
          <w:rFonts w:ascii="Roboto Condensed" w:hAnsi="Roboto Condensed"/>
          <w:sz w:val="20"/>
          <w:lang w:val="pl-PL"/>
        </w:rPr>
        <w:t xml:space="preserve"> jej </w:t>
      </w:r>
      <w:r w:rsidR="00457751" w:rsidRPr="0042076D">
        <w:rPr>
          <w:rFonts w:ascii="Roboto Condensed" w:hAnsi="Roboto Condensed"/>
          <w:sz w:val="20"/>
          <w:lang w:val="pl-PL"/>
        </w:rPr>
        <w:t>politykę przestrzenną gminy został ograniczony</w:t>
      </w:r>
      <w:r w:rsidR="006338CB" w:rsidRPr="0042076D">
        <w:rPr>
          <w:rFonts w:ascii="Roboto Condensed" w:hAnsi="Roboto Condensed"/>
          <w:sz w:val="20"/>
          <w:lang w:val="pl-PL"/>
        </w:rPr>
        <w:t>.</w:t>
      </w:r>
    </w:p>
    <w:p w14:paraId="1111BBD9" w14:textId="77777777" w:rsidR="00545F18" w:rsidRPr="00382BFA" w:rsidRDefault="00545F18" w:rsidP="00545F18">
      <w:pPr>
        <w:pStyle w:val="Tekstpodstawowy2"/>
        <w:spacing w:before="120" w:after="120"/>
        <w:ind w:left="170"/>
        <w:rPr>
          <w:rFonts w:ascii="Roboto Condensed" w:hAnsi="Roboto Condensed"/>
          <w:sz w:val="20"/>
          <w:lang w:val="pl-PL"/>
        </w:rPr>
      </w:pPr>
      <w:r w:rsidRPr="00382BFA">
        <w:rPr>
          <w:rFonts w:ascii="Roboto Condensed" w:hAnsi="Roboto Condensed"/>
          <w:sz w:val="20"/>
          <w:lang w:val="pl-PL"/>
        </w:rPr>
        <w:lastRenderedPageBreak/>
        <w:t xml:space="preserve">Kryteria ograniczeń (odjęcia z rdzenia </w:t>
      </w:r>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u</m:t>
            </m:r>
          </m:sub>
        </m:sSub>
      </m:oMath>
      <w:r w:rsidRPr="00382BFA">
        <w:rPr>
          <w:rFonts w:ascii="Roboto Condensed" w:hAnsi="Roboto Condensed"/>
          <w:sz w:val="20"/>
          <w:lang w:val="pl-PL"/>
        </w:rPr>
        <w:t>).</w:t>
      </w:r>
    </w:p>
    <w:p w14:paraId="7060408E" w14:textId="77777777" w:rsidR="00545F18" w:rsidRPr="00382BFA" w:rsidRDefault="00545F18" w:rsidP="00545F18">
      <w:pPr>
        <w:pStyle w:val="Tekstpodstawowy2"/>
        <w:spacing w:before="120" w:after="120" w:line="240" w:lineRule="auto"/>
        <w:ind w:left="170"/>
        <w:rPr>
          <w:rFonts w:ascii="Roboto Condensed" w:hAnsi="Roboto Condensed"/>
          <w:sz w:val="20"/>
          <w:lang w:val="pl-PL"/>
        </w:rPr>
      </w:pPr>
      <w:r w:rsidRPr="00382BFA">
        <w:rPr>
          <w:rFonts w:ascii="Roboto Condensed" w:hAnsi="Roboto Condensed"/>
          <w:sz w:val="20"/>
          <w:lang w:val="pl-PL"/>
        </w:rPr>
        <w:t>Uwzględniając lokalne uwarunkowania i politykę przestrzenną gminy (§ 1 ust.4), z obszarów potencjalnych OUZ wyłączono w szczególności fragmenty:</w:t>
      </w:r>
    </w:p>
    <w:p w14:paraId="379987CA" w14:textId="77777777" w:rsidR="00545F18" w:rsidRDefault="00545F18" w:rsidP="00545F18">
      <w:pPr>
        <w:pStyle w:val="Tekstpodstawowy2"/>
        <w:numPr>
          <w:ilvl w:val="0"/>
          <w:numId w:val="3"/>
        </w:numPr>
        <w:spacing w:line="240" w:lineRule="auto"/>
        <w:ind w:left="567" w:hanging="227"/>
        <w:rPr>
          <w:rFonts w:ascii="Roboto Condensed" w:hAnsi="Roboto Condensed"/>
          <w:sz w:val="20"/>
          <w:lang w:val="pl-PL"/>
        </w:rPr>
      </w:pPr>
      <w:r w:rsidRPr="00382BFA">
        <w:rPr>
          <w:rFonts w:ascii="Roboto Condensed" w:hAnsi="Roboto Condensed"/>
          <w:sz w:val="20"/>
          <w:lang w:val="pl-PL"/>
        </w:rPr>
        <w:t>położone w strefie otwartej</w:t>
      </w:r>
      <w:r>
        <w:rPr>
          <w:rFonts w:ascii="Roboto Condensed" w:hAnsi="Roboto Condensed"/>
          <w:sz w:val="20"/>
          <w:lang w:val="pl-PL"/>
        </w:rPr>
        <w:t>,</w:t>
      </w:r>
      <w:r w:rsidRPr="00382BFA">
        <w:rPr>
          <w:rFonts w:ascii="Roboto Condensed" w:hAnsi="Roboto Condensed"/>
          <w:sz w:val="20"/>
          <w:lang w:val="pl-PL"/>
        </w:rPr>
        <w:t xml:space="preserve"> strefie komunikacyjnej</w:t>
      </w:r>
      <w:r>
        <w:rPr>
          <w:rFonts w:ascii="Roboto Condensed" w:hAnsi="Roboto Condensed"/>
          <w:sz w:val="20"/>
          <w:lang w:val="pl-PL"/>
        </w:rPr>
        <w:t xml:space="preserve"> </w:t>
      </w:r>
      <w:r w:rsidRPr="00382BFA">
        <w:rPr>
          <w:rFonts w:ascii="Roboto Condensed" w:hAnsi="Roboto Condensed"/>
          <w:sz w:val="20"/>
          <w:lang w:val="pl-PL"/>
        </w:rPr>
        <w:t>lub</w:t>
      </w:r>
      <w:r>
        <w:rPr>
          <w:rFonts w:ascii="Roboto Condensed" w:hAnsi="Roboto Condensed"/>
          <w:sz w:val="20"/>
          <w:lang w:val="pl-PL"/>
        </w:rPr>
        <w:t xml:space="preserve"> </w:t>
      </w:r>
      <w:r w:rsidRPr="00382BFA">
        <w:rPr>
          <w:rFonts w:ascii="Roboto Condensed" w:hAnsi="Roboto Condensed"/>
          <w:sz w:val="20"/>
          <w:lang w:val="pl-PL"/>
        </w:rPr>
        <w:t>w strefie infrastrukturalnej;</w:t>
      </w:r>
    </w:p>
    <w:p w14:paraId="17FB2222" w14:textId="77777777" w:rsidR="00545F18" w:rsidRPr="00382BFA" w:rsidRDefault="00545F18" w:rsidP="00545F18">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bardzo małe fragmenty rdzenia obszaru uzupełnienia zabudowy występujące na terenach niezabudowanych i luk w zabudowie istniejącej nie posiadające parametrów dla posadowienia budynków,</w:t>
      </w:r>
    </w:p>
    <w:p w14:paraId="18592C59" w14:textId="77777777" w:rsidR="00545F18" w:rsidRDefault="00545F18" w:rsidP="00545F18">
      <w:pPr>
        <w:pStyle w:val="Tekstpodstawowy2"/>
        <w:spacing w:before="120" w:after="120" w:line="240" w:lineRule="auto"/>
        <w:ind w:left="170"/>
        <w:rPr>
          <w:rFonts w:ascii="Roboto Condensed" w:hAnsi="Roboto Condensed"/>
          <w:sz w:val="20"/>
          <w:lang w:val="pl-PL"/>
        </w:rPr>
      </w:pPr>
      <w:r w:rsidRPr="00382BFA">
        <w:rPr>
          <w:rFonts w:ascii="Roboto Condensed" w:hAnsi="Roboto Condensed"/>
          <w:sz w:val="20"/>
          <w:lang w:val="pl-PL"/>
        </w:rPr>
        <w:t>a także</w:t>
      </w:r>
      <w:r>
        <w:rPr>
          <w:rFonts w:ascii="Roboto Condensed" w:hAnsi="Roboto Condensed"/>
          <w:sz w:val="20"/>
          <w:lang w:val="pl-PL"/>
        </w:rPr>
        <w:t xml:space="preserve"> miejscowo</w:t>
      </w:r>
      <w:r w:rsidRPr="00382BFA">
        <w:rPr>
          <w:rFonts w:ascii="Roboto Condensed" w:hAnsi="Roboto Condensed"/>
          <w:sz w:val="20"/>
          <w:lang w:val="pl-PL"/>
        </w:rPr>
        <w:t xml:space="preserve"> działki leśne i silnie zadrzewione, tereny bez zapewnionego dostępu do drogi publicznej oraz wody </w:t>
      </w:r>
      <w:r>
        <w:rPr>
          <w:rFonts w:ascii="Roboto Condensed" w:hAnsi="Roboto Condensed"/>
          <w:sz w:val="20"/>
          <w:lang w:val="pl-PL"/>
        </w:rPr>
        <w:t xml:space="preserve">płynące i </w:t>
      </w:r>
      <w:r w:rsidRPr="00382BFA">
        <w:rPr>
          <w:rFonts w:ascii="Roboto Condensed" w:hAnsi="Roboto Condensed"/>
          <w:sz w:val="20"/>
          <w:lang w:val="pl-PL"/>
        </w:rPr>
        <w:t>stojące (wspomaganie małej retencji). Powyższe pozostaje w zgodzie z zasadą, że ograniczeń dokonuje się po wyznaczeniu OUZ w trybie § 1 ust.1</w:t>
      </w:r>
      <w:r>
        <w:rPr>
          <w:rFonts w:ascii="Roboto Condensed" w:hAnsi="Roboto Condensed"/>
          <w:sz w:val="20"/>
          <w:lang w:val="pl-PL"/>
        </w:rPr>
        <w:t xml:space="preserve"> </w:t>
      </w:r>
      <w:r w:rsidRPr="00712CD0">
        <w:rPr>
          <w:rFonts w:ascii="Roboto Condensed" w:hAnsi="Roboto Condensed"/>
          <w:sz w:val="20"/>
          <w:lang w:val="pl-PL"/>
        </w:rPr>
        <w:t>w sprawie sposobu wyznaczania obszaru uzupełnienia zabudowy</w:t>
      </w:r>
      <w:r w:rsidRPr="00382BFA">
        <w:rPr>
          <w:rFonts w:ascii="Roboto Condensed" w:hAnsi="Roboto Condensed"/>
          <w:sz w:val="20"/>
          <w:lang w:val="pl-PL"/>
        </w:rPr>
        <w:t>.</w:t>
      </w:r>
    </w:p>
    <w:p w14:paraId="30071C70" w14:textId="77777777" w:rsidR="00545F18" w:rsidRPr="00E8494D" w:rsidRDefault="00545F18" w:rsidP="00545F18">
      <w:pPr>
        <w:pStyle w:val="Tekstpodstawowy2"/>
        <w:spacing w:before="120" w:after="120"/>
        <w:ind w:left="170"/>
        <w:rPr>
          <w:rFonts w:ascii="Roboto Condensed" w:hAnsi="Roboto Condensed"/>
          <w:sz w:val="20"/>
          <w:lang w:val="pl-PL"/>
        </w:rPr>
      </w:pPr>
      <w:r w:rsidRPr="00E8494D">
        <w:rPr>
          <w:rFonts w:ascii="Roboto Condensed" w:hAnsi="Roboto Condensed"/>
          <w:sz w:val="20"/>
          <w:lang w:val="pl-PL"/>
        </w:rPr>
        <w:t>Kryteria pozostawienia bez zmian</w:t>
      </w:r>
      <w:r>
        <w:rPr>
          <w:rFonts w:ascii="Roboto Condensed" w:hAnsi="Roboto Condensed"/>
          <w:sz w:val="20"/>
          <w:lang w:val="pl-PL"/>
        </w:rPr>
        <w:t xml:space="preserve"> geometrii rdzenia </w:t>
      </w:r>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u</m:t>
            </m:r>
          </m:sub>
        </m:sSub>
      </m:oMath>
      <w:r>
        <w:rPr>
          <w:rFonts w:ascii="Roboto Condensed" w:hAnsi="Roboto Condensed"/>
          <w:sz w:val="20"/>
          <w:lang w:val="pl-PL"/>
        </w:rPr>
        <w:t xml:space="preserve"> </w:t>
      </w:r>
      <w:r w:rsidRPr="00E8494D">
        <w:rPr>
          <w:rFonts w:ascii="Roboto Condensed" w:hAnsi="Roboto Condensed"/>
          <w:sz w:val="20"/>
          <w:lang w:val="pl-PL"/>
        </w:rPr>
        <w:t>.</w:t>
      </w:r>
    </w:p>
    <w:p w14:paraId="1BDAC0D1" w14:textId="77777777" w:rsidR="00545F18" w:rsidRDefault="00545F18" w:rsidP="00545F18">
      <w:pPr>
        <w:pStyle w:val="Tekstpodstawowy2"/>
        <w:spacing w:before="120" w:after="120" w:line="240" w:lineRule="auto"/>
        <w:ind w:left="170"/>
        <w:rPr>
          <w:rFonts w:ascii="Roboto Condensed" w:hAnsi="Roboto Condensed"/>
          <w:sz w:val="20"/>
          <w:lang w:val="pl-PL"/>
        </w:rPr>
      </w:pPr>
      <w:r>
        <w:rPr>
          <w:rFonts w:ascii="Roboto Condensed" w:hAnsi="Roboto Condensed"/>
          <w:sz w:val="20"/>
          <w:lang w:val="pl-PL"/>
        </w:rPr>
        <w:t xml:space="preserve">Tereny zabudowy istniejącej w szczególności małe obszary skupiające kilka kilkanaście budynków (obszary wyspowe) gdzie połączenie ich do większego obszaru uzupełnienia zabudowy wiązało by się ze znaczącym jego rozszerzeniem niekorzystnym z punktu widzenia kreowania zwartej struktury funkcjonalno-przestrzennej i z powodu ograniczeń w możliwości rozszerzania obszaru uzupełniania zabudowy gdzie możliwe rozszerzenie zostało wykorzystane na tereny najbardziej predysponowane do rozwoju zabudowy oraz fragmenty </w:t>
      </w:r>
      <w:r w:rsidRPr="00E8494D">
        <w:rPr>
          <w:rFonts w:ascii="Roboto Condensed" w:hAnsi="Roboto Condensed"/>
          <w:sz w:val="20"/>
          <w:lang w:val="pl-PL"/>
        </w:rPr>
        <w:t>o wystarczających wymiarach i foremnym kształcie (parametry działek docelowych), dla których możliwe jest uzyskanie WZ, pozostawiono w OUZ – z uwagi na funkcję OUZ jako podstawy dla decyzji o WZ w systemie planowania po wejściu w życie POG.</w:t>
      </w:r>
    </w:p>
    <w:p w14:paraId="3223DA62" w14:textId="77777777" w:rsidR="00545F18" w:rsidRPr="009D046F" w:rsidRDefault="00545F18" w:rsidP="00545F18">
      <w:pPr>
        <w:pStyle w:val="Tekstpodstawowy2"/>
        <w:spacing w:before="120" w:after="120"/>
        <w:ind w:left="170"/>
        <w:rPr>
          <w:rFonts w:ascii="Roboto Condensed" w:hAnsi="Roboto Condensed"/>
          <w:sz w:val="20"/>
          <w:lang w:val="pl-PL"/>
        </w:rPr>
      </w:pPr>
      <w:r w:rsidRPr="009D046F">
        <w:rPr>
          <w:rFonts w:ascii="Roboto Condensed" w:hAnsi="Roboto Condensed"/>
          <w:sz w:val="20"/>
          <w:lang w:val="pl-PL"/>
        </w:rPr>
        <w:t>Kryteria rozszerzeń</w:t>
      </w:r>
      <w:r>
        <w:rPr>
          <w:rFonts w:ascii="Roboto Condensed" w:hAnsi="Roboto Condensed"/>
          <w:sz w:val="20"/>
          <w:lang w:val="pl-PL"/>
        </w:rPr>
        <w:t xml:space="preserve"> geometrii rdzenia </w:t>
      </w:r>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u</m:t>
            </m:r>
          </m:sub>
        </m:sSub>
      </m:oMath>
      <w:r>
        <w:rPr>
          <w:rFonts w:ascii="Roboto Condensed" w:hAnsi="Roboto Condensed"/>
          <w:sz w:val="20"/>
          <w:lang w:val="pl-PL"/>
        </w:rPr>
        <w:t xml:space="preserve"> </w:t>
      </w:r>
      <w:r w:rsidRPr="009D046F">
        <w:rPr>
          <w:rFonts w:ascii="Roboto Condensed" w:hAnsi="Roboto Condensed"/>
          <w:sz w:val="20"/>
          <w:lang w:val="pl-PL"/>
        </w:rPr>
        <w:t xml:space="preserve"> (w granicach </w:t>
      </w:r>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p</m:t>
            </m:r>
          </m:sub>
        </m:sSub>
      </m:oMath>
      <w:r w:rsidRPr="009D046F">
        <w:rPr>
          <w:rFonts w:ascii="Roboto Condensed" w:hAnsi="Roboto Condensed"/>
          <w:sz w:val="20"/>
          <w:lang w:val="pl-PL"/>
        </w:rPr>
        <w:t>).</w:t>
      </w:r>
    </w:p>
    <w:p w14:paraId="247DADE1" w14:textId="77777777" w:rsidR="00545F18" w:rsidRPr="009D046F" w:rsidRDefault="00545F18" w:rsidP="00545F18">
      <w:pPr>
        <w:pStyle w:val="Tekstpodstawowy2"/>
        <w:spacing w:before="120" w:after="120" w:line="276" w:lineRule="auto"/>
        <w:ind w:left="170"/>
        <w:rPr>
          <w:rFonts w:ascii="Roboto Condensed" w:hAnsi="Roboto Condensed"/>
          <w:sz w:val="20"/>
          <w:lang w:val="pl-PL"/>
        </w:rPr>
      </w:pPr>
      <w:r w:rsidRPr="009D046F">
        <w:rPr>
          <w:rFonts w:ascii="Roboto Condensed" w:hAnsi="Roboto Condensed"/>
          <w:sz w:val="20"/>
          <w:lang w:val="pl-PL"/>
        </w:rPr>
        <w:t xml:space="preserve">Rozszerzenia zastosowano wyłącznie do łącznej powierzchni </w:t>
      </w:r>
      <w:proofErr w:type="spellStart"/>
      <w:r w:rsidRPr="009D046F">
        <w:rPr>
          <w:rFonts w:ascii="Roboto Condensed" w:hAnsi="Roboto Condensed"/>
          <w:sz w:val="20"/>
          <w:lang w:val="pl-PL"/>
        </w:rPr>
        <w:t>Pp</w:t>
      </w:r>
      <w:proofErr w:type="spellEnd"/>
      <w:r w:rsidRPr="009D046F">
        <w:rPr>
          <w:rFonts w:ascii="Roboto Condensed" w:hAnsi="Roboto Condensed"/>
          <w:sz w:val="20"/>
          <w:lang w:val="pl-PL"/>
        </w:rPr>
        <w:t xml:space="preserve"> i przede wszystkim:</w:t>
      </w:r>
    </w:p>
    <w:p w14:paraId="04846722" w14:textId="77777777" w:rsidR="00545F18" w:rsidRPr="009D046F" w:rsidRDefault="00545F18" w:rsidP="00545F18">
      <w:pPr>
        <w:pStyle w:val="Tekstpodstawowy2"/>
        <w:numPr>
          <w:ilvl w:val="0"/>
          <w:numId w:val="3"/>
        </w:numPr>
        <w:spacing w:line="240" w:lineRule="auto"/>
        <w:ind w:left="567" w:hanging="227"/>
        <w:rPr>
          <w:rFonts w:ascii="Roboto Condensed" w:hAnsi="Roboto Condensed"/>
          <w:sz w:val="20"/>
          <w:lang w:val="pl-PL"/>
        </w:rPr>
      </w:pPr>
      <w:r w:rsidRPr="009D046F">
        <w:rPr>
          <w:rFonts w:ascii="Roboto Condensed" w:hAnsi="Roboto Condensed"/>
          <w:sz w:val="20"/>
          <w:lang w:val="pl-PL"/>
        </w:rPr>
        <w:t>w celu domknięcia luk planistycznych poza obszarami objętymi MPZP</w:t>
      </w:r>
      <w:r>
        <w:rPr>
          <w:rFonts w:ascii="Roboto Condensed" w:hAnsi="Roboto Condensed"/>
          <w:sz w:val="20"/>
          <w:lang w:val="pl-PL"/>
        </w:rPr>
        <w:t>;</w:t>
      </w:r>
    </w:p>
    <w:p w14:paraId="66754762" w14:textId="77777777" w:rsidR="00545F18" w:rsidRDefault="00545F18" w:rsidP="00545F18">
      <w:pPr>
        <w:pStyle w:val="Tekstpodstawowy2"/>
        <w:numPr>
          <w:ilvl w:val="0"/>
          <w:numId w:val="3"/>
        </w:numPr>
        <w:spacing w:line="240" w:lineRule="auto"/>
        <w:ind w:left="567" w:hanging="227"/>
        <w:rPr>
          <w:rFonts w:ascii="Roboto Condensed" w:hAnsi="Roboto Condensed"/>
          <w:sz w:val="20"/>
          <w:lang w:val="pl-PL"/>
        </w:rPr>
      </w:pPr>
      <w:r w:rsidRPr="009D046F">
        <w:rPr>
          <w:rFonts w:ascii="Roboto Condensed" w:hAnsi="Roboto Condensed"/>
          <w:sz w:val="20"/>
          <w:lang w:val="pl-PL"/>
        </w:rPr>
        <w:t xml:space="preserve">wzdłuż dróg publicznych – jako pasy o szerokości co do zasady 45–60 m (typowa szerokość działek 20–25 m </w:t>
      </w:r>
      <w:r w:rsidRPr="00C85844">
        <w:rPr>
          <w:rFonts w:ascii="Cambria Math" w:hAnsi="Cambria Math" w:cs="Cambria Math"/>
          <w:sz w:val="20"/>
          <w:lang w:val="pl-PL"/>
        </w:rPr>
        <w:t>⇒</w:t>
      </w:r>
      <w:r w:rsidRPr="009D046F">
        <w:rPr>
          <w:rFonts w:ascii="Roboto Condensed" w:hAnsi="Roboto Condensed"/>
          <w:sz w:val="20"/>
          <w:lang w:val="pl-PL"/>
        </w:rPr>
        <w:t xml:space="preserve"> 900</w:t>
      </w:r>
      <w:r w:rsidRPr="00C85844">
        <w:rPr>
          <w:rFonts w:ascii="Roboto Condensed" w:hAnsi="Roboto Condensed"/>
          <w:sz w:val="20"/>
          <w:lang w:val="pl-PL"/>
        </w:rPr>
        <w:t>–</w:t>
      </w:r>
      <w:r w:rsidRPr="009D046F">
        <w:rPr>
          <w:rFonts w:ascii="Roboto Condensed" w:hAnsi="Roboto Condensed"/>
          <w:sz w:val="20"/>
          <w:lang w:val="pl-PL"/>
        </w:rPr>
        <w:t>1500 m</w:t>
      </w:r>
      <w:r w:rsidRPr="00C85844">
        <w:rPr>
          <w:rFonts w:ascii="Roboto Condensed" w:hAnsi="Roboto Condensed"/>
          <w:sz w:val="20"/>
          <w:lang w:val="pl-PL"/>
        </w:rPr>
        <w:t>²</w:t>
      </w:r>
      <w:r w:rsidRPr="009D046F">
        <w:rPr>
          <w:rFonts w:ascii="Roboto Condensed" w:hAnsi="Roboto Condensed"/>
          <w:sz w:val="20"/>
          <w:lang w:val="pl-PL"/>
        </w:rPr>
        <w:t>), co umo</w:t>
      </w:r>
      <w:r w:rsidRPr="00C85844">
        <w:rPr>
          <w:rFonts w:ascii="Roboto Condensed" w:hAnsi="Roboto Condensed"/>
          <w:sz w:val="20"/>
          <w:lang w:val="pl-PL"/>
        </w:rPr>
        <w:t>ż</w:t>
      </w:r>
      <w:r w:rsidRPr="009D046F">
        <w:rPr>
          <w:rFonts w:ascii="Roboto Condensed" w:hAnsi="Roboto Condensed"/>
          <w:sz w:val="20"/>
          <w:lang w:val="pl-PL"/>
        </w:rPr>
        <w:t>liwia racjonalne kszta</w:t>
      </w:r>
      <w:r w:rsidRPr="00C85844">
        <w:rPr>
          <w:rFonts w:ascii="Roboto Condensed" w:hAnsi="Roboto Condensed"/>
          <w:sz w:val="20"/>
          <w:lang w:val="pl-PL"/>
        </w:rPr>
        <w:t>ł</w:t>
      </w:r>
      <w:r w:rsidRPr="009D046F">
        <w:rPr>
          <w:rFonts w:ascii="Roboto Condensed" w:hAnsi="Roboto Condensed"/>
          <w:sz w:val="20"/>
          <w:lang w:val="pl-PL"/>
        </w:rPr>
        <w:t>towanie front</w:t>
      </w:r>
      <w:r w:rsidRPr="00C85844">
        <w:rPr>
          <w:rFonts w:ascii="Roboto Condensed" w:hAnsi="Roboto Condensed"/>
          <w:sz w:val="20"/>
          <w:lang w:val="pl-PL"/>
        </w:rPr>
        <w:t>ó</w:t>
      </w:r>
      <w:r w:rsidRPr="009D046F">
        <w:rPr>
          <w:rFonts w:ascii="Roboto Condensed" w:hAnsi="Roboto Condensed"/>
          <w:sz w:val="20"/>
          <w:lang w:val="pl-PL"/>
        </w:rPr>
        <w:t>w zabudowy i efektywne wykorzystanie infrastruktury</w:t>
      </w:r>
      <w:r>
        <w:rPr>
          <w:rFonts w:ascii="Roboto Condensed" w:hAnsi="Roboto Condensed"/>
          <w:sz w:val="20"/>
          <w:lang w:val="pl-PL"/>
        </w:rPr>
        <w:t>;</w:t>
      </w:r>
    </w:p>
    <w:p w14:paraId="3C40781B" w14:textId="77777777" w:rsidR="00545F18" w:rsidRPr="00E04CC1" w:rsidRDefault="00545F18" w:rsidP="00545F18">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W celu wykreowania ciągłych zwartych obszarów zabudowy o możliwie foremnym kształcie.</w:t>
      </w:r>
    </w:p>
    <w:p w14:paraId="1F2C5A02" w14:textId="77777777" w:rsidR="00545F18" w:rsidRDefault="00545F18" w:rsidP="00545F18">
      <w:pPr>
        <w:pStyle w:val="Tekstpodstawowy2"/>
        <w:spacing w:before="120" w:after="120" w:line="240" w:lineRule="auto"/>
        <w:ind w:left="170"/>
        <w:rPr>
          <w:rFonts w:ascii="Roboto Condensed" w:hAnsi="Roboto Condensed"/>
          <w:sz w:val="20"/>
          <w:lang w:val="pl-PL"/>
        </w:rPr>
      </w:pPr>
      <w:r w:rsidRPr="009D046F">
        <w:rPr>
          <w:rFonts w:ascii="Roboto Condensed" w:hAnsi="Roboto Condensed"/>
          <w:sz w:val="20"/>
          <w:lang w:val="pl-PL"/>
        </w:rPr>
        <w:t>Zastrzeżenie: na użytkach rolnych klas I–III rozszerzeni</w:t>
      </w:r>
      <w:r>
        <w:rPr>
          <w:rFonts w:ascii="Roboto Condensed" w:hAnsi="Roboto Condensed"/>
          <w:sz w:val="20"/>
          <w:lang w:val="pl-PL"/>
        </w:rPr>
        <w:t xml:space="preserve">e obszaru uzupełnienia zabudowy zostało przeprowadzone </w:t>
      </w:r>
      <w:r w:rsidRPr="009D046F">
        <w:rPr>
          <w:rFonts w:ascii="Roboto Condensed" w:hAnsi="Roboto Condensed"/>
          <w:sz w:val="20"/>
          <w:lang w:val="pl-PL"/>
        </w:rPr>
        <w:t>wyłącznie w odległości ≤ 50 m od granicy pasa drogowego</w:t>
      </w:r>
      <w:r>
        <w:rPr>
          <w:rFonts w:ascii="Roboto Condensed" w:hAnsi="Roboto Condensed"/>
          <w:sz w:val="20"/>
          <w:lang w:val="pl-PL"/>
        </w:rPr>
        <w:t xml:space="preserve"> dróg publicznych</w:t>
      </w:r>
      <w:r w:rsidRPr="009D046F">
        <w:rPr>
          <w:rFonts w:ascii="Roboto Condensed" w:hAnsi="Roboto Condensed"/>
          <w:sz w:val="20"/>
          <w:lang w:val="pl-PL"/>
        </w:rPr>
        <w:t>.</w:t>
      </w:r>
    </w:p>
    <w:p w14:paraId="3C6A495B" w14:textId="463FF87B" w:rsidR="00B274CE" w:rsidRPr="0042076D" w:rsidRDefault="00447E1C" w:rsidP="00545F18">
      <w:pPr>
        <w:pStyle w:val="Tekstpodstawowy2"/>
        <w:spacing w:before="120" w:after="120" w:line="240" w:lineRule="auto"/>
        <w:ind w:left="170"/>
        <w:rPr>
          <w:rFonts w:ascii="Roboto Condensed" w:hAnsi="Roboto Condensed"/>
          <w:sz w:val="20"/>
          <w:lang w:val="pl-PL"/>
        </w:rPr>
      </w:pPr>
      <w:r w:rsidRPr="0042076D">
        <w:rPr>
          <w:rFonts w:ascii="Roboto Condensed" w:hAnsi="Roboto Condensed"/>
          <w:sz w:val="20"/>
          <w:lang w:val="pl-PL"/>
        </w:rPr>
        <w:t>Jednocześnie p</w:t>
      </w:r>
      <w:r w:rsidR="00B274CE" w:rsidRPr="0042076D">
        <w:rPr>
          <w:rFonts w:ascii="Roboto Condensed" w:hAnsi="Roboto Condensed"/>
          <w:sz w:val="20"/>
          <w:lang w:val="pl-PL"/>
        </w:rPr>
        <w:t>rzyjęto</w:t>
      </w:r>
      <w:r w:rsidRPr="0042076D">
        <w:rPr>
          <w:rFonts w:ascii="Roboto Condensed" w:hAnsi="Roboto Condensed"/>
          <w:sz w:val="20"/>
          <w:lang w:val="pl-PL"/>
        </w:rPr>
        <w:t xml:space="preserve"> iż o</w:t>
      </w:r>
      <w:r w:rsidR="00B274CE" w:rsidRPr="0042076D">
        <w:rPr>
          <w:rFonts w:ascii="Roboto Condensed" w:hAnsi="Roboto Condensed"/>
          <w:sz w:val="20"/>
          <w:lang w:val="pl-PL"/>
        </w:rPr>
        <w:t>ptymalna szerokość obszaru uzupełnienia zabudowy wzdłuż dróg to około 4</w:t>
      </w:r>
      <w:r w:rsidRPr="0042076D">
        <w:rPr>
          <w:rFonts w:ascii="Roboto Condensed" w:hAnsi="Roboto Condensed"/>
          <w:sz w:val="20"/>
          <w:lang w:val="pl-PL"/>
        </w:rPr>
        <w:t>5</w:t>
      </w:r>
      <w:r w:rsidR="00E16276" w:rsidRPr="0042076D">
        <w:rPr>
          <w:rFonts w:ascii="Roboto Condensed" w:hAnsi="Roboto Condensed"/>
          <w:sz w:val="20"/>
          <w:lang w:val="pl-PL"/>
        </w:rPr>
        <w:t>-</w:t>
      </w:r>
      <w:r w:rsidRPr="0042076D">
        <w:rPr>
          <w:rFonts w:ascii="Roboto Condensed" w:hAnsi="Roboto Condensed"/>
          <w:sz w:val="20"/>
          <w:lang w:val="pl-PL"/>
        </w:rPr>
        <w:t>6</w:t>
      </w:r>
      <w:r w:rsidR="00E16276" w:rsidRPr="0042076D">
        <w:rPr>
          <w:rFonts w:ascii="Roboto Condensed" w:hAnsi="Roboto Condensed"/>
          <w:sz w:val="20"/>
          <w:lang w:val="pl-PL"/>
        </w:rPr>
        <w:t>0</w:t>
      </w:r>
      <w:r w:rsidR="00B274CE" w:rsidRPr="0042076D">
        <w:rPr>
          <w:rFonts w:ascii="Roboto Condensed" w:hAnsi="Roboto Condensed"/>
          <w:sz w:val="20"/>
          <w:lang w:val="pl-PL"/>
        </w:rPr>
        <w:t xml:space="preserve"> m, co wynika z niezbędnej powierzchni terenu w odniesieniu </w:t>
      </w:r>
      <w:r w:rsidR="00E16276" w:rsidRPr="0042076D">
        <w:rPr>
          <w:rFonts w:ascii="Roboto Condensed" w:hAnsi="Roboto Condensed"/>
          <w:sz w:val="20"/>
          <w:lang w:val="pl-PL"/>
        </w:rPr>
        <w:t xml:space="preserve">do </w:t>
      </w:r>
      <w:r w:rsidR="00B274CE" w:rsidRPr="0042076D">
        <w:rPr>
          <w:rFonts w:ascii="Roboto Condensed" w:hAnsi="Roboto Condensed"/>
          <w:sz w:val="20"/>
          <w:lang w:val="pl-PL"/>
        </w:rPr>
        <w:t xml:space="preserve">decyzji o warunkach zabudowy - przy </w:t>
      </w:r>
      <w:r w:rsidR="00B21222" w:rsidRPr="0042076D">
        <w:rPr>
          <w:rFonts w:ascii="Roboto Condensed" w:hAnsi="Roboto Condensed"/>
          <w:sz w:val="20"/>
          <w:lang w:val="pl-PL"/>
        </w:rPr>
        <w:t xml:space="preserve">popularnej </w:t>
      </w:r>
      <w:r w:rsidR="00B274CE" w:rsidRPr="0042076D">
        <w:rPr>
          <w:rFonts w:ascii="Roboto Condensed" w:hAnsi="Roboto Condensed"/>
          <w:sz w:val="20"/>
          <w:lang w:val="pl-PL"/>
        </w:rPr>
        <w:t xml:space="preserve">szerokości działki </w:t>
      </w:r>
      <w:r w:rsidRPr="0042076D">
        <w:rPr>
          <w:rFonts w:ascii="Roboto Condensed" w:hAnsi="Roboto Condensed"/>
          <w:sz w:val="20"/>
          <w:lang w:val="pl-PL"/>
        </w:rPr>
        <w:t xml:space="preserve">budowlanej </w:t>
      </w:r>
      <w:r w:rsidR="00B274CE" w:rsidRPr="0042076D">
        <w:rPr>
          <w:rFonts w:ascii="Roboto Condensed" w:hAnsi="Roboto Condensed"/>
          <w:sz w:val="20"/>
          <w:lang w:val="pl-PL"/>
        </w:rPr>
        <w:t xml:space="preserve">wynoszącej 20-25m otrzymujemy powierzchnię </w:t>
      </w:r>
      <w:r w:rsidRPr="0042076D">
        <w:rPr>
          <w:rFonts w:ascii="Roboto Condensed" w:hAnsi="Roboto Condensed"/>
          <w:sz w:val="20"/>
          <w:lang w:val="pl-PL"/>
        </w:rPr>
        <w:t>9</w:t>
      </w:r>
      <w:r w:rsidR="00B274CE" w:rsidRPr="0042076D">
        <w:rPr>
          <w:rFonts w:ascii="Roboto Condensed" w:hAnsi="Roboto Condensed"/>
          <w:sz w:val="20"/>
          <w:lang w:val="pl-PL"/>
        </w:rPr>
        <w:t>00-1</w:t>
      </w:r>
      <w:r w:rsidRPr="0042076D">
        <w:rPr>
          <w:rFonts w:ascii="Roboto Condensed" w:hAnsi="Roboto Condensed"/>
          <w:sz w:val="20"/>
          <w:lang w:val="pl-PL"/>
        </w:rPr>
        <w:t>50</w:t>
      </w:r>
      <w:r w:rsidR="00B274CE" w:rsidRPr="0042076D">
        <w:rPr>
          <w:rFonts w:ascii="Roboto Condensed" w:hAnsi="Roboto Condensed"/>
          <w:sz w:val="20"/>
          <w:lang w:val="pl-PL"/>
        </w:rPr>
        <w:t>0 m</w:t>
      </w:r>
      <w:r w:rsidR="00B274CE" w:rsidRPr="0042076D">
        <w:rPr>
          <w:rFonts w:ascii="Roboto Condensed" w:hAnsi="Roboto Condensed"/>
          <w:sz w:val="20"/>
          <w:vertAlign w:val="superscript"/>
          <w:lang w:val="pl-PL"/>
        </w:rPr>
        <w:t>2</w:t>
      </w:r>
      <w:r w:rsidRPr="0042076D">
        <w:rPr>
          <w:rFonts w:ascii="Roboto Condensed" w:hAnsi="Roboto Condensed"/>
          <w:sz w:val="20"/>
          <w:lang w:val="pl-PL"/>
        </w:rPr>
        <w:t>,</w:t>
      </w:r>
      <w:r w:rsidR="00B274CE" w:rsidRPr="0042076D">
        <w:rPr>
          <w:rFonts w:ascii="Roboto Condensed" w:hAnsi="Roboto Condensed"/>
          <w:sz w:val="20"/>
          <w:lang w:val="pl-PL"/>
        </w:rPr>
        <w:t xml:space="preserve"> co daje </w:t>
      </w:r>
      <w:r w:rsidRPr="0042076D">
        <w:rPr>
          <w:rFonts w:ascii="Roboto Condensed" w:hAnsi="Roboto Condensed"/>
          <w:sz w:val="20"/>
          <w:lang w:val="pl-PL"/>
        </w:rPr>
        <w:t xml:space="preserve">pożądaną </w:t>
      </w:r>
      <w:r w:rsidR="00B274CE" w:rsidRPr="0042076D">
        <w:rPr>
          <w:rFonts w:ascii="Roboto Condensed" w:hAnsi="Roboto Condensed"/>
          <w:sz w:val="20"/>
          <w:lang w:val="pl-PL"/>
        </w:rPr>
        <w:t>powierzchnię terenu, służącą ustaleniu parametrów</w:t>
      </w:r>
      <w:r w:rsidRPr="0042076D">
        <w:rPr>
          <w:rFonts w:ascii="Roboto Condensed" w:hAnsi="Roboto Condensed"/>
          <w:sz w:val="20"/>
          <w:lang w:val="pl-PL"/>
        </w:rPr>
        <w:t xml:space="preserve"> zabudowy działki budowlanej</w:t>
      </w:r>
      <w:r w:rsidR="00B274CE" w:rsidRPr="0042076D">
        <w:rPr>
          <w:rFonts w:ascii="Roboto Condensed" w:hAnsi="Roboto Condensed"/>
          <w:sz w:val="20"/>
          <w:lang w:val="pl-PL"/>
        </w:rPr>
        <w:t>.</w:t>
      </w:r>
    </w:p>
    <w:p w14:paraId="6F0FF0EF" w14:textId="0785FBA5" w:rsidR="00B274CE" w:rsidRPr="0042076D" w:rsidRDefault="003F2D3C" w:rsidP="00B21222">
      <w:pPr>
        <w:pStyle w:val="Tekstpodstawowy2"/>
        <w:spacing w:before="120" w:after="120" w:line="240" w:lineRule="auto"/>
        <w:ind w:left="170"/>
        <w:rPr>
          <w:rFonts w:ascii="Roboto Condensed" w:hAnsi="Roboto Condensed"/>
          <w:sz w:val="20"/>
          <w:lang w:val="pl-PL"/>
        </w:rPr>
      </w:pPr>
      <w:r w:rsidRPr="0042076D">
        <w:rPr>
          <w:rFonts w:ascii="Roboto Condensed" w:hAnsi="Roboto Condensed"/>
          <w:sz w:val="20"/>
          <w:lang w:val="pl-PL"/>
        </w:rPr>
        <w:t>Docelowo</w:t>
      </w:r>
      <w:r w:rsidR="0020545D" w:rsidRPr="0042076D">
        <w:rPr>
          <w:rFonts w:ascii="Roboto Condensed" w:hAnsi="Roboto Condensed"/>
          <w:sz w:val="20"/>
          <w:lang w:val="pl-PL"/>
        </w:rPr>
        <w:t xml:space="preserve"> </w:t>
      </w:r>
      <w:r w:rsidR="00B21222" w:rsidRPr="0042076D">
        <w:rPr>
          <w:rFonts w:ascii="Roboto Condensed" w:hAnsi="Roboto Condensed"/>
          <w:sz w:val="20"/>
          <w:lang w:val="pl-PL"/>
        </w:rPr>
        <w:t>areał</w:t>
      </w:r>
      <w:r w:rsidR="0020545D" w:rsidRPr="0042076D">
        <w:rPr>
          <w:rFonts w:ascii="Roboto Condensed" w:hAnsi="Roboto Condensed"/>
          <w:sz w:val="20"/>
          <w:lang w:val="pl-PL"/>
        </w:rPr>
        <w:t xml:space="preserve"> rdzenia obszaru uzupełnienia zabudowy ograniczono </w:t>
      </w:r>
      <w:r w:rsidR="00CF5465" w:rsidRPr="0042076D">
        <w:rPr>
          <w:rFonts w:ascii="Roboto Condensed" w:hAnsi="Roboto Condensed"/>
          <w:sz w:val="20"/>
          <w:lang w:val="pl-PL"/>
        </w:rPr>
        <w:t xml:space="preserve">z </w:t>
      </w:r>
      <w:r w:rsidR="00CC556D" w:rsidRPr="0042076D">
        <w:rPr>
          <w:rFonts w:ascii="Roboto Condensed" w:hAnsi="Roboto Condensed"/>
          <w:sz w:val="20"/>
          <w:lang w:val="pl-PL"/>
        </w:rPr>
        <w:t>302,6791</w:t>
      </w:r>
      <w:r w:rsidR="00CF5465" w:rsidRPr="0042076D">
        <w:rPr>
          <w:rFonts w:ascii="Roboto Condensed" w:hAnsi="Roboto Condensed"/>
          <w:sz w:val="20"/>
          <w:lang w:val="pl-PL"/>
        </w:rPr>
        <w:t xml:space="preserve"> ha </w:t>
      </w:r>
      <w:r w:rsidR="0020545D" w:rsidRPr="0042076D">
        <w:rPr>
          <w:rFonts w:ascii="Roboto Condensed" w:hAnsi="Roboto Condensed"/>
          <w:sz w:val="20"/>
          <w:lang w:val="pl-PL"/>
        </w:rPr>
        <w:t xml:space="preserve">do </w:t>
      </w:r>
      <w:r w:rsidR="00C1623A" w:rsidRPr="00C1623A">
        <w:rPr>
          <w:rFonts w:ascii="Roboto Condensed" w:hAnsi="Roboto Condensed"/>
          <w:sz w:val="20"/>
          <w:lang w:val="pl-PL"/>
        </w:rPr>
        <w:t>255,4220</w:t>
      </w:r>
      <w:r w:rsidR="00705F3D" w:rsidRPr="0042076D">
        <w:rPr>
          <w:rFonts w:ascii="Roboto Condensed" w:hAnsi="Roboto Condensed"/>
          <w:sz w:val="20"/>
          <w:lang w:val="pl-PL"/>
        </w:rPr>
        <w:t xml:space="preserve"> ha</w:t>
      </w:r>
      <w:r w:rsidR="004A7998" w:rsidRPr="0042076D">
        <w:rPr>
          <w:rFonts w:ascii="Roboto Condensed" w:hAnsi="Roboto Condensed"/>
          <w:sz w:val="20"/>
          <w:lang w:val="pl-PL"/>
        </w:rPr>
        <w:t>.</w:t>
      </w:r>
    </w:p>
    <w:p w14:paraId="038B2CDC" w14:textId="0F15D805" w:rsidR="0020545D" w:rsidRPr="0042076D" w:rsidRDefault="0020545D" w:rsidP="00B21222">
      <w:pPr>
        <w:pStyle w:val="Tekstpodstawowy2"/>
        <w:spacing w:before="120" w:after="120" w:line="240" w:lineRule="auto"/>
        <w:ind w:left="170"/>
        <w:rPr>
          <w:rFonts w:ascii="Roboto Condensed" w:hAnsi="Roboto Condensed"/>
          <w:sz w:val="20"/>
          <w:lang w:val="pl-PL"/>
        </w:rPr>
      </w:pPr>
      <w:r w:rsidRPr="0042076D">
        <w:rPr>
          <w:rFonts w:ascii="Roboto Condensed" w:hAnsi="Roboto Condensed"/>
          <w:sz w:val="20"/>
          <w:lang w:val="pl-PL"/>
        </w:rPr>
        <w:t>Dostępny areał rozszerzenia obszaru zabudowy (</w:t>
      </w:r>
      <w:proofErr w:type="spellStart"/>
      <w:r w:rsidRPr="0042076D">
        <w:rPr>
          <w:rFonts w:ascii="Roboto Condensed" w:hAnsi="Roboto Condensed"/>
          <w:sz w:val="20"/>
          <w:lang w:val="pl-PL"/>
        </w:rPr>
        <w:t>Pp</w:t>
      </w:r>
      <w:proofErr w:type="spellEnd"/>
      <w:r w:rsidRPr="0042076D">
        <w:rPr>
          <w:rFonts w:ascii="Roboto Condensed" w:hAnsi="Roboto Condensed"/>
          <w:sz w:val="20"/>
          <w:lang w:val="pl-PL"/>
        </w:rPr>
        <w:t>)</w:t>
      </w:r>
      <w:r w:rsidR="00CF5465" w:rsidRPr="0042076D">
        <w:rPr>
          <w:rFonts w:ascii="Roboto Condensed" w:hAnsi="Roboto Condensed"/>
          <w:sz w:val="20"/>
          <w:lang w:val="pl-PL"/>
        </w:rPr>
        <w:t>,</w:t>
      </w:r>
      <w:r w:rsidRPr="0042076D">
        <w:rPr>
          <w:rFonts w:ascii="Roboto Condensed" w:hAnsi="Roboto Condensed"/>
          <w:sz w:val="20"/>
          <w:lang w:val="pl-PL"/>
        </w:rPr>
        <w:t xml:space="preserve"> wynoszący </w:t>
      </w:r>
      <w:r w:rsidR="00045D0B" w:rsidRPr="0042076D">
        <w:rPr>
          <w:rFonts w:ascii="Roboto Condensed" w:hAnsi="Roboto Condensed"/>
          <w:sz w:val="20"/>
          <w:lang w:val="pl-PL"/>
        </w:rPr>
        <w:t>121,3117</w:t>
      </w:r>
      <w:r w:rsidR="00774979" w:rsidRPr="0042076D">
        <w:rPr>
          <w:rFonts w:ascii="Roboto Condensed" w:hAnsi="Roboto Condensed"/>
          <w:sz w:val="20"/>
          <w:lang w:val="pl-PL"/>
        </w:rPr>
        <w:t xml:space="preserve"> </w:t>
      </w:r>
      <w:r w:rsidRPr="0042076D">
        <w:rPr>
          <w:rFonts w:ascii="Roboto Condensed" w:hAnsi="Roboto Condensed"/>
          <w:sz w:val="20"/>
          <w:lang w:val="pl-PL"/>
        </w:rPr>
        <w:t>ha</w:t>
      </w:r>
      <w:r w:rsidR="00CF5465" w:rsidRPr="0042076D">
        <w:rPr>
          <w:rFonts w:ascii="Roboto Condensed" w:hAnsi="Roboto Condensed"/>
          <w:sz w:val="20"/>
          <w:lang w:val="pl-PL"/>
        </w:rPr>
        <w:t>,</w:t>
      </w:r>
      <w:r w:rsidRPr="0042076D">
        <w:rPr>
          <w:rFonts w:ascii="Roboto Condensed" w:hAnsi="Roboto Condensed"/>
          <w:sz w:val="20"/>
          <w:lang w:val="pl-PL"/>
        </w:rPr>
        <w:t xml:space="preserve"> wykorzystano</w:t>
      </w:r>
      <w:r w:rsidR="00CD7F7F" w:rsidRPr="0042076D">
        <w:rPr>
          <w:rFonts w:ascii="Roboto Condensed" w:hAnsi="Roboto Condensed"/>
          <w:sz w:val="20"/>
          <w:lang w:val="pl-PL"/>
        </w:rPr>
        <w:t xml:space="preserve"> </w:t>
      </w:r>
      <w:r w:rsidR="00F94A4F" w:rsidRPr="0042076D">
        <w:rPr>
          <w:rFonts w:ascii="Roboto Condensed" w:hAnsi="Roboto Condensed"/>
          <w:sz w:val="20"/>
          <w:lang w:val="pl-PL"/>
        </w:rPr>
        <w:t>w ponad 9</w:t>
      </w:r>
      <w:r w:rsidR="00946EBA">
        <w:rPr>
          <w:rFonts w:ascii="Roboto Condensed" w:hAnsi="Roboto Condensed"/>
          <w:sz w:val="20"/>
          <w:lang w:val="pl-PL"/>
        </w:rPr>
        <w:t>8</w:t>
      </w:r>
      <w:r w:rsidR="00F94A4F" w:rsidRPr="0042076D">
        <w:rPr>
          <w:rFonts w:ascii="Roboto Condensed" w:hAnsi="Roboto Condensed"/>
          <w:sz w:val="20"/>
          <w:lang w:val="pl-PL"/>
        </w:rPr>
        <w:t>%</w:t>
      </w:r>
      <w:r w:rsidR="00CF5465" w:rsidRPr="0042076D">
        <w:rPr>
          <w:rFonts w:ascii="Roboto Condensed" w:hAnsi="Roboto Condensed"/>
          <w:sz w:val="20"/>
          <w:lang w:val="pl-PL"/>
        </w:rPr>
        <w:t>,</w:t>
      </w:r>
      <w:r w:rsidR="00F94A4F" w:rsidRPr="0042076D">
        <w:rPr>
          <w:rFonts w:ascii="Roboto Condensed" w:hAnsi="Roboto Condensed"/>
          <w:sz w:val="20"/>
          <w:lang w:val="pl-PL"/>
        </w:rPr>
        <w:t xml:space="preserve"> tj. </w:t>
      </w:r>
      <w:r w:rsidR="005B43D3" w:rsidRPr="005B43D3">
        <w:rPr>
          <w:rFonts w:ascii="Roboto Condensed" w:hAnsi="Roboto Condensed"/>
          <w:sz w:val="20"/>
          <w:lang w:val="pl-PL"/>
        </w:rPr>
        <w:t>119,2930</w:t>
      </w:r>
      <w:r w:rsidR="00D43871" w:rsidRPr="0042076D">
        <w:rPr>
          <w:rFonts w:ascii="Roboto Condensed" w:hAnsi="Roboto Condensed"/>
          <w:sz w:val="20"/>
          <w:lang w:val="pl-PL"/>
        </w:rPr>
        <w:t xml:space="preserve"> ha</w:t>
      </w:r>
      <w:r w:rsidRPr="0042076D">
        <w:rPr>
          <w:rFonts w:ascii="Roboto Condensed" w:hAnsi="Roboto Condensed"/>
          <w:sz w:val="20"/>
          <w:lang w:val="pl-PL"/>
        </w:rPr>
        <w:t xml:space="preserve"> kształtując w miarę możliwości zwarte obszary</w:t>
      </w:r>
      <w:r w:rsidR="00B21222" w:rsidRPr="0042076D">
        <w:rPr>
          <w:rFonts w:ascii="Roboto Condensed" w:hAnsi="Roboto Condensed"/>
          <w:sz w:val="20"/>
          <w:lang w:val="pl-PL"/>
        </w:rPr>
        <w:t>,</w:t>
      </w:r>
      <w:r w:rsidR="00705F3D" w:rsidRPr="0042076D">
        <w:rPr>
          <w:rFonts w:ascii="Roboto Condensed" w:hAnsi="Roboto Condensed"/>
          <w:sz w:val="20"/>
          <w:lang w:val="pl-PL"/>
        </w:rPr>
        <w:t xml:space="preserve"> o prawidłowej geometri</w:t>
      </w:r>
      <w:r w:rsidR="00CF5465" w:rsidRPr="0042076D">
        <w:rPr>
          <w:rFonts w:ascii="Roboto Condensed" w:hAnsi="Roboto Condensed"/>
          <w:sz w:val="20"/>
          <w:lang w:val="pl-PL"/>
        </w:rPr>
        <w:t>i</w:t>
      </w:r>
      <w:r w:rsidR="00B21222" w:rsidRPr="0042076D">
        <w:rPr>
          <w:rFonts w:ascii="Roboto Condensed" w:hAnsi="Roboto Condensed"/>
          <w:sz w:val="20"/>
          <w:lang w:val="pl-PL"/>
        </w:rPr>
        <w:t xml:space="preserve"> działek budowlanych</w:t>
      </w:r>
      <w:r w:rsidR="00705F3D" w:rsidRPr="0042076D">
        <w:rPr>
          <w:rFonts w:ascii="Roboto Condensed" w:hAnsi="Roboto Condensed"/>
          <w:sz w:val="20"/>
          <w:lang w:val="pl-PL"/>
        </w:rPr>
        <w:t>,</w:t>
      </w:r>
      <w:r w:rsidRPr="0042076D">
        <w:rPr>
          <w:rFonts w:ascii="Roboto Condensed" w:hAnsi="Roboto Condensed"/>
          <w:sz w:val="20"/>
          <w:lang w:val="pl-PL"/>
        </w:rPr>
        <w:t xml:space="preserve"> na których wydanie decyzji o warunkach zabudowy będzie możliwe.</w:t>
      </w:r>
    </w:p>
    <w:p w14:paraId="63EA1F83" w14:textId="77777777" w:rsidR="00076794" w:rsidRPr="0042076D" w:rsidRDefault="00076794" w:rsidP="00076794">
      <w:pPr>
        <w:pStyle w:val="Tekstpodstawowy2"/>
        <w:spacing w:before="120" w:after="120" w:line="240" w:lineRule="auto"/>
        <w:ind w:left="170"/>
        <w:rPr>
          <w:rFonts w:ascii="Roboto Condensed" w:hAnsi="Roboto Condensed"/>
          <w:sz w:val="20"/>
          <w:lang w:val="pl-PL"/>
        </w:rPr>
      </w:pPr>
      <w:r w:rsidRPr="0042076D">
        <w:rPr>
          <w:rFonts w:ascii="Roboto Condensed" w:hAnsi="Roboto Condensed"/>
          <w:sz w:val="20"/>
          <w:lang w:val="pl-PL"/>
        </w:rPr>
        <w:t xml:space="preserve">Ostateczna powierzchnia obszaru uzupełnienia zabudowy wyniosła: </w:t>
      </w:r>
    </w:p>
    <w:p w14:paraId="1E107605" w14:textId="45FECFD2" w:rsidR="00A82B76" w:rsidRPr="0042076D" w:rsidRDefault="00ED5914" w:rsidP="00A82B76">
      <w:pPr>
        <w:pStyle w:val="Tekstpodstawowy2"/>
        <w:spacing w:before="120" w:after="120" w:line="240" w:lineRule="auto"/>
        <w:ind w:left="170"/>
        <w:jc w:val="center"/>
        <w:rPr>
          <w:rFonts w:ascii="Roboto Condensed" w:hAnsi="Roboto Condensed"/>
          <w:sz w:val="20"/>
          <w:lang w:val="pl-PL"/>
        </w:rPr>
      </w:pPr>
      <w:r w:rsidRPr="00ED5914">
        <w:rPr>
          <w:rFonts w:ascii="Cambria Math" w:hAnsi="Cambria Math"/>
          <w:b/>
          <w:iCs/>
          <w:szCs w:val="24"/>
          <w:lang w:val="pl-PL"/>
        </w:rPr>
        <w:t>255</w:t>
      </w:r>
      <w:r>
        <w:rPr>
          <w:rFonts w:ascii="Cambria Math" w:hAnsi="Cambria Math"/>
          <w:b/>
          <w:iCs/>
          <w:szCs w:val="24"/>
          <w:lang w:val="pl-PL"/>
        </w:rPr>
        <w:t>,</w:t>
      </w:r>
      <w:r w:rsidRPr="00ED5914">
        <w:rPr>
          <w:rFonts w:ascii="Cambria Math" w:hAnsi="Cambria Math"/>
          <w:b/>
          <w:iCs/>
          <w:szCs w:val="24"/>
          <w:lang w:val="pl-PL"/>
        </w:rPr>
        <w:t>4220</w:t>
      </w:r>
      <w:r>
        <w:rPr>
          <w:rFonts w:ascii="Cambria Math" w:hAnsi="Cambria Math"/>
          <w:b/>
          <w:iCs/>
          <w:szCs w:val="24"/>
          <w:lang w:val="pl-PL"/>
        </w:rPr>
        <w:t xml:space="preserve"> </w:t>
      </w:r>
      <w:r w:rsidR="00076794" w:rsidRPr="0042076D">
        <w:rPr>
          <w:rFonts w:ascii="Cambria Math" w:hAnsi="Cambria Math"/>
          <w:b/>
          <w:iCs/>
          <w:szCs w:val="24"/>
          <w:lang w:val="pl-PL"/>
        </w:rPr>
        <w:t xml:space="preserve">ha (rdzeń) + </w:t>
      </w:r>
      <w:r w:rsidR="008627DD" w:rsidRPr="008627DD">
        <w:rPr>
          <w:rFonts w:ascii="Cambria Math" w:hAnsi="Cambria Math"/>
          <w:b/>
          <w:iCs/>
          <w:szCs w:val="24"/>
          <w:lang w:val="pl-PL"/>
        </w:rPr>
        <w:t>119</w:t>
      </w:r>
      <w:r w:rsidR="008627DD">
        <w:rPr>
          <w:rFonts w:ascii="Cambria Math" w:hAnsi="Cambria Math"/>
          <w:b/>
          <w:iCs/>
          <w:szCs w:val="24"/>
          <w:lang w:val="pl-PL"/>
        </w:rPr>
        <w:t>,</w:t>
      </w:r>
      <w:r w:rsidR="008627DD" w:rsidRPr="008627DD">
        <w:rPr>
          <w:rFonts w:ascii="Cambria Math" w:hAnsi="Cambria Math"/>
          <w:b/>
          <w:iCs/>
          <w:szCs w:val="24"/>
          <w:lang w:val="pl-PL"/>
        </w:rPr>
        <w:t>2930</w:t>
      </w:r>
      <w:r w:rsidR="008627DD">
        <w:rPr>
          <w:rFonts w:ascii="Cambria Math" w:hAnsi="Cambria Math"/>
          <w:b/>
          <w:iCs/>
          <w:szCs w:val="24"/>
          <w:lang w:val="pl-PL"/>
        </w:rPr>
        <w:t xml:space="preserve"> </w:t>
      </w:r>
      <w:r w:rsidR="00076794" w:rsidRPr="0042076D">
        <w:rPr>
          <w:rFonts w:ascii="Cambria Math" w:hAnsi="Cambria Math"/>
          <w:b/>
          <w:iCs/>
          <w:szCs w:val="24"/>
          <w:lang w:val="pl-PL"/>
        </w:rPr>
        <w:t xml:space="preserve">ha (rozszerzenie) = </w:t>
      </w:r>
      <w:r w:rsidR="00C1623A" w:rsidRPr="00C1623A">
        <w:rPr>
          <w:rFonts w:ascii="Cambria Math" w:hAnsi="Cambria Math"/>
          <w:b/>
          <w:iCs/>
          <w:szCs w:val="24"/>
          <w:lang w:val="pl-PL"/>
        </w:rPr>
        <w:t>374</w:t>
      </w:r>
      <w:r w:rsidR="00C1623A">
        <w:rPr>
          <w:rFonts w:ascii="Cambria Math" w:hAnsi="Cambria Math"/>
          <w:b/>
          <w:iCs/>
          <w:szCs w:val="24"/>
          <w:lang w:val="pl-PL"/>
        </w:rPr>
        <w:t>,</w:t>
      </w:r>
      <w:r w:rsidR="00C1623A" w:rsidRPr="00C1623A">
        <w:rPr>
          <w:rFonts w:ascii="Cambria Math" w:hAnsi="Cambria Math"/>
          <w:b/>
          <w:iCs/>
          <w:szCs w:val="24"/>
          <w:lang w:val="pl-PL"/>
        </w:rPr>
        <w:t>7150</w:t>
      </w:r>
      <w:r w:rsidR="00C1623A">
        <w:rPr>
          <w:rFonts w:ascii="Cambria Math" w:hAnsi="Cambria Math"/>
          <w:b/>
          <w:iCs/>
          <w:szCs w:val="24"/>
          <w:lang w:val="pl-PL"/>
        </w:rPr>
        <w:t xml:space="preserve"> </w:t>
      </w:r>
      <w:r w:rsidR="00076794" w:rsidRPr="0042076D">
        <w:rPr>
          <w:rFonts w:ascii="Cambria Math" w:hAnsi="Cambria Math"/>
          <w:b/>
          <w:iCs/>
          <w:szCs w:val="24"/>
          <w:lang w:val="pl-PL"/>
        </w:rPr>
        <w:t>ha</w:t>
      </w:r>
    </w:p>
    <w:p w14:paraId="5ECBCD87" w14:textId="1012032C" w:rsidR="004A7998" w:rsidRPr="0042076D" w:rsidRDefault="00193A6E" w:rsidP="00076794">
      <w:pPr>
        <w:pStyle w:val="Tekstpodstawowy2"/>
        <w:spacing w:before="120" w:after="120" w:line="240" w:lineRule="auto"/>
        <w:ind w:left="170"/>
        <w:rPr>
          <w:rFonts w:ascii="Roboto Condensed" w:hAnsi="Roboto Condensed"/>
          <w:sz w:val="20"/>
          <w:lang w:val="pl-PL"/>
        </w:rPr>
      </w:pPr>
      <w:r w:rsidRPr="0042076D">
        <w:rPr>
          <w:rFonts w:ascii="Roboto Condensed" w:hAnsi="Roboto Condensed"/>
          <w:sz w:val="20"/>
          <w:lang w:val="pl-PL"/>
        </w:rPr>
        <w:t xml:space="preserve">Graficzna prezentacja </w:t>
      </w:r>
      <w:r w:rsidR="00F223E2" w:rsidRPr="0042076D">
        <w:rPr>
          <w:rFonts w:ascii="Roboto Condensed" w:hAnsi="Roboto Condensed"/>
          <w:sz w:val="20"/>
          <w:lang w:val="pl-PL"/>
        </w:rPr>
        <w:t xml:space="preserve">poszczególnych kroków </w:t>
      </w:r>
      <w:r w:rsidR="001305B2" w:rsidRPr="0042076D">
        <w:rPr>
          <w:rFonts w:ascii="Roboto Condensed" w:hAnsi="Roboto Condensed"/>
          <w:sz w:val="20"/>
          <w:lang w:val="pl-PL"/>
        </w:rPr>
        <w:t xml:space="preserve">wyznaczenia </w:t>
      </w:r>
      <w:r w:rsidR="003B05F1" w:rsidRPr="0042076D">
        <w:rPr>
          <w:rFonts w:ascii="Roboto Condensed" w:hAnsi="Roboto Condensed"/>
          <w:sz w:val="20"/>
          <w:lang w:val="pl-PL"/>
        </w:rPr>
        <w:t>obszaru</w:t>
      </w:r>
      <w:r w:rsidR="000F2DB8" w:rsidRPr="0042076D">
        <w:rPr>
          <w:rFonts w:ascii="Roboto Condensed" w:hAnsi="Roboto Condensed"/>
          <w:sz w:val="20"/>
          <w:lang w:val="pl-PL"/>
        </w:rPr>
        <w:t xml:space="preserve"> uzupełnienia zabudowy </w:t>
      </w:r>
      <w:r w:rsidR="001305B2" w:rsidRPr="0042076D">
        <w:rPr>
          <w:rFonts w:ascii="Roboto Condensed" w:hAnsi="Roboto Condensed"/>
          <w:sz w:val="20"/>
          <w:lang w:val="pl-PL"/>
        </w:rPr>
        <w:t xml:space="preserve">ukazana jest na </w:t>
      </w:r>
      <w:r w:rsidR="00BE1710" w:rsidRPr="0042076D">
        <w:rPr>
          <w:rFonts w:ascii="Roboto Condensed" w:hAnsi="Roboto Condensed"/>
          <w:sz w:val="20"/>
          <w:lang w:val="pl-PL"/>
        </w:rPr>
        <w:t xml:space="preserve">częściach </w:t>
      </w:r>
      <w:r w:rsidR="001305B2" w:rsidRPr="0042076D">
        <w:rPr>
          <w:rFonts w:ascii="Roboto Condensed" w:hAnsi="Roboto Condensed"/>
          <w:sz w:val="20"/>
          <w:lang w:val="pl-PL"/>
        </w:rPr>
        <w:t>graficzny</w:t>
      </w:r>
      <w:r w:rsidR="00743F82" w:rsidRPr="0042076D">
        <w:rPr>
          <w:rFonts w:ascii="Roboto Condensed" w:hAnsi="Roboto Condensed"/>
          <w:sz w:val="20"/>
          <w:lang w:val="pl-PL"/>
        </w:rPr>
        <w:t>ch</w:t>
      </w:r>
      <w:r w:rsidR="001305B2" w:rsidRPr="0042076D">
        <w:rPr>
          <w:rFonts w:ascii="Roboto Condensed" w:hAnsi="Roboto Condensed"/>
          <w:sz w:val="20"/>
          <w:lang w:val="pl-PL"/>
        </w:rPr>
        <w:t xml:space="preserve"> numer </w:t>
      </w:r>
      <w:r w:rsidR="00BE1710" w:rsidRPr="0042076D">
        <w:rPr>
          <w:rFonts w:ascii="Roboto Condensed" w:hAnsi="Roboto Condensed"/>
          <w:sz w:val="20"/>
          <w:lang w:val="pl-PL"/>
        </w:rPr>
        <w:t>4</w:t>
      </w:r>
      <w:r w:rsidR="00743F82" w:rsidRPr="0042076D">
        <w:rPr>
          <w:rFonts w:ascii="Roboto Condensed" w:hAnsi="Roboto Condensed"/>
          <w:sz w:val="20"/>
          <w:lang w:val="pl-PL"/>
        </w:rPr>
        <w:t xml:space="preserve"> i </w:t>
      </w:r>
      <w:r w:rsidR="008D58CB" w:rsidRPr="0042076D">
        <w:rPr>
          <w:rFonts w:ascii="Roboto Condensed" w:hAnsi="Roboto Condensed"/>
          <w:sz w:val="20"/>
          <w:lang w:val="pl-PL"/>
        </w:rPr>
        <w:t>5</w:t>
      </w:r>
      <w:r w:rsidR="00743F82" w:rsidRPr="0042076D">
        <w:rPr>
          <w:rFonts w:ascii="Roboto Condensed" w:hAnsi="Roboto Condensed"/>
          <w:sz w:val="20"/>
          <w:lang w:val="pl-PL"/>
        </w:rPr>
        <w:t xml:space="preserve"> .</w:t>
      </w:r>
    </w:p>
    <w:p w14:paraId="0C9F625D" w14:textId="102867D7" w:rsidR="00031ADE" w:rsidRPr="008F49D4" w:rsidRDefault="00031ADE" w:rsidP="008B0A32">
      <w:pPr>
        <w:pStyle w:val="Nagwek1"/>
        <w:spacing w:before="60" w:after="60" w:line="240" w:lineRule="auto"/>
        <w:ind w:left="737" w:hanging="567"/>
        <w:rPr>
          <w:rFonts w:ascii="Roboto Condensed" w:hAnsi="Roboto Condensed"/>
          <w:bCs/>
          <w:sz w:val="20"/>
          <w:lang w:val="pl-PL"/>
        </w:rPr>
      </w:pPr>
      <w:bookmarkStart w:id="135" w:name="_Toc193697403"/>
      <w:bookmarkStart w:id="136" w:name="_Toc206769059"/>
      <w:r w:rsidRPr="00827EC9">
        <w:rPr>
          <w:rFonts w:ascii="Roboto Condensed" w:hAnsi="Roboto Condensed"/>
          <w:bCs/>
          <w:sz w:val="20"/>
          <w:lang w:val="pl-PL"/>
        </w:rPr>
        <w:t>3.</w:t>
      </w:r>
      <w:r w:rsidR="008F49D4">
        <w:rPr>
          <w:rFonts w:ascii="Roboto Condensed" w:hAnsi="Roboto Condensed"/>
          <w:bCs/>
          <w:sz w:val="20"/>
          <w:lang w:val="pl-PL"/>
        </w:rPr>
        <w:t>4</w:t>
      </w:r>
      <w:r w:rsidRPr="00827EC9">
        <w:rPr>
          <w:rFonts w:ascii="Roboto Condensed" w:hAnsi="Roboto Condensed"/>
          <w:bCs/>
          <w:sz w:val="20"/>
          <w:lang w:val="pl-PL"/>
        </w:rPr>
        <w:t xml:space="preserve">. </w:t>
      </w:r>
      <w:r w:rsidR="008B0A32" w:rsidRPr="00827EC9">
        <w:rPr>
          <w:rFonts w:ascii="Roboto Condensed" w:hAnsi="Roboto Condensed"/>
          <w:bCs/>
          <w:sz w:val="20"/>
          <w:lang w:val="pl-PL"/>
        </w:rPr>
        <w:t>S</w:t>
      </w:r>
      <w:r w:rsidRPr="00827EC9">
        <w:rPr>
          <w:rFonts w:ascii="Roboto Condensed" w:hAnsi="Roboto Condensed"/>
          <w:bCs/>
          <w:sz w:val="20"/>
          <w:lang w:val="pl-PL"/>
        </w:rPr>
        <w:t>posób uwzględnienia uwarunkowań rozwoju przestrzennego gminy</w:t>
      </w:r>
      <w:bookmarkEnd w:id="135"/>
      <w:bookmarkEnd w:id="136"/>
    </w:p>
    <w:p w14:paraId="2F8BA463" w14:textId="24ED8463" w:rsidR="00F55599" w:rsidRPr="00827EC9" w:rsidRDefault="000F69B7" w:rsidP="0068130D">
      <w:pPr>
        <w:pStyle w:val="Tekstpodstawowy2"/>
        <w:spacing w:before="120" w:after="120" w:line="240" w:lineRule="auto"/>
        <w:ind w:left="170"/>
        <w:rPr>
          <w:rFonts w:ascii="Roboto Condensed" w:hAnsi="Roboto Condensed"/>
          <w:sz w:val="20"/>
          <w:lang w:val="pl-PL"/>
        </w:rPr>
      </w:pPr>
      <w:r w:rsidRPr="00827EC9">
        <w:rPr>
          <w:rFonts w:ascii="Roboto Condensed" w:hAnsi="Roboto Condensed"/>
          <w:sz w:val="20"/>
          <w:lang w:val="pl-PL"/>
        </w:rPr>
        <w:t>Sposób uwzględnienia uwarunkowań rozwoju przestrzennego gminy znajduje swoje wyjaśnienie całokształcie rozwiązań planistycznych projektu planu ogólnego</w:t>
      </w:r>
      <w:r w:rsidR="00A44454" w:rsidRPr="00827EC9">
        <w:rPr>
          <w:rFonts w:ascii="Roboto Condensed" w:hAnsi="Roboto Condensed"/>
          <w:sz w:val="20"/>
          <w:lang w:val="pl-PL"/>
        </w:rPr>
        <w:t xml:space="preserve"> oraz</w:t>
      </w:r>
      <w:r w:rsidR="005626CC" w:rsidRPr="00827EC9">
        <w:rPr>
          <w:rFonts w:ascii="Roboto Condensed" w:hAnsi="Roboto Condensed"/>
          <w:sz w:val="20"/>
          <w:lang w:val="pl-PL"/>
        </w:rPr>
        <w:t xml:space="preserve"> </w:t>
      </w:r>
      <w:r w:rsidR="00821304" w:rsidRPr="00827EC9">
        <w:rPr>
          <w:rFonts w:ascii="Roboto Condensed" w:hAnsi="Roboto Condensed"/>
          <w:sz w:val="20"/>
          <w:lang w:val="pl-PL"/>
        </w:rPr>
        <w:t>obszar</w:t>
      </w:r>
      <w:r w:rsidR="00A44454" w:rsidRPr="00827EC9">
        <w:rPr>
          <w:rFonts w:ascii="Roboto Condensed" w:hAnsi="Roboto Condensed"/>
          <w:sz w:val="20"/>
          <w:lang w:val="pl-PL"/>
        </w:rPr>
        <w:t xml:space="preserve"> w wyjaśnieniach pkt 3.1, 3.2 i 3.3 określających sposób kształtowania elementów składowych planu ogólnego, tj. stref planistycznych, gminnych standardów urbanistycznych oraz obszaru uzupełnienia zabudowy.</w:t>
      </w:r>
    </w:p>
    <w:p w14:paraId="5A99BAEC" w14:textId="58239BEC" w:rsidR="00B04B14" w:rsidRPr="00827EC9" w:rsidRDefault="00A44454" w:rsidP="0068130D">
      <w:pPr>
        <w:pStyle w:val="Tekstpodstawowy2"/>
        <w:spacing w:before="120" w:after="120" w:line="240" w:lineRule="auto"/>
        <w:ind w:left="170"/>
        <w:rPr>
          <w:lang w:val="pl-PL"/>
        </w:rPr>
      </w:pPr>
      <w:r w:rsidRPr="00827EC9">
        <w:rPr>
          <w:rFonts w:ascii="Roboto Condensed" w:hAnsi="Roboto Condensed"/>
          <w:sz w:val="20"/>
          <w:lang w:val="pl-PL"/>
        </w:rPr>
        <w:t xml:space="preserve">Ponadto przy kształtowaniu stref planistycznych oraz ustalaniu gminnych standardów urbanistycznych </w:t>
      </w:r>
      <w:r w:rsidR="00061CC3" w:rsidRPr="00827EC9">
        <w:rPr>
          <w:rFonts w:ascii="Roboto Condensed" w:hAnsi="Roboto Condensed"/>
          <w:sz w:val="20"/>
          <w:lang w:val="pl-PL"/>
        </w:rPr>
        <w:t>brano pod uwagę</w:t>
      </w:r>
      <w:r w:rsidRPr="00827EC9">
        <w:rPr>
          <w:rFonts w:ascii="Roboto Condensed" w:hAnsi="Roboto Condensed"/>
          <w:sz w:val="20"/>
          <w:lang w:val="pl-PL"/>
        </w:rPr>
        <w:t xml:space="preserve"> również </w:t>
      </w:r>
      <w:r w:rsidR="00061CC3" w:rsidRPr="00827EC9">
        <w:rPr>
          <w:rFonts w:ascii="Roboto Condensed" w:hAnsi="Roboto Condensed"/>
          <w:sz w:val="20"/>
          <w:lang w:val="pl-PL"/>
        </w:rPr>
        <w:t>wymagania</w:t>
      </w:r>
      <w:r w:rsidRPr="00827EC9">
        <w:rPr>
          <w:rFonts w:ascii="Roboto Condensed" w:hAnsi="Roboto Condensed"/>
          <w:sz w:val="20"/>
          <w:lang w:val="pl-PL"/>
        </w:rPr>
        <w:t xml:space="preserve"> w zakresie</w:t>
      </w:r>
      <w:r w:rsidR="00061CC3" w:rsidRPr="00827EC9">
        <w:rPr>
          <w:rFonts w:ascii="Roboto Condensed" w:hAnsi="Roboto Condensed"/>
          <w:sz w:val="20"/>
          <w:lang w:val="pl-PL"/>
        </w:rPr>
        <w:t xml:space="preserve">: </w:t>
      </w:r>
    </w:p>
    <w:p w14:paraId="56A4CCDF" w14:textId="465145C8" w:rsidR="00B04B14" w:rsidRPr="00827EC9" w:rsidRDefault="00B04B14" w:rsidP="008636AA">
      <w:pPr>
        <w:pStyle w:val="Tekstpodstawowy2"/>
        <w:numPr>
          <w:ilvl w:val="0"/>
          <w:numId w:val="3"/>
        </w:numPr>
        <w:spacing w:line="240" w:lineRule="auto"/>
        <w:ind w:left="567" w:hanging="227"/>
        <w:rPr>
          <w:rFonts w:ascii="Roboto Condensed" w:hAnsi="Roboto Condensed"/>
          <w:sz w:val="20"/>
          <w:lang w:val="pl-PL"/>
        </w:rPr>
      </w:pPr>
      <w:r w:rsidRPr="00827EC9">
        <w:rPr>
          <w:rFonts w:ascii="Roboto Condensed" w:hAnsi="Roboto Condensed"/>
          <w:sz w:val="20"/>
          <w:lang w:val="pl-PL"/>
        </w:rPr>
        <w:t>kształtowani</w:t>
      </w:r>
      <w:r w:rsidR="00061CC3" w:rsidRPr="00827EC9">
        <w:rPr>
          <w:rFonts w:ascii="Roboto Condensed" w:hAnsi="Roboto Condensed"/>
          <w:sz w:val="20"/>
          <w:lang w:val="pl-PL"/>
        </w:rPr>
        <w:t>a</w:t>
      </w:r>
      <w:r w:rsidRPr="00827EC9">
        <w:rPr>
          <w:rFonts w:ascii="Roboto Condensed" w:hAnsi="Roboto Condensed"/>
          <w:sz w:val="20"/>
          <w:lang w:val="pl-PL"/>
        </w:rPr>
        <w:t xml:space="preserve"> struktur przestrzennych przy uwzględnieniu dążenia do minimalizowania transportochłonności układu przestrzennego;</w:t>
      </w:r>
    </w:p>
    <w:p w14:paraId="0B545863" w14:textId="66FB9532" w:rsidR="00B04B14" w:rsidRPr="00827EC9" w:rsidRDefault="00B04B14" w:rsidP="008636AA">
      <w:pPr>
        <w:pStyle w:val="Tekstpodstawowy2"/>
        <w:numPr>
          <w:ilvl w:val="0"/>
          <w:numId w:val="3"/>
        </w:numPr>
        <w:spacing w:line="240" w:lineRule="auto"/>
        <w:ind w:left="567" w:hanging="227"/>
        <w:rPr>
          <w:rFonts w:ascii="Roboto Condensed" w:hAnsi="Roboto Condensed"/>
          <w:sz w:val="20"/>
          <w:lang w:val="pl-PL"/>
        </w:rPr>
      </w:pPr>
      <w:r w:rsidRPr="00827EC9">
        <w:rPr>
          <w:rFonts w:ascii="Roboto Condensed" w:hAnsi="Roboto Condensed"/>
          <w:sz w:val="20"/>
          <w:lang w:val="pl-PL"/>
        </w:rPr>
        <w:t>lokalizowani</w:t>
      </w:r>
      <w:r w:rsidR="00061CC3" w:rsidRPr="00827EC9">
        <w:rPr>
          <w:rFonts w:ascii="Roboto Condensed" w:hAnsi="Roboto Condensed"/>
          <w:sz w:val="20"/>
          <w:lang w:val="pl-PL"/>
        </w:rPr>
        <w:t>a</w:t>
      </w:r>
      <w:r w:rsidRPr="00827EC9">
        <w:rPr>
          <w:rFonts w:ascii="Roboto Condensed" w:hAnsi="Roboto Condensed"/>
          <w:sz w:val="20"/>
          <w:lang w:val="pl-PL"/>
        </w:rPr>
        <w:t xml:space="preserve"> nowej zabudowy mieszkaniowej w sposób umożliwiający mieszkańcom maksymalne wykorzystanie publicznego transportu zbiorowego jako podstawowego środka transportu;</w:t>
      </w:r>
    </w:p>
    <w:p w14:paraId="34594693" w14:textId="157AECF1" w:rsidR="00031ADE" w:rsidRPr="00827EC9" w:rsidRDefault="00B04B14" w:rsidP="008636AA">
      <w:pPr>
        <w:pStyle w:val="Tekstpodstawowy2"/>
        <w:numPr>
          <w:ilvl w:val="0"/>
          <w:numId w:val="3"/>
        </w:numPr>
        <w:spacing w:line="240" w:lineRule="auto"/>
        <w:ind w:left="567" w:hanging="227"/>
        <w:rPr>
          <w:rFonts w:ascii="Roboto Condensed" w:hAnsi="Roboto Condensed"/>
          <w:sz w:val="20"/>
          <w:lang w:val="pl-PL"/>
        </w:rPr>
      </w:pPr>
      <w:r w:rsidRPr="00827EC9">
        <w:rPr>
          <w:rFonts w:ascii="Roboto Condensed" w:hAnsi="Roboto Condensed"/>
          <w:sz w:val="20"/>
          <w:lang w:val="pl-PL"/>
        </w:rPr>
        <w:t>dążenie do planowania i lokalizowania nowej zabudowy</w:t>
      </w:r>
      <w:r w:rsidR="00061CC3" w:rsidRPr="00827EC9">
        <w:rPr>
          <w:rFonts w:ascii="Roboto Condensed" w:hAnsi="Roboto Condensed"/>
          <w:sz w:val="20"/>
          <w:lang w:val="pl-PL"/>
        </w:rPr>
        <w:t xml:space="preserve"> przede wszystkim </w:t>
      </w:r>
      <w:r w:rsidRPr="00827EC9">
        <w:rPr>
          <w:rFonts w:ascii="Roboto Condensed" w:hAnsi="Roboto Condensed"/>
          <w:sz w:val="20"/>
          <w:lang w:val="pl-PL"/>
        </w:rPr>
        <w:t>na obszarach o w pełni wykształconej zwartej strukturze funkcjonalno-przestrzennej</w:t>
      </w:r>
      <w:r w:rsidR="00061CC3" w:rsidRPr="00827EC9">
        <w:rPr>
          <w:rFonts w:ascii="Roboto Condensed" w:hAnsi="Roboto Condensed"/>
          <w:sz w:val="20"/>
          <w:lang w:val="pl-PL"/>
        </w:rPr>
        <w:t xml:space="preserve"> (najczęściej tereny</w:t>
      </w:r>
      <w:r w:rsidR="00E460CB" w:rsidRPr="00827EC9">
        <w:rPr>
          <w:rFonts w:ascii="Roboto Condensed" w:hAnsi="Roboto Condensed"/>
          <w:sz w:val="20"/>
          <w:lang w:val="pl-PL"/>
        </w:rPr>
        <w:t xml:space="preserve"> obszaru uzupełnienia </w:t>
      </w:r>
      <w:r w:rsidR="0032414A" w:rsidRPr="00827EC9">
        <w:rPr>
          <w:rFonts w:ascii="Roboto Condensed" w:hAnsi="Roboto Condensed"/>
          <w:sz w:val="20"/>
          <w:lang w:val="pl-PL"/>
        </w:rPr>
        <w:t xml:space="preserve">oraz tereny wyznaczone w </w:t>
      </w:r>
      <w:r w:rsidR="00061CC3" w:rsidRPr="00827EC9">
        <w:rPr>
          <w:rFonts w:ascii="Roboto Condensed" w:hAnsi="Roboto Condensed"/>
          <w:sz w:val="20"/>
          <w:lang w:val="pl-PL"/>
        </w:rPr>
        <w:t>studium</w:t>
      </w:r>
      <w:r w:rsidR="0032414A" w:rsidRPr="00827EC9">
        <w:rPr>
          <w:rFonts w:ascii="Roboto Condensed" w:hAnsi="Roboto Condensed"/>
          <w:sz w:val="20"/>
          <w:lang w:val="pl-PL"/>
        </w:rPr>
        <w:t xml:space="preserve"> pod </w:t>
      </w:r>
      <w:r w:rsidR="0032414A" w:rsidRPr="00827EC9">
        <w:rPr>
          <w:rFonts w:ascii="Roboto Condensed" w:hAnsi="Roboto Condensed"/>
          <w:sz w:val="20"/>
          <w:lang w:val="pl-PL"/>
        </w:rPr>
        <w:lastRenderedPageBreak/>
        <w:t>zabudowę</w:t>
      </w:r>
      <w:r w:rsidR="00061CC3" w:rsidRPr="00827EC9">
        <w:rPr>
          <w:rFonts w:ascii="Roboto Condensed" w:hAnsi="Roboto Condensed"/>
          <w:sz w:val="20"/>
          <w:lang w:val="pl-PL"/>
        </w:rPr>
        <w:t>)</w:t>
      </w:r>
      <w:r w:rsidRPr="00827EC9">
        <w:rPr>
          <w:rFonts w:ascii="Roboto Condensed" w:hAnsi="Roboto Condensed"/>
          <w:sz w:val="20"/>
          <w:lang w:val="pl-PL"/>
        </w:rPr>
        <w:t>, w szczególności poprzez uzupełnianie istniejącej zabudowy,</w:t>
      </w:r>
      <w:r w:rsidR="00061CC3" w:rsidRPr="00827EC9">
        <w:rPr>
          <w:rFonts w:ascii="Roboto Condensed" w:hAnsi="Roboto Condensed"/>
          <w:sz w:val="20"/>
          <w:lang w:val="pl-PL"/>
        </w:rPr>
        <w:t xml:space="preserve"> a dopiero w następnej kolejności</w:t>
      </w:r>
      <w:r w:rsidRPr="00827EC9">
        <w:rPr>
          <w:rFonts w:ascii="Roboto Condensed" w:hAnsi="Roboto Condensed"/>
          <w:sz w:val="20"/>
          <w:lang w:val="pl-PL"/>
        </w:rPr>
        <w:t xml:space="preserve"> na obszarach w najwyższym stopniu przygotowanych do zabudowy</w:t>
      </w:r>
      <w:r w:rsidR="00061CC3" w:rsidRPr="00827EC9">
        <w:rPr>
          <w:rFonts w:ascii="Roboto Condensed" w:hAnsi="Roboto Condensed"/>
          <w:sz w:val="20"/>
          <w:lang w:val="pl-PL"/>
        </w:rPr>
        <w:t>, tj.</w:t>
      </w:r>
      <w:r w:rsidRPr="00827EC9">
        <w:rPr>
          <w:rFonts w:ascii="Roboto Condensed" w:hAnsi="Roboto Condensed"/>
          <w:sz w:val="20"/>
          <w:lang w:val="pl-PL"/>
        </w:rPr>
        <w:t xml:space="preserve"> najlepszym dostępem do sieci komunikacyjnej</w:t>
      </w:r>
      <w:r w:rsidR="008C0042" w:rsidRPr="00827EC9">
        <w:rPr>
          <w:rFonts w:ascii="Roboto Condensed" w:hAnsi="Roboto Condensed"/>
          <w:sz w:val="20"/>
          <w:lang w:val="pl-PL"/>
        </w:rPr>
        <w:t>,</w:t>
      </w:r>
      <w:r w:rsidRPr="00827EC9">
        <w:rPr>
          <w:rFonts w:ascii="Roboto Condensed" w:hAnsi="Roboto Condensed"/>
          <w:sz w:val="20"/>
          <w:lang w:val="pl-PL"/>
        </w:rPr>
        <w:t xml:space="preserve"> sieci wodociągowe</w:t>
      </w:r>
      <w:r w:rsidR="00061CC3" w:rsidRPr="00827EC9">
        <w:rPr>
          <w:rFonts w:ascii="Roboto Condensed" w:hAnsi="Roboto Condensed"/>
          <w:sz w:val="20"/>
          <w:lang w:val="pl-PL"/>
        </w:rPr>
        <w:t xml:space="preserve">j i </w:t>
      </w:r>
      <w:r w:rsidRPr="00827EC9">
        <w:rPr>
          <w:rFonts w:ascii="Roboto Condensed" w:hAnsi="Roboto Condensed"/>
          <w:sz w:val="20"/>
          <w:lang w:val="pl-PL"/>
        </w:rPr>
        <w:t>kanalizacyjne</w:t>
      </w:r>
      <w:r w:rsidR="00061CC3" w:rsidRPr="00827EC9">
        <w:rPr>
          <w:rFonts w:ascii="Roboto Condensed" w:hAnsi="Roboto Condensed"/>
          <w:sz w:val="20"/>
          <w:lang w:val="pl-PL"/>
        </w:rPr>
        <w:t>j</w:t>
      </w:r>
      <w:r w:rsidRPr="00827EC9">
        <w:rPr>
          <w:rFonts w:ascii="Roboto Condensed" w:hAnsi="Roboto Condensed"/>
          <w:sz w:val="20"/>
          <w:lang w:val="pl-PL"/>
        </w:rPr>
        <w:t>.</w:t>
      </w:r>
    </w:p>
    <w:p w14:paraId="5F2066DD" w14:textId="4ED5A219" w:rsidR="00AE7DDD" w:rsidRPr="001E4D5A" w:rsidRDefault="00AE7DDD" w:rsidP="00AE7DDD">
      <w:pPr>
        <w:pStyle w:val="Tekstpodstawowy2"/>
        <w:spacing w:line="240" w:lineRule="auto"/>
        <w:rPr>
          <w:rFonts w:ascii="Roboto Condensed" w:hAnsi="Roboto Condensed"/>
          <w:sz w:val="20"/>
          <w:lang w:val="pl-PL"/>
        </w:rPr>
      </w:pPr>
    </w:p>
    <w:p w14:paraId="64459E31" w14:textId="77777777" w:rsidR="000C154B" w:rsidRDefault="000C154B">
      <w:pPr>
        <w:rPr>
          <w:rFonts w:ascii="Roboto Condensed" w:hAnsi="Roboto Condensed"/>
          <w:b/>
          <w:bCs/>
          <w:sz w:val="20"/>
          <w:szCs w:val="20"/>
        </w:rPr>
      </w:pPr>
      <w:bookmarkStart w:id="137" w:name="_Toc204429732"/>
      <w:r>
        <w:rPr>
          <w:rFonts w:ascii="Roboto Condensed" w:hAnsi="Roboto Condensed"/>
          <w:bCs/>
          <w:sz w:val="20"/>
        </w:rPr>
        <w:br w:type="page"/>
      </w:r>
    </w:p>
    <w:p w14:paraId="265A8A91" w14:textId="01242FAD" w:rsidR="00827EC9" w:rsidRPr="00CC48F2" w:rsidRDefault="00827EC9" w:rsidP="00827EC9">
      <w:pPr>
        <w:pStyle w:val="Nagwek1"/>
        <w:spacing w:before="60" w:after="60" w:line="240" w:lineRule="auto"/>
        <w:ind w:left="737" w:hanging="567"/>
        <w:rPr>
          <w:rFonts w:ascii="Roboto Condensed" w:hAnsi="Roboto Condensed"/>
          <w:b w:val="0"/>
          <w:sz w:val="20"/>
          <w:u w:val="single"/>
          <w:lang w:val="pl-PL"/>
        </w:rPr>
      </w:pPr>
      <w:bookmarkStart w:id="138" w:name="_Toc206769060"/>
      <w:r w:rsidRPr="00A53321">
        <w:rPr>
          <w:rFonts w:ascii="Roboto Condensed" w:hAnsi="Roboto Condensed"/>
          <w:bCs/>
          <w:sz w:val="20"/>
          <w:lang w:val="pl-PL"/>
        </w:rPr>
        <w:lastRenderedPageBreak/>
        <w:t>Wykaz rysunków:</w:t>
      </w:r>
      <w:bookmarkEnd w:id="137"/>
      <w:bookmarkEnd w:id="138"/>
    </w:p>
    <w:tbl>
      <w:tblPr>
        <w:tblStyle w:val="Tabela-Siatka"/>
        <w:tblW w:w="0" w:type="auto"/>
        <w:tblLook w:val="04A0" w:firstRow="1" w:lastRow="0" w:firstColumn="1" w:lastColumn="0" w:noHBand="0" w:noVBand="1"/>
      </w:tblPr>
      <w:tblGrid>
        <w:gridCol w:w="988"/>
        <w:gridCol w:w="8924"/>
      </w:tblGrid>
      <w:tr w:rsidR="00EE41D1" w:rsidRPr="00EE41D1" w14:paraId="47085E18" w14:textId="77777777" w:rsidTr="00EE41D1">
        <w:tc>
          <w:tcPr>
            <w:tcW w:w="988" w:type="dxa"/>
          </w:tcPr>
          <w:p w14:paraId="4D458D8F" w14:textId="77777777" w:rsidR="00EE41D1" w:rsidRPr="00EE41D1" w:rsidRDefault="00EE41D1" w:rsidP="00840964">
            <w:pPr>
              <w:rPr>
                <w:rFonts w:ascii="Roboto Condensed" w:hAnsi="Roboto Condensed"/>
                <w:sz w:val="20"/>
              </w:rPr>
            </w:pPr>
            <w:r w:rsidRPr="00EE41D1">
              <w:rPr>
                <w:rFonts w:ascii="Roboto Condensed" w:hAnsi="Roboto Condensed"/>
                <w:sz w:val="20"/>
              </w:rPr>
              <w:t>Rys.1.</w:t>
            </w:r>
          </w:p>
        </w:tc>
        <w:tc>
          <w:tcPr>
            <w:tcW w:w="8924" w:type="dxa"/>
          </w:tcPr>
          <w:p w14:paraId="00548F41" w14:textId="77777777" w:rsidR="00EE41D1" w:rsidRPr="00EE41D1" w:rsidRDefault="00EE41D1" w:rsidP="00840964">
            <w:pPr>
              <w:rPr>
                <w:rFonts w:ascii="Roboto Condensed" w:hAnsi="Roboto Condensed"/>
                <w:sz w:val="20"/>
              </w:rPr>
            </w:pPr>
            <w:r w:rsidRPr="00EE41D1">
              <w:rPr>
                <w:rFonts w:ascii="Roboto Condensed" w:hAnsi="Roboto Condensed"/>
                <w:sz w:val="20"/>
              </w:rPr>
              <w:t>Ustalenia studium oraz obszary usankcjonowane planami miejscowymi.</w:t>
            </w:r>
          </w:p>
        </w:tc>
      </w:tr>
      <w:tr w:rsidR="00EE41D1" w:rsidRPr="00EE41D1" w14:paraId="54CCFEFF" w14:textId="77777777" w:rsidTr="00EE41D1">
        <w:tc>
          <w:tcPr>
            <w:tcW w:w="988" w:type="dxa"/>
          </w:tcPr>
          <w:p w14:paraId="270EA260" w14:textId="77777777" w:rsidR="00EE41D1" w:rsidRPr="00EE41D1" w:rsidRDefault="00EE41D1" w:rsidP="00840964">
            <w:pPr>
              <w:rPr>
                <w:rFonts w:ascii="Roboto Condensed" w:hAnsi="Roboto Condensed"/>
                <w:sz w:val="20"/>
              </w:rPr>
            </w:pPr>
            <w:r w:rsidRPr="00EE41D1">
              <w:rPr>
                <w:rFonts w:ascii="Roboto Condensed" w:hAnsi="Roboto Condensed"/>
                <w:sz w:val="20"/>
              </w:rPr>
              <w:t>Rys.2.</w:t>
            </w:r>
          </w:p>
        </w:tc>
        <w:tc>
          <w:tcPr>
            <w:tcW w:w="8924" w:type="dxa"/>
          </w:tcPr>
          <w:p w14:paraId="77781510" w14:textId="77777777" w:rsidR="00EE41D1" w:rsidRPr="00EE41D1" w:rsidRDefault="00EE41D1" w:rsidP="00840964">
            <w:pPr>
              <w:rPr>
                <w:rFonts w:ascii="Roboto Condensed" w:hAnsi="Roboto Condensed"/>
                <w:sz w:val="20"/>
              </w:rPr>
            </w:pPr>
            <w:r w:rsidRPr="00EE41D1">
              <w:rPr>
                <w:rFonts w:ascii="Roboto Condensed" w:hAnsi="Roboto Condensed"/>
                <w:sz w:val="20"/>
              </w:rPr>
              <w:t>Tereny zabudowane poza ustaleniami studium.</w:t>
            </w:r>
          </w:p>
        </w:tc>
      </w:tr>
      <w:tr w:rsidR="00EE41D1" w:rsidRPr="00EE41D1" w14:paraId="430FF8FB" w14:textId="77777777" w:rsidTr="00EE41D1">
        <w:tc>
          <w:tcPr>
            <w:tcW w:w="988" w:type="dxa"/>
          </w:tcPr>
          <w:p w14:paraId="575F63F6" w14:textId="77777777" w:rsidR="00EE41D1" w:rsidRPr="00EE41D1" w:rsidRDefault="00EE41D1" w:rsidP="00840964">
            <w:pPr>
              <w:rPr>
                <w:rFonts w:ascii="Roboto Condensed" w:hAnsi="Roboto Condensed"/>
                <w:sz w:val="20"/>
              </w:rPr>
            </w:pPr>
            <w:r w:rsidRPr="00EE41D1">
              <w:rPr>
                <w:rFonts w:ascii="Roboto Condensed" w:hAnsi="Roboto Condensed"/>
                <w:sz w:val="20"/>
              </w:rPr>
              <w:t>Rys.3.</w:t>
            </w:r>
          </w:p>
        </w:tc>
        <w:tc>
          <w:tcPr>
            <w:tcW w:w="8924" w:type="dxa"/>
          </w:tcPr>
          <w:p w14:paraId="018AC0B8" w14:textId="77777777" w:rsidR="00EE41D1" w:rsidRPr="00EE41D1" w:rsidRDefault="00EE41D1" w:rsidP="00840964">
            <w:pPr>
              <w:rPr>
                <w:rFonts w:ascii="Roboto Condensed" w:hAnsi="Roboto Condensed"/>
                <w:sz w:val="20"/>
              </w:rPr>
            </w:pPr>
            <w:r w:rsidRPr="00EE41D1">
              <w:rPr>
                <w:rFonts w:ascii="Roboto Condensed" w:hAnsi="Roboto Condensed"/>
                <w:sz w:val="20"/>
              </w:rPr>
              <w:t>Tereny zabudowy w studium nie ujęte w planie ogólnym.</w:t>
            </w:r>
          </w:p>
        </w:tc>
      </w:tr>
      <w:tr w:rsidR="00EE41D1" w:rsidRPr="00EE41D1" w14:paraId="6EAB7352" w14:textId="77777777" w:rsidTr="00EE41D1">
        <w:tc>
          <w:tcPr>
            <w:tcW w:w="988" w:type="dxa"/>
          </w:tcPr>
          <w:p w14:paraId="56CFA07B" w14:textId="77777777" w:rsidR="00EE41D1" w:rsidRPr="00EE41D1" w:rsidRDefault="00EE41D1" w:rsidP="00840964">
            <w:pPr>
              <w:rPr>
                <w:rFonts w:ascii="Roboto Condensed" w:hAnsi="Roboto Condensed"/>
                <w:sz w:val="20"/>
              </w:rPr>
            </w:pPr>
            <w:r w:rsidRPr="00EE41D1">
              <w:rPr>
                <w:rFonts w:ascii="Roboto Condensed" w:hAnsi="Roboto Condensed"/>
                <w:sz w:val="20"/>
              </w:rPr>
              <w:t>Rys.4.</w:t>
            </w:r>
          </w:p>
        </w:tc>
        <w:tc>
          <w:tcPr>
            <w:tcW w:w="8924" w:type="dxa"/>
          </w:tcPr>
          <w:p w14:paraId="764C782E" w14:textId="77777777" w:rsidR="00EE41D1" w:rsidRPr="00EE41D1" w:rsidRDefault="00EE41D1" w:rsidP="00840964">
            <w:pPr>
              <w:rPr>
                <w:rFonts w:ascii="Roboto Condensed" w:hAnsi="Roboto Condensed"/>
                <w:sz w:val="20"/>
              </w:rPr>
            </w:pPr>
            <w:r w:rsidRPr="00EE41D1">
              <w:rPr>
                <w:rFonts w:ascii="Roboto Condensed" w:hAnsi="Roboto Condensed"/>
                <w:sz w:val="20"/>
              </w:rPr>
              <w:t>Rozkład przestrzenny elementów środowiska i elementów kulturowych ujętych w PZPWŁ.</w:t>
            </w:r>
          </w:p>
        </w:tc>
      </w:tr>
      <w:tr w:rsidR="00EE41D1" w:rsidRPr="00EE41D1" w14:paraId="2E1CABFB" w14:textId="77777777" w:rsidTr="00EE41D1">
        <w:tc>
          <w:tcPr>
            <w:tcW w:w="988" w:type="dxa"/>
          </w:tcPr>
          <w:p w14:paraId="4273FF4F" w14:textId="77777777" w:rsidR="00EE41D1" w:rsidRPr="00EE41D1" w:rsidRDefault="00EE41D1" w:rsidP="00840964">
            <w:pPr>
              <w:rPr>
                <w:rFonts w:ascii="Roboto Condensed" w:hAnsi="Roboto Condensed"/>
                <w:sz w:val="20"/>
              </w:rPr>
            </w:pPr>
            <w:r w:rsidRPr="00EE41D1">
              <w:rPr>
                <w:rFonts w:ascii="Roboto Condensed" w:hAnsi="Roboto Condensed"/>
                <w:sz w:val="20"/>
              </w:rPr>
              <w:t>Rys.5.</w:t>
            </w:r>
          </w:p>
        </w:tc>
        <w:tc>
          <w:tcPr>
            <w:tcW w:w="8924" w:type="dxa"/>
          </w:tcPr>
          <w:p w14:paraId="7716508A" w14:textId="77777777" w:rsidR="00EE41D1" w:rsidRPr="00EE41D1" w:rsidRDefault="00EE41D1" w:rsidP="00840964">
            <w:pPr>
              <w:rPr>
                <w:rFonts w:ascii="Roboto Condensed" w:hAnsi="Roboto Condensed"/>
                <w:sz w:val="20"/>
              </w:rPr>
            </w:pPr>
            <w:r w:rsidRPr="00EE41D1">
              <w:rPr>
                <w:rFonts w:ascii="Roboto Condensed" w:hAnsi="Roboto Condensed"/>
                <w:sz w:val="20"/>
              </w:rPr>
              <w:t>Rozkład przestrzenny elementów infrastruktury komunikacyjnej i technicznej ujętych w PZPWŁ.</w:t>
            </w:r>
          </w:p>
        </w:tc>
      </w:tr>
      <w:tr w:rsidR="00EE41D1" w:rsidRPr="00EE41D1" w14:paraId="4ED63562" w14:textId="77777777" w:rsidTr="00EE41D1">
        <w:tc>
          <w:tcPr>
            <w:tcW w:w="988" w:type="dxa"/>
          </w:tcPr>
          <w:p w14:paraId="1CFE7AC0" w14:textId="77777777" w:rsidR="00EE41D1" w:rsidRPr="00EE41D1" w:rsidRDefault="00EE41D1" w:rsidP="00840964">
            <w:pPr>
              <w:rPr>
                <w:rFonts w:ascii="Roboto Condensed" w:hAnsi="Roboto Condensed"/>
                <w:sz w:val="20"/>
              </w:rPr>
            </w:pPr>
            <w:r w:rsidRPr="00EE41D1">
              <w:rPr>
                <w:rFonts w:ascii="Roboto Condensed" w:hAnsi="Roboto Condensed"/>
                <w:sz w:val="20"/>
              </w:rPr>
              <w:t>Rys.6.</w:t>
            </w:r>
          </w:p>
        </w:tc>
        <w:tc>
          <w:tcPr>
            <w:tcW w:w="8924" w:type="dxa"/>
          </w:tcPr>
          <w:p w14:paraId="69B7E4ED" w14:textId="77777777" w:rsidR="00EE41D1" w:rsidRPr="00EE41D1" w:rsidRDefault="00EE41D1" w:rsidP="00840964">
            <w:pPr>
              <w:rPr>
                <w:rFonts w:ascii="Roboto Condensed" w:hAnsi="Roboto Condensed"/>
                <w:sz w:val="20"/>
              </w:rPr>
            </w:pPr>
            <w:r w:rsidRPr="00EE41D1">
              <w:rPr>
                <w:rFonts w:ascii="Roboto Condensed" w:hAnsi="Roboto Condensed"/>
                <w:sz w:val="20"/>
              </w:rPr>
              <w:t>Rozmieszczenie pomników przyrody na obszarze gminy.</w:t>
            </w:r>
          </w:p>
        </w:tc>
      </w:tr>
      <w:tr w:rsidR="00EE41D1" w:rsidRPr="00EE41D1" w14:paraId="37E61E9E" w14:textId="77777777" w:rsidTr="00EE41D1">
        <w:tc>
          <w:tcPr>
            <w:tcW w:w="988" w:type="dxa"/>
          </w:tcPr>
          <w:p w14:paraId="0ACACFEA" w14:textId="77777777" w:rsidR="00EE41D1" w:rsidRPr="00EE41D1" w:rsidRDefault="00EE41D1" w:rsidP="00840964">
            <w:pPr>
              <w:rPr>
                <w:rFonts w:ascii="Roboto Condensed" w:hAnsi="Roboto Condensed"/>
                <w:sz w:val="20"/>
              </w:rPr>
            </w:pPr>
            <w:r w:rsidRPr="00EE41D1">
              <w:rPr>
                <w:rFonts w:ascii="Roboto Condensed" w:hAnsi="Roboto Condensed"/>
                <w:sz w:val="20"/>
              </w:rPr>
              <w:t>Rys.7.</w:t>
            </w:r>
          </w:p>
        </w:tc>
        <w:tc>
          <w:tcPr>
            <w:tcW w:w="8924" w:type="dxa"/>
          </w:tcPr>
          <w:p w14:paraId="2196F949" w14:textId="77777777" w:rsidR="00EE41D1" w:rsidRPr="00EE41D1" w:rsidRDefault="00EE41D1" w:rsidP="00840964">
            <w:pPr>
              <w:rPr>
                <w:rFonts w:ascii="Roboto Condensed" w:hAnsi="Roboto Condensed"/>
                <w:sz w:val="20"/>
              </w:rPr>
            </w:pPr>
            <w:r w:rsidRPr="00EE41D1">
              <w:rPr>
                <w:rFonts w:ascii="Roboto Condensed" w:hAnsi="Roboto Condensed"/>
                <w:sz w:val="20"/>
              </w:rPr>
              <w:t>Rozmieszczenie użytków ekologicznych na obszarze gminy.</w:t>
            </w:r>
          </w:p>
        </w:tc>
      </w:tr>
      <w:tr w:rsidR="00EE41D1" w:rsidRPr="00EE41D1" w14:paraId="36BB6FCA" w14:textId="77777777" w:rsidTr="00EE41D1">
        <w:tc>
          <w:tcPr>
            <w:tcW w:w="988" w:type="dxa"/>
          </w:tcPr>
          <w:p w14:paraId="1231569D" w14:textId="77777777" w:rsidR="00EE41D1" w:rsidRPr="00EE41D1" w:rsidRDefault="00EE41D1" w:rsidP="00840964">
            <w:pPr>
              <w:rPr>
                <w:rFonts w:ascii="Roboto Condensed" w:hAnsi="Roboto Condensed"/>
                <w:sz w:val="20"/>
              </w:rPr>
            </w:pPr>
            <w:r w:rsidRPr="00EE41D1">
              <w:rPr>
                <w:rFonts w:ascii="Roboto Condensed" w:hAnsi="Roboto Condensed"/>
                <w:sz w:val="20"/>
              </w:rPr>
              <w:t>Rys.8.</w:t>
            </w:r>
          </w:p>
        </w:tc>
        <w:tc>
          <w:tcPr>
            <w:tcW w:w="8924" w:type="dxa"/>
          </w:tcPr>
          <w:p w14:paraId="09D475E4" w14:textId="77777777" w:rsidR="00EE41D1" w:rsidRPr="00EE41D1" w:rsidRDefault="00EE41D1" w:rsidP="00840964">
            <w:pPr>
              <w:rPr>
                <w:rFonts w:ascii="Roboto Condensed" w:hAnsi="Roboto Condensed"/>
                <w:sz w:val="20"/>
              </w:rPr>
            </w:pPr>
            <w:r w:rsidRPr="00EE41D1">
              <w:rPr>
                <w:rFonts w:ascii="Roboto Condensed" w:hAnsi="Roboto Condensed"/>
                <w:sz w:val="20"/>
              </w:rPr>
              <w:t>Obszary zagrożenia powodzią oraz istniejące obwałowania przeciwpowodziowe</w:t>
            </w:r>
          </w:p>
        </w:tc>
      </w:tr>
      <w:tr w:rsidR="00EE41D1" w:rsidRPr="00EE41D1" w14:paraId="5529F4BB" w14:textId="77777777" w:rsidTr="00EE41D1">
        <w:tc>
          <w:tcPr>
            <w:tcW w:w="988" w:type="dxa"/>
          </w:tcPr>
          <w:p w14:paraId="4FBC688E" w14:textId="77777777" w:rsidR="00EE41D1" w:rsidRPr="00EE41D1" w:rsidRDefault="00EE41D1" w:rsidP="00840964">
            <w:pPr>
              <w:rPr>
                <w:rFonts w:ascii="Roboto Condensed" w:hAnsi="Roboto Condensed"/>
                <w:sz w:val="20"/>
              </w:rPr>
            </w:pPr>
            <w:r w:rsidRPr="00EE41D1">
              <w:rPr>
                <w:rFonts w:ascii="Roboto Condensed" w:hAnsi="Roboto Condensed"/>
                <w:sz w:val="20"/>
              </w:rPr>
              <w:t>Rys.9.</w:t>
            </w:r>
          </w:p>
        </w:tc>
        <w:tc>
          <w:tcPr>
            <w:tcW w:w="8924" w:type="dxa"/>
          </w:tcPr>
          <w:p w14:paraId="0A03F711" w14:textId="77777777" w:rsidR="00EE41D1" w:rsidRPr="00EE41D1" w:rsidRDefault="00EE41D1" w:rsidP="00840964">
            <w:pPr>
              <w:rPr>
                <w:rFonts w:ascii="Roboto Condensed" w:hAnsi="Roboto Condensed"/>
                <w:sz w:val="20"/>
              </w:rPr>
            </w:pPr>
            <w:r w:rsidRPr="00EE41D1">
              <w:rPr>
                <w:rFonts w:ascii="Roboto Condensed" w:hAnsi="Roboto Condensed"/>
                <w:sz w:val="20"/>
              </w:rPr>
              <w:t>Ukształtowanie terenu w tym rozmieszczenie dolin rzecznych na obszarze gminy.</w:t>
            </w:r>
          </w:p>
        </w:tc>
      </w:tr>
      <w:tr w:rsidR="00EE41D1" w:rsidRPr="00EE41D1" w14:paraId="32E9D8D8" w14:textId="77777777" w:rsidTr="00EE41D1">
        <w:tc>
          <w:tcPr>
            <w:tcW w:w="988" w:type="dxa"/>
          </w:tcPr>
          <w:p w14:paraId="459E948E" w14:textId="77777777" w:rsidR="00EE41D1" w:rsidRPr="00EE41D1" w:rsidRDefault="00EE41D1" w:rsidP="00840964">
            <w:pPr>
              <w:rPr>
                <w:rFonts w:ascii="Roboto Condensed" w:hAnsi="Roboto Condensed"/>
                <w:sz w:val="20"/>
              </w:rPr>
            </w:pPr>
            <w:r w:rsidRPr="00EE41D1">
              <w:rPr>
                <w:rFonts w:ascii="Roboto Condensed" w:hAnsi="Roboto Condensed"/>
                <w:sz w:val="20"/>
              </w:rPr>
              <w:t>Rys.10.</w:t>
            </w:r>
          </w:p>
        </w:tc>
        <w:tc>
          <w:tcPr>
            <w:tcW w:w="8924" w:type="dxa"/>
          </w:tcPr>
          <w:p w14:paraId="6FB5F7A1" w14:textId="77777777" w:rsidR="00EE41D1" w:rsidRPr="00EE41D1" w:rsidRDefault="00EE41D1" w:rsidP="00840964">
            <w:pPr>
              <w:rPr>
                <w:rFonts w:ascii="Roboto Condensed" w:hAnsi="Roboto Condensed"/>
                <w:sz w:val="20"/>
              </w:rPr>
            </w:pPr>
            <w:r w:rsidRPr="00EE41D1">
              <w:rPr>
                <w:rFonts w:ascii="Roboto Condensed" w:hAnsi="Roboto Condensed"/>
                <w:sz w:val="20"/>
              </w:rPr>
              <w:t>Melioracje i obszary oddziaływania rowów (OOR).</w:t>
            </w:r>
          </w:p>
        </w:tc>
      </w:tr>
      <w:tr w:rsidR="00EE41D1" w:rsidRPr="00EE41D1" w14:paraId="5836503E" w14:textId="77777777" w:rsidTr="00EE41D1">
        <w:tc>
          <w:tcPr>
            <w:tcW w:w="988" w:type="dxa"/>
          </w:tcPr>
          <w:p w14:paraId="5030ABF6" w14:textId="77777777" w:rsidR="00EE41D1" w:rsidRPr="00EE41D1" w:rsidRDefault="00EE41D1" w:rsidP="00840964">
            <w:pPr>
              <w:rPr>
                <w:rFonts w:ascii="Roboto Condensed" w:hAnsi="Roboto Condensed"/>
                <w:sz w:val="20"/>
              </w:rPr>
            </w:pPr>
            <w:r w:rsidRPr="00EE41D1">
              <w:rPr>
                <w:rFonts w:ascii="Roboto Condensed" w:hAnsi="Roboto Condensed"/>
                <w:sz w:val="20"/>
              </w:rPr>
              <w:t>Rys.11.</w:t>
            </w:r>
          </w:p>
        </w:tc>
        <w:tc>
          <w:tcPr>
            <w:tcW w:w="8924" w:type="dxa"/>
          </w:tcPr>
          <w:p w14:paraId="7641DFDE" w14:textId="77777777" w:rsidR="00EE41D1" w:rsidRPr="00EE41D1" w:rsidRDefault="00EE41D1" w:rsidP="00840964">
            <w:pPr>
              <w:rPr>
                <w:rFonts w:ascii="Roboto Condensed" w:hAnsi="Roboto Condensed"/>
                <w:sz w:val="20"/>
              </w:rPr>
            </w:pPr>
            <w:r w:rsidRPr="00EE41D1">
              <w:rPr>
                <w:rFonts w:ascii="Roboto Condensed" w:hAnsi="Roboto Condensed"/>
                <w:sz w:val="20"/>
              </w:rPr>
              <w:t>Ujęcia wód podziemnych wraz ze strefami ochrony oraz proponowany obszar ochronny GZWP nr 408.</w:t>
            </w:r>
          </w:p>
        </w:tc>
      </w:tr>
      <w:tr w:rsidR="00EE41D1" w:rsidRPr="00EE41D1" w14:paraId="47B67375" w14:textId="77777777" w:rsidTr="00EE41D1">
        <w:tc>
          <w:tcPr>
            <w:tcW w:w="988" w:type="dxa"/>
          </w:tcPr>
          <w:p w14:paraId="36B13975" w14:textId="77777777" w:rsidR="00EE41D1" w:rsidRPr="00EE41D1" w:rsidRDefault="00EE41D1" w:rsidP="00840964">
            <w:pPr>
              <w:rPr>
                <w:rFonts w:ascii="Roboto Condensed" w:hAnsi="Roboto Condensed"/>
                <w:sz w:val="20"/>
              </w:rPr>
            </w:pPr>
            <w:r w:rsidRPr="00EE41D1">
              <w:rPr>
                <w:rFonts w:ascii="Roboto Condensed" w:hAnsi="Roboto Condensed"/>
                <w:sz w:val="20"/>
              </w:rPr>
              <w:t>Rys.12.</w:t>
            </w:r>
          </w:p>
        </w:tc>
        <w:tc>
          <w:tcPr>
            <w:tcW w:w="8924" w:type="dxa"/>
          </w:tcPr>
          <w:p w14:paraId="47F61CAA" w14:textId="77777777" w:rsidR="00EE41D1" w:rsidRPr="00EE41D1" w:rsidRDefault="00EE41D1" w:rsidP="00840964">
            <w:pPr>
              <w:rPr>
                <w:rFonts w:ascii="Roboto Condensed" w:hAnsi="Roboto Condensed"/>
                <w:sz w:val="20"/>
              </w:rPr>
            </w:pPr>
            <w:r w:rsidRPr="00EE41D1">
              <w:rPr>
                <w:rFonts w:ascii="Roboto Condensed" w:hAnsi="Roboto Condensed"/>
                <w:sz w:val="20"/>
              </w:rPr>
              <w:t>Lokalizacja złoża kopaliny</w:t>
            </w:r>
          </w:p>
        </w:tc>
      </w:tr>
      <w:tr w:rsidR="00EE41D1" w:rsidRPr="00EE41D1" w14:paraId="113D80BE" w14:textId="77777777" w:rsidTr="00EE41D1">
        <w:tc>
          <w:tcPr>
            <w:tcW w:w="988" w:type="dxa"/>
          </w:tcPr>
          <w:p w14:paraId="3D783735" w14:textId="77777777" w:rsidR="00EE41D1" w:rsidRPr="00EE41D1" w:rsidRDefault="00EE41D1" w:rsidP="00840964">
            <w:pPr>
              <w:rPr>
                <w:rFonts w:ascii="Roboto Condensed" w:hAnsi="Roboto Condensed"/>
                <w:sz w:val="20"/>
              </w:rPr>
            </w:pPr>
            <w:r w:rsidRPr="00EE41D1">
              <w:rPr>
                <w:rFonts w:ascii="Roboto Condensed" w:hAnsi="Roboto Condensed"/>
                <w:sz w:val="20"/>
              </w:rPr>
              <w:t>Rys.13.</w:t>
            </w:r>
          </w:p>
        </w:tc>
        <w:tc>
          <w:tcPr>
            <w:tcW w:w="8924" w:type="dxa"/>
          </w:tcPr>
          <w:p w14:paraId="47EAAEB7" w14:textId="77777777" w:rsidR="00EE41D1" w:rsidRPr="00EE41D1" w:rsidRDefault="00EE41D1" w:rsidP="00840964">
            <w:pPr>
              <w:rPr>
                <w:rFonts w:ascii="Roboto Condensed" w:hAnsi="Roboto Condensed"/>
                <w:sz w:val="20"/>
              </w:rPr>
            </w:pPr>
            <w:r w:rsidRPr="00EE41D1">
              <w:rPr>
                <w:rFonts w:ascii="Roboto Condensed" w:hAnsi="Roboto Condensed"/>
                <w:sz w:val="20"/>
              </w:rPr>
              <w:t>Rozmieszczenie obiektów i obszarów zabytkowych w gminie.</w:t>
            </w:r>
          </w:p>
        </w:tc>
      </w:tr>
      <w:tr w:rsidR="00EE41D1" w:rsidRPr="00EE41D1" w14:paraId="47AD352A" w14:textId="77777777" w:rsidTr="00EE41D1">
        <w:tc>
          <w:tcPr>
            <w:tcW w:w="988" w:type="dxa"/>
          </w:tcPr>
          <w:p w14:paraId="7F80BFD4" w14:textId="77777777" w:rsidR="00EE41D1" w:rsidRPr="00EE41D1" w:rsidRDefault="00EE41D1" w:rsidP="00840964">
            <w:pPr>
              <w:rPr>
                <w:rFonts w:ascii="Roboto Condensed" w:hAnsi="Roboto Condensed"/>
                <w:sz w:val="20"/>
              </w:rPr>
            </w:pPr>
            <w:r w:rsidRPr="00EE41D1">
              <w:rPr>
                <w:rFonts w:ascii="Roboto Condensed" w:hAnsi="Roboto Condensed"/>
                <w:sz w:val="20"/>
              </w:rPr>
              <w:t>Rys.14.</w:t>
            </w:r>
          </w:p>
        </w:tc>
        <w:tc>
          <w:tcPr>
            <w:tcW w:w="8924" w:type="dxa"/>
          </w:tcPr>
          <w:p w14:paraId="094C1ACF" w14:textId="77777777" w:rsidR="00EE41D1" w:rsidRPr="00EE41D1" w:rsidRDefault="00EE41D1" w:rsidP="00840964">
            <w:pPr>
              <w:rPr>
                <w:rFonts w:ascii="Roboto Condensed" w:hAnsi="Roboto Condensed"/>
                <w:sz w:val="20"/>
              </w:rPr>
            </w:pPr>
            <w:r w:rsidRPr="00EE41D1">
              <w:rPr>
                <w:rFonts w:ascii="Roboto Condensed" w:hAnsi="Roboto Condensed"/>
                <w:sz w:val="20"/>
              </w:rPr>
              <w:t>Tereny zamknięte ustanowione przez ministra do spraw transportu oraz przebieg linii kolejowej nr 91.</w:t>
            </w:r>
          </w:p>
        </w:tc>
      </w:tr>
      <w:tr w:rsidR="00EE41D1" w:rsidRPr="00EE41D1" w14:paraId="1C39155E" w14:textId="77777777" w:rsidTr="00EE41D1">
        <w:tc>
          <w:tcPr>
            <w:tcW w:w="988" w:type="dxa"/>
          </w:tcPr>
          <w:p w14:paraId="5ADD6E6A" w14:textId="77777777" w:rsidR="00EE41D1" w:rsidRPr="00EE41D1" w:rsidRDefault="00EE41D1" w:rsidP="00840964">
            <w:pPr>
              <w:rPr>
                <w:rFonts w:ascii="Roboto Condensed" w:hAnsi="Roboto Condensed"/>
                <w:sz w:val="20"/>
              </w:rPr>
            </w:pPr>
            <w:r w:rsidRPr="00EE41D1">
              <w:rPr>
                <w:rFonts w:ascii="Roboto Condensed" w:hAnsi="Roboto Condensed"/>
                <w:sz w:val="20"/>
              </w:rPr>
              <w:t>Rys.15.</w:t>
            </w:r>
          </w:p>
        </w:tc>
        <w:tc>
          <w:tcPr>
            <w:tcW w:w="8924" w:type="dxa"/>
          </w:tcPr>
          <w:p w14:paraId="7BE1B065" w14:textId="77777777" w:rsidR="00EE41D1" w:rsidRPr="00EE41D1" w:rsidRDefault="00EE41D1" w:rsidP="00840964">
            <w:pPr>
              <w:rPr>
                <w:rFonts w:ascii="Roboto Condensed" w:hAnsi="Roboto Condensed"/>
                <w:sz w:val="20"/>
              </w:rPr>
            </w:pPr>
            <w:r w:rsidRPr="00EE41D1">
              <w:rPr>
                <w:rFonts w:ascii="Roboto Condensed" w:hAnsi="Roboto Condensed"/>
                <w:sz w:val="20"/>
              </w:rPr>
              <w:t>Obszary rewitalizacji i obszary zdegradowane.</w:t>
            </w:r>
          </w:p>
        </w:tc>
      </w:tr>
      <w:tr w:rsidR="00EE41D1" w:rsidRPr="00EE41D1" w14:paraId="35A2D8C4" w14:textId="77777777" w:rsidTr="00EE41D1">
        <w:tc>
          <w:tcPr>
            <w:tcW w:w="988" w:type="dxa"/>
          </w:tcPr>
          <w:p w14:paraId="54F58898" w14:textId="77777777" w:rsidR="00EE41D1" w:rsidRPr="00EE41D1" w:rsidRDefault="00EE41D1" w:rsidP="00840964">
            <w:pPr>
              <w:rPr>
                <w:rFonts w:ascii="Roboto Condensed" w:hAnsi="Roboto Condensed"/>
                <w:sz w:val="20"/>
              </w:rPr>
            </w:pPr>
            <w:r w:rsidRPr="00EE41D1">
              <w:rPr>
                <w:rFonts w:ascii="Roboto Condensed" w:hAnsi="Roboto Condensed"/>
                <w:sz w:val="20"/>
              </w:rPr>
              <w:t>Rys.16.</w:t>
            </w:r>
          </w:p>
        </w:tc>
        <w:tc>
          <w:tcPr>
            <w:tcW w:w="8924" w:type="dxa"/>
          </w:tcPr>
          <w:p w14:paraId="6A861A10" w14:textId="77777777" w:rsidR="00EE41D1" w:rsidRPr="00EE41D1" w:rsidRDefault="00EE41D1" w:rsidP="00840964">
            <w:pPr>
              <w:rPr>
                <w:rFonts w:ascii="Roboto Condensed" w:hAnsi="Roboto Condensed"/>
                <w:sz w:val="20"/>
              </w:rPr>
            </w:pPr>
            <w:r w:rsidRPr="00EE41D1">
              <w:rPr>
                <w:rFonts w:ascii="Roboto Condensed" w:hAnsi="Roboto Condensed"/>
                <w:sz w:val="20"/>
              </w:rPr>
              <w:t>Rozmieszczenie gruntów rolnych chronionych.</w:t>
            </w:r>
          </w:p>
        </w:tc>
      </w:tr>
      <w:tr w:rsidR="00EE41D1" w:rsidRPr="00EE41D1" w14:paraId="7765B5B4" w14:textId="77777777" w:rsidTr="00EE41D1">
        <w:tc>
          <w:tcPr>
            <w:tcW w:w="988" w:type="dxa"/>
          </w:tcPr>
          <w:p w14:paraId="4362A1D5" w14:textId="77777777" w:rsidR="00EE41D1" w:rsidRPr="00EE41D1" w:rsidRDefault="00EE41D1" w:rsidP="00840964">
            <w:pPr>
              <w:rPr>
                <w:rFonts w:ascii="Roboto Condensed" w:hAnsi="Roboto Condensed"/>
                <w:sz w:val="20"/>
              </w:rPr>
            </w:pPr>
            <w:r w:rsidRPr="00EE41D1">
              <w:rPr>
                <w:rFonts w:ascii="Roboto Condensed" w:hAnsi="Roboto Condensed"/>
                <w:sz w:val="20"/>
              </w:rPr>
              <w:t>Rys.17.</w:t>
            </w:r>
          </w:p>
        </w:tc>
        <w:tc>
          <w:tcPr>
            <w:tcW w:w="8924" w:type="dxa"/>
          </w:tcPr>
          <w:p w14:paraId="39E73EEC" w14:textId="7A87474F" w:rsidR="00EE41D1" w:rsidRPr="00EE41D1" w:rsidRDefault="00D21808" w:rsidP="00840964">
            <w:pPr>
              <w:rPr>
                <w:rFonts w:ascii="Roboto Condensed" w:hAnsi="Roboto Condensed"/>
                <w:sz w:val="20"/>
              </w:rPr>
            </w:pPr>
            <w:r w:rsidRPr="00D21808">
              <w:rPr>
                <w:rFonts w:ascii="Roboto Condensed" w:hAnsi="Roboto Condensed"/>
                <w:sz w:val="20"/>
              </w:rPr>
              <w:t>Rozmieszczenie gruntów leśnych na terenie gminy</w:t>
            </w:r>
          </w:p>
        </w:tc>
      </w:tr>
      <w:tr w:rsidR="00EE41D1" w:rsidRPr="00EE41D1" w14:paraId="7123C20C" w14:textId="77777777" w:rsidTr="00EE41D1">
        <w:tc>
          <w:tcPr>
            <w:tcW w:w="988" w:type="dxa"/>
          </w:tcPr>
          <w:p w14:paraId="13F8AFA8" w14:textId="77777777" w:rsidR="00EE41D1" w:rsidRPr="00EE41D1" w:rsidRDefault="00EE41D1" w:rsidP="00840964">
            <w:pPr>
              <w:rPr>
                <w:rFonts w:ascii="Roboto Condensed" w:hAnsi="Roboto Condensed"/>
                <w:sz w:val="20"/>
              </w:rPr>
            </w:pPr>
            <w:r w:rsidRPr="00EE41D1">
              <w:rPr>
                <w:rFonts w:ascii="Roboto Condensed" w:hAnsi="Roboto Condensed"/>
                <w:sz w:val="20"/>
              </w:rPr>
              <w:t>Rys.18.</w:t>
            </w:r>
          </w:p>
        </w:tc>
        <w:tc>
          <w:tcPr>
            <w:tcW w:w="8924" w:type="dxa"/>
          </w:tcPr>
          <w:p w14:paraId="46777DD9" w14:textId="77777777" w:rsidR="00EE41D1" w:rsidRPr="00EE41D1" w:rsidRDefault="00EE41D1" w:rsidP="00840964">
            <w:pPr>
              <w:rPr>
                <w:rFonts w:ascii="Roboto Condensed" w:hAnsi="Roboto Condensed"/>
                <w:sz w:val="20"/>
              </w:rPr>
            </w:pPr>
            <w:r w:rsidRPr="00EE41D1">
              <w:rPr>
                <w:rFonts w:ascii="Roboto Condensed" w:hAnsi="Roboto Condensed"/>
                <w:sz w:val="20"/>
              </w:rPr>
              <w:t>Rozmieszczenie infrastruktury społecznej.</w:t>
            </w:r>
          </w:p>
        </w:tc>
      </w:tr>
      <w:tr w:rsidR="00EE41D1" w:rsidRPr="00EE41D1" w14:paraId="2B49E2A0" w14:textId="77777777" w:rsidTr="00EE41D1">
        <w:tc>
          <w:tcPr>
            <w:tcW w:w="988" w:type="dxa"/>
          </w:tcPr>
          <w:p w14:paraId="03D84CDC" w14:textId="77777777" w:rsidR="00EE41D1" w:rsidRPr="00EE41D1" w:rsidRDefault="00EE41D1" w:rsidP="00840964">
            <w:pPr>
              <w:rPr>
                <w:rFonts w:ascii="Roboto Condensed" w:hAnsi="Roboto Condensed"/>
                <w:sz w:val="20"/>
              </w:rPr>
            </w:pPr>
            <w:r w:rsidRPr="00EE41D1">
              <w:rPr>
                <w:rFonts w:ascii="Roboto Condensed" w:hAnsi="Roboto Condensed"/>
                <w:sz w:val="20"/>
              </w:rPr>
              <w:t>Rys.19.</w:t>
            </w:r>
          </w:p>
        </w:tc>
        <w:tc>
          <w:tcPr>
            <w:tcW w:w="8924" w:type="dxa"/>
          </w:tcPr>
          <w:p w14:paraId="1C094933" w14:textId="77777777" w:rsidR="00EE41D1" w:rsidRPr="00EE41D1" w:rsidRDefault="00EE41D1" w:rsidP="00840964">
            <w:pPr>
              <w:rPr>
                <w:rFonts w:ascii="Roboto Condensed" w:hAnsi="Roboto Condensed"/>
                <w:sz w:val="20"/>
              </w:rPr>
            </w:pPr>
            <w:r w:rsidRPr="00EE41D1">
              <w:rPr>
                <w:rFonts w:ascii="Roboto Condensed" w:hAnsi="Roboto Condensed"/>
                <w:sz w:val="20"/>
              </w:rPr>
              <w:t>Rozmieszczenie infrastruktury komunikacyjnej i dostęp do tej infrastruktury.</w:t>
            </w:r>
          </w:p>
        </w:tc>
      </w:tr>
      <w:tr w:rsidR="00EE41D1" w:rsidRPr="00EE41D1" w14:paraId="0E75D3D5" w14:textId="77777777" w:rsidTr="00EE41D1">
        <w:tc>
          <w:tcPr>
            <w:tcW w:w="988" w:type="dxa"/>
          </w:tcPr>
          <w:p w14:paraId="4C87D756" w14:textId="77777777" w:rsidR="00EE41D1" w:rsidRPr="00EE41D1" w:rsidRDefault="00EE41D1" w:rsidP="00840964">
            <w:pPr>
              <w:rPr>
                <w:rFonts w:ascii="Roboto Condensed" w:hAnsi="Roboto Condensed"/>
                <w:sz w:val="20"/>
              </w:rPr>
            </w:pPr>
            <w:r w:rsidRPr="00EE41D1">
              <w:rPr>
                <w:rFonts w:ascii="Roboto Condensed" w:hAnsi="Roboto Condensed"/>
                <w:sz w:val="20"/>
              </w:rPr>
              <w:t>Rys.20.</w:t>
            </w:r>
          </w:p>
        </w:tc>
        <w:tc>
          <w:tcPr>
            <w:tcW w:w="8924" w:type="dxa"/>
          </w:tcPr>
          <w:p w14:paraId="125CD576" w14:textId="77777777" w:rsidR="00EE41D1" w:rsidRPr="00EE41D1" w:rsidRDefault="00EE41D1" w:rsidP="00840964">
            <w:pPr>
              <w:rPr>
                <w:rFonts w:ascii="Roboto Condensed" w:hAnsi="Roboto Condensed"/>
                <w:sz w:val="20"/>
              </w:rPr>
            </w:pPr>
            <w:r w:rsidRPr="00EE41D1">
              <w:rPr>
                <w:rFonts w:ascii="Roboto Condensed" w:hAnsi="Roboto Condensed"/>
                <w:sz w:val="20"/>
              </w:rPr>
              <w:t>Rozmieszczenie i dostępność wodociągów.</w:t>
            </w:r>
          </w:p>
        </w:tc>
      </w:tr>
      <w:tr w:rsidR="00EE41D1" w:rsidRPr="00EE41D1" w14:paraId="1633B8EE" w14:textId="77777777" w:rsidTr="00EE41D1">
        <w:tc>
          <w:tcPr>
            <w:tcW w:w="988" w:type="dxa"/>
          </w:tcPr>
          <w:p w14:paraId="594C3C30" w14:textId="77777777" w:rsidR="00EE41D1" w:rsidRPr="00EE41D1" w:rsidRDefault="00EE41D1" w:rsidP="00840964">
            <w:pPr>
              <w:rPr>
                <w:rFonts w:ascii="Roboto Condensed" w:hAnsi="Roboto Condensed"/>
                <w:sz w:val="20"/>
              </w:rPr>
            </w:pPr>
            <w:r w:rsidRPr="00EE41D1">
              <w:rPr>
                <w:rFonts w:ascii="Roboto Condensed" w:hAnsi="Roboto Condensed"/>
                <w:sz w:val="20"/>
              </w:rPr>
              <w:t>Rys.21.</w:t>
            </w:r>
          </w:p>
        </w:tc>
        <w:tc>
          <w:tcPr>
            <w:tcW w:w="8924" w:type="dxa"/>
          </w:tcPr>
          <w:p w14:paraId="5CADE4E9" w14:textId="77777777" w:rsidR="00EE41D1" w:rsidRPr="00EE41D1" w:rsidRDefault="00EE41D1" w:rsidP="00840964">
            <w:pPr>
              <w:rPr>
                <w:rFonts w:ascii="Roboto Condensed" w:hAnsi="Roboto Condensed"/>
                <w:sz w:val="20"/>
              </w:rPr>
            </w:pPr>
            <w:r w:rsidRPr="00EE41D1">
              <w:rPr>
                <w:rFonts w:ascii="Roboto Condensed" w:hAnsi="Roboto Condensed"/>
                <w:sz w:val="20"/>
              </w:rPr>
              <w:t>Rozmieszczenie i dostępność kanalizacji sanitarnej.</w:t>
            </w:r>
          </w:p>
        </w:tc>
      </w:tr>
      <w:tr w:rsidR="00EE41D1" w:rsidRPr="00EE41D1" w14:paraId="2697BDD2" w14:textId="77777777" w:rsidTr="00EE41D1">
        <w:tc>
          <w:tcPr>
            <w:tcW w:w="988" w:type="dxa"/>
          </w:tcPr>
          <w:p w14:paraId="594A46B8" w14:textId="77777777" w:rsidR="00EE41D1" w:rsidRPr="00EE41D1" w:rsidRDefault="00EE41D1" w:rsidP="00840964">
            <w:pPr>
              <w:rPr>
                <w:rFonts w:ascii="Roboto Condensed" w:hAnsi="Roboto Condensed"/>
                <w:sz w:val="20"/>
              </w:rPr>
            </w:pPr>
            <w:r w:rsidRPr="00EE41D1">
              <w:rPr>
                <w:rFonts w:ascii="Roboto Condensed" w:hAnsi="Roboto Condensed"/>
                <w:sz w:val="20"/>
              </w:rPr>
              <w:t>Rys.22.</w:t>
            </w:r>
          </w:p>
        </w:tc>
        <w:tc>
          <w:tcPr>
            <w:tcW w:w="8924" w:type="dxa"/>
          </w:tcPr>
          <w:p w14:paraId="1187ECE5" w14:textId="77777777" w:rsidR="00EE41D1" w:rsidRPr="00EE41D1" w:rsidRDefault="00EE41D1" w:rsidP="00840964">
            <w:pPr>
              <w:rPr>
                <w:rFonts w:ascii="Roboto Condensed" w:hAnsi="Roboto Condensed"/>
                <w:sz w:val="20"/>
              </w:rPr>
            </w:pPr>
            <w:r w:rsidRPr="00EE41D1">
              <w:rPr>
                <w:rFonts w:ascii="Roboto Condensed" w:hAnsi="Roboto Condensed"/>
                <w:sz w:val="20"/>
              </w:rPr>
              <w:t>Rozmieszczenie i dostępność gazu z sieci.</w:t>
            </w:r>
          </w:p>
        </w:tc>
      </w:tr>
      <w:tr w:rsidR="00D653D8" w:rsidRPr="00EE41D1" w14:paraId="26FF30E6" w14:textId="77777777" w:rsidTr="00EE41D1">
        <w:tc>
          <w:tcPr>
            <w:tcW w:w="988" w:type="dxa"/>
          </w:tcPr>
          <w:p w14:paraId="61B17F93" w14:textId="41C6AFA8" w:rsidR="00D653D8" w:rsidRPr="00EE41D1" w:rsidRDefault="00D653D8" w:rsidP="00840964">
            <w:pPr>
              <w:rPr>
                <w:rFonts w:ascii="Roboto Condensed" w:hAnsi="Roboto Condensed"/>
                <w:sz w:val="20"/>
              </w:rPr>
            </w:pPr>
            <w:r w:rsidRPr="00D653D8">
              <w:rPr>
                <w:rFonts w:ascii="Roboto Condensed" w:hAnsi="Roboto Condensed"/>
                <w:sz w:val="20"/>
              </w:rPr>
              <w:t>Rys.23.</w:t>
            </w:r>
          </w:p>
        </w:tc>
        <w:tc>
          <w:tcPr>
            <w:tcW w:w="8924" w:type="dxa"/>
          </w:tcPr>
          <w:p w14:paraId="7178165F" w14:textId="4D8B0C67" w:rsidR="00D653D8" w:rsidRPr="00EE41D1" w:rsidRDefault="00D653D8" w:rsidP="00840964">
            <w:pPr>
              <w:rPr>
                <w:rFonts w:ascii="Roboto Condensed" w:hAnsi="Roboto Condensed"/>
                <w:sz w:val="20"/>
              </w:rPr>
            </w:pPr>
            <w:r w:rsidRPr="00D653D8">
              <w:rPr>
                <w:rFonts w:ascii="Roboto Condensed" w:hAnsi="Roboto Condensed"/>
                <w:sz w:val="20"/>
              </w:rPr>
              <w:t>Rozmieszczenie infrastruktury elektroenergetycznej w gminie</w:t>
            </w:r>
            <w:r>
              <w:rPr>
                <w:rFonts w:ascii="Roboto Condensed" w:hAnsi="Roboto Condensed"/>
                <w:sz w:val="20"/>
              </w:rPr>
              <w:t>.</w:t>
            </w:r>
          </w:p>
        </w:tc>
      </w:tr>
      <w:tr w:rsidR="00EE41D1" w:rsidRPr="00EE41D1" w14:paraId="7946AF3B" w14:textId="77777777" w:rsidTr="00EE41D1">
        <w:tc>
          <w:tcPr>
            <w:tcW w:w="988" w:type="dxa"/>
          </w:tcPr>
          <w:p w14:paraId="2659F6B6" w14:textId="2774CD0B" w:rsidR="00EE41D1" w:rsidRPr="00EE41D1" w:rsidRDefault="00EE41D1" w:rsidP="00840964">
            <w:pPr>
              <w:rPr>
                <w:rFonts w:ascii="Roboto Condensed" w:hAnsi="Roboto Condensed"/>
                <w:sz w:val="20"/>
              </w:rPr>
            </w:pPr>
            <w:r w:rsidRPr="00EE41D1">
              <w:rPr>
                <w:rFonts w:ascii="Roboto Condensed" w:hAnsi="Roboto Condensed"/>
                <w:sz w:val="20"/>
              </w:rPr>
              <w:t>Rys.2</w:t>
            </w:r>
            <w:r w:rsidR="00D653D8">
              <w:rPr>
                <w:rFonts w:ascii="Roboto Condensed" w:hAnsi="Roboto Condensed"/>
                <w:sz w:val="20"/>
              </w:rPr>
              <w:t>4</w:t>
            </w:r>
            <w:r w:rsidRPr="00EE41D1">
              <w:rPr>
                <w:rFonts w:ascii="Roboto Condensed" w:hAnsi="Roboto Condensed"/>
                <w:sz w:val="20"/>
              </w:rPr>
              <w:t>.</w:t>
            </w:r>
          </w:p>
        </w:tc>
        <w:tc>
          <w:tcPr>
            <w:tcW w:w="8924" w:type="dxa"/>
          </w:tcPr>
          <w:p w14:paraId="645A5A4A" w14:textId="77777777" w:rsidR="00EE41D1" w:rsidRPr="00EE41D1" w:rsidRDefault="00EE41D1" w:rsidP="00840964">
            <w:pPr>
              <w:rPr>
                <w:rFonts w:ascii="Roboto Condensed" w:hAnsi="Roboto Condensed"/>
                <w:sz w:val="20"/>
              </w:rPr>
            </w:pPr>
            <w:r w:rsidRPr="00EE41D1">
              <w:rPr>
                <w:rFonts w:ascii="Roboto Condensed" w:hAnsi="Roboto Condensed"/>
                <w:sz w:val="20"/>
              </w:rPr>
              <w:t>Typy i podtypy krajobrazu na terenie gminy - rozmieszczenie.</w:t>
            </w:r>
          </w:p>
        </w:tc>
      </w:tr>
      <w:tr w:rsidR="00EE41D1" w:rsidRPr="00EE41D1" w14:paraId="54F522F2" w14:textId="77777777" w:rsidTr="00EE41D1">
        <w:tc>
          <w:tcPr>
            <w:tcW w:w="988" w:type="dxa"/>
          </w:tcPr>
          <w:p w14:paraId="27BD6F49" w14:textId="3DBB0E0A" w:rsidR="00EE41D1" w:rsidRPr="00EE41D1" w:rsidRDefault="00EE41D1" w:rsidP="00840964">
            <w:pPr>
              <w:rPr>
                <w:rFonts w:ascii="Roboto Condensed" w:hAnsi="Roboto Condensed"/>
                <w:sz w:val="20"/>
              </w:rPr>
            </w:pPr>
            <w:r w:rsidRPr="00EE41D1">
              <w:rPr>
                <w:rFonts w:ascii="Roboto Condensed" w:hAnsi="Roboto Condensed"/>
                <w:sz w:val="20"/>
              </w:rPr>
              <w:t>Rys.2</w:t>
            </w:r>
            <w:r w:rsidR="00D653D8">
              <w:rPr>
                <w:rFonts w:ascii="Roboto Condensed" w:hAnsi="Roboto Condensed"/>
                <w:sz w:val="20"/>
              </w:rPr>
              <w:t>5</w:t>
            </w:r>
            <w:r w:rsidRPr="00EE41D1">
              <w:rPr>
                <w:rFonts w:ascii="Roboto Condensed" w:hAnsi="Roboto Condensed"/>
                <w:sz w:val="20"/>
              </w:rPr>
              <w:t>.</w:t>
            </w:r>
          </w:p>
        </w:tc>
        <w:tc>
          <w:tcPr>
            <w:tcW w:w="8924" w:type="dxa"/>
          </w:tcPr>
          <w:p w14:paraId="2962F8F2" w14:textId="77777777" w:rsidR="00EE41D1" w:rsidRPr="00EE41D1" w:rsidRDefault="00EE41D1" w:rsidP="00840964">
            <w:pPr>
              <w:rPr>
                <w:rFonts w:ascii="Roboto Condensed" w:hAnsi="Roboto Condensed"/>
                <w:sz w:val="20"/>
              </w:rPr>
            </w:pPr>
            <w:r w:rsidRPr="00EE41D1">
              <w:rPr>
                <w:rFonts w:ascii="Roboto Condensed" w:hAnsi="Roboto Condensed"/>
                <w:sz w:val="20"/>
              </w:rPr>
              <w:t xml:space="preserve">Krajobraz priorytetowy 10-342.17.-10 Dolina Warty – Łuk </w:t>
            </w:r>
            <w:proofErr w:type="spellStart"/>
            <w:r w:rsidRPr="00EE41D1">
              <w:rPr>
                <w:rFonts w:ascii="Roboto Condensed" w:hAnsi="Roboto Condensed"/>
                <w:sz w:val="20"/>
              </w:rPr>
              <w:t>Pławiński</w:t>
            </w:r>
            <w:proofErr w:type="spellEnd"/>
            <w:r w:rsidRPr="00EE41D1">
              <w:rPr>
                <w:rFonts w:ascii="Roboto Condensed" w:hAnsi="Roboto Condensed"/>
                <w:sz w:val="20"/>
              </w:rPr>
              <w:t>: jednostki podziału i waloryzacji krajobrazu.</w:t>
            </w:r>
          </w:p>
        </w:tc>
      </w:tr>
      <w:tr w:rsidR="00EE41D1" w:rsidRPr="00EE41D1" w14:paraId="2F366D7A" w14:textId="77777777" w:rsidTr="00EE41D1">
        <w:tc>
          <w:tcPr>
            <w:tcW w:w="988" w:type="dxa"/>
          </w:tcPr>
          <w:p w14:paraId="5B4A7F3F" w14:textId="10A02A96" w:rsidR="00EE41D1" w:rsidRPr="00EE41D1" w:rsidRDefault="00EE41D1" w:rsidP="00840964">
            <w:pPr>
              <w:rPr>
                <w:rFonts w:ascii="Roboto Condensed" w:hAnsi="Roboto Condensed"/>
                <w:sz w:val="20"/>
              </w:rPr>
            </w:pPr>
            <w:r w:rsidRPr="00EE41D1">
              <w:rPr>
                <w:rFonts w:ascii="Roboto Condensed" w:hAnsi="Roboto Condensed"/>
                <w:sz w:val="20"/>
              </w:rPr>
              <w:t>Rys.2</w:t>
            </w:r>
            <w:r w:rsidR="00D653D8">
              <w:rPr>
                <w:rFonts w:ascii="Roboto Condensed" w:hAnsi="Roboto Condensed"/>
                <w:sz w:val="20"/>
              </w:rPr>
              <w:t>6</w:t>
            </w:r>
            <w:r w:rsidRPr="00EE41D1">
              <w:rPr>
                <w:rFonts w:ascii="Roboto Condensed" w:hAnsi="Roboto Condensed"/>
                <w:sz w:val="20"/>
              </w:rPr>
              <w:t>.</w:t>
            </w:r>
          </w:p>
        </w:tc>
        <w:tc>
          <w:tcPr>
            <w:tcW w:w="8924" w:type="dxa"/>
          </w:tcPr>
          <w:p w14:paraId="54006BDA" w14:textId="77777777" w:rsidR="00EE41D1" w:rsidRPr="00EE41D1" w:rsidRDefault="00EE41D1" w:rsidP="00840964">
            <w:pPr>
              <w:rPr>
                <w:rFonts w:ascii="Roboto Condensed" w:hAnsi="Roboto Condensed"/>
                <w:sz w:val="20"/>
              </w:rPr>
            </w:pPr>
            <w:r w:rsidRPr="00EE41D1">
              <w:rPr>
                <w:rFonts w:ascii="Roboto Condensed" w:hAnsi="Roboto Condensed"/>
                <w:sz w:val="20"/>
              </w:rPr>
              <w:t>Rozmieszczenie wniosków indywidualnych na terenie gminy.</w:t>
            </w:r>
          </w:p>
        </w:tc>
      </w:tr>
      <w:tr w:rsidR="00EE41D1" w:rsidRPr="00EE41D1" w14:paraId="3F5EB153" w14:textId="77777777" w:rsidTr="00EE41D1">
        <w:tc>
          <w:tcPr>
            <w:tcW w:w="988" w:type="dxa"/>
          </w:tcPr>
          <w:p w14:paraId="5612AEA5" w14:textId="518FD898" w:rsidR="00EE41D1" w:rsidRPr="00EE41D1" w:rsidRDefault="00EE41D1" w:rsidP="00840964">
            <w:pPr>
              <w:rPr>
                <w:rFonts w:ascii="Roboto Condensed" w:hAnsi="Roboto Condensed"/>
                <w:sz w:val="20"/>
              </w:rPr>
            </w:pPr>
            <w:r w:rsidRPr="00EE41D1">
              <w:rPr>
                <w:rFonts w:ascii="Roboto Condensed" w:hAnsi="Roboto Condensed"/>
                <w:sz w:val="20"/>
              </w:rPr>
              <w:t>Rys.2</w:t>
            </w:r>
            <w:r w:rsidR="00D653D8">
              <w:rPr>
                <w:rFonts w:ascii="Roboto Condensed" w:hAnsi="Roboto Condensed"/>
                <w:sz w:val="20"/>
              </w:rPr>
              <w:t>7</w:t>
            </w:r>
            <w:r w:rsidRPr="00EE41D1">
              <w:rPr>
                <w:rFonts w:ascii="Roboto Condensed" w:hAnsi="Roboto Condensed"/>
                <w:sz w:val="20"/>
              </w:rPr>
              <w:t>.</w:t>
            </w:r>
          </w:p>
        </w:tc>
        <w:tc>
          <w:tcPr>
            <w:tcW w:w="8924" w:type="dxa"/>
          </w:tcPr>
          <w:p w14:paraId="25C2DB2A" w14:textId="77777777" w:rsidR="00EE41D1" w:rsidRPr="00EE41D1" w:rsidRDefault="00EE41D1" w:rsidP="00840964">
            <w:pPr>
              <w:rPr>
                <w:rFonts w:ascii="Roboto Condensed" w:hAnsi="Roboto Condensed"/>
                <w:sz w:val="20"/>
              </w:rPr>
            </w:pPr>
            <w:r w:rsidRPr="00EE41D1">
              <w:rPr>
                <w:rFonts w:ascii="Roboto Condensed" w:hAnsi="Roboto Condensed"/>
                <w:sz w:val="20"/>
              </w:rPr>
              <w:t>Rozmieszczenie i porównanie proporcji uwzględnienia i nieuwzględnienia wniosków w zakresie zabudowy mieszkaniowej.</w:t>
            </w:r>
          </w:p>
        </w:tc>
      </w:tr>
      <w:tr w:rsidR="00EE41D1" w:rsidRPr="00EE41D1" w14:paraId="324DB096" w14:textId="77777777" w:rsidTr="00EE41D1">
        <w:tc>
          <w:tcPr>
            <w:tcW w:w="988" w:type="dxa"/>
          </w:tcPr>
          <w:p w14:paraId="2EC5998A" w14:textId="26351BC7" w:rsidR="00EE41D1" w:rsidRPr="00EE41D1" w:rsidRDefault="00EE41D1" w:rsidP="00840964">
            <w:pPr>
              <w:rPr>
                <w:rFonts w:ascii="Roboto Condensed" w:hAnsi="Roboto Condensed"/>
                <w:sz w:val="20"/>
              </w:rPr>
            </w:pPr>
            <w:r w:rsidRPr="00EE41D1">
              <w:rPr>
                <w:rFonts w:ascii="Roboto Condensed" w:hAnsi="Roboto Condensed"/>
                <w:sz w:val="20"/>
              </w:rPr>
              <w:t>Rys.2</w:t>
            </w:r>
            <w:r w:rsidR="00D653D8">
              <w:rPr>
                <w:rFonts w:ascii="Roboto Condensed" w:hAnsi="Roboto Condensed"/>
                <w:sz w:val="20"/>
              </w:rPr>
              <w:t>8</w:t>
            </w:r>
            <w:r w:rsidRPr="00EE41D1">
              <w:rPr>
                <w:rFonts w:ascii="Roboto Condensed" w:hAnsi="Roboto Condensed"/>
                <w:sz w:val="20"/>
              </w:rPr>
              <w:t>.</w:t>
            </w:r>
          </w:p>
        </w:tc>
        <w:tc>
          <w:tcPr>
            <w:tcW w:w="8924" w:type="dxa"/>
          </w:tcPr>
          <w:p w14:paraId="6DA01B8C" w14:textId="77777777" w:rsidR="00EE41D1" w:rsidRPr="00EE41D1" w:rsidRDefault="00EE41D1" w:rsidP="00840964">
            <w:pPr>
              <w:rPr>
                <w:rFonts w:ascii="Roboto Condensed" w:hAnsi="Roboto Condensed"/>
                <w:sz w:val="20"/>
              </w:rPr>
            </w:pPr>
            <w:r w:rsidRPr="00EE41D1">
              <w:rPr>
                <w:rFonts w:ascii="Roboto Condensed" w:hAnsi="Roboto Condensed"/>
                <w:sz w:val="20"/>
              </w:rPr>
              <w:t>Rozmieszczenie firm zarejestrowanych w CEIDG na terenie gminy.</w:t>
            </w:r>
          </w:p>
        </w:tc>
      </w:tr>
      <w:tr w:rsidR="00EE41D1" w:rsidRPr="00EE41D1" w14:paraId="6FAA92DC" w14:textId="77777777" w:rsidTr="00EE41D1">
        <w:tc>
          <w:tcPr>
            <w:tcW w:w="988" w:type="dxa"/>
          </w:tcPr>
          <w:p w14:paraId="697C4587" w14:textId="2540811E" w:rsidR="00EE41D1" w:rsidRPr="00EE41D1" w:rsidRDefault="00EE41D1" w:rsidP="00840964">
            <w:pPr>
              <w:rPr>
                <w:rFonts w:ascii="Roboto Condensed" w:hAnsi="Roboto Condensed"/>
                <w:sz w:val="20"/>
              </w:rPr>
            </w:pPr>
            <w:r w:rsidRPr="00EE41D1">
              <w:rPr>
                <w:rFonts w:ascii="Roboto Condensed" w:hAnsi="Roboto Condensed"/>
                <w:sz w:val="20"/>
              </w:rPr>
              <w:t>Rys.2</w:t>
            </w:r>
            <w:r w:rsidR="00D653D8">
              <w:rPr>
                <w:rFonts w:ascii="Roboto Condensed" w:hAnsi="Roboto Condensed"/>
                <w:sz w:val="20"/>
              </w:rPr>
              <w:t>9</w:t>
            </w:r>
            <w:r w:rsidRPr="00EE41D1">
              <w:rPr>
                <w:rFonts w:ascii="Roboto Condensed" w:hAnsi="Roboto Condensed"/>
                <w:sz w:val="20"/>
              </w:rPr>
              <w:t>.</w:t>
            </w:r>
          </w:p>
        </w:tc>
        <w:tc>
          <w:tcPr>
            <w:tcW w:w="8924" w:type="dxa"/>
          </w:tcPr>
          <w:p w14:paraId="5F84407B" w14:textId="77777777" w:rsidR="00EE41D1" w:rsidRPr="00EE41D1" w:rsidRDefault="00EE41D1" w:rsidP="00840964">
            <w:pPr>
              <w:rPr>
                <w:rFonts w:ascii="Roboto Condensed" w:hAnsi="Roboto Condensed"/>
                <w:sz w:val="20"/>
              </w:rPr>
            </w:pPr>
            <w:r w:rsidRPr="00EE41D1">
              <w:rPr>
                <w:rFonts w:ascii="Roboto Condensed" w:hAnsi="Roboto Condensed"/>
                <w:sz w:val="20"/>
              </w:rPr>
              <w:t xml:space="preserve">Prognozowany udział funkcji mieszkaniowej w strefach SJ w ramach obowiązujących </w:t>
            </w:r>
            <w:proofErr w:type="spellStart"/>
            <w:r w:rsidRPr="00EE41D1">
              <w:rPr>
                <w:rFonts w:ascii="Roboto Condensed" w:hAnsi="Roboto Condensed"/>
                <w:sz w:val="20"/>
              </w:rPr>
              <w:t>mpzp</w:t>
            </w:r>
            <w:proofErr w:type="spellEnd"/>
            <w:r w:rsidRPr="00EE41D1">
              <w:rPr>
                <w:rFonts w:ascii="Roboto Condensed" w:hAnsi="Roboto Condensed"/>
                <w:sz w:val="20"/>
              </w:rPr>
              <w:t xml:space="preserve"> i obszaru uzupełnienia zabudowy w których występują tereny niezabudowane i luki w zabudowie istniejącej.</w:t>
            </w:r>
          </w:p>
        </w:tc>
      </w:tr>
      <w:tr w:rsidR="00EE41D1" w:rsidRPr="00EE41D1" w14:paraId="54BFD246" w14:textId="77777777" w:rsidTr="00EE41D1">
        <w:tc>
          <w:tcPr>
            <w:tcW w:w="988" w:type="dxa"/>
          </w:tcPr>
          <w:p w14:paraId="7DD0FC80" w14:textId="70E5B710" w:rsidR="00EE41D1" w:rsidRPr="00EE41D1" w:rsidRDefault="00EE41D1" w:rsidP="00840964">
            <w:pPr>
              <w:rPr>
                <w:rFonts w:ascii="Roboto Condensed" w:hAnsi="Roboto Condensed"/>
                <w:sz w:val="20"/>
              </w:rPr>
            </w:pPr>
            <w:r w:rsidRPr="00EE41D1">
              <w:rPr>
                <w:rFonts w:ascii="Roboto Condensed" w:hAnsi="Roboto Condensed"/>
                <w:sz w:val="20"/>
              </w:rPr>
              <w:t>Rys.</w:t>
            </w:r>
            <w:r w:rsidR="00D653D8">
              <w:rPr>
                <w:rFonts w:ascii="Roboto Condensed" w:hAnsi="Roboto Condensed"/>
                <w:sz w:val="20"/>
              </w:rPr>
              <w:t>30</w:t>
            </w:r>
            <w:r w:rsidRPr="00EE41D1">
              <w:rPr>
                <w:rFonts w:ascii="Roboto Condensed" w:hAnsi="Roboto Condensed"/>
                <w:sz w:val="20"/>
              </w:rPr>
              <w:t>.</w:t>
            </w:r>
          </w:p>
        </w:tc>
        <w:tc>
          <w:tcPr>
            <w:tcW w:w="8924" w:type="dxa"/>
          </w:tcPr>
          <w:p w14:paraId="5573C0FF" w14:textId="77777777" w:rsidR="00EE41D1" w:rsidRPr="00EE41D1" w:rsidRDefault="00EE41D1" w:rsidP="00840964">
            <w:pPr>
              <w:rPr>
                <w:rFonts w:ascii="Roboto Condensed" w:hAnsi="Roboto Condensed"/>
                <w:sz w:val="20"/>
              </w:rPr>
            </w:pPr>
            <w:r w:rsidRPr="00EE41D1">
              <w:rPr>
                <w:rFonts w:ascii="Roboto Condensed" w:hAnsi="Roboto Condensed"/>
                <w:sz w:val="20"/>
              </w:rPr>
              <w:t>Wyznaczone strefy wielofunkcyjne w projekcie POG w ramach obowiązujących MPZP i OUZ.</w:t>
            </w:r>
          </w:p>
        </w:tc>
      </w:tr>
      <w:tr w:rsidR="00EE41D1" w:rsidRPr="00EE41D1" w14:paraId="348122DA" w14:textId="77777777" w:rsidTr="00EE41D1">
        <w:tc>
          <w:tcPr>
            <w:tcW w:w="988" w:type="dxa"/>
          </w:tcPr>
          <w:p w14:paraId="5DF2A6E3" w14:textId="7F12FEAE" w:rsidR="00EE41D1" w:rsidRPr="00EE41D1" w:rsidRDefault="00EE41D1" w:rsidP="00840964">
            <w:pPr>
              <w:rPr>
                <w:rFonts w:ascii="Roboto Condensed" w:hAnsi="Roboto Condensed"/>
                <w:sz w:val="20"/>
              </w:rPr>
            </w:pPr>
            <w:r w:rsidRPr="00EE41D1">
              <w:rPr>
                <w:rFonts w:ascii="Roboto Condensed" w:hAnsi="Roboto Condensed"/>
                <w:sz w:val="20"/>
              </w:rPr>
              <w:t>Rys.3</w:t>
            </w:r>
            <w:r w:rsidR="00D653D8">
              <w:rPr>
                <w:rFonts w:ascii="Roboto Condensed" w:hAnsi="Roboto Condensed"/>
                <w:sz w:val="20"/>
              </w:rPr>
              <w:t>1</w:t>
            </w:r>
            <w:r w:rsidRPr="00EE41D1">
              <w:rPr>
                <w:rFonts w:ascii="Roboto Condensed" w:hAnsi="Roboto Condensed"/>
                <w:sz w:val="20"/>
              </w:rPr>
              <w:t>.</w:t>
            </w:r>
          </w:p>
        </w:tc>
        <w:tc>
          <w:tcPr>
            <w:tcW w:w="8924" w:type="dxa"/>
          </w:tcPr>
          <w:p w14:paraId="40F93C0A" w14:textId="77777777" w:rsidR="00EE41D1" w:rsidRPr="00EE41D1" w:rsidRDefault="00EE41D1" w:rsidP="00840964">
            <w:pPr>
              <w:rPr>
                <w:rFonts w:ascii="Roboto Condensed" w:hAnsi="Roboto Condensed"/>
                <w:sz w:val="20"/>
              </w:rPr>
            </w:pPr>
            <w:r w:rsidRPr="00EE41D1">
              <w:rPr>
                <w:rFonts w:ascii="Roboto Condensed" w:hAnsi="Roboto Condensed"/>
                <w:sz w:val="20"/>
              </w:rPr>
              <w:t>Tereny niezabudowane i luki w zabudowie w ramach stref wielofunkcyjnych w projekcie POG w ramach obowiązujących MPZP i OUZ.</w:t>
            </w:r>
          </w:p>
        </w:tc>
      </w:tr>
      <w:tr w:rsidR="00EE41D1" w:rsidRPr="00EE41D1" w14:paraId="5D4587DD" w14:textId="77777777" w:rsidTr="00EE41D1">
        <w:tc>
          <w:tcPr>
            <w:tcW w:w="988" w:type="dxa"/>
          </w:tcPr>
          <w:p w14:paraId="5922C927" w14:textId="13679FA2" w:rsidR="00EE41D1" w:rsidRPr="00EE41D1" w:rsidRDefault="00EE41D1" w:rsidP="00840964">
            <w:pPr>
              <w:rPr>
                <w:rFonts w:ascii="Roboto Condensed" w:hAnsi="Roboto Condensed"/>
                <w:sz w:val="20"/>
              </w:rPr>
            </w:pPr>
            <w:r w:rsidRPr="00EE41D1">
              <w:rPr>
                <w:rFonts w:ascii="Roboto Condensed" w:hAnsi="Roboto Condensed"/>
                <w:sz w:val="20"/>
              </w:rPr>
              <w:t>Rys.3</w:t>
            </w:r>
            <w:r w:rsidR="00D653D8">
              <w:rPr>
                <w:rFonts w:ascii="Roboto Condensed" w:hAnsi="Roboto Condensed"/>
                <w:sz w:val="20"/>
              </w:rPr>
              <w:t>2</w:t>
            </w:r>
            <w:r w:rsidRPr="00EE41D1">
              <w:rPr>
                <w:rFonts w:ascii="Roboto Condensed" w:hAnsi="Roboto Condensed"/>
                <w:sz w:val="20"/>
              </w:rPr>
              <w:t>.</w:t>
            </w:r>
          </w:p>
        </w:tc>
        <w:tc>
          <w:tcPr>
            <w:tcW w:w="8924" w:type="dxa"/>
          </w:tcPr>
          <w:p w14:paraId="268BD3B5" w14:textId="77777777" w:rsidR="00EE41D1" w:rsidRPr="00EE41D1" w:rsidRDefault="00EE41D1" w:rsidP="00840964">
            <w:pPr>
              <w:rPr>
                <w:rFonts w:ascii="Roboto Condensed" w:hAnsi="Roboto Condensed"/>
                <w:sz w:val="20"/>
              </w:rPr>
            </w:pPr>
            <w:r w:rsidRPr="00EE41D1">
              <w:rPr>
                <w:rFonts w:ascii="Roboto Condensed" w:hAnsi="Roboto Condensed"/>
                <w:sz w:val="20"/>
              </w:rPr>
              <w:t>Prognozowany udział funkcji mieszkaniowej w strefach SJ w których występują tereny niezabudowane i luki w zabudowie istniejącej</w:t>
            </w:r>
          </w:p>
        </w:tc>
      </w:tr>
      <w:tr w:rsidR="00EE41D1" w:rsidRPr="00EE41D1" w14:paraId="4AE8BBA8" w14:textId="77777777" w:rsidTr="00EE41D1">
        <w:tc>
          <w:tcPr>
            <w:tcW w:w="988" w:type="dxa"/>
          </w:tcPr>
          <w:p w14:paraId="4F7A2391" w14:textId="54151DA9" w:rsidR="00EE41D1" w:rsidRPr="00EE41D1" w:rsidRDefault="00EE41D1" w:rsidP="00840964">
            <w:pPr>
              <w:rPr>
                <w:rFonts w:ascii="Roboto Condensed" w:hAnsi="Roboto Condensed"/>
                <w:sz w:val="20"/>
              </w:rPr>
            </w:pPr>
            <w:r w:rsidRPr="00EE41D1">
              <w:rPr>
                <w:rFonts w:ascii="Roboto Condensed" w:hAnsi="Roboto Condensed"/>
                <w:sz w:val="20"/>
              </w:rPr>
              <w:t>Rys.3</w:t>
            </w:r>
            <w:r w:rsidR="00D653D8">
              <w:rPr>
                <w:rFonts w:ascii="Roboto Condensed" w:hAnsi="Roboto Condensed"/>
                <w:sz w:val="20"/>
              </w:rPr>
              <w:t>3</w:t>
            </w:r>
            <w:r w:rsidRPr="00EE41D1">
              <w:rPr>
                <w:rFonts w:ascii="Roboto Condensed" w:hAnsi="Roboto Condensed"/>
                <w:sz w:val="20"/>
              </w:rPr>
              <w:t>.</w:t>
            </w:r>
          </w:p>
        </w:tc>
        <w:tc>
          <w:tcPr>
            <w:tcW w:w="8924" w:type="dxa"/>
          </w:tcPr>
          <w:p w14:paraId="1BB35C4D" w14:textId="77777777" w:rsidR="00EE41D1" w:rsidRPr="00EE41D1" w:rsidRDefault="00EE41D1" w:rsidP="00840964">
            <w:pPr>
              <w:rPr>
                <w:rFonts w:ascii="Roboto Condensed" w:hAnsi="Roboto Condensed"/>
                <w:sz w:val="20"/>
              </w:rPr>
            </w:pPr>
            <w:r w:rsidRPr="00EE41D1">
              <w:rPr>
                <w:rFonts w:ascii="Roboto Condensed" w:hAnsi="Roboto Condensed"/>
                <w:sz w:val="20"/>
              </w:rPr>
              <w:t>Wyznaczone strefy wielofunkcyjne w projekcie POG.</w:t>
            </w:r>
          </w:p>
        </w:tc>
      </w:tr>
      <w:tr w:rsidR="00EE41D1" w14:paraId="4053841E" w14:textId="77777777" w:rsidTr="00EE41D1">
        <w:tc>
          <w:tcPr>
            <w:tcW w:w="988" w:type="dxa"/>
          </w:tcPr>
          <w:p w14:paraId="5D73F306" w14:textId="5F48DCDB" w:rsidR="00EE41D1" w:rsidRPr="00EE41D1" w:rsidRDefault="00EE41D1" w:rsidP="00840964">
            <w:pPr>
              <w:rPr>
                <w:rFonts w:ascii="Roboto Condensed" w:hAnsi="Roboto Condensed"/>
                <w:sz w:val="20"/>
              </w:rPr>
            </w:pPr>
            <w:r w:rsidRPr="00EE41D1">
              <w:rPr>
                <w:rFonts w:ascii="Roboto Condensed" w:hAnsi="Roboto Condensed"/>
                <w:sz w:val="20"/>
              </w:rPr>
              <w:t>Rys.3</w:t>
            </w:r>
            <w:r w:rsidR="00D653D8">
              <w:rPr>
                <w:rFonts w:ascii="Roboto Condensed" w:hAnsi="Roboto Condensed"/>
                <w:sz w:val="20"/>
              </w:rPr>
              <w:t>4</w:t>
            </w:r>
            <w:r w:rsidRPr="00EE41D1">
              <w:rPr>
                <w:rFonts w:ascii="Roboto Condensed" w:hAnsi="Roboto Condensed"/>
                <w:sz w:val="20"/>
              </w:rPr>
              <w:t>.</w:t>
            </w:r>
          </w:p>
        </w:tc>
        <w:tc>
          <w:tcPr>
            <w:tcW w:w="8924" w:type="dxa"/>
          </w:tcPr>
          <w:p w14:paraId="443F0299" w14:textId="77777777" w:rsidR="00EE41D1" w:rsidRDefault="00EE41D1" w:rsidP="00840964">
            <w:pPr>
              <w:rPr>
                <w:rFonts w:ascii="Roboto Condensed" w:hAnsi="Roboto Condensed"/>
                <w:sz w:val="20"/>
                <w:szCs w:val="20"/>
              </w:rPr>
            </w:pPr>
            <w:r w:rsidRPr="00EE41D1">
              <w:rPr>
                <w:rFonts w:ascii="Roboto Condensed" w:hAnsi="Roboto Condensed"/>
                <w:sz w:val="20"/>
              </w:rPr>
              <w:t>Tereny niezabudowane i luki w zabudowie w ramach stref wielofunkcyjnych w projekcie POG.</w:t>
            </w:r>
          </w:p>
        </w:tc>
      </w:tr>
    </w:tbl>
    <w:p w14:paraId="7E4517D1" w14:textId="77777777" w:rsidR="00E32D6D" w:rsidRDefault="00E32D6D"/>
    <w:p w14:paraId="58DF5F7E" w14:textId="06461CC7" w:rsidR="0089416E" w:rsidRPr="00ED71C0" w:rsidRDefault="0089416E" w:rsidP="00E32D6D">
      <w:pPr>
        <w:pStyle w:val="Nagwek1"/>
        <w:spacing w:before="60" w:after="60" w:line="240" w:lineRule="auto"/>
        <w:rPr>
          <w:rFonts w:ascii="Roboto Condensed" w:hAnsi="Roboto Condensed"/>
          <w:sz w:val="20"/>
          <w:u w:val="single"/>
          <w:lang w:val="pl-PL"/>
        </w:rPr>
      </w:pPr>
      <w:bookmarkStart w:id="139" w:name="_Toc204429733"/>
      <w:bookmarkStart w:id="140" w:name="_Toc206769061"/>
      <w:r w:rsidRPr="00A53321">
        <w:rPr>
          <w:rFonts w:ascii="Roboto Condensed" w:hAnsi="Roboto Condensed"/>
          <w:bCs/>
          <w:sz w:val="20"/>
          <w:lang w:val="pl-PL"/>
        </w:rPr>
        <w:t>Wykaz tabel:</w:t>
      </w:r>
      <w:bookmarkEnd w:id="139"/>
      <w:bookmarkEnd w:id="140"/>
    </w:p>
    <w:tbl>
      <w:tblPr>
        <w:tblStyle w:val="Tabela-Siatka"/>
        <w:tblW w:w="0" w:type="auto"/>
        <w:tblLook w:val="04A0" w:firstRow="1" w:lastRow="0" w:firstColumn="1" w:lastColumn="0" w:noHBand="0" w:noVBand="1"/>
      </w:tblPr>
      <w:tblGrid>
        <w:gridCol w:w="988"/>
        <w:gridCol w:w="8924"/>
      </w:tblGrid>
      <w:tr w:rsidR="0054222D" w:rsidRPr="0054222D" w14:paraId="7FA008AE" w14:textId="77777777" w:rsidTr="004A7B93">
        <w:tc>
          <w:tcPr>
            <w:tcW w:w="988" w:type="dxa"/>
          </w:tcPr>
          <w:p w14:paraId="130E3308" w14:textId="77777777" w:rsidR="0054222D" w:rsidRPr="0054222D" w:rsidRDefault="0054222D" w:rsidP="004313EA">
            <w:pPr>
              <w:rPr>
                <w:rFonts w:ascii="Roboto Condensed" w:hAnsi="Roboto Condensed"/>
                <w:sz w:val="20"/>
              </w:rPr>
            </w:pPr>
            <w:r w:rsidRPr="0054222D">
              <w:rPr>
                <w:rFonts w:ascii="Roboto Condensed" w:hAnsi="Roboto Condensed"/>
                <w:sz w:val="20"/>
              </w:rPr>
              <w:t>Tab. 1.</w:t>
            </w:r>
          </w:p>
        </w:tc>
        <w:tc>
          <w:tcPr>
            <w:tcW w:w="8924" w:type="dxa"/>
          </w:tcPr>
          <w:p w14:paraId="22C87793" w14:textId="5CA4FD70" w:rsidR="0054222D" w:rsidRPr="0054222D" w:rsidRDefault="00CB5E51" w:rsidP="004313EA">
            <w:pPr>
              <w:rPr>
                <w:rFonts w:ascii="Roboto Condensed" w:hAnsi="Roboto Condensed"/>
                <w:sz w:val="20"/>
              </w:rPr>
            </w:pPr>
            <w:r w:rsidRPr="00CB5E51">
              <w:rPr>
                <w:rFonts w:ascii="Roboto Condensed" w:hAnsi="Roboto Condensed"/>
                <w:sz w:val="20"/>
              </w:rPr>
              <w:t>Wykaz obiektów zabytkowych ujętych w gminnej ewidencji zabytków gminy Radomsko.</w:t>
            </w:r>
          </w:p>
        </w:tc>
      </w:tr>
      <w:tr w:rsidR="004A7B93" w:rsidRPr="0054222D" w14:paraId="67293C61" w14:textId="77777777" w:rsidTr="004A7B93">
        <w:tc>
          <w:tcPr>
            <w:tcW w:w="988" w:type="dxa"/>
          </w:tcPr>
          <w:p w14:paraId="291568F1" w14:textId="0AC5D414" w:rsidR="004A7B93" w:rsidRPr="0054222D" w:rsidRDefault="004A7B93" w:rsidP="004313EA">
            <w:pPr>
              <w:rPr>
                <w:rFonts w:ascii="Roboto Condensed" w:hAnsi="Roboto Condensed"/>
                <w:sz w:val="20"/>
              </w:rPr>
            </w:pPr>
            <w:r w:rsidRPr="004A7B93">
              <w:rPr>
                <w:rFonts w:ascii="Roboto Condensed" w:hAnsi="Roboto Condensed"/>
                <w:sz w:val="20"/>
              </w:rPr>
              <w:t>Tab. 2.</w:t>
            </w:r>
          </w:p>
        </w:tc>
        <w:tc>
          <w:tcPr>
            <w:tcW w:w="8924" w:type="dxa"/>
          </w:tcPr>
          <w:p w14:paraId="3567B8CC" w14:textId="1755B1B8" w:rsidR="004A7B93" w:rsidRPr="0054222D" w:rsidRDefault="0053080C" w:rsidP="004313EA">
            <w:pPr>
              <w:rPr>
                <w:rFonts w:ascii="Roboto Condensed" w:hAnsi="Roboto Condensed"/>
                <w:sz w:val="20"/>
              </w:rPr>
            </w:pPr>
            <w:r w:rsidRPr="0053080C">
              <w:rPr>
                <w:rFonts w:ascii="Roboto Condensed" w:hAnsi="Roboto Condensed"/>
                <w:sz w:val="20"/>
              </w:rPr>
              <w:t>Wykaz obiektów proponowanych do objęcia ochroną w Gminnym Program Opieki nad Zabytkami Gminy Radomsko na lata 2023-2026</w:t>
            </w:r>
          </w:p>
        </w:tc>
      </w:tr>
      <w:tr w:rsidR="0054222D" w:rsidRPr="0054222D" w14:paraId="3CAD53C3" w14:textId="77777777" w:rsidTr="004A7B93">
        <w:tc>
          <w:tcPr>
            <w:tcW w:w="988" w:type="dxa"/>
          </w:tcPr>
          <w:p w14:paraId="397A09F3" w14:textId="725CF17D" w:rsidR="0054222D" w:rsidRPr="0054222D" w:rsidRDefault="0054222D" w:rsidP="004313EA">
            <w:pPr>
              <w:rPr>
                <w:rFonts w:ascii="Roboto Condensed" w:hAnsi="Roboto Condensed"/>
                <w:sz w:val="20"/>
              </w:rPr>
            </w:pPr>
            <w:r w:rsidRPr="0054222D">
              <w:rPr>
                <w:rFonts w:ascii="Roboto Condensed" w:hAnsi="Roboto Condensed"/>
                <w:sz w:val="20"/>
              </w:rPr>
              <w:t xml:space="preserve">Tab. </w:t>
            </w:r>
            <w:r w:rsidR="004A7B93">
              <w:rPr>
                <w:rFonts w:ascii="Roboto Condensed" w:hAnsi="Roboto Condensed"/>
                <w:sz w:val="20"/>
              </w:rPr>
              <w:t>3</w:t>
            </w:r>
            <w:r w:rsidRPr="0054222D">
              <w:rPr>
                <w:rFonts w:ascii="Roboto Condensed" w:hAnsi="Roboto Condensed"/>
                <w:sz w:val="20"/>
              </w:rPr>
              <w:t>.</w:t>
            </w:r>
          </w:p>
        </w:tc>
        <w:tc>
          <w:tcPr>
            <w:tcW w:w="8924" w:type="dxa"/>
          </w:tcPr>
          <w:p w14:paraId="19DC8A2B" w14:textId="79F3DC83" w:rsidR="0054222D" w:rsidRPr="0054222D" w:rsidRDefault="0054222D" w:rsidP="004313EA">
            <w:pPr>
              <w:rPr>
                <w:rFonts w:ascii="Roboto Condensed" w:hAnsi="Roboto Condensed"/>
                <w:sz w:val="20"/>
              </w:rPr>
            </w:pPr>
            <w:r w:rsidRPr="0054222D">
              <w:rPr>
                <w:rFonts w:ascii="Roboto Condensed" w:hAnsi="Roboto Condensed"/>
                <w:sz w:val="20"/>
              </w:rPr>
              <w:t xml:space="preserve">Wykaz stanowisk archeologicznych zlokalizowanych na obszarze gminy </w:t>
            </w:r>
            <w:r w:rsidR="00EE1187">
              <w:rPr>
                <w:rFonts w:ascii="Roboto Condensed" w:hAnsi="Roboto Condensed"/>
                <w:sz w:val="20"/>
              </w:rPr>
              <w:t>Radomsko</w:t>
            </w:r>
            <w:r w:rsidRPr="0054222D">
              <w:rPr>
                <w:rFonts w:ascii="Roboto Condensed" w:hAnsi="Roboto Condensed"/>
                <w:sz w:val="20"/>
              </w:rPr>
              <w:t>.</w:t>
            </w:r>
          </w:p>
        </w:tc>
      </w:tr>
      <w:tr w:rsidR="0054222D" w:rsidRPr="0054222D" w14:paraId="5817195B" w14:textId="77777777" w:rsidTr="004A7B93">
        <w:tc>
          <w:tcPr>
            <w:tcW w:w="988" w:type="dxa"/>
          </w:tcPr>
          <w:p w14:paraId="607325E5" w14:textId="5F42EF99" w:rsidR="0054222D" w:rsidRPr="0054222D" w:rsidRDefault="0054222D" w:rsidP="004313EA">
            <w:pPr>
              <w:rPr>
                <w:rFonts w:ascii="Roboto Condensed" w:hAnsi="Roboto Condensed"/>
                <w:sz w:val="20"/>
              </w:rPr>
            </w:pPr>
            <w:r w:rsidRPr="0054222D">
              <w:rPr>
                <w:rFonts w:ascii="Roboto Condensed" w:hAnsi="Roboto Condensed"/>
                <w:sz w:val="20"/>
              </w:rPr>
              <w:t xml:space="preserve">Tab. </w:t>
            </w:r>
            <w:r w:rsidR="004A7B93">
              <w:rPr>
                <w:rFonts w:ascii="Roboto Condensed" w:hAnsi="Roboto Condensed"/>
                <w:sz w:val="20"/>
              </w:rPr>
              <w:t>4</w:t>
            </w:r>
            <w:r w:rsidRPr="0054222D">
              <w:rPr>
                <w:rFonts w:ascii="Roboto Condensed" w:hAnsi="Roboto Condensed"/>
                <w:sz w:val="20"/>
              </w:rPr>
              <w:t>.</w:t>
            </w:r>
          </w:p>
        </w:tc>
        <w:tc>
          <w:tcPr>
            <w:tcW w:w="8924" w:type="dxa"/>
          </w:tcPr>
          <w:p w14:paraId="3C81BC06" w14:textId="0F9621DC" w:rsidR="0054222D" w:rsidRPr="0054222D" w:rsidRDefault="0054222D" w:rsidP="004313EA">
            <w:pPr>
              <w:rPr>
                <w:rFonts w:ascii="Roboto Condensed" w:hAnsi="Roboto Condensed"/>
                <w:sz w:val="20"/>
              </w:rPr>
            </w:pPr>
            <w:r w:rsidRPr="0054222D">
              <w:rPr>
                <w:rFonts w:ascii="Roboto Condensed" w:hAnsi="Roboto Condensed"/>
                <w:sz w:val="20"/>
              </w:rPr>
              <w:t xml:space="preserve">Typy i podtypy krajobrazu </w:t>
            </w:r>
            <w:r w:rsidR="003D0E19">
              <w:rPr>
                <w:rFonts w:ascii="Roboto Condensed" w:hAnsi="Roboto Condensed"/>
                <w:sz w:val="20"/>
              </w:rPr>
              <w:t>występujące na terenie gminy</w:t>
            </w:r>
            <w:r w:rsidRPr="0054222D">
              <w:rPr>
                <w:rFonts w:ascii="Roboto Condensed" w:hAnsi="Roboto Condensed"/>
                <w:sz w:val="20"/>
              </w:rPr>
              <w:t>.</w:t>
            </w:r>
          </w:p>
        </w:tc>
      </w:tr>
      <w:tr w:rsidR="0054222D" w:rsidRPr="0054222D" w14:paraId="7F3323C9" w14:textId="77777777" w:rsidTr="004A7B93">
        <w:tc>
          <w:tcPr>
            <w:tcW w:w="988" w:type="dxa"/>
          </w:tcPr>
          <w:p w14:paraId="09349679" w14:textId="4DFD2F07" w:rsidR="0054222D" w:rsidRPr="0054222D" w:rsidRDefault="0054222D" w:rsidP="004313EA">
            <w:pPr>
              <w:rPr>
                <w:rFonts w:ascii="Roboto Condensed" w:hAnsi="Roboto Condensed"/>
                <w:sz w:val="20"/>
              </w:rPr>
            </w:pPr>
            <w:r w:rsidRPr="0054222D">
              <w:rPr>
                <w:rFonts w:ascii="Roboto Condensed" w:hAnsi="Roboto Condensed"/>
                <w:sz w:val="20"/>
              </w:rPr>
              <w:t xml:space="preserve">Tab. </w:t>
            </w:r>
            <w:r w:rsidR="004A7B93">
              <w:rPr>
                <w:rFonts w:ascii="Roboto Condensed" w:hAnsi="Roboto Condensed"/>
                <w:sz w:val="20"/>
              </w:rPr>
              <w:t>5</w:t>
            </w:r>
            <w:r w:rsidRPr="0054222D">
              <w:rPr>
                <w:rFonts w:ascii="Roboto Condensed" w:hAnsi="Roboto Condensed"/>
                <w:sz w:val="20"/>
              </w:rPr>
              <w:t>.</w:t>
            </w:r>
          </w:p>
        </w:tc>
        <w:tc>
          <w:tcPr>
            <w:tcW w:w="8924" w:type="dxa"/>
          </w:tcPr>
          <w:p w14:paraId="417D4E56" w14:textId="15CDB9A0" w:rsidR="0054222D" w:rsidRPr="0054222D" w:rsidRDefault="009D7CA3" w:rsidP="004313EA">
            <w:pPr>
              <w:rPr>
                <w:rFonts w:ascii="Roboto Condensed" w:hAnsi="Roboto Condensed"/>
                <w:sz w:val="20"/>
              </w:rPr>
            </w:pPr>
            <w:r w:rsidRPr="009D7CA3">
              <w:rPr>
                <w:rFonts w:ascii="Roboto Condensed" w:hAnsi="Roboto Condensed"/>
                <w:sz w:val="20"/>
              </w:rPr>
              <w:t xml:space="preserve">Zagrożenia krajobrazu priorytetowego 10-342.17.-10 Dolina Warty – Łuk </w:t>
            </w:r>
            <w:proofErr w:type="spellStart"/>
            <w:r w:rsidRPr="009D7CA3">
              <w:rPr>
                <w:rFonts w:ascii="Roboto Condensed" w:hAnsi="Roboto Condensed"/>
                <w:sz w:val="20"/>
              </w:rPr>
              <w:t>Pławiński</w:t>
            </w:r>
            <w:proofErr w:type="spellEnd"/>
          </w:p>
        </w:tc>
      </w:tr>
      <w:tr w:rsidR="009D7CA3" w:rsidRPr="0054222D" w14:paraId="0306255C" w14:textId="77777777" w:rsidTr="004A7B93">
        <w:tc>
          <w:tcPr>
            <w:tcW w:w="988" w:type="dxa"/>
          </w:tcPr>
          <w:p w14:paraId="6F8E663C" w14:textId="6559C13C" w:rsidR="009D7CA3" w:rsidRPr="0054222D" w:rsidRDefault="009D7CA3" w:rsidP="004313EA">
            <w:pPr>
              <w:rPr>
                <w:rFonts w:ascii="Roboto Condensed" w:hAnsi="Roboto Condensed"/>
                <w:sz w:val="20"/>
              </w:rPr>
            </w:pPr>
            <w:r w:rsidRPr="0054222D">
              <w:rPr>
                <w:rFonts w:ascii="Roboto Condensed" w:hAnsi="Roboto Condensed"/>
                <w:sz w:val="20"/>
              </w:rPr>
              <w:t xml:space="preserve">Tab. </w:t>
            </w:r>
            <w:r>
              <w:rPr>
                <w:rFonts w:ascii="Roboto Condensed" w:hAnsi="Roboto Condensed"/>
                <w:sz w:val="20"/>
              </w:rPr>
              <w:t>6</w:t>
            </w:r>
          </w:p>
        </w:tc>
        <w:tc>
          <w:tcPr>
            <w:tcW w:w="8924" w:type="dxa"/>
          </w:tcPr>
          <w:p w14:paraId="44F4EBC8" w14:textId="17684AB6" w:rsidR="009D7CA3" w:rsidRPr="009D7CA3" w:rsidRDefault="009D7CA3" w:rsidP="004313EA">
            <w:pPr>
              <w:rPr>
                <w:rFonts w:ascii="Roboto Condensed" w:hAnsi="Roboto Condensed"/>
                <w:sz w:val="20"/>
              </w:rPr>
            </w:pPr>
            <w:r w:rsidRPr="009D7CA3">
              <w:rPr>
                <w:rFonts w:ascii="Roboto Condensed" w:hAnsi="Roboto Condensed"/>
                <w:sz w:val="20"/>
              </w:rPr>
              <w:t>Dane do obliczenia zapotrzebowania na nową zabudowę mieszkaniową w gminie</w:t>
            </w:r>
          </w:p>
        </w:tc>
      </w:tr>
      <w:tr w:rsidR="00596BDF" w:rsidRPr="0054222D" w14:paraId="26BE28ED" w14:textId="77777777" w:rsidTr="004A7B93">
        <w:tc>
          <w:tcPr>
            <w:tcW w:w="988" w:type="dxa"/>
          </w:tcPr>
          <w:p w14:paraId="7B6FA831" w14:textId="34EFB3ED" w:rsidR="00596BDF" w:rsidRPr="0054222D" w:rsidRDefault="00596BDF" w:rsidP="00596BDF">
            <w:pPr>
              <w:rPr>
                <w:rFonts w:ascii="Roboto Condensed" w:hAnsi="Roboto Condensed"/>
                <w:sz w:val="20"/>
              </w:rPr>
            </w:pPr>
            <w:r w:rsidRPr="0054222D">
              <w:rPr>
                <w:rFonts w:ascii="Roboto Condensed" w:hAnsi="Roboto Condensed"/>
                <w:sz w:val="20"/>
              </w:rPr>
              <w:t xml:space="preserve">Tab. </w:t>
            </w:r>
            <w:r>
              <w:rPr>
                <w:rFonts w:ascii="Roboto Condensed" w:hAnsi="Roboto Condensed"/>
                <w:sz w:val="20"/>
              </w:rPr>
              <w:t>7</w:t>
            </w:r>
            <w:r w:rsidRPr="0054222D">
              <w:rPr>
                <w:rFonts w:ascii="Roboto Condensed" w:hAnsi="Roboto Condensed"/>
                <w:sz w:val="20"/>
              </w:rPr>
              <w:t>.</w:t>
            </w:r>
          </w:p>
        </w:tc>
        <w:tc>
          <w:tcPr>
            <w:tcW w:w="8924" w:type="dxa"/>
          </w:tcPr>
          <w:p w14:paraId="05945644" w14:textId="6C9B06D1" w:rsidR="00596BDF" w:rsidRPr="009D7CA3" w:rsidRDefault="00596BDF" w:rsidP="00596BDF">
            <w:pPr>
              <w:rPr>
                <w:rFonts w:ascii="Roboto Condensed" w:hAnsi="Roboto Condensed"/>
                <w:sz w:val="20"/>
              </w:rPr>
            </w:pPr>
            <w:r w:rsidRPr="00596BDF">
              <w:rPr>
                <w:rFonts w:ascii="Roboto Condensed" w:hAnsi="Roboto Condensed"/>
                <w:sz w:val="20"/>
              </w:rPr>
              <w:t>Obliczenia zapotrzebowania na nową zabudowę mieszkaniową w gminie</w:t>
            </w:r>
          </w:p>
        </w:tc>
      </w:tr>
      <w:tr w:rsidR="00596BDF" w:rsidRPr="0054222D" w14:paraId="4EE0C019" w14:textId="77777777" w:rsidTr="004A7B93">
        <w:tc>
          <w:tcPr>
            <w:tcW w:w="988" w:type="dxa"/>
          </w:tcPr>
          <w:p w14:paraId="67F0E175" w14:textId="6AD65726" w:rsidR="00596BDF" w:rsidRPr="0054222D" w:rsidRDefault="00596BDF" w:rsidP="00596BDF">
            <w:pPr>
              <w:rPr>
                <w:rFonts w:ascii="Roboto Condensed" w:hAnsi="Roboto Condensed"/>
                <w:sz w:val="20"/>
              </w:rPr>
            </w:pPr>
            <w:r w:rsidRPr="0054222D">
              <w:rPr>
                <w:rFonts w:ascii="Roboto Condensed" w:hAnsi="Roboto Condensed"/>
                <w:sz w:val="20"/>
              </w:rPr>
              <w:t xml:space="preserve">Tab. </w:t>
            </w:r>
            <w:r>
              <w:rPr>
                <w:rFonts w:ascii="Roboto Condensed" w:hAnsi="Roboto Condensed"/>
                <w:sz w:val="20"/>
              </w:rPr>
              <w:t>8</w:t>
            </w:r>
            <w:r w:rsidRPr="0054222D">
              <w:rPr>
                <w:rFonts w:ascii="Roboto Condensed" w:hAnsi="Roboto Condensed"/>
                <w:sz w:val="20"/>
              </w:rPr>
              <w:t>.</w:t>
            </w:r>
          </w:p>
        </w:tc>
        <w:tc>
          <w:tcPr>
            <w:tcW w:w="8924" w:type="dxa"/>
          </w:tcPr>
          <w:p w14:paraId="1F06470F" w14:textId="77777777" w:rsidR="00596BDF" w:rsidRPr="0054222D" w:rsidRDefault="00596BDF" w:rsidP="00596BDF">
            <w:pPr>
              <w:rPr>
                <w:rFonts w:ascii="Roboto Condensed" w:hAnsi="Roboto Condensed"/>
                <w:sz w:val="20"/>
              </w:rPr>
            </w:pPr>
            <w:r w:rsidRPr="0054222D">
              <w:rPr>
                <w:rFonts w:ascii="Roboto Condensed" w:hAnsi="Roboto Condensed"/>
                <w:sz w:val="20"/>
              </w:rPr>
              <w:t>Gminny katalog stref planistycznych.</w:t>
            </w:r>
          </w:p>
        </w:tc>
      </w:tr>
      <w:tr w:rsidR="00596BDF" w:rsidRPr="0054222D" w14:paraId="7AEE2F1B" w14:textId="77777777" w:rsidTr="004A7B93">
        <w:tc>
          <w:tcPr>
            <w:tcW w:w="988" w:type="dxa"/>
          </w:tcPr>
          <w:p w14:paraId="1F365B05" w14:textId="3BDA34A8" w:rsidR="00596BDF" w:rsidRPr="0054222D" w:rsidRDefault="00596BDF" w:rsidP="00596BDF">
            <w:pPr>
              <w:rPr>
                <w:rFonts w:ascii="Roboto Condensed" w:hAnsi="Roboto Condensed"/>
                <w:sz w:val="20"/>
              </w:rPr>
            </w:pPr>
            <w:r w:rsidRPr="0054222D">
              <w:rPr>
                <w:rFonts w:ascii="Roboto Condensed" w:hAnsi="Roboto Condensed"/>
                <w:sz w:val="20"/>
              </w:rPr>
              <w:t xml:space="preserve">Tab. </w:t>
            </w:r>
            <w:r>
              <w:rPr>
                <w:rFonts w:ascii="Roboto Condensed" w:hAnsi="Roboto Condensed"/>
                <w:sz w:val="20"/>
              </w:rPr>
              <w:t>9</w:t>
            </w:r>
            <w:r w:rsidRPr="0054222D">
              <w:rPr>
                <w:rFonts w:ascii="Roboto Condensed" w:hAnsi="Roboto Condensed"/>
                <w:sz w:val="20"/>
              </w:rPr>
              <w:t>.</w:t>
            </w:r>
          </w:p>
        </w:tc>
        <w:tc>
          <w:tcPr>
            <w:tcW w:w="8924" w:type="dxa"/>
          </w:tcPr>
          <w:p w14:paraId="034EA3CA" w14:textId="5440BE09" w:rsidR="00596BDF" w:rsidRPr="0054222D" w:rsidRDefault="007727A9" w:rsidP="00596BDF">
            <w:pPr>
              <w:rPr>
                <w:rFonts w:ascii="Roboto Condensed" w:hAnsi="Roboto Condensed"/>
                <w:sz w:val="20"/>
              </w:rPr>
            </w:pPr>
            <w:r w:rsidRPr="007727A9">
              <w:rPr>
                <w:rFonts w:ascii="Roboto Condensed" w:hAnsi="Roboto Condensed"/>
                <w:sz w:val="20"/>
              </w:rPr>
              <w:t xml:space="preserve">Chłonność terenów niezabudowanych i luk w zabudowie istniejącej w ramach stref wielofunkcyjnych z zabudową mieszkaniową jednorodzinną SJ na obszarach obowiązujących </w:t>
            </w:r>
            <w:proofErr w:type="spellStart"/>
            <w:r w:rsidRPr="007727A9">
              <w:rPr>
                <w:rFonts w:ascii="Roboto Condensed" w:hAnsi="Roboto Condensed"/>
                <w:sz w:val="20"/>
              </w:rPr>
              <w:t>mpzp</w:t>
            </w:r>
            <w:proofErr w:type="spellEnd"/>
            <w:r w:rsidRPr="007727A9">
              <w:rPr>
                <w:rFonts w:ascii="Roboto Condensed" w:hAnsi="Roboto Condensed"/>
                <w:sz w:val="20"/>
              </w:rPr>
              <w:t xml:space="preserve"> i uzupełnienia zabudowy</w:t>
            </w:r>
          </w:p>
        </w:tc>
      </w:tr>
      <w:tr w:rsidR="00596BDF" w:rsidRPr="0054222D" w14:paraId="77064109" w14:textId="77777777" w:rsidTr="004A7B93">
        <w:tc>
          <w:tcPr>
            <w:tcW w:w="988" w:type="dxa"/>
          </w:tcPr>
          <w:p w14:paraId="1E921DE4" w14:textId="3D22E194" w:rsidR="00596BDF" w:rsidRPr="0054222D" w:rsidRDefault="00596BDF" w:rsidP="00596BDF">
            <w:pPr>
              <w:rPr>
                <w:rFonts w:ascii="Roboto Condensed" w:hAnsi="Roboto Condensed"/>
                <w:sz w:val="20"/>
              </w:rPr>
            </w:pPr>
            <w:r w:rsidRPr="0054222D">
              <w:rPr>
                <w:rFonts w:ascii="Roboto Condensed" w:hAnsi="Roboto Condensed"/>
                <w:sz w:val="20"/>
              </w:rPr>
              <w:t xml:space="preserve">Tab. </w:t>
            </w:r>
            <w:r>
              <w:rPr>
                <w:rFonts w:ascii="Roboto Condensed" w:hAnsi="Roboto Condensed"/>
                <w:sz w:val="20"/>
              </w:rPr>
              <w:t>10</w:t>
            </w:r>
            <w:r w:rsidRPr="0054222D">
              <w:rPr>
                <w:rFonts w:ascii="Roboto Condensed" w:hAnsi="Roboto Condensed"/>
                <w:sz w:val="20"/>
              </w:rPr>
              <w:t>.</w:t>
            </w:r>
          </w:p>
        </w:tc>
        <w:tc>
          <w:tcPr>
            <w:tcW w:w="8924" w:type="dxa"/>
          </w:tcPr>
          <w:p w14:paraId="669180C7" w14:textId="77777777" w:rsidR="00596BDF" w:rsidRPr="0054222D" w:rsidRDefault="00596BDF" w:rsidP="00596BDF">
            <w:pPr>
              <w:rPr>
                <w:rFonts w:ascii="Roboto Condensed" w:hAnsi="Roboto Condensed"/>
                <w:sz w:val="20"/>
              </w:rPr>
            </w:pPr>
            <w:r w:rsidRPr="0054222D">
              <w:rPr>
                <w:rFonts w:ascii="Roboto Condensed" w:hAnsi="Roboto Condensed"/>
                <w:sz w:val="20"/>
              </w:rPr>
              <w:t>Chłonność terenów niezabudowanych i luk w zabudowie istniejącej w ramach stref wielofunkcyjnych z zabudową zagrodową SZ na obszarach uzupełnienia zabudowy.</w:t>
            </w:r>
          </w:p>
        </w:tc>
      </w:tr>
      <w:tr w:rsidR="00596BDF" w:rsidRPr="0054222D" w14:paraId="0BFAF0B6" w14:textId="77777777" w:rsidTr="004A7B93">
        <w:tc>
          <w:tcPr>
            <w:tcW w:w="988" w:type="dxa"/>
          </w:tcPr>
          <w:p w14:paraId="45F9E1F1" w14:textId="7E34CEB7" w:rsidR="00596BDF" w:rsidRPr="0054222D" w:rsidRDefault="00596BDF" w:rsidP="00596BDF">
            <w:pPr>
              <w:rPr>
                <w:rFonts w:ascii="Roboto Condensed" w:hAnsi="Roboto Condensed"/>
                <w:sz w:val="20"/>
              </w:rPr>
            </w:pPr>
            <w:r w:rsidRPr="0054222D">
              <w:rPr>
                <w:rFonts w:ascii="Roboto Condensed" w:hAnsi="Roboto Condensed"/>
                <w:sz w:val="20"/>
              </w:rPr>
              <w:t xml:space="preserve">Tab. </w:t>
            </w:r>
            <w:r>
              <w:rPr>
                <w:rFonts w:ascii="Roboto Condensed" w:hAnsi="Roboto Condensed"/>
                <w:sz w:val="20"/>
              </w:rPr>
              <w:t>11</w:t>
            </w:r>
            <w:r w:rsidRPr="0054222D">
              <w:rPr>
                <w:rFonts w:ascii="Roboto Condensed" w:hAnsi="Roboto Condensed"/>
                <w:sz w:val="20"/>
              </w:rPr>
              <w:t>.</w:t>
            </w:r>
          </w:p>
        </w:tc>
        <w:tc>
          <w:tcPr>
            <w:tcW w:w="8924" w:type="dxa"/>
          </w:tcPr>
          <w:p w14:paraId="1E5DB524" w14:textId="77777777" w:rsidR="00596BDF" w:rsidRPr="0054222D" w:rsidRDefault="00596BDF" w:rsidP="00596BDF">
            <w:pPr>
              <w:rPr>
                <w:rFonts w:ascii="Roboto Condensed" w:hAnsi="Roboto Condensed"/>
                <w:sz w:val="20"/>
              </w:rPr>
            </w:pPr>
            <w:r w:rsidRPr="0054222D">
              <w:rPr>
                <w:rFonts w:ascii="Roboto Condensed" w:hAnsi="Roboto Condensed"/>
                <w:sz w:val="20"/>
              </w:rPr>
              <w:t>Chłonność terenów niezabudowanych i luk w zabudowie istniejącej w ramach stref wielofunkcyjnych z zabudową mieszkaniową jednorodzinną SJ.</w:t>
            </w:r>
          </w:p>
        </w:tc>
      </w:tr>
      <w:tr w:rsidR="0054222D" w:rsidRPr="0054222D" w14:paraId="7F313A06" w14:textId="77777777" w:rsidTr="004A7B93">
        <w:tc>
          <w:tcPr>
            <w:tcW w:w="988" w:type="dxa"/>
          </w:tcPr>
          <w:p w14:paraId="34F1264C" w14:textId="56A382BA" w:rsidR="0054222D" w:rsidRPr="0054222D" w:rsidRDefault="00596BDF" w:rsidP="004313EA">
            <w:pPr>
              <w:rPr>
                <w:rFonts w:ascii="Roboto Condensed" w:hAnsi="Roboto Condensed"/>
                <w:sz w:val="20"/>
              </w:rPr>
            </w:pPr>
            <w:r w:rsidRPr="0054222D">
              <w:rPr>
                <w:rFonts w:ascii="Roboto Condensed" w:hAnsi="Roboto Condensed"/>
                <w:sz w:val="20"/>
              </w:rPr>
              <w:t xml:space="preserve">Tab. </w:t>
            </w:r>
            <w:r>
              <w:rPr>
                <w:rFonts w:ascii="Roboto Condensed" w:hAnsi="Roboto Condensed"/>
                <w:sz w:val="20"/>
              </w:rPr>
              <w:t>12</w:t>
            </w:r>
            <w:r w:rsidRPr="0054222D">
              <w:rPr>
                <w:rFonts w:ascii="Roboto Condensed" w:hAnsi="Roboto Condensed"/>
                <w:sz w:val="20"/>
              </w:rPr>
              <w:t>.</w:t>
            </w:r>
          </w:p>
        </w:tc>
        <w:tc>
          <w:tcPr>
            <w:tcW w:w="8924" w:type="dxa"/>
          </w:tcPr>
          <w:p w14:paraId="22570395" w14:textId="77777777" w:rsidR="0054222D" w:rsidRPr="0054222D" w:rsidRDefault="0054222D" w:rsidP="004313EA">
            <w:pPr>
              <w:rPr>
                <w:rFonts w:ascii="Roboto Condensed" w:hAnsi="Roboto Condensed"/>
                <w:sz w:val="20"/>
              </w:rPr>
            </w:pPr>
            <w:r w:rsidRPr="0054222D">
              <w:rPr>
                <w:rFonts w:ascii="Roboto Condensed" w:hAnsi="Roboto Condensed"/>
                <w:sz w:val="20"/>
              </w:rPr>
              <w:t>Chłonność terenów niezabudowanych i luk w zabudowie istniejącej w ramach stref wielofunkcyjnych z zabudową zagrodową SZ.</w:t>
            </w:r>
          </w:p>
        </w:tc>
      </w:tr>
    </w:tbl>
    <w:p w14:paraId="3C645C85" w14:textId="34181D0F" w:rsidR="00974005" w:rsidRPr="00BE303F" w:rsidRDefault="00800E9C" w:rsidP="00BE303F">
      <w:pPr>
        <w:pStyle w:val="Nagwek1"/>
        <w:spacing w:before="60" w:after="60" w:line="240" w:lineRule="auto"/>
        <w:rPr>
          <w:rFonts w:ascii="Roboto Condensed" w:hAnsi="Roboto Condensed"/>
          <w:bCs/>
          <w:sz w:val="20"/>
          <w:lang w:val="pl-PL"/>
        </w:rPr>
      </w:pPr>
      <w:bookmarkStart w:id="141" w:name="_Hlk206872475"/>
      <w:bookmarkStart w:id="142" w:name="_Toc206769062"/>
      <w:r w:rsidRPr="003F6E16">
        <w:rPr>
          <w:rFonts w:ascii="Roboto Condensed" w:hAnsi="Roboto Condensed"/>
          <w:bCs/>
          <w:sz w:val="20"/>
          <w:lang w:val="pl-PL"/>
        </w:rPr>
        <w:lastRenderedPageBreak/>
        <w:t>Wykaz skrótów:</w:t>
      </w:r>
      <w:bookmarkEnd w:id="141"/>
    </w:p>
    <w:p w14:paraId="713E3A12"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AZP – Archeologiczne Zdjęcie Polski</w:t>
      </w:r>
    </w:p>
    <w:p w14:paraId="7B46C9FC"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BDL – Bank Danych Lokalnych (GUS)</w:t>
      </w:r>
    </w:p>
    <w:p w14:paraId="65BFB5B7"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BDOT10k – Baza Danych Obiektów Topograficznych (poziom 1:10 000)</w:t>
      </w:r>
    </w:p>
    <w:p w14:paraId="06AB2059"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BDOT500 – Baza Danych Obiektów Topograficznych (poziom mapy zasadniczej 1:500)</w:t>
      </w:r>
    </w:p>
    <w:p w14:paraId="6E04BB43"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CRFOP – Centralny Rejestr Form Ochrony Przyrody</w:t>
      </w:r>
    </w:p>
    <w:p w14:paraId="4690FDBD"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DK – droga krajowa</w:t>
      </w:r>
    </w:p>
    <w:p w14:paraId="43631400"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DP – droga powiatowa</w:t>
      </w:r>
    </w:p>
    <w:p w14:paraId="4B0323C2"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DW – droga wojewódzka</w:t>
      </w:r>
    </w:p>
    <w:p w14:paraId="527FA88F"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 xml:space="preserve">DXF – </w:t>
      </w:r>
      <w:proofErr w:type="spellStart"/>
      <w:r w:rsidRPr="0048216D">
        <w:rPr>
          <w:rFonts w:ascii="Roboto Condensed" w:hAnsi="Roboto Condensed"/>
          <w:sz w:val="20"/>
          <w:szCs w:val="20"/>
        </w:rPr>
        <w:t>Drawing</w:t>
      </w:r>
      <w:proofErr w:type="spellEnd"/>
      <w:r w:rsidRPr="0048216D">
        <w:rPr>
          <w:rFonts w:ascii="Roboto Condensed" w:hAnsi="Roboto Condensed"/>
          <w:sz w:val="20"/>
          <w:szCs w:val="20"/>
        </w:rPr>
        <w:t xml:space="preserve"> </w:t>
      </w:r>
      <w:proofErr w:type="spellStart"/>
      <w:r w:rsidRPr="0048216D">
        <w:rPr>
          <w:rFonts w:ascii="Roboto Condensed" w:hAnsi="Roboto Condensed"/>
          <w:sz w:val="20"/>
          <w:szCs w:val="20"/>
        </w:rPr>
        <w:t>eXchange</w:t>
      </w:r>
      <w:proofErr w:type="spellEnd"/>
      <w:r w:rsidRPr="0048216D">
        <w:rPr>
          <w:rFonts w:ascii="Roboto Condensed" w:hAnsi="Roboto Condensed"/>
          <w:sz w:val="20"/>
          <w:szCs w:val="20"/>
        </w:rPr>
        <w:t xml:space="preserve"> Format (format CAD)</w:t>
      </w:r>
    </w:p>
    <w:p w14:paraId="0672630C" w14:textId="77777777" w:rsidR="00974005" w:rsidRPr="0048216D" w:rsidRDefault="00974005" w:rsidP="00974005">
      <w:pPr>
        <w:rPr>
          <w:rFonts w:ascii="Roboto Condensed" w:hAnsi="Roboto Condensed"/>
          <w:sz w:val="20"/>
          <w:szCs w:val="20"/>
        </w:rPr>
      </w:pPr>
      <w:proofErr w:type="spellStart"/>
      <w:r w:rsidRPr="0048216D">
        <w:rPr>
          <w:rFonts w:ascii="Roboto Condensed" w:hAnsi="Roboto Condensed"/>
          <w:sz w:val="20"/>
          <w:szCs w:val="20"/>
        </w:rPr>
        <w:t>EGiB</w:t>
      </w:r>
      <w:proofErr w:type="spellEnd"/>
      <w:r w:rsidRPr="0048216D">
        <w:rPr>
          <w:rFonts w:ascii="Roboto Condensed" w:hAnsi="Roboto Condensed"/>
          <w:sz w:val="20"/>
          <w:szCs w:val="20"/>
        </w:rPr>
        <w:t xml:space="preserve"> – ewidencja gruntów i budynków</w:t>
      </w:r>
    </w:p>
    <w:p w14:paraId="6D4E88D1" w14:textId="77777777" w:rsidR="00974005" w:rsidRPr="0048216D" w:rsidRDefault="00974005" w:rsidP="00974005">
      <w:pPr>
        <w:rPr>
          <w:rFonts w:ascii="Roboto Condensed" w:hAnsi="Roboto Condensed"/>
          <w:sz w:val="20"/>
          <w:szCs w:val="20"/>
        </w:rPr>
      </w:pPr>
      <w:proofErr w:type="spellStart"/>
      <w:r w:rsidRPr="0048216D">
        <w:rPr>
          <w:rFonts w:ascii="Roboto Condensed" w:hAnsi="Roboto Condensed"/>
          <w:sz w:val="20"/>
          <w:szCs w:val="20"/>
        </w:rPr>
        <w:t>ESOCh</w:t>
      </w:r>
      <w:proofErr w:type="spellEnd"/>
      <w:r w:rsidRPr="0048216D">
        <w:rPr>
          <w:rFonts w:ascii="Roboto Condensed" w:hAnsi="Roboto Condensed"/>
          <w:sz w:val="20"/>
          <w:szCs w:val="20"/>
        </w:rPr>
        <w:t xml:space="preserve"> / ESOCH – Ekologiczny System Obszarów Chronionych*</w:t>
      </w:r>
    </w:p>
    <w:p w14:paraId="78E3A25F"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GEZ – gminna ewidencja zabytków</w:t>
      </w:r>
    </w:p>
    <w:p w14:paraId="4FD91ECE"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GESUT – geodezyjna ewidencja sieci uzbrojenia terenu</w:t>
      </w:r>
    </w:p>
    <w:p w14:paraId="577FAE42"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 xml:space="preserve">GML – </w:t>
      </w:r>
      <w:proofErr w:type="spellStart"/>
      <w:r w:rsidRPr="0048216D">
        <w:rPr>
          <w:rFonts w:ascii="Roboto Condensed" w:hAnsi="Roboto Condensed"/>
          <w:sz w:val="20"/>
          <w:szCs w:val="20"/>
        </w:rPr>
        <w:t>Geography</w:t>
      </w:r>
      <w:proofErr w:type="spellEnd"/>
      <w:r w:rsidRPr="0048216D">
        <w:rPr>
          <w:rFonts w:ascii="Roboto Condensed" w:hAnsi="Roboto Condensed"/>
          <w:sz w:val="20"/>
          <w:szCs w:val="20"/>
        </w:rPr>
        <w:t xml:space="preserve"> </w:t>
      </w:r>
      <w:proofErr w:type="spellStart"/>
      <w:r w:rsidRPr="0048216D">
        <w:rPr>
          <w:rFonts w:ascii="Roboto Condensed" w:hAnsi="Roboto Condensed"/>
          <w:sz w:val="20"/>
          <w:szCs w:val="20"/>
        </w:rPr>
        <w:t>Markup</w:t>
      </w:r>
      <w:proofErr w:type="spellEnd"/>
      <w:r w:rsidRPr="0048216D">
        <w:rPr>
          <w:rFonts w:ascii="Roboto Condensed" w:hAnsi="Roboto Condensed"/>
          <w:sz w:val="20"/>
          <w:szCs w:val="20"/>
        </w:rPr>
        <w:t xml:space="preserve"> Language (format danych przestrzennych)</w:t>
      </w:r>
    </w:p>
    <w:p w14:paraId="584D099E"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GUS – Główny Urząd Statystyczny</w:t>
      </w:r>
    </w:p>
    <w:p w14:paraId="1E76E4F7"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GZWP – Główny Zbiornik Wód Podziemnych</w:t>
      </w:r>
    </w:p>
    <w:p w14:paraId="523AA727"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ISOK – Informatyczny System Osłony Kraju (przed powodzią)</w:t>
      </w:r>
    </w:p>
    <w:p w14:paraId="2F2B71B0"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KPOŚK – Krajowy Program Oczyszczania Ścieków Komunalnych</w:t>
      </w:r>
    </w:p>
    <w:p w14:paraId="30B543B5"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KŚT – Klasyfikacja Środków Trwałych</w:t>
      </w:r>
    </w:p>
    <w:p w14:paraId="34F33745"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MI – Ministerstwo Infrastruktury (w kontekście „Dz. Urz. MI”)</w:t>
      </w:r>
    </w:p>
    <w:p w14:paraId="719C149A"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MOF – miejski obszar funkcjonalny</w:t>
      </w:r>
    </w:p>
    <w:p w14:paraId="0BCF3D2D"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MPK – Miejskie Przedsiębiorstwo Komunikacyjne</w:t>
      </w:r>
    </w:p>
    <w:p w14:paraId="286AAA1C"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 xml:space="preserve">MPZP / </w:t>
      </w:r>
      <w:proofErr w:type="spellStart"/>
      <w:r w:rsidRPr="0048216D">
        <w:rPr>
          <w:rFonts w:ascii="Roboto Condensed" w:hAnsi="Roboto Condensed"/>
          <w:sz w:val="20"/>
          <w:szCs w:val="20"/>
        </w:rPr>
        <w:t>mpzp</w:t>
      </w:r>
      <w:proofErr w:type="spellEnd"/>
      <w:r w:rsidRPr="0048216D">
        <w:rPr>
          <w:rFonts w:ascii="Roboto Condensed" w:hAnsi="Roboto Condensed"/>
          <w:sz w:val="20"/>
          <w:szCs w:val="20"/>
        </w:rPr>
        <w:t xml:space="preserve"> – miejscowy plan zagospodarowania przestrzennego</w:t>
      </w:r>
    </w:p>
    <w:p w14:paraId="1F0CC7F2"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NID – Narodowy Instytut Dziedzictwa</w:t>
      </w:r>
    </w:p>
    <w:p w14:paraId="485F453D"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NMT – numeryczny model terenu</w:t>
      </w:r>
    </w:p>
    <w:p w14:paraId="09F00317"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NMPT – numeryczny model pokrycia terenu</w:t>
      </w:r>
    </w:p>
    <w:p w14:paraId="57B3393C"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OOR – obszar oddziaływania rowów</w:t>
      </w:r>
    </w:p>
    <w:p w14:paraId="11A78F43"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 xml:space="preserve">ORTO – </w:t>
      </w:r>
      <w:proofErr w:type="spellStart"/>
      <w:r w:rsidRPr="0048216D">
        <w:rPr>
          <w:rFonts w:ascii="Roboto Condensed" w:hAnsi="Roboto Condensed"/>
          <w:sz w:val="20"/>
          <w:szCs w:val="20"/>
        </w:rPr>
        <w:t>ortofotomapa</w:t>
      </w:r>
      <w:proofErr w:type="spellEnd"/>
    </w:p>
    <w:p w14:paraId="642FB65C"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OZE – odnawialne źródła energii</w:t>
      </w:r>
    </w:p>
    <w:p w14:paraId="1573CA08"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OUZ – obszar uzupełnienia zabudowy</w:t>
      </w:r>
    </w:p>
    <w:p w14:paraId="161A49E2"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 xml:space="preserve">PEF – produkcja energii z </w:t>
      </w:r>
      <w:proofErr w:type="spellStart"/>
      <w:r w:rsidRPr="0048216D">
        <w:rPr>
          <w:rFonts w:ascii="Roboto Condensed" w:hAnsi="Roboto Condensed"/>
          <w:sz w:val="20"/>
          <w:szCs w:val="20"/>
        </w:rPr>
        <w:t>fotowoltaiki</w:t>
      </w:r>
      <w:proofErr w:type="spellEnd"/>
      <w:r w:rsidRPr="0048216D">
        <w:rPr>
          <w:rFonts w:ascii="Roboto Condensed" w:hAnsi="Roboto Condensed"/>
          <w:sz w:val="20"/>
          <w:szCs w:val="20"/>
        </w:rPr>
        <w:t xml:space="preserve"> (elektrownie fotowoltaiczne)</w:t>
      </w:r>
    </w:p>
    <w:p w14:paraId="099126B1"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PEW – produkcja energii z wiatru (elektrownie wiatrowe)</w:t>
      </w:r>
    </w:p>
    <w:p w14:paraId="208601A2"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PGW WP – Państwowe Gospodarstwo Wodne „Wody Polskie”</w:t>
      </w:r>
    </w:p>
    <w:p w14:paraId="4FF97992"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PIG – Państwowy Instytut Geologiczny</w:t>
      </w:r>
    </w:p>
    <w:p w14:paraId="30B9A816"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PKP – Polskie Koleje Państwowe</w:t>
      </w:r>
    </w:p>
    <w:p w14:paraId="5D7229DC"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PKS – Przedsiębiorstwo Komunikacji Samochodowej</w:t>
      </w:r>
    </w:p>
    <w:p w14:paraId="7FBCBCE7"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POG – plan ogólny gminy</w:t>
      </w:r>
    </w:p>
    <w:p w14:paraId="06A7DDE9"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PZPWŁ – Plan Zagospodarowania Przestrzennego Województwa Łódzkiego</w:t>
      </w:r>
    </w:p>
    <w:p w14:paraId="70F8EE03"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SEA / SOOŚ – strategiczna ocena oddziaływania na środowisko</w:t>
      </w:r>
    </w:p>
    <w:p w14:paraId="18CFD60A"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SJ – strefa wielofunkcyjna z zabudową mieszkaniową jednorodzinną</w:t>
      </w:r>
    </w:p>
    <w:p w14:paraId="7852F54D"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SK – strefa komunikacyjna</w:t>
      </w:r>
    </w:p>
    <w:p w14:paraId="2199899B"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SC – strefa cmentarzy</w:t>
      </w:r>
    </w:p>
    <w:p w14:paraId="1A40B1E3"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SI – strefa infrastrukturalna</w:t>
      </w:r>
    </w:p>
    <w:p w14:paraId="3EF51C3E"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SN – strefa zieleni i rekreacji</w:t>
      </w:r>
    </w:p>
    <w:p w14:paraId="5C495B00"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SO – strefa otwarta</w:t>
      </w:r>
    </w:p>
    <w:p w14:paraId="0534FF19" w14:textId="77777777" w:rsidR="00974005" w:rsidRPr="0048216D" w:rsidRDefault="00974005" w:rsidP="00974005">
      <w:pPr>
        <w:rPr>
          <w:rFonts w:ascii="Roboto Condensed" w:hAnsi="Roboto Condensed"/>
          <w:sz w:val="20"/>
          <w:szCs w:val="20"/>
        </w:rPr>
      </w:pPr>
      <w:proofErr w:type="spellStart"/>
      <w:r w:rsidRPr="0048216D">
        <w:rPr>
          <w:rFonts w:ascii="Roboto Condensed" w:hAnsi="Roboto Condensed"/>
          <w:sz w:val="20"/>
          <w:szCs w:val="20"/>
        </w:rPr>
        <w:t>SOCh</w:t>
      </w:r>
      <w:proofErr w:type="spellEnd"/>
      <w:r w:rsidRPr="0048216D">
        <w:rPr>
          <w:rFonts w:ascii="Roboto Condensed" w:hAnsi="Roboto Condensed"/>
          <w:sz w:val="20"/>
          <w:szCs w:val="20"/>
        </w:rPr>
        <w:t xml:space="preserve"> – (regionalny) system obszarów chronionych</w:t>
      </w:r>
    </w:p>
    <w:p w14:paraId="5D2B0B5E"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 xml:space="preserve">SOPO – System Osłony </w:t>
      </w:r>
      <w:proofErr w:type="spellStart"/>
      <w:r w:rsidRPr="0048216D">
        <w:rPr>
          <w:rFonts w:ascii="Roboto Condensed" w:hAnsi="Roboto Condensed"/>
          <w:sz w:val="20"/>
          <w:szCs w:val="20"/>
        </w:rPr>
        <w:t>Przeciwosuwiskowej</w:t>
      </w:r>
      <w:proofErr w:type="spellEnd"/>
    </w:p>
    <w:p w14:paraId="575FF235"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SP – strefa gospodarcza (produkcyjna)</w:t>
      </w:r>
    </w:p>
    <w:p w14:paraId="16DBCC06"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SR – strefa produkcji rolniczej</w:t>
      </w:r>
    </w:p>
    <w:p w14:paraId="092EC3D2"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SU – strefa usługowa</w:t>
      </w:r>
    </w:p>
    <w:p w14:paraId="621B0742"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SZ – strefa wielofunkcyjna z zabudową zagrodową</w:t>
      </w:r>
    </w:p>
    <w:p w14:paraId="41F2631E"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TEN-T – Transeuropejska Sieć Transportowa</w:t>
      </w:r>
    </w:p>
    <w:p w14:paraId="46A094B7"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ULC – Urząd Lotnictwa Cywilnego</w:t>
      </w:r>
    </w:p>
    <w:p w14:paraId="19760AEC"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WEZ – wojewódzka ewidencja zabytków</w:t>
      </w:r>
    </w:p>
    <w:p w14:paraId="608DBC6D" w14:textId="77777777" w:rsidR="00974005" w:rsidRPr="0048216D" w:rsidRDefault="00974005" w:rsidP="00974005">
      <w:pPr>
        <w:rPr>
          <w:rFonts w:ascii="Roboto Condensed" w:hAnsi="Roboto Condensed"/>
          <w:sz w:val="20"/>
          <w:szCs w:val="20"/>
        </w:rPr>
      </w:pPr>
      <w:r w:rsidRPr="0048216D">
        <w:rPr>
          <w:rFonts w:ascii="Roboto Condensed" w:hAnsi="Roboto Condensed"/>
          <w:sz w:val="20"/>
          <w:szCs w:val="20"/>
        </w:rPr>
        <w:t>ZAP – zapotrzebowanie na nową zabudowę mieszkaniową</w:t>
      </w:r>
    </w:p>
    <w:p w14:paraId="5D99DF5D" w14:textId="5A31112C" w:rsidR="00CA7561" w:rsidRDefault="00CA7561">
      <w:pPr>
        <w:rPr>
          <w:rFonts w:ascii="Roboto Condensed" w:hAnsi="Roboto Condensed"/>
          <w:b/>
          <w:bCs/>
          <w:sz w:val="20"/>
          <w:szCs w:val="20"/>
        </w:rPr>
      </w:pPr>
      <w:r>
        <w:rPr>
          <w:rFonts w:ascii="Roboto Condensed" w:hAnsi="Roboto Condensed"/>
          <w:b/>
          <w:bCs/>
          <w:sz w:val="20"/>
          <w:szCs w:val="20"/>
        </w:rPr>
        <w:br w:type="page"/>
      </w:r>
    </w:p>
    <w:p w14:paraId="276CB7B4" w14:textId="77777777" w:rsidR="002F66AA" w:rsidRDefault="002F66AA" w:rsidP="00974005">
      <w:pPr>
        <w:rPr>
          <w:rFonts w:ascii="Roboto Condensed" w:hAnsi="Roboto Condensed"/>
          <w:b/>
          <w:bCs/>
          <w:sz w:val="20"/>
          <w:szCs w:val="20"/>
        </w:rPr>
      </w:pPr>
    </w:p>
    <w:p w14:paraId="37E500D9" w14:textId="734FCFE1" w:rsidR="00700F75" w:rsidRPr="00011E6D" w:rsidRDefault="00241C41" w:rsidP="00241C41">
      <w:pPr>
        <w:pStyle w:val="Nagwek1"/>
        <w:spacing w:line="240" w:lineRule="auto"/>
        <w:rPr>
          <w:rFonts w:ascii="Roboto Condensed" w:hAnsi="Roboto Condensed"/>
          <w:lang w:val="pl-PL"/>
        </w:rPr>
      </w:pPr>
      <w:r w:rsidRPr="00011E6D">
        <w:rPr>
          <w:rFonts w:ascii="Roboto Condensed" w:hAnsi="Roboto Condensed"/>
          <w:bCs/>
          <w:sz w:val="20"/>
          <w:lang w:val="pl-PL"/>
        </w:rPr>
        <w:t>4</w:t>
      </w:r>
      <w:r w:rsidR="00700F75" w:rsidRPr="00011E6D">
        <w:rPr>
          <w:rFonts w:ascii="Roboto Condensed" w:hAnsi="Roboto Condensed"/>
          <w:bCs/>
          <w:sz w:val="20"/>
          <w:lang w:val="pl-PL"/>
        </w:rPr>
        <w:t>. CZĘŚĆ GRAFICZNA UZASADNIENIA PROJEKTU PLANU OGÓLNEGO:</w:t>
      </w:r>
      <w:bookmarkEnd w:id="142"/>
    </w:p>
    <w:tbl>
      <w:tblPr>
        <w:tblStyle w:val="Tabela-Siatka"/>
        <w:tblW w:w="0" w:type="auto"/>
        <w:tblInd w:w="170" w:type="dxa"/>
        <w:tblLook w:val="04A0" w:firstRow="1" w:lastRow="0" w:firstColumn="1" w:lastColumn="0" w:noHBand="0" w:noVBand="1"/>
      </w:tblPr>
      <w:tblGrid>
        <w:gridCol w:w="6488"/>
        <w:gridCol w:w="1559"/>
      </w:tblGrid>
      <w:tr w:rsidR="00FE182C" w:rsidRPr="006B1D83" w14:paraId="60512BEC" w14:textId="46583FC3" w:rsidTr="005B26A7">
        <w:tc>
          <w:tcPr>
            <w:tcW w:w="6488" w:type="dxa"/>
          </w:tcPr>
          <w:p w14:paraId="6F1DABB5" w14:textId="77777777" w:rsidR="00FE182C" w:rsidRPr="006B1D83" w:rsidRDefault="00FE182C" w:rsidP="00483192">
            <w:pPr>
              <w:pStyle w:val="Tekstpodstawowy2"/>
              <w:spacing w:before="120" w:after="120" w:line="240" w:lineRule="auto"/>
              <w:rPr>
                <w:rFonts w:ascii="Roboto Condensed" w:hAnsi="Roboto Condensed"/>
                <w:sz w:val="20"/>
                <w:lang w:val="pl-PL"/>
              </w:rPr>
            </w:pPr>
            <w:r w:rsidRPr="006B1D83">
              <w:rPr>
                <w:rFonts w:ascii="Roboto Condensed" w:hAnsi="Roboto Condensed"/>
                <w:sz w:val="20"/>
                <w:lang w:val="pl-PL"/>
              </w:rPr>
              <w:t>Prezentacja graficzna planu ogólnego – część graficzna nr 1</w:t>
            </w:r>
          </w:p>
        </w:tc>
        <w:tc>
          <w:tcPr>
            <w:tcW w:w="1559" w:type="dxa"/>
          </w:tcPr>
          <w:p w14:paraId="429300B2" w14:textId="507AA4CF" w:rsidR="00FE182C" w:rsidRPr="006B1D83" w:rsidRDefault="00FE182C" w:rsidP="00483192">
            <w:pPr>
              <w:pStyle w:val="Tekstpodstawowy2"/>
              <w:spacing w:before="120" w:after="120" w:line="240" w:lineRule="auto"/>
              <w:rPr>
                <w:rFonts w:ascii="Roboto Condensed" w:hAnsi="Roboto Condensed"/>
                <w:sz w:val="20"/>
                <w:lang w:val="pl-PL"/>
              </w:rPr>
            </w:pPr>
            <w:r>
              <w:rPr>
                <w:rFonts w:ascii="Roboto Condensed" w:hAnsi="Roboto Condensed"/>
                <w:sz w:val="20"/>
                <w:lang w:val="pl-PL"/>
              </w:rPr>
              <w:t>S</w:t>
            </w:r>
            <w:r>
              <w:rPr>
                <w:sz w:val="20"/>
              </w:rPr>
              <w:t xml:space="preserve">kala </w:t>
            </w:r>
            <w:r w:rsidR="007A6328">
              <w:rPr>
                <w:sz w:val="20"/>
              </w:rPr>
              <w:t>1:10000</w:t>
            </w:r>
          </w:p>
        </w:tc>
      </w:tr>
      <w:tr w:rsidR="00FE182C" w:rsidRPr="006B1D83" w14:paraId="490AABE1" w14:textId="7E3805CD" w:rsidTr="005B26A7">
        <w:tc>
          <w:tcPr>
            <w:tcW w:w="6488" w:type="dxa"/>
          </w:tcPr>
          <w:p w14:paraId="250EEF9A" w14:textId="77777777" w:rsidR="00FE182C" w:rsidRPr="006B1D83" w:rsidRDefault="00FE182C" w:rsidP="00483192">
            <w:pPr>
              <w:pStyle w:val="Tekstpodstawowy2"/>
              <w:spacing w:before="120" w:after="120" w:line="240" w:lineRule="auto"/>
              <w:rPr>
                <w:rFonts w:ascii="Roboto Condensed" w:hAnsi="Roboto Condensed"/>
                <w:sz w:val="20"/>
                <w:lang w:val="pl-PL"/>
              </w:rPr>
            </w:pPr>
            <w:r w:rsidRPr="006B1D83">
              <w:rPr>
                <w:rFonts w:ascii="Roboto Condensed" w:hAnsi="Roboto Condensed"/>
                <w:sz w:val="20"/>
                <w:lang w:val="pl-PL"/>
              </w:rPr>
              <w:t>Uwarunkowania rozwoju przestrzennego – część graficzna nr 2</w:t>
            </w:r>
          </w:p>
        </w:tc>
        <w:tc>
          <w:tcPr>
            <w:tcW w:w="1559" w:type="dxa"/>
          </w:tcPr>
          <w:p w14:paraId="46438EFF" w14:textId="36F40E0F" w:rsidR="00FE182C" w:rsidRPr="006B1D83" w:rsidRDefault="007A6328" w:rsidP="00483192">
            <w:pPr>
              <w:pStyle w:val="Tekstpodstawowy2"/>
              <w:spacing w:before="120" w:after="120" w:line="240" w:lineRule="auto"/>
              <w:rPr>
                <w:rFonts w:ascii="Roboto Condensed" w:hAnsi="Roboto Condensed"/>
                <w:sz w:val="20"/>
                <w:lang w:val="pl-PL"/>
              </w:rPr>
            </w:pPr>
            <w:r>
              <w:rPr>
                <w:rFonts w:ascii="Roboto Condensed" w:hAnsi="Roboto Condensed"/>
                <w:sz w:val="20"/>
                <w:lang w:val="pl-PL"/>
              </w:rPr>
              <w:t>S</w:t>
            </w:r>
            <w:r>
              <w:rPr>
                <w:sz w:val="20"/>
              </w:rPr>
              <w:t>kala 1:10000</w:t>
            </w:r>
          </w:p>
        </w:tc>
      </w:tr>
      <w:tr w:rsidR="00FE182C" w:rsidRPr="006B1D83" w14:paraId="33D3E832" w14:textId="555C2628" w:rsidTr="005B26A7">
        <w:tc>
          <w:tcPr>
            <w:tcW w:w="6488" w:type="dxa"/>
          </w:tcPr>
          <w:p w14:paraId="3970B4C6" w14:textId="77777777" w:rsidR="00FE182C" w:rsidRPr="006B1D83" w:rsidRDefault="00FE182C" w:rsidP="00483192">
            <w:pPr>
              <w:pStyle w:val="Tekstpodstawowy2"/>
              <w:spacing w:before="120" w:after="120" w:line="240" w:lineRule="auto"/>
              <w:rPr>
                <w:rFonts w:ascii="Roboto Condensed" w:hAnsi="Roboto Condensed"/>
                <w:sz w:val="20"/>
                <w:lang w:val="pl-PL"/>
              </w:rPr>
            </w:pPr>
            <w:r w:rsidRPr="006B1D83">
              <w:rPr>
                <w:rFonts w:ascii="Roboto Condensed" w:hAnsi="Roboto Condensed"/>
                <w:sz w:val="20"/>
                <w:lang w:val="pl-PL"/>
              </w:rPr>
              <w:t>Uwarunkowania rozwoju przestrzennego – część graficzna nr 3</w:t>
            </w:r>
          </w:p>
        </w:tc>
        <w:tc>
          <w:tcPr>
            <w:tcW w:w="1559" w:type="dxa"/>
          </w:tcPr>
          <w:p w14:paraId="4B30AB8A" w14:textId="4BCC2BEB" w:rsidR="00FE182C" w:rsidRPr="006B1D83" w:rsidRDefault="007A6328" w:rsidP="00483192">
            <w:pPr>
              <w:pStyle w:val="Tekstpodstawowy2"/>
              <w:spacing w:before="120" w:after="120" w:line="240" w:lineRule="auto"/>
              <w:rPr>
                <w:rFonts w:ascii="Roboto Condensed" w:hAnsi="Roboto Condensed"/>
                <w:sz w:val="20"/>
                <w:lang w:val="pl-PL"/>
              </w:rPr>
            </w:pPr>
            <w:r>
              <w:rPr>
                <w:rFonts w:ascii="Roboto Condensed" w:hAnsi="Roboto Condensed"/>
                <w:sz w:val="20"/>
                <w:lang w:val="pl-PL"/>
              </w:rPr>
              <w:t>S</w:t>
            </w:r>
            <w:r>
              <w:rPr>
                <w:sz w:val="20"/>
              </w:rPr>
              <w:t>kala 1:10000</w:t>
            </w:r>
          </w:p>
        </w:tc>
      </w:tr>
      <w:tr w:rsidR="00FE182C" w:rsidRPr="006B1D83" w14:paraId="3201D9D9" w14:textId="47F95172" w:rsidTr="005B26A7">
        <w:tc>
          <w:tcPr>
            <w:tcW w:w="6488" w:type="dxa"/>
          </w:tcPr>
          <w:p w14:paraId="637F9EF4" w14:textId="77777777" w:rsidR="00FE182C" w:rsidRPr="006B1D83" w:rsidRDefault="00FE182C" w:rsidP="00483192">
            <w:pPr>
              <w:pStyle w:val="Tekstpodstawowy2"/>
              <w:spacing w:before="120" w:after="120" w:line="240" w:lineRule="auto"/>
              <w:rPr>
                <w:rFonts w:ascii="Roboto Condensed" w:hAnsi="Roboto Condensed"/>
                <w:sz w:val="20"/>
                <w:lang w:val="pl-PL"/>
              </w:rPr>
            </w:pPr>
            <w:r w:rsidRPr="006B1D83">
              <w:rPr>
                <w:rFonts w:ascii="Roboto Condensed" w:hAnsi="Roboto Condensed"/>
                <w:sz w:val="20"/>
                <w:lang w:val="pl-PL"/>
              </w:rPr>
              <w:t>Obszar uzupełnienia zabudowy – Powierzchnia obszaru uzupełnienia zabudowy otrzymana po wykonaniu czynności wymienionych w § 1 ust. 1 rozporządzenia – część graficzna nr 4</w:t>
            </w:r>
          </w:p>
        </w:tc>
        <w:tc>
          <w:tcPr>
            <w:tcW w:w="1559" w:type="dxa"/>
          </w:tcPr>
          <w:p w14:paraId="42B667CB" w14:textId="33AFDEEC" w:rsidR="00FE182C" w:rsidRPr="006B1D83" w:rsidRDefault="007A6328" w:rsidP="00483192">
            <w:pPr>
              <w:pStyle w:val="Tekstpodstawowy2"/>
              <w:spacing w:before="120" w:after="120" w:line="240" w:lineRule="auto"/>
              <w:rPr>
                <w:rFonts w:ascii="Roboto Condensed" w:hAnsi="Roboto Condensed"/>
                <w:sz w:val="20"/>
                <w:lang w:val="pl-PL"/>
              </w:rPr>
            </w:pPr>
            <w:r>
              <w:rPr>
                <w:rFonts w:ascii="Roboto Condensed" w:hAnsi="Roboto Condensed"/>
                <w:sz w:val="20"/>
                <w:lang w:val="pl-PL"/>
              </w:rPr>
              <w:t>S</w:t>
            </w:r>
            <w:r>
              <w:rPr>
                <w:sz w:val="20"/>
              </w:rPr>
              <w:t>kala 1:20000</w:t>
            </w:r>
          </w:p>
        </w:tc>
      </w:tr>
      <w:tr w:rsidR="00FE182C" w:rsidRPr="00FE182C" w14:paraId="3B52C0C8" w14:textId="2D4B1019" w:rsidTr="005B26A7">
        <w:tc>
          <w:tcPr>
            <w:tcW w:w="6488" w:type="dxa"/>
          </w:tcPr>
          <w:p w14:paraId="0C0F2031" w14:textId="77777777" w:rsidR="00FE182C" w:rsidRPr="006B1D83" w:rsidRDefault="00FE182C" w:rsidP="00483192">
            <w:pPr>
              <w:pStyle w:val="Tekstpodstawowy2"/>
              <w:spacing w:before="120" w:after="120" w:line="240" w:lineRule="auto"/>
              <w:rPr>
                <w:rFonts w:ascii="Roboto Condensed" w:hAnsi="Roboto Condensed"/>
                <w:sz w:val="20"/>
                <w:lang w:val="pl-PL"/>
              </w:rPr>
            </w:pPr>
            <w:r w:rsidRPr="006B1D83">
              <w:rPr>
                <w:rFonts w:ascii="Roboto Condensed" w:hAnsi="Roboto Condensed"/>
                <w:sz w:val="20"/>
                <w:lang w:val="pl-PL"/>
              </w:rPr>
              <w:t>Obszar uzupełnienia zabudowy – Powierzchnia obszaru uzupełnienia zabudowy otrzymana po ograniczeniach i rozszerzeniach, o których mowa w § 1 ust. 4 i 5 rozporządzenia – część graficzna nr 5</w:t>
            </w:r>
          </w:p>
        </w:tc>
        <w:tc>
          <w:tcPr>
            <w:tcW w:w="1559" w:type="dxa"/>
          </w:tcPr>
          <w:p w14:paraId="33B55597" w14:textId="47DF9E7F" w:rsidR="00FE182C" w:rsidRPr="006B1D83" w:rsidRDefault="007A6328" w:rsidP="00483192">
            <w:pPr>
              <w:pStyle w:val="Tekstpodstawowy2"/>
              <w:spacing w:before="120" w:after="120" w:line="240" w:lineRule="auto"/>
              <w:rPr>
                <w:rFonts w:ascii="Roboto Condensed" w:hAnsi="Roboto Condensed"/>
                <w:sz w:val="20"/>
                <w:lang w:val="pl-PL"/>
              </w:rPr>
            </w:pPr>
            <w:r>
              <w:rPr>
                <w:rFonts w:ascii="Roboto Condensed" w:hAnsi="Roboto Condensed"/>
                <w:sz w:val="20"/>
                <w:lang w:val="pl-PL"/>
              </w:rPr>
              <w:t>S</w:t>
            </w:r>
            <w:r>
              <w:rPr>
                <w:sz w:val="20"/>
              </w:rPr>
              <w:t>kala 1:20000</w:t>
            </w:r>
          </w:p>
        </w:tc>
      </w:tr>
    </w:tbl>
    <w:p w14:paraId="44D8AA43" w14:textId="77777777" w:rsidR="001340E6" w:rsidRPr="009A175C" w:rsidRDefault="001340E6" w:rsidP="001340E6">
      <w:pPr>
        <w:rPr>
          <w:rFonts w:ascii="Roboto Condensed" w:hAnsi="Roboto Condensed"/>
          <w:color w:val="EE0000"/>
        </w:rPr>
      </w:pPr>
    </w:p>
    <w:p w14:paraId="47089F96" w14:textId="381EC970" w:rsidR="001340E6" w:rsidRPr="009A175C" w:rsidRDefault="001340E6" w:rsidP="001340E6">
      <w:pPr>
        <w:rPr>
          <w:rFonts w:ascii="Roboto Condensed" w:hAnsi="Roboto Condensed"/>
          <w:color w:val="EE0000"/>
        </w:rPr>
      </w:pPr>
    </w:p>
    <w:p w14:paraId="30DF0FC4" w14:textId="29E697C4" w:rsidR="001340E6" w:rsidRPr="009A175C" w:rsidRDefault="001340E6" w:rsidP="001340E6">
      <w:pPr>
        <w:rPr>
          <w:rFonts w:ascii="Roboto Condensed" w:hAnsi="Roboto Condensed"/>
          <w:color w:val="EE0000"/>
        </w:rPr>
      </w:pPr>
    </w:p>
    <w:p w14:paraId="388495E6" w14:textId="62898D3A" w:rsidR="001340E6" w:rsidRPr="009A175C" w:rsidRDefault="001340E6" w:rsidP="001340E6">
      <w:pPr>
        <w:rPr>
          <w:rFonts w:ascii="Roboto Condensed" w:hAnsi="Roboto Condensed"/>
          <w:color w:val="EE0000"/>
        </w:rPr>
      </w:pPr>
    </w:p>
    <w:p w14:paraId="6ED3D9B4" w14:textId="51FBD67E" w:rsidR="001340E6" w:rsidRPr="009A175C" w:rsidRDefault="001340E6" w:rsidP="001340E6">
      <w:pPr>
        <w:rPr>
          <w:rFonts w:ascii="Roboto Condensed" w:hAnsi="Roboto Condensed"/>
          <w:color w:val="EE0000"/>
        </w:rPr>
      </w:pPr>
    </w:p>
    <w:p w14:paraId="10590E6C" w14:textId="2D7ADD59" w:rsidR="001340E6" w:rsidRPr="009A175C" w:rsidRDefault="001340E6" w:rsidP="001340E6">
      <w:pPr>
        <w:rPr>
          <w:rFonts w:ascii="Roboto Condensed" w:hAnsi="Roboto Condensed"/>
          <w:color w:val="EE0000"/>
        </w:rPr>
      </w:pPr>
    </w:p>
    <w:p w14:paraId="438AF051" w14:textId="0AFF6551" w:rsidR="001340E6" w:rsidRPr="009A175C" w:rsidRDefault="001340E6" w:rsidP="001340E6">
      <w:pPr>
        <w:rPr>
          <w:rFonts w:ascii="Roboto Condensed" w:hAnsi="Roboto Condensed"/>
          <w:color w:val="EE0000"/>
        </w:rPr>
      </w:pPr>
    </w:p>
    <w:p w14:paraId="7DFEC942" w14:textId="77777777" w:rsidR="001340E6" w:rsidRPr="009A175C" w:rsidRDefault="001340E6">
      <w:pPr>
        <w:rPr>
          <w:rFonts w:ascii="Roboto Condensed" w:hAnsi="Roboto Condensed"/>
          <w:color w:val="EE0000"/>
        </w:rPr>
      </w:pPr>
    </w:p>
    <w:sectPr w:rsidR="001340E6" w:rsidRPr="009A175C" w:rsidSect="00DF213F">
      <w:pgSz w:w="11907" w:h="16840" w:code="9"/>
      <w:pgMar w:top="680" w:right="851" w:bottom="851" w:left="1134" w:header="567" w:footer="567" w:gutter="0"/>
      <w:cols w:space="284"/>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387A35" w14:textId="77777777" w:rsidR="00E80975" w:rsidRDefault="00E80975">
      <w:r>
        <w:separator/>
      </w:r>
    </w:p>
  </w:endnote>
  <w:endnote w:type="continuationSeparator" w:id="0">
    <w:p w14:paraId="1D3B89A3" w14:textId="77777777" w:rsidR="00E80975" w:rsidRDefault="00E809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MS Sans Serif">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PL USALight">
    <w:altName w:val="Courier New"/>
    <w:charset w:val="00"/>
    <w:family w:val="swiss"/>
    <w:pitch w:val="variable"/>
    <w:sig w:usb0="00000003" w:usb1="00000000" w:usb2="00000000" w:usb3="00000000" w:csb0="00000001" w:csb1="00000000"/>
  </w:font>
  <w:font w:name="ArialMT">
    <w:altName w:val="Arial"/>
    <w:charset w:val="00"/>
    <w:family w:val="auto"/>
    <w:pitch w:val="variable"/>
    <w:sig w:usb0="00000087" w:usb1="08070000" w:usb2="00000010" w:usb3="00000000" w:csb0="0002001B" w:csb1="00000000"/>
  </w:font>
  <w:font w:name="Arial-BoldItalicMT">
    <w:altName w:val="Arial"/>
    <w:panose1 w:val="00000000000000000000"/>
    <w:charset w:val="00"/>
    <w:family w:val="swiss"/>
    <w:notTrueType/>
    <w:pitch w:val="default"/>
    <w:sig w:usb0="00000007" w:usb1="00000000" w:usb2="00000000" w:usb3="00000000" w:csb0="00000003" w:csb1="00000000"/>
  </w:font>
  <w:font w:name="Aptos">
    <w:charset w:val="00"/>
    <w:family w:val="swiss"/>
    <w:pitch w:val="variable"/>
    <w:sig w:usb0="20000287" w:usb1="00000003" w:usb2="00000000" w:usb3="00000000" w:csb0="0000019F" w:csb1="00000000"/>
  </w:font>
  <w:font w:name="Calibri">
    <w:panose1 w:val="020F0502020204030204"/>
    <w:charset w:val="EE"/>
    <w:family w:val="swiss"/>
    <w:pitch w:val="variable"/>
    <w:sig w:usb0="E4002EFF" w:usb1="C200247B" w:usb2="00000009" w:usb3="00000000" w:csb0="000001FF" w:csb1="00000000"/>
  </w:font>
  <w:font w:name="Courier">
    <w:panose1 w:val="02070309020205020404"/>
    <w:charset w:val="00"/>
    <w:family w:val="auto"/>
    <w:pitch w:val="variable"/>
    <w:sig w:usb0="00000003" w:usb1="00000000" w:usb2="00000000" w:usb3="00000000" w:csb0="00000001" w:csb1="00000000"/>
  </w:font>
  <w:font w:name="Roboto Condensed">
    <w:charset w:val="00"/>
    <w:family w:val="auto"/>
    <w:pitch w:val="variable"/>
    <w:sig w:usb0="E0000AFF" w:usb1="5000217F" w:usb2="00000021" w:usb3="00000000" w:csb0="0000019F" w:csb1="00000000"/>
  </w:font>
  <w:font w:name="Aptos ExtraBold">
    <w:charset w:val="00"/>
    <w:family w:val="swiss"/>
    <w:pitch w:val="variable"/>
    <w:sig w:usb0="20000287" w:usb1="00000003" w:usb2="00000000" w:usb3="00000000" w:csb0="0000019F" w:csb1="00000000"/>
  </w:font>
  <w:font w:name="Arial Narrow">
    <w:panose1 w:val="020B0606020202030204"/>
    <w:charset w:val="EE"/>
    <w:family w:val="swiss"/>
    <w:pitch w:val="variable"/>
    <w:sig w:usb0="00000287" w:usb1="00000800" w:usb2="00000000" w:usb3="00000000" w:csb0="0000009F" w:csb1="00000000"/>
  </w:font>
  <w:font w:name="Americana BT">
    <w:altName w:val="Cambria"/>
    <w:charset w:val="00"/>
    <w:family w:val="roman"/>
    <w:pitch w:val="variable"/>
    <w:sig w:usb0="00000001" w:usb1="00000000" w:usb2="00000000" w:usb3="00000000" w:csb0="0000001B"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35921" w14:textId="77777777" w:rsidR="003E7C18" w:rsidRDefault="003E7C18">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288F1FDB" w14:textId="77777777" w:rsidR="003E7C18" w:rsidRDefault="003E7C18">
    <w:pPr>
      <w:pStyle w:val="Stopk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0A76BF" w14:textId="77777777" w:rsidR="003E7C18" w:rsidRDefault="003E7C18">
    <w:pPr>
      <w:pStyle w:val="Stopka"/>
      <w:framePr w:wrap="around" w:vAnchor="text" w:hAnchor="margin" w:xAlign="right" w:y="1"/>
      <w:rPr>
        <w:rStyle w:val="Numerstrony"/>
      </w:rPr>
    </w:pPr>
  </w:p>
  <w:p w14:paraId="467A6D1B" w14:textId="77777777" w:rsidR="003E7C18" w:rsidRDefault="003E7C18">
    <w:pPr>
      <w:pStyle w:val="Stopk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CAC30F" w14:textId="77777777" w:rsidR="00E80975" w:rsidRDefault="00E80975">
      <w:r>
        <w:separator/>
      </w:r>
    </w:p>
  </w:footnote>
  <w:footnote w:type="continuationSeparator" w:id="0">
    <w:p w14:paraId="61A796DC" w14:textId="77777777" w:rsidR="00E80975" w:rsidRDefault="00E809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B20D0F" w14:textId="3463548E" w:rsidR="003E7C18" w:rsidRDefault="003E7C18">
    <w:pPr>
      <w:pStyle w:val="Nagwek"/>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separate"/>
    </w:r>
    <w:r w:rsidR="00DF213F">
      <w:rPr>
        <w:rStyle w:val="Numerstrony"/>
        <w:noProof/>
      </w:rPr>
      <w:t>53</w:t>
    </w:r>
    <w:r>
      <w:rPr>
        <w:rStyle w:val="Numerstrony"/>
      </w:rPr>
      <w:fldChar w:fldCharType="end"/>
    </w:r>
  </w:p>
  <w:p w14:paraId="5AABC986" w14:textId="77777777" w:rsidR="003E7C18" w:rsidRDefault="003E7C18">
    <w:pPr>
      <w:pStyle w:val="Nagwek"/>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CCCF0" w14:textId="77777777" w:rsidR="003E7C18" w:rsidRPr="00447ACB" w:rsidRDefault="003E7C18">
    <w:pPr>
      <w:pStyle w:val="Nagwek"/>
      <w:framePr w:wrap="around" w:vAnchor="text" w:hAnchor="margin" w:xAlign="right" w:y="1"/>
      <w:rPr>
        <w:rStyle w:val="Numerstrony"/>
        <w:sz w:val="18"/>
        <w:lang w:val="pl-PL"/>
      </w:rPr>
    </w:pPr>
    <w:r>
      <w:rPr>
        <w:rStyle w:val="Numerstrony"/>
        <w:sz w:val="18"/>
      </w:rPr>
      <w:fldChar w:fldCharType="begin"/>
    </w:r>
    <w:r w:rsidRPr="00447ACB">
      <w:rPr>
        <w:rStyle w:val="Numerstrony"/>
        <w:sz w:val="18"/>
        <w:lang w:val="pl-PL"/>
      </w:rPr>
      <w:instrText xml:space="preserve">PAGE  </w:instrText>
    </w:r>
    <w:r>
      <w:rPr>
        <w:rStyle w:val="Numerstrony"/>
        <w:sz w:val="18"/>
      </w:rPr>
      <w:fldChar w:fldCharType="separate"/>
    </w:r>
    <w:r w:rsidR="00D8116D" w:rsidRPr="00447ACB">
      <w:rPr>
        <w:rStyle w:val="Numerstrony"/>
        <w:noProof/>
        <w:sz w:val="18"/>
        <w:lang w:val="pl-PL"/>
      </w:rPr>
      <w:t>17</w:t>
    </w:r>
    <w:r>
      <w:rPr>
        <w:rStyle w:val="Numerstrony"/>
        <w:sz w:val="18"/>
      </w:rPr>
      <w:fldChar w:fldCharType="end"/>
    </w:r>
  </w:p>
  <w:p w14:paraId="0503646A" w14:textId="0C20CED1" w:rsidR="00015F7C" w:rsidRDefault="00FF5038">
    <w:pPr>
      <w:pStyle w:val="Nagwek"/>
      <w:ind w:right="360"/>
      <w:rPr>
        <w:rFonts w:ascii="Arial" w:hAnsi="Arial" w:cs="Arial"/>
        <w:i/>
        <w:iCs/>
        <w:color w:val="808080"/>
        <w:sz w:val="16"/>
        <w:lang w:val="pl-PL"/>
      </w:rPr>
    </w:pPr>
    <w:r>
      <w:rPr>
        <w:rFonts w:ascii="Arial" w:hAnsi="Arial" w:cs="Arial"/>
        <w:i/>
        <w:iCs/>
        <w:color w:val="808080"/>
        <w:sz w:val="16"/>
        <w:lang w:val="pl-PL"/>
      </w:rPr>
      <w:t xml:space="preserve">UZASADNIENIE DO PLANU OGÓLNEGO GMINY </w:t>
    </w:r>
    <w:r w:rsidR="00F9591A">
      <w:rPr>
        <w:rFonts w:ascii="Arial" w:hAnsi="Arial" w:cs="Arial"/>
        <w:i/>
        <w:iCs/>
        <w:color w:val="808080"/>
        <w:sz w:val="16"/>
        <w:lang w:val="pl-PL"/>
      </w:rPr>
      <w:t>RADOMSKO</w:t>
    </w:r>
  </w:p>
  <w:p w14:paraId="170CEE4F" w14:textId="3F9CFF85" w:rsidR="003E7C18" w:rsidRPr="00015F7C" w:rsidRDefault="00F805F2">
    <w:pPr>
      <w:pStyle w:val="Nagwek"/>
      <w:ind w:right="360"/>
      <w:rPr>
        <w:rFonts w:ascii="Arial" w:hAnsi="Arial" w:cs="Arial"/>
        <w:i/>
        <w:iCs/>
        <w:color w:val="808080"/>
        <w:sz w:val="16"/>
        <w:lang w:val="pl-PL"/>
      </w:rPr>
    </w:pPr>
    <w:r>
      <w:rPr>
        <w:rFonts w:ascii="Americana BT" w:hAnsi="Americana BT"/>
        <w:noProof/>
        <w:lang w:val="pl-PL"/>
      </w:rPr>
      <mc:AlternateContent>
        <mc:Choice Requires="wps">
          <w:drawing>
            <wp:anchor distT="0" distB="0" distL="114300" distR="114300" simplePos="0" relativeHeight="251658240" behindDoc="0" locked="0" layoutInCell="1" allowOverlap="1" wp14:anchorId="2A8FBAF1" wp14:editId="0F1A255D">
              <wp:simplePos x="0" y="0"/>
              <wp:positionH relativeFrom="column">
                <wp:posOffset>0</wp:posOffset>
              </wp:positionH>
              <wp:positionV relativeFrom="paragraph">
                <wp:posOffset>62865</wp:posOffset>
              </wp:positionV>
              <wp:extent cx="6057900" cy="0"/>
              <wp:effectExtent l="5080" t="5715" r="13970" b="13335"/>
              <wp:wrapNone/>
              <wp:docPr id="386935629"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a:solidFill>
                          <a:srgbClr val="C0C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line w14:anchorId="7E997EA6" id="Line 5"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95pt" to="477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" strokecolor="silver"/>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anumerowana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anumerowana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apunktowana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apunktowana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anumerowana"/>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apunktowana"/>
      <w:lvlText w:val=""/>
      <w:lvlJc w:val="left"/>
      <w:pPr>
        <w:tabs>
          <w:tab w:val="num" w:pos="360"/>
        </w:tabs>
        <w:ind w:left="360" w:hanging="360"/>
      </w:pPr>
      <w:rPr>
        <w:rFonts w:ascii="Symbol" w:hAnsi="Symbol" w:hint="default"/>
      </w:rPr>
    </w:lvl>
  </w:abstractNum>
  <w:abstractNum w:abstractNumId="9" w15:restartNumberingAfterBreak="0">
    <w:nsid w:val="0E84004F"/>
    <w:multiLevelType w:val="hybridMultilevel"/>
    <w:tmpl w:val="EB84D5E6"/>
    <w:lvl w:ilvl="0" w:tplc="FFFFFFFF">
      <w:start w:val="1"/>
      <w:numFmt w:val="decimal"/>
      <w:lvlText w:val="%1)"/>
      <w:lvlJc w:val="left"/>
      <w:pPr>
        <w:ind w:left="530" w:hanging="360"/>
      </w:pPr>
      <w:rPr>
        <w:rFonts w:hint="default"/>
      </w:rPr>
    </w:lvl>
    <w:lvl w:ilvl="1" w:tplc="FFFFFFFF" w:tentative="1">
      <w:start w:val="1"/>
      <w:numFmt w:val="lowerLetter"/>
      <w:lvlText w:val="%2."/>
      <w:lvlJc w:val="left"/>
      <w:pPr>
        <w:ind w:left="1250" w:hanging="360"/>
      </w:pPr>
    </w:lvl>
    <w:lvl w:ilvl="2" w:tplc="FFFFFFFF" w:tentative="1">
      <w:start w:val="1"/>
      <w:numFmt w:val="lowerRoman"/>
      <w:lvlText w:val="%3."/>
      <w:lvlJc w:val="right"/>
      <w:pPr>
        <w:ind w:left="1970" w:hanging="180"/>
      </w:pPr>
    </w:lvl>
    <w:lvl w:ilvl="3" w:tplc="FFFFFFFF" w:tentative="1">
      <w:start w:val="1"/>
      <w:numFmt w:val="decimal"/>
      <w:lvlText w:val="%4."/>
      <w:lvlJc w:val="left"/>
      <w:pPr>
        <w:ind w:left="2690" w:hanging="360"/>
      </w:pPr>
    </w:lvl>
    <w:lvl w:ilvl="4" w:tplc="FFFFFFFF" w:tentative="1">
      <w:start w:val="1"/>
      <w:numFmt w:val="lowerLetter"/>
      <w:lvlText w:val="%5."/>
      <w:lvlJc w:val="left"/>
      <w:pPr>
        <w:ind w:left="3410" w:hanging="360"/>
      </w:pPr>
    </w:lvl>
    <w:lvl w:ilvl="5" w:tplc="FFFFFFFF" w:tentative="1">
      <w:start w:val="1"/>
      <w:numFmt w:val="lowerRoman"/>
      <w:lvlText w:val="%6."/>
      <w:lvlJc w:val="right"/>
      <w:pPr>
        <w:ind w:left="4130" w:hanging="180"/>
      </w:pPr>
    </w:lvl>
    <w:lvl w:ilvl="6" w:tplc="FFFFFFFF" w:tentative="1">
      <w:start w:val="1"/>
      <w:numFmt w:val="decimal"/>
      <w:lvlText w:val="%7."/>
      <w:lvlJc w:val="left"/>
      <w:pPr>
        <w:ind w:left="4850" w:hanging="360"/>
      </w:pPr>
    </w:lvl>
    <w:lvl w:ilvl="7" w:tplc="FFFFFFFF" w:tentative="1">
      <w:start w:val="1"/>
      <w:numFmt w:val="lowerLetter"/>
      <w:lvlText w:val="%8."/>
      <w:lvlJc w:val="left"/>
      <w:pPr>
        <w:ind w:left="5570" w:hanging="360"/>
      </w:pPr>
    </w:lvl>
    <w:lvl w:ilvl="8" w:tplc="FFFFFFFF" w:tentative="1">
      <w:start w:val="1"/>
      <w:numFmt w:val="lowerRoman"/>
      <w:lvlText w:val="%9."/>
      <w:lvlJc w:val="right"/>
      <w:pPr>
        <w:ind w:left="6290" w:hanging="180"/>
      </w:pPr>
    </w:lvl>
  </w:abstractNum>
  <w:abstractNum w:abstractNumId="10" w15:restartNumberingAfterBreak="0">
    <w:nsid w:val="14D143DF"/>
    <w:multiLevelType w:val="hybridMultilevel"/>
    <w:tmpl w:val="38125306"/>
    <w:lvl w:ilvl="0" w:tplc="7AE080AC">
      <w:start w:val="1"/>
      <w:numFmt w:val="decimal"/>
      <w:lvlText w:val="%1)"/>
      <w:lvlJc w:val="left"/>
      <w:pPr>
        <w:ind w:left="530" w:hanging="360"/>
      </w:pPr>
      <w:rPr>
        <w:rFonts w:hint="default"/>
        <w:b w:val="0"/>
        <w:bCs w:val="0"/>
      </w:rPr>
    </w:lvl>
    <w:lvl w:ilvl="1" w:tplc="FFFFFFFF" w:tentative="1">
      <w:start w:val="1"/>
      <w:numFmt w:val="lowerLetter"/>
      <w:lvlText w:val="%2."/>
      <w:lvlJc w:val="left"/>
      <w:pPr>
        <w:ind w:left="1250" w:hanging="360"/>
      </w:pPr>
    </w:lvl>
    <w:lvl w:ilvl="2" w:tplc="FFFFFFFF" w:tentative="1">
      <w:start w:val="1"/>
      <w:numFmt w:val="lowerRoman"/>
      <w:lvlText w:val="%3."/>
      <w:lvlJc w:val="right"/>
      <w:pPr>
        <w:ind w:left="1970" w:hanging="180"/>
      </w:pPr>
    </w:lvl>
    <w:lvl w:ilvl="3" w:tplc="FFFFFFFF" w:tentative="1">
      <w:start w:val="1"/>
      <w:numFmt w:val="decimal"/>
      <w:lvlText w:val="%4."/>
      <w:lvlJc w:val="left"/>
      <w:pPr>
        <w:ind w:left="2690" w:hanging="360"/>
      </w:pPr>
    </w:lvl>
    <w:lvl w:ilvl="4" w:tplc="FFFFFFFF" w:tentative="1">
      <w:start w:val="1"/>
      <w:numFmt w:val="lowerLetter"/>
      <w:lvlText w:val="%5."/>
      <w:lvlJc w:val="left"/>
      <w:pPr>
        <w:ind w:left="3410" w:hanging="360"/>
      </w:pPr>
    </w:lvl>
    <w:lvl w:ilvl="5" w:tplc="FFFFFFFF" w:tentative="1">
      <w:start w:val="1"/>
      <w:numFmt w:val="lowerRoman"/>
      <w:lvlText w:val="%6."/>
      <w:lvlJc w:val="right"/>
      <w:pPr>
        <w:ind w:left="4130" w:hanging="180"/>
      </w:pPr>
    </w:lvl>
    <w:lvl w:ilvl="6" w:tplc="FFFFFFFF" w:tentative="1">
      <w:start w:val="1"/>
      <w:numFmt w:val="decimal"/>
      <w:lvlText w:val="%7."/>
      <w:lvlJc w:val="left"/>
      <w:pPr>
        <w:ind w:left="4850" w:hanging="360"/>
      </w:pPr>
    </w:lvl>
    <w:lvl w:ilvl="7" w:tplc="FFFFFFFF" w:tentative="1">
      <w:start w:val="1"/>
      <w:numFmt w:val="lowerLetter"/>
      <w:lvlText w:val="%8."/>
      <w:lvlJc w:val="left"/>
      <w:pPr>
        <w:ind w:left="5570" w:hanging="360"/>
      </w:pPr>
    </w:lvl>
    <w:lvl w:ilvl="8" w:tplc="FFFFFFFF" w:tentative="1">
      <w:start w:val="1"/>
      <w:numFmt w:val="lowerRoman"/>
      <w:lvlText w:val="%9."/>
      <w:lvlJc w:val="right"/>
      <w:pPr>
        <w:ind w:left="6290" w:hanging="180"/>
      </w:pPr>
    </w:lvl>
  </w:abstractNum>
  <w:abstractNum w:abstractNumId="11" w15:restartNumberingAfterBreak="0">
    <w:nsid w:val="17490C82"/>
    <w:multiLevelType w:val="hybridMultilevel"/>
    <w:tmpl w:val="12580A40"/>
    <w:lvl w:ilvl="0" w:tplc="143CB4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9D81777"/>
    <w:multiLevelType w:val="hybridMultilevel"/>
    <w:tmpl w:val="0EEE33A6"/>
    <w:lvl w:ilvl="0" w:tplc="A2588294">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 w15:restartNumberingAfterBreak="0">
    <w:nsid w:val="30D1000C"/>
    <w:multiLevelType w:val="hybridMultilevel"/>
    <w:tmpl w:val="1234B9DE"/>
    <w:lvl w:ilvl="0" w:tplc="143CB4F6">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4" w15:restartNumberingAfterBreak="0">
    <w:nsid w:val="47DC7C54"/>
    <w:multiLevelType w:val="hybridMultilevel"/>
    <w:tmpl w:val="D534DEC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47DF72A2"/>
    <w:multiLevelType w:val="multilevel"/>
    <w:tmpl w:val="DFD48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EE91006"/>
    <w:multiLevelType w:val="hybridMultilevel"/>
    <w:tmpl w:val="C75EF2E2"/>
    <w:lvl w:ilvl="0" w:tplc="578E7132">
      <w:start w:val="1"/>
      <w:numFmt w:val="decimal"/>
      <w:lvlText w:val="%1."/>
      <w:lvlJc w:val="left"/>
      <w:pPr>
        <w:ind w:left="360" w:hanging="360"/>
      </w:pPr>
      <w:rPr>
        <w:color w:val="auto"/>
        <w:sz w:val="18"/>
        <w:szCs w:val="18"/>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 w15:restartNumberingAfterBreak="0">
    <w:nsid w:val="4EEC0626"/>
    <w:multiLevelType w:val="hybridMultilevel"/>
    <w:tmpl w:val="EB84D5E6"/>
    <w:lvl w:ilvl="0" w:tplc="FFFFFFFF">
      <w:start w:val="1"/>
      <w:numFmt w:val="decimal"/>
      <w:lvlText w:val="%1)"/>
      <w:lvlJc w:val="left"/>
      <w:pPr>
        <w:ind w:left="530" w:hanging="360"/>
      </w:pPr>
      <w:rPr>
        <w:rFonts w:hint="default"/>
      </w:rPr>
    </w:lvl>
    <w:lvl w:ilvl="1" w:tplc="FFFFFFFF" w:tentative="1">
      <w:start w:val="1"/>
      <w:numFmt w:val="lowerLetter"/>
      <w:lvlText w:val="%2."/>
      <w:lvlJc w:val="left"/>
      <w:pPr>
        <w:ind w:left="1250" w:hanging="360"/>
      </w:pPr>
    </w:lvl>
    <w:lvl w:ilvl="2" w:tplc="FFFFFFFF" w:tentative="1">
      <w:start w:val="1"/>
      <w:numFmt w:val="lowerRoman"/>
      <w:lvlText w:val="%3."/>
      <w:lvlJc w:val="right"/>
      <w:pPr>
        <w:ind w:left="1970" w:hanging="180"/>
      </w:pPr>
    </w:lvl>
    <w:lvl w:ilvl="3" w:tplc="FFFFFFFF" w:tentative="1">
      <w:start w:val="1"/>
      <w:numFmt w:val="decimal"/>
      <w:lvlText w:val="%4."/>
      <w:lvlJc w:val="left"/>
      <w:pPr>
        <w:ind w:left="2690" w:hanging="360"/>
      </w:pPr>
    </w:lvl>
    <w:lvl w:ilvl="4" w:tplc="FFFFFFFF" w:tentative="1">
      <w:start w:val="1"/>
      <w:numFmt w:val="lowerLetter"/>
      <w:lvlText w:val="%5."/>
      <w:lvlJc w:val="left"/>
      <w:pPr>
        <w:ind w:left="3410" w:hanging="360"/>
      </w:pPr>
    </w:lvl>
    <w:lvl w:ilvl="5" w:tplc="FFFFFFFF" w:tentative="1">
      <w:start w:val="1"/>
      <w:numFmt w:val="lowerRoman"/>
      <w:lvlText w:val="%6."/>
      <w:lvlJc w:val="right"/>
      <w:pPr>
        <w:ind w:left="4130" w:hanging="180"/>
      </w:pPr>
    </w:lvl>
    <w:lvl w:ilvl="6" w:tplc="FFFFFFFF" w:tentative="1">
      <w:start w:val="1"/>
      <w:numFmt w:val="decimal"/>
      <w:lvlText w:val="%7."/>
      <w:lvlJc w:val="left"/>
      <w:pPr>
        <w:ind w:left="4850" w:hanging="360"/>
      </w:pPr>
    </w:lvl>
    <w:lvl w:ilvl="7" w:tplc="FFFFFFFF" w:tentative="1">
      <w:start w:val="1"/>
      <w:numFmt w:val="lowerLetter"/>
      <w:lvlText w:val="%8."/>
      <w:lvlJc w:val="left"/>
      <w:pPr>
        <w:ind w:left="5570" w:hanging="360"/>
      </w:pPr>
    </w:lvl>
    <w:lvl w:ilvl="8" w:tplc="FFFFFFFF" w:tentative="1">
      <w:start w:val="1"/>
      <w:numFmt w:val="lowerRoman"/>
      <w:lvlText w:val="%9."/>
      <w:lvlJc w:val="right"/>
      <w:pPr>
        <w:ind w:left="6290" w:hanging="180"/>
      </w:pPr>
    </w:lvl>
  </w:abstractNum>
  <w:abstractNum w:abstractNumId="18" w15:restartNumberingAfterBreak="0">
    <w:nsid w:val="5A77486B"/>
    <w:multiLevelType w:val="hybridMultilevel"/>
    <w:tmpl w:val="EAF68316"/>
    <w:lvl w:ilvl="0" w:tplc="7BA26BB0">
      <w:start w:val="1"/>
      <w:numFmt w:val="decimal"/>
      <w:lvlText w:val="%1)"/>
      <w:lvlJc w:val="left"/>
      <w:pPr>
        <w:ind w:left="303" w:hanging="360"/>
      </w:pPr>
      <w:rPr>
        <w:rFonts w:hint="default"/>
        <w:sz w:val="18"/>
        <w:szCs w:val="18"/>
      </w:rPr>
    </w:lvl>
    <w:lvl w:ilvl="1" w:tplc="04150019" w:tentative="1">
      <w:start w:val="1"/>
      <w:numFmt w:val="lowerLetter"/>
      <w:lvlText w:val="%2."/>
      <w:lvlJc w:val="left"/>
      <w:pPr>
        <w:ind w:left="1023" w:hanging="360"/>
      </w:pPr>
    </w:lvl>
    <w:lvl w:ilvl="2" w:tplc="0415001B" w:tentative="1">
      <w:start w:val="1"/>
      <w:numFmt w:val="lowerRoman"/>
      <w:lvlText w:val="%3."/>
      <w:lvlJc w:val="right"/>
      <w:pPr>
        <w:ind w:left="1743" w:hanging="180"/>
      </w:pPr>
    </w:lvl>
    <w:lvl w:ilvl="3" w:tplc="0415000F" w:tentative="1">
      <w:start w:val="1"/>
      <w:numFmt w:val="decimal"/>
      <w:lvlText w:val="%4."/>
      <w:lvlJc w:val="left"/>
      <w:pPr>
        <w:ind w:left="2463" w:hanging="360"/>
      </w:pPr>
    </w:lvl>
    <w:lvl w:ilvl="4" w:tplc="04150019" w:tentative="1">
      <w:start w:val="1"/>
      <w:numFmt w:val="lowerLetter"/>
      <w:lvlText w:val="%5."/>
      <w:lvlJc w:val="left"/>
      <w:pPr>
        <w:ind w:left="3183" w:hanging="360"/>
      </w:pPr>
    </w:lvl>
    <w:lvl w:ilvl="5" w:tplc="0415001B" w:tentative="1">
      <w:start w:val="1"/>
      <w:numFmt w:val="lowerRoman"/>
      <w:lvlText w:val="%6."/>
      <w:lvlJc w:val="right"/>
      <w:pPr>
        <w:ind w:left="3903" w:hanging="180"/>
      </w:pPr>
    </w:lvl>
    <w:lvl w:ilvl="6" w:tplc="0415000F" w:tentative="1">
      <w:start w:val="1"/>
      <w:numFmt w:val="decimal"/>
      <w:lvlText w:val="%7."/>
      <w:lvlJc w:val="left"/>
      <w:pPr>
        <w:ind w:left="4623" w:hanging="360"/>
      </w:pPr>
    </w:lvl>
    <w:lvl w:ilvl="7" w:tplc="04150019" w:tentative="1">
      <w:start w:val="1"/>
      <w:numFmt w:val="lowerLetter"/>
      <w:lvlText w:val="%8."/>
      <w:lvlJc w:val="left"/>
      <w:pPr>
        <w:ind w:left="5343" w:hanging="360"/>
      </w:pPr>
    </w:lvl>
    <w:lvl w:ilvl="8" w:tplc="0415001B" w:tentative="1">
      <w:start w:val="1"/>
      <w:numFmt w:val="lowerRoman"/>
      <w:lvlText w:val="%9."/>
      <w:lvlJc w:val="right"/>
      <w:pPr>
        <w:ind w:left="6063" w:hanging="180"/>
      </w:pPr>
    </w:lvl>
  </w:abstractNum>
  <w:abstractNum w:abstractNumId="19" w15:restartNumberingAfterBreak="0">
    <w:nsid w:val="5DC107FF"/>
    <w:multiLevelType w:val="hybridMultilevel"/>
    <w:tmpl w:val="EB84D5E6"/>
    <w:lvl w:ilvl="0" w:tplc="FFFFFFFF">
      <w:start w:val="1"/>
      <w:numFmt w:val="decimal"/>
      <w:lvlText w:val="%1)"/>
      <w:lvlJc w:val="left"/>
      <w:pPr>
        <w:ind w:left="530" w:hanging="360"/>
      </w:pPr>
      <w:rPr>
        <w:rFonts w:hint="default"/>
      </w:rPr>
    </w:lvl>
    <w:lvl w:ilvl="1" w:tplc="FFFFFFFF" w:tentative="1">
      <w:start w:val="1"/>
      <w:numFmt w:val="lowerLetter"/>
      <w:lvlText w:val="%2."/>
      <w:lvlJc w:val="left"/>
      <w:pPr>
        <w:ind w:left="1250" w:hanging="360"/>
      </w:pPr>
    </w:lvl>
    <w:lvl w:ilvl="2" w:tplc="FFFFFFFF" w:tentative="1">
      <w:start w:val="1"/>
      <w:numFmt w:val="lowerRoman"/>
      <w:lvlText w:val="%3."/>
      <w:lvlJc w:val="right"/>
      <w:pPr>
        <w:ind w:left="1970" w:hanging="180"/>
      </w:pPr>
    </w:lvl>
    <w:lvl w:ilvl="3" w:tplc="FFFFFFFF" w:tentative="1">
      <w:start w:val="1"/>
      <w:numFmt w:val="decimal"/>
      <w:lvlText w:val="%4."/>
      <w:lvlJc w:val="left"/>
      <w:pPr>
        <w:ind w:left="2690" w:hanging="360"/>
      </w:pPr>
    </w:lvl>
    <w:lvl w:ilvl="4" w:tplc="FFFFFFFF" w:tentative="1">
      <w:start w:val="1"/>
      <w:numFmt w:val="lowerLetter"/>
      <w:lvlText w:val="%5."/>
      <w:lvlJc w:val="left"/>
      <w:pPr>
        <w:ind w:left="3410" w:hanging="360"/>
      </w:pPr>
    </w:lvl>
    <w:lvl w:ilvl="5" w:tplc="FFFFFFFF" w:tentative="1">
      <w:start w:val="1"/>
      <w:numFmt w:val="lowerRoman"/>
      <w:lvlText w:val="%6."/>
      <w:lvlJc w:val="right"/>
      <w:pPr>
        <w:ind w:left="4130" w:hanging="180"/>
      </w:pPr>
    </w:lvl>
    <w:lvl w:ilvl="6" w:tplc="FFFFFFFF" w:tentative="1">
      <w:start w:val="1"/>
      <w:numFmt w:val="decimal"/>
      <w:lvlText w:val="%7."/>
      <w:lvlJc w:val="left"/>
      <w:pPr>
        <w:ind w:left="4850" w:hanging="360"/>
      </w:pPr>
    </w:lvl>
    <w:lvl w:ilvl="7" w:tplc="FFFFFFFF" w:tentative="1">
      <w:start w:val="1"/>
      <w:numFmt w:val="lowerLetter"/>
      <w:lvlText w:val="%8."/>
      <w:lvlJc w:val="left"/>
      <w:pPr>
        <w:ind w:left="5570" w:hanging="360"/>
      </w:pPr>
    </w:lvl>
    <w:lvl w:ilvl="8" w:tplc="FFFFFFFF" w:tentative="1">
      <w:start w:val="1"/>
      <w:numFmt w:val="lowerRoman"/>
      <w:lvlText w:val="%9."/>
      <w:lvlJc w:val="right"/>
      <w:pPr>
        <w:ind w:left="6290" w:hanging="180"/>
      </w:pPr>
    </w:lvl>
  </w:abstractNum>
  <w:abstractNum w:abstractNumId="20" w15:restartNumberingAfterBreak="0">
    <w:nsid w:val="5FB32A00"/>
    <w:multiLevelType w:val="hybridMultilevel"/>
    <w:tmpl w:val="F0A6AAAC"/>
    <w:lvl w:ilvl="0" w:tplc="04150001">
      <w:start w:val="1"/>
      <w:numFmt w:val="bullet"/>
      <w:lvlText w:val=""/>
      <w:lvlJc w:val="left"/>
      <w:pPr>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21" w15:restartNumberingAfterBreak="0">
    <w:nsid w:val="63574C13"/>
    <w:multiLevelType w:val="hybridMultilevel"/>
    <w:tmpl w:val="6D6428BC"/>
    <w:lvl w:ilvl="0" w:tplc="6A8E5132">
      <w:start w:val="1"/>
      <w:numFmt w:val="lowerLetter"/>
      <w:lvlText w:val="%1)"/>
      <w:lvlJc w:val="left"/>
      <w:pPr>
        <w:ind w:left="890" w:hanging="360"/>
      </w:pPr>
      <w:rPr>
        <w:rFonts w:hint="default"/>
      </w:rPr>
    </w:lvl>
    <w:lvl w:ilvl="1" w:tplc="04150019">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22" w15:restartNumberingAfterBreak="0">
    <w:nsid w:val="7114590C"/>
    <w:multiLevelType w:val="hybridMultilevel"/>
    <w:tmpl w:val="EB84D5E6"/>
    <w:lvl w:ilvl="0" w:tplc="19E47FB6">
      <w:start w:val="1"/>
      <w:numFmt w:val="decimal"/>
      <w:lvlText w:val="%1)"/>
      <w:lvlJc w:val="left"/>
      <w:pPr>
        <w:ind w:left="530" w:hanging="360"/>
      </w:pPr>
      <w:rPr>
        <w:rFonts w:hint="default"/>
      </w:rPr>
    </w:lvl>
    <w:lvl w:ilvl="1" w:tplc="04150019" w:tentative="1">
      <w:start w:val="1"/>
      <w:numFmt w:val="lowerLetter"/>
      <w:lvlText w:val="%2."/>
      <w:lvlJc w:val="left"/>
      <w:pPr>
        <w:ind w:left="1250" w:hanging="360"/>
      </w:pPr>
    </w:lvl>
    <w:lvl w:ilvl="2" w:tplc="0415001B" w:tentative="1">
      <w:start w:val="1"/>
      <w:numFmt w:val="lowerRoman"/>
      <w:lvlText w:val="%3."/>
      <w:lvlJc w:val="right"/>
      <w:pPr>
        <w:ind w:left="1970" w:hanging="180"/>
      </w:pPr>
    </w:lvl>
    <w:lvl w:ilvl="3" w:tplc="0415000F" w:tentative="1">
      <w:start w:val="1"/>
      <w:numFmt w:val="decimal"/>
      <w:lvlText w:val="%4."/>
      <w:lvlJc w:val="left"/>
      <w:pPr>
        <w:ind w:left="2690" w:hanging="360"/>
      </w:pPr>
    </w:lvl>
    <w:lvl w:ilvl="4" w:tplc="04150019" w:tentative="1">
      <w:start w:val="1"/>
      <w:numFmt w:val="lowerLetter"/>
      <w:lvlText w:val="%5."/>
      <w:lvlJc w:val="left"/>
      <w:pPr>
        <w:ind w:left="3410" w:hanging="360"/>
      </w:pPr>
    </w:lvl>
    <w:lvl w:ilvl="5" w:tplc="0415001B" w:tentative="1">
      <w:start w:val="1"/>
      <w:numFmt w:val="lowerRoman"/>
      <w:lvlText w:val="%6."/>
      <w:lvlJc w:val="right"/>
      <w:pPr>
        <w:ind w:left="4130" w:hanging="180"/>
      </w:pPr>
    </w:lvl>
    <w:lvl w:ilvl="6" w:tplc="0415000F" w:tentative="1">
      <w:start w:val="1"/>
      <w:numFmt w:val="decimal"/>
      <w:lvlText w:val="%7."/>
      <w:lvlJc w:val="left"/>
      <w:pPr>
        <w:ind w:left="4850" w:hanging="360"/>
      </w:pPr>
    </w:lvl>
    <w:lvl w:ilvl="7" w:tplc="04150019" w:tentative="1">
      <w:start w:val="1"/>
      <w:numFmt w:val="lowerLetter"/>
      <w:lvlText w:val="%8."/>
      <w:lvlJc w:val="left"/>
      <w:pPr>
        <w:ind w:left="5570" w:hanging="360"/>
      </w:pPr>
    </w:lvl>
    <w:lvl w:ilvl="8" w:tplc="0415001B" w:tentative="1">
      <w:start w:val="1"/>
      <w:numFmt w:val="lowerRoman"/>
      <w:lvlText w:val="%9."/>
      <w:lvlJc w:val="right"/>
      <w:pPr>
        <w:ind w:left="6290" w:hanging="180"/>
      </w:pPr>
    </w:lvl>
  </w:abstractNum>
  <w:abstractNum w:abstractNumId="23" w15:restartNumberingAfterBreak="0">
    <w:nsid w:val="72F31F40"/>
    <w:multiLevelType w:val="hybridMultilevel"/>
    <w:tmpl w:val="EB84D5E6"/>
    <w:lvl w:ilvl="0" w:tplc="FFFFFFFF">
      <w:start w:val="1"/>
      <w:numFmt w:val="decimal"/>
      <w:lvlText w:val="%1)"/>
      <w:lvlJc w:val="left"/>
      <w:pPr>
        <w:ind w:left="530" w:hanging="360"/>
      </w:pPr>
      <w:rPr>
        <w:rFonts w:hint="default"/>
      </w:rPr>
    </w:lvl>
    <w:lvl w:ilvl="1" w:tplc="FFFFFFFF" w:tentative="1">
      <w:start w:val="1"/>
      <w:numFmt w:val="lowerLetter"/>
      <w:lvlText w:val="%2."/>
      <w:lvlJc w:val="left"/>
      <w:pPr>
        <w:ind w:left="1250" w:hanging="360"/>
      </w:pPr>
    </w:lvl>
    <w:lvl w:ilvl="2" w:tplc="FFFFFFFF" w:tentative="1">
      <w:start w:val="1"/>
      <w:numFmt w:val="lowerRoman"/>
      <w:lvlText w:val="%3."/>
      <w:lvlJc w:val="right"/>
      <w:pPr>
        <w:ind w:left="1970" w:hanging="180"/>
      </w:pPr>
    </w:lvl>
    <w:lvl w:ilvl="3" w:tplc="FFFFFFFF" w:tentative="1">
      <w:start w:val="1"/>
      <w:numFmt w:val="decimal"/>
      <w:lvlText w:val="%4."/>
      <w:lvlJc w:val="left"/>
      <w:pPr>
        <w:ind w:left="2690" w:hanging="360"/>
      </w:pPr>
    </w:lvl>
    <w:lvl w:ilvl="4" w:tplc="FFFFFFFF" w:tentative="1">
      <w:start w:val="1"/>
      <w:numFmt w:val="lowerLetter"/>
      <w:lvlText w:val="%5."/>
      <w:lvlJc w:val="left"/>
      <w:pPr>
        <w:ind w:left="3410" w:hanging="360"/>
      </w:pPr>
    </w:lvl>
    <w:lvl w:ilvl="5" w:tplc="FFFFFFFF" w:tentative="1">
      <w:start w:val="1"/>
      <w:numFmt w:val="lowerRoman"/>
      <w:lvlText w:val="%6."/>
      <w:lvlJc w:val="right"/>
      <w:pPr>
        <w:ind w:left="4130" w:hanging="180"/>
      </w:pPr>
    </w:lvl>
    <w:lvl w:ilvl="6" w:tplc="FFFFFFFF" w:tentative="1">
      <w:start w:val="1"/>
      <w:numFmt w:val="decimal"/>
      <w:lvlText w:val="%7."/>
      <w:lvlJc w:val="left"/>
      <w:pPr>
        <w:ind w:left="4850" w:hanging="360"/>
      </w:pPr>
    </w:lvl>
    <w:lvl w:ilvl="7" w:tplc="FFFFFFFF" w:tentative="1">
      <w:start w:val="1"/>
      <w:numFmt w:val="lowerLetter"/>
      <w:lvlText w:val="%8."/>
      <w:lvlJc w:val="left"/>
      <w:pPr>
        <w:ind w:left="5570" w:hanging="360"/>
      </w:pPr>
    </w:lvl>
    <w:lvl w:ilvl="8" w:tplc="FFFFFFFF" w:tentative="1">
      <w:start w:val="1"/>
      <w:numFmt w:val="lowerRoman"/>
      <w:lvlText w:val="%9."/>
      <w:lvlJc w:val="right"/>
      <w:pPr>
        <w:ind w:left="6290" w:hanging="180"/>
      </w:pPr>
    </w:lvl>
  </w:abstractNum>
  <w:abstractNum w:abstractNumId="24" w15:restartNumberingAfterBreak="0">
    <w:nsid w:val="7B1519D1"/>
    <w:multiLevelType w:val="hybridMultilevel"/>
    <w:tmpl w:val="EB84D5E6"/>
    <w:lvl w:ilvl="0" w:tplc="FFFFFFFF">
      <w:start w:val="1"/>
      <w:numFmt w:val="decimal"/>
      <w:lvlText w:val="%1)"/>
      <w:lvlJc w:val="left"/>
      <w:pPr>
        <w:ind w:left="530" w:hanging="360"/>
      </w:pPr>
      <w:rPr>
        <w:rFonts w:hint="default"/>
      </w:rPr>
    </w:lvl>
    <w:lvl w:ilvl="1" w:tplc="FFFFFFFF" w:tentative="1">
      <w:start w:val="1"/>
      <w:numFmt w:val="lowerLetter"/>
      <w:lvlText w:val="%2."/>
      <w:lvlJc w:val="left"/>
      <w:pPr>
        <w:ind w:left="1250" w:hanging="360"/>
      </w:pPr>
    </w:lvl>
    <w:lvl w:ilvl="2" w:tplc="FFFFFFFF" w:tentative="1">
      <w:start w:val="1"/>
      <w:numFmt w:val="lowerRoman"/>
      <w:lvlText w:val="%3."/>
      <w:lvlJc w:val="right"/>
      <w:pPr>
        <w:ind w:left="1970" w:hanging="180"/>
      </w:pPr>
    </w:lvl>
    <w:lvl w:ilvl="3" w:tplc="FFFFFFFF" w:tentative="1">
      <w:start w:val="1"/>
      <w:numFmt w:val="decimal"/>
      <w:lvlText w:val="%4."/>
      <w:lvlJc w:val="left"/>
      <w:pPr>
        <w:ind w:left="2690" w:hanging="360"/>
      </w:pPr>
    </w:lvl>
    <w:lvl w:ilvl="4" w:tplc="FFFFFFFF" w:tentative="1">
      <w:start w:val="1"/>
      <w:numFmt w:val="lowerLetter"/>
      <w:lvlText w:val="%5."/>
      <w:lvlJc w:val="left"/>
      <w:pPr>
        <w:ind w:left="3410" w:hanging="360"/>
      </w:pPr>
    </w:lvl>
    <w:lvl w:ilvl="5" w:tplc="FFFFFFFF" w:tentative="1">
      <w:start w:val="1"/>
      <w:numFmt w:val="lowerRoman"/>
      <w:lvlText w:val="%6."/>
      <w:lvlJc w:val="right"/>
      <w:pPr>
        <w:ind w:left="4130" w:hanging="180"/>
      </w:pPr>
    </w:lvl>
    <w:lvl w:ilvl="6" w:tplc="FFFFFFFF" w:tentative="1">
      <w:start w:val="1"/>
      <w:numFmt w:val="decimal"/>
      <w:lvlText w:val="%7."/>
      <w:lvlJc w:val="left"/>
      <w:pPr>
        <w:ind w:left="4850" w:hanging="360"/>
      </w:pPr>
    </w:lvl>
    <w:lvl w:ilvl="7" w:tplc="FFFFFFFF" w:tentative="1">
      <w:start w:val="1"/>
      <w:numFmt w:val="lowerLetter"/>
      <w:lvlText w:val="%8."/>
      <w:lvlJc w:val="left"/>
      <w:pPr>
        <w:ind w:left="5570" w:hanging="360"/>
      </w:pPr>
    </w:lvl>
    <w:lvl w:ilvl="8" w:tplc="FFFFFFFF" w:tentative="1">
      <w:start w:val="1"/>
      <w:numFmt w:val="lowerRoman"/>
      <w:lvlText w:val="%9."/>
      <w:lvlJc w:val="right"/>
      <w:pPr>
        <w:ind w:left="6290" w:hanging="180"/>
      </w:pPr>
    </w:lvl>
  </w:abstractNum>
  <w:abstractNum w:abstractNumId="25" w15:restartNumberingAfterBreak="0">
    <w:nsid w:val="7ED918AF"/>
    <w:multiLevelType w:val="hybridMultilevel"/>
    <w:tmpl w:val="BD0AD02C"/>
    <w:lvl w:ilvl="0" w:tplc="C2D02052">
      <w:start w:val="1"/>
      <w:numFmt w:val="bullet"/>
      <w:lvlText w:val=""/>
      <w:lvlJc w:val="left"/>
      <w:pPr>
        <w:ind w:left="530" w:hanging="360"/>
      </w:pPr>
      <w:rPr>
        <w:rFonts w:ascii="Symbol" w:hAnsi="Symbol" w:hint="default"/>
        <w:color w:val="auto"/>
      </w:rPr>
    </w:lvl>
    <w:lvl w:ilvl="1" w:tplc="6F6CF1CC">
      <w:start w:val="1"/>
      <w:numFmt w:val="bullet"/>
      <w:lvlText w:val=""/>
      <w:lvlJc w:val="left"/>
      <w:pPr>
        <w:ind w:left="1250" w:hanging="360"/>
      </w:pPr>
      <w:rPr>
        <w:rFonts w:ascii="Symbol" w:hAnsi="Symbol" w:hint="default"/>
        <w:color w:val="auto"/>
      </w:rPr>
    </w:lvl>
    <w:lvl w:ilvl="2" w:tplc="04150005">
      <w:start w:val="1"/>
      <w:numFmt w:val="bullet"/>
      <w:lvlText w:val=""/>
      <w:lvlJc w:val="left"/>
      <w:pPr>
        <w:ind w:left="1970" w:hanging="360"/>
      </w:pPr>
      <w:rPr>
        <w:rFonts w:ascii="Wingdings" w:hAnsi="Wingdings" w:hint="default"/>
      </w:rPr>
    </w:lvl>
    <w:lvl w:ilvl="3" w:tplc="04150001" w:tentative="1">
      <w:start w:val="1"/>
      <w:numFmt w:val="bullet"/>
      <w:lvlText w:val=""/>
      <w:lvlJc w:val="left"/>
      <w:pPr>
        <w:ind w:left="2690" w:hanging="360"/>
      </w:pPr>
      <w:rPr>
        <w:rFonts w:ascii="Symbol" w:hAnsi="Symbol" w:hint="default"/>
      </w:rPr>
    </w:lvl>
    <w:lvl w:ilvl="4" w:tplc="04150003" w:tentative="1">
      <w:start w:val="1"/>
      <w:numFmt w:val="bullet"/>
      <w:lvlText w:val="o"/>
      <w:lvlJc w:val="left"/>
      <w:pPr>
        <w:ind w:left="3410" w:hanging="360"/>
      </w:pPr>
      <w:rPr>
        <w:rFonts w:ascii="Courier New" w:hAnsi="Courier New" w:cs="Courier New" w:hint="default"/>
      </w:rPr>
    </w:lvl>
    <w:lvl w:ilvl="5" w:tplc="04150005" w:tentative="1">
      <w:start w:val="1"/>
      <w:numFmt w:val="bullet"/>
      <w:lvlText w:val=""/>
      <w:lvlJc w:val="left"/>
      <w:pPr>
        <w:ind w:left="4130" w:hanging="360"/>
      </w:pPr>
      <w:rPr>
        <w:rFonts w:ascii="Wingdings" w:hAnsi="Wingdings" w:hint="default"/>
      </w:rPr>
    </w:lvl>
    <w:lvl w:ilvl="6" w:tplc="04150001" w:tentative="1">
      <w:start w:val="1"/>
      <w:numFmt w:val="bullet"/>
      <w:lvlText w:val=""/>
      <w:lvlJc w:val="left"/>
      <w:pPr>
        <w:ind w:left="4850" w:hanging="360"/>
      </w:pPr>
      <w:rPr>
        <w:rFonts w:ascii="Symbol" w:hAnsi="Symbol" w:hint="default"/>
      </w:rPr>
    </w:lvl>
    <w:lvl w:ilvl="7" w:tplc="04150003" w:tentative="1">
      <w:start w:val="1"/>
      <w:numFmt w:val="bullet"/>
      <w:lvlText w:val="o"/>
      <w:lvlJc w:val="left"/>
      <w:pPr>
        <w:ind w:left="5570" w:hanging="360"/>
      </w:pPr>
      <w:rPr>
        <w:rFonts w:ascii="Courier New" w:hAnsi="Courier New" w:cs="Courier New" w:hint="default"/>
      </w:rPr>
    </w:lvl>
    <w:lvl w:ilvl="8" w:tplc="04150005" w:tentative="1">
      <w:start w:val="1"/>
      <w:numFmt w:val="bullet"/>
      <w:lvlText w:val=""/>
      <w:lvlJc w:val="left"/>
      <w:pPr>
        <w:ind w:left="6290" w:hanging="360"/>
      </w:pPr>
      <w:rPr>
        <w:rFonts w:ascii="Wingdings" w:hAnsi="Wingdings" w:hint="default"/>
      </w:rPr>
    </w:lvl>
  </w:abstractNum>
  <w:abstractNum w:abstractNumId="26" w15:restartNumberingAfterBreak="0">
    <w:nsid w:val="7FDC6FFD"/>
    <w:multiLevelType w:val="multilevel"/>
    <w:tmpl w:val="FDAA02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602684819">
    <w:abstractNumId w:val="16"/>
  </w:num>
  <w:num w:numId="2" w16cid:durableId="1462772759">
    <w:abstractNumId w:val="14"/>
  </w:num>
  <w:num w:numId="3" w16cid:durableId="1505973209">
    <w:abstractNumId w:val="25"/>
  </w:num>
  <w:num w:numId="4" w16cid:durableId="2032410533">
    <w:abstractNumId w:val="21"/>
  </w:num>
  <w:num w:numId="5" w16cid:durableId="140587745">
    <w:abstractNumId w:val="13"/>
  </w:num>
  <w:num w:numId="6" w16cid:durableId="523059444">
    <w:abstractNumId w:val="22"/>
  </w:num>
  <w:num w:numId="7" w16cid:durableId="2013868534">
    <w:abstractNumId w:val="19"/>
  </w:num>
  <w:num w:numId="8" w16cid:durableId="1977686788">
    <w:abstractNumId w:val="10"/>
  </w:num>
  <w:num w:numId="9" w16cid:durableId="2001613628">
    <w:abstractNumId w:val="12"/>
  </w:num>
  <w:num w:numId="10" w16cid:durableId="446392828">
    <w:abstractNumId w:val="17"/>
  </w:num>
  <w:num w:numId="11" w16cid:durableId="562957060">
    <w:abstractNumId w:val="24"/>
  </w:num>
  <w:num w:numId="12" w16cid:durableId="433944542">
    <w:abstractNumId w:val="23"/>
  </w:num>
  <w:num w:numId="13" w16cid:durableId="667100287">
    <w:abstractNumId w:val="26"/>
  </w:num>
  <w:num w:numId="14" w16cid:durableId="934553858">
    <w:abstractNumId w:val="15"/>
  </w:num>
  <w:num w:numId="15" w16cid:durableId="2001427472">
    <w:abstractNumId w:val="11"/>
  </w:num>
  <w:num w:numId="16" w16cid:durableId="2133791496">
    <w:abstractNumId w:val="20"/>
  </w:num>
  <w:num w:numId="17" w16cid:durableId="420880381">
    <w:abstractNumId w:val="18"/>
  </w:num>
  <w:num w:numId="18" w16cid:durableId="86460711">
    <w:abstractNumId w:val="9"/>
  </w:num>
  <w:num w:numId="19" w16cid:durableId="609555806">
    <w:abstractNumId w:val="8"/>
  </w:num>
  <w:num w:numId="20" w16cid:durableId="98331625">
    <w:abstractNumId w:val="6"/>
  </w:num>
  <w:num w:numId="21" w16cid:durableId="1261141521">
    <w:abstractNumId w:val="5"/>
  </w:num>
  <w:num w:numId="22" w16cid:durableId="1895651557">
    <w:abstractNumId w:val="4"/>
  </w:num>
  <w:num w:numId="23" w16cid:durableId="861892429">
    <w:abstractNumId w:val="7"/>
  </w:num>
  <w:num w:numId="24" w16cid:durableId="1830512452">
    <w:abstractNumId w:val="3"/>
  </w:num>
  <w:num w:numId="25" w16cid:durableId="605774092">
    <w:abstractNumId w:val="2"/>
  </w:num>
  <w:num w:numId="26" w16cid:durableId="1081215981">
    <w:abstractNumId w:val="1"/>
  </w:num>
  <w:num w:numId="27" w16cid:durableId="405999521">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24C3"/>
    <w:rsid w:val="00000BA6"/>
    <w:rsid w:val="00000D86"/>
    <w:rsid w:val="00001135"/>
    <w:rsid w:val="00001201"/>
    <w:rsid w:val="0000140A"/>
    <w:rsid w:val="0000172A"/>
    <w:rsid w:val="00001988"/>
    <w:rsid w:val="0000204E"/>
    <w:rsid w:val="000022AF"/>
    <w:rsid w:val="00002AB8"/>
    <w:rsid w:val="00003793"/>
    <w:rsid w:val="00003906"/>
    <w:rsid w:val="00004189"/>
    <w:rsid w:val="00004280"/>
    <w:rsid w:val="0000429F"/>
    <w:rsid w:val="000047C4"/>
    <w:rsid w:val="000051C9"/>
    <w:rsid w:val="00010F46"/>
    <w:rsid w:val="00011A6D"/>
    <w:rsid w:val="00011E6D"/>
    <w:rsid w:val="00011F41"/>
    <w:rsid w:val="00012A48"/>
    <w:rsid w:val="00012D5F"/>
    <w:rsid w:val="00012E13"/>
    <w:rsid w:val="00012E36"/>
    <w:rsid w:val="00012EA2"/>
    <w:rsid w:val="000130F9"/>
    <w:rsid w:val="000136B2"/>
    <w:rsid w:val="00013A6F"/>
    <w:rsid w:val="00013FC6"/>
    <w:rsid w:val="00014B93"/>
    <w:rsid w:val="00014DC1"/>
    <w:rsid w:val="00015048"/>
    <w:rsid w:val="00015094"/>
    <w:rsid w:val="0001586A"/>
    <w:rsid w:val="000158A5"/>
    <w:rsid w:val="00015F7C"/>
    <w:rsid w:val="00017871"/>
    <w:rsid w:val="00017878"/>
    <w:rsid w:val="0002019F"/>
    <w:rsid w:val="00020688"/>
    <w:rsid w:val="00022083"/>
    <w:rsid w:val="00022D81"/>
    <w:rsid w:val="0002335B"/>
    <w:rsid w:val="00023A5F"/>
    <w:rsid w:val="0002441E"/>
    <w:rsid w:val="00024443"/>
    <w:rsid w:val="00025816"/>
    <w:rsid w:val="0002607E"/>
    <w:rsid w:val="00027642"/>
    <w:rsid w:val="000278D9"/>
    <w:rsid w:val="00030C0C"/>
    <w:rsid w:val="00031034"/>
    <w:rsid w:val="00031738"/>
    <w:rsid w:val="00031ADE"/>
    <w:rsid w:val="00031CA0"/>
    <w:rsid w:val="0003215F"/>
    <w:rsid w:val="000329D9"/>
    <w:rsid w:val="00033882"/>
    <w:rsid w:val="00034149"/>
    <w:rsid w:val="000345A8"/>
    <w:rsid w:val="0003461C"/>
    <w:rsid w:val="0003487E"/>
    <w:rsid w:val="00035DAC"/>
    <w:rsid w:val="00035F7B"/>
    <w:rsid w:val="000364BC"/>
    <w:rsid w:val="00036C0C"/>
    <w:rsid w:val="00036EC8"/>
    <w:rsid w:val="00036F8E"/>
    <w:rsid w:val="00041343"/>
    <w:rsid w:val="00042ED3"/>
    <w:rsid w:val="0004340D"/>
    <w:rsid w:val="000449C0"/>
    <w:rsid w:val="00044CBA"/>
    <w:rsid w:val="00044E00"/>
    <w:rsid w:val="00044E06"/>
    <w:rsid w:val="00044E25"/>
    <w:rsid w:val="00045374"/>
    <w:rsid w:val="0004563B"/>
    <w:rsid w:val="00045D0B"/>
    <w:rsid w:val="00045E38"/>
    <w:rsid w:val="0004652B"/>
    <w:rsid w:val="000465CE"/>
    <w:rsid w:val="00047826"/>
    <w:rsid w:val="00047EA8"/>
    <w:rsid w:val="00047F11"/>
    <w:rsid w:val="000502C5"/>
    <w:rsid w:val="00050C8E"/>
    <w:rsid w:val="00050CBF"/>
    <w:rsid w:val="00050CC3"/>
    <w:rsid w:val="00051BA7"/>
    <w:rsid w:val="00051CDD"/>
    <w:rsid w:val="00051D66"/>
    <w:rsid w:val="00052B32"/>
    <w:rsid w:val="000534E7"/>
    <w:rsid w:val="000539D8"/>
    <w:rsid w:val="000539F2"/>
    <w:rsid w:val="00053A1E"/>
    <w:rsid w:val="00053CD9"/>
    <w:rsid w:val="00053E39"/>
    <w:rsid w:val="00053FF7"/>
    <w:rsid w:val="00055DD1"/>
    <w:rsid w:val="00056599"/>
    <w:rsid w:val="000570F3"/>
    <w:rsid w:val="00057B6E"/>
    <w:rsid w:val="00057E5D"/>
    <w:rsid w:val="00061C1D"/>
    <w:rsid w:val="00061CC3"/>
    <w:rsid w:val="00061CFE"/>
    <w:rsid w:val="0006238C"/>
    <w:rsid w:val="00062AF6"/>
    <w:rsid w:val="00062B96"/>
    <w:rsid w:val="00063591"/>
    <w:rsid w:val="00064085"/>
    <w:rsid w:val="00064E7B"/>
    <w:rsid w:val="0006537C"/>
    <w:rsid w:val="0006580B"/>
    <w:rsid w:val="00065BF7"/>
    <w:rsid w:val="000661FC"/>
    <w:rsid w:val="00066E76"/>
    <w:rsid w:val="000705E1"/>
    <w:rsid w:val="00070FB2"/>
    <w:rsid w:val="00071BE9"/>
    <w:rsid w:val="00071F16"/>
    <w:rsid w:val="00071F6C"/>
    <w:rsid w:val="000724FB"/>
    <w:rsid w:val="00072DC3"/>
    <w:rsid w:val="00072FC5"/>
    <w:rsid w:val="000731D2"/>
    <w:rsid w:val="000736D0"/>
    <w:rsid w:val="000738C7"/>
    <w:rsid w:val="00074B44"/>
    <w:rsid w:val="000755B6"/>
    <w:rsid w:val="00076441"/>
    <w:rsid w:val="00076794"/>
    <w:rsid w:val="00076AB3"/>
    <w:rsid w:val="00076CCE"/>
    <w:rsid w:val="00077558"/>
    <w:rsid w:val="0007756A"/>
    <w:rsid w:val="00077965"/>
    <w:rsid w:val="00077ADA"/>
    <w:rsid w:val="000801FC"/>
    <w:rsid w:val="000810A2"/>
    <w:rsid w:val="000828A6"/>
    <w:rsid w:val="00083576"/>
    <w:rsid w:val="000842D2"/>
    <w:rsid w:val="000846BD"/>
    <w:rsid w:val="00084B4A"/>
    <w:rsid w:val="00084D7C"/>
    <w:rsid w:val="00085333"/>
    <w:rsid w:val="0008598D"/>
    <w:rsid w:val="00085D1B"/>
    <w:rsid w:val="0008644D"/>
    <w:rsid w:val="00086FCC"/>
    <w:rsid w:val="00087226"/>
    <w:rsid w:val="00087293"/>
    <w:rsid w:val="00090362"/>
    <w:rsid w:val="000903C1"/>
    <w:rsid w:val="00091111"/>
    <w:rsid w:val="0009122B"/>
    <w:rsid w:val="00091A24"/>
    <w:rsid w:val="00093660"/>
    <w:rsid w:val="00094005"/>
    <w:rsid w:val="00094068"/>
    <w:rsid w:val="0009432F"/>
    <w:rsid w:val="00094A34"/>
    <w:rsid w:val="00094D04"/>
    <w:rsid w:val="00095A6C"/>
    <w:rsid w:val="00095FB7"/>
    <w:rsid w:val="000960B8"/>
    <w:rsid w:val="00096412"/>
    <w:rsid w:val="000A1669"/>
    <w:rsid w:val="000A22E2"/>
    <w:rsid w:val="000A262B"/>
    <w:rsid w:val="000A31D5"/>
    <w:rsid w:val="000A324B"/>
    <w:rsid w:val="000A35DF"/>
    <w:rsid w:val="000A4034"/>
    <w:rsid w:val="000A457E"/>
    <w:rsid w:val="000A5005"/>
    <w:rsid w:val="000A6334"/>
    <w:rsid w:val="000A67C5"/>
    <w:rsid w:val="000A77DD"/>
    <w:rsid w:val="000A7A9C"/>
    <w:rsid w:val="000B027A"/>
    <w:rsid w:val="000B2ED9"/>
    <w:rsid w:val="000B3715"/>
    <w:rsid w:val="000B3D50"/>
    <w:rsid w:val="000B5349"/>
    <w:rsid w:val="000B5397"/>
    <w:rsid w:val="000B6744"/>
    <w:rsid w:val="000B678E"/>
    <w:rsid w:val="000B6E83"/>
    <w:rsid w:val="000B6F3E"/>
    <w:rsid w:val="000B6F5A"/>
    <w:rsid w:val="000B7359"/>
    <w:rsid w:val="000B7CF0"/>
    <w:rsid w:val="000C00AF"/>
    <w:rsid w:val="000C0941"/>
    <w:rsid w:val="000C154B"/>
    <w:rsid w:val="000C26E9"/>
    <w:rsid w:val="000C330F"/>
    <w:rsid w:val="000C38A4"/>
    <w:rsid w:val="000C3C67"/>
    <w:rsid w:val="000C4D78"/>
    <w:rsid w:val="000C5268"/>
    <w:rsid w:val="000C616E"/>
    <w:rsid w:val="000C647F"/>
    <w:rsid w:val="000C674B"/>
    <w:rsid w:val="000C76AB"/>
    <w:rsid w:val="000C76FC"/>
    <w:rsid w:val="000C7B76"/>
    <w:rsid w:val="000C7BEE"/>
    <w:rsid w:val="000D0AE3"/>
    <w:rsid w:val="000D1020"/>
    <w:rsid w:val="000D20D0"/>
    <w:rsid w:val="000D3747"/>
    <w:rsid w:val="000D37FF"/>
    <w:rsid w:val="000D475E"/>
    <w:rsid w:val="000D5276"/>
    <w:rsid w:val="000D599E"/>
    <w:rsid w:val="000D5F3E"/>
    <w:rsid w:val="000D6CB2"/>
    <w:rsid w:val="000D77CF"/>
    <w:rsid w:val="000E00FC"/>
    <w:rsid w:val="000E15A1"/>
    <w:rsid w:val="000E1D38"/>
    <w:rsid w:val="000E21A4"/>
    <w:rsid w:val="000E3982"/>
    <w:rsid w:val="000E4D26"/>
    <w:rsid w:val="000E59E3"/>
    <w:rsid w:val="000E5B84"/>
    <w:rsid w:val="000E6F83"/>
    <w:rsid w:val="000F10AC"/>
    <w:rsid w:val="000F18B4"/>
    <w:rsid w:val="000F1F1E"/>
    <w:rsid w:val="000F2537"/>
    <w:rsid w:val="000F2DB8"/>
    <w:rsid w:val="000F3C15"/>
    <w:rsid w:val="000F3D09"/>
    <w:rsid w:val="000F4728"/>
    <w:rsid w:val="000F488B"/>
    <w:rsid w:val="000F4B0C"/>
    <w:rsid w:val="000F4CA1"/>
    <w:rsid w:val="000F5464"/>
    <w:rsid w:val="000F6030"/>
    <w:rsid w:val="000F69B7"/>
    <w:rsid w:val="000F69E3"/>
    <w:rsid w:val="000F73E4"/>
    <w:rsid w:val="000F7629"/>
    <w:rsid w:val="000F7965"/>
    <w:rsid w:val="000F7C9B"/>
    <w:rsid w:val="000F7FF2"/>
    <w:rsid w:val="00100A74"/>
    <w:rsid w:val="00100ED8"/>
    <w:rsid w:val="00100F2E"/>
    <w:rsid w:val="0010350A"/>
    <w:rsid w:val="00103C2D"/>
    <w:rsid w:val="001047AD"/>
    <w:rsid w:val="00104F2C"/>
    <w:rsid w:val="00105A91"/>
    <w:rsid w:val="00105B56"/>
    <w:rsid w:val="00105B80"/>
    <w:rsid w:val="00105DB3"/>
    <w:rsid w:val="00106303"/>
    <w:rsid w:val="001064D5"/>
    <w:rsid w:val="00106655"/>
    <w:rsid w:val="001072C9"/>
    <w:rsid w:val="00107EEF"/>
    <w:rsid w:val="001100AC"/>
    <w:rsid w:val="00112351"/>
    <w:rsid w:val="00112665"/>
    <w:rsid w:val="001129B1"/>
    <w:rsid w:val="001129CF"/>
    <w:rsid w:val="00112F8F"/>
    <w:rsid w:val="001132D4"/>
    <w:rsid w:val="00114003"/>
    <w:rsid w:val="001149AD"/>
    <w:rsid w:val="001153E8"/>
    <w:rsid w:val="001155E9"/>
    <w:rsid w:val="00116208"/>
    <w:rsid w:val="0011637C"/>
    <w:rsid w:val="00116C88"/>
    <w:rsid w:val="00117356"/>
    <w:rsid w:val="00117563"/>
    <w:rsid w:val="001210C2"/>
    <w:rsid w:val="00121752"/>
    <w:rsid w:val="00121EC2"/>
    <w:rsid w:val="00122F43"/>
    <w:rsid w:val="00123C81"/>
    <w:rsid w:val="00123E2F"/>
    <w:rsid w:val="00124147"/>
    <w:rsid w:val="00125E65"/>
    <w:rsid w:val="001273A3"/>
    <w:rsid w:val="0012790A"/>
    <w:rsid w:val="00127A93"/>
    <w:rsid w:val="001305B2"/>
    <w:rsid w:val="00130EAB"/>
    <w:rsid w:val="00131F5E"/>
    <w:rsid w:val="00132047"/>
    <w:rsid w:val="00132364"/>
    <w:rsid w:val="001329BE"/>
    <w:rsid w:val="00133530"/>
    <w:rsid w:val="001340E6"/>
    <w:rsid w:val="0013431A"/>
    <w:rsid w:val="001351DC"/>
    <w:rsid w:val="0013544F"/>
    <w:rsid w:val="00135BD8"/>
    <w:rsid w:val="0013606B"/>
    <w:rsid w:val="0013640D"/>
    <w:rsid w:val="001365F9"/>
    <w:rsid w:val="0013689F"/>
    <w:rsid w:val="00136A5D"/>
    <w:rsid w:val="001371A6"/>
    <w:rsid w:val="00137CE0"/>
    <w:rsid w:val="001402A1"/>
    <w:rsid w:val="0014032B"/>
    <w:rsid w:val="00140CFC"/>
    <w:rsid w:val="001422F3"/>
    <w:rsid w:val="001423B6"/>
    <w:rsid w:val="00142D82"/>
    <w:rsid w:val="001430EC"/>
    <w:rsid w:val="00143B18"/>
    <w:rsid w:val="00144FE2"/>
    <w:rsid w:val="001451BD"/>
    <w:rsid w:val="00145FED"/>
    <w:rsid w:val="0014640B"/>
    <w:rsid w:val="00146F75"/>
    <w:rsid w:val="0014746D"/>
    <w:rsid w:val="00147AB7"/>
    <w:rsid w:val="00147BF4"/>
    <w:rsid w:val="0015029C"/>
    <w:rsid w:val="0015042B"/>
    <w:rsid w:val="00150678"/>
    <w:rsid w:val="0015231E"/>
    <w:rsid w:val="00152E62"/>
    <w:rsid w:val="0015377E"/>
    <w:rsid w:val="001538C5"/>
    <w:rsid w:val="001542F9"/>
    <w:rsid w:val="00154960"/>
    <w:rsid w:val="00155021"/>
    <w:rsid w:val="001554BB"/>
    <w:rsid w:val="001560B1"/>
    <w:rsid w:val="001561F2"/>
    <w:rsid w:val="001576EB"/>
    <w:rsid w:val="001579CD"/>
    <w:rsid w:val="0016027F"/>
    <w:rsid w:val="0016060A"/>
    <w:rsid w:val="00160EC0"/>
    <w:rsid w:val="00160F62"/>
    <w:rsid w:val="00161A1A"/>
    <w:rsid w:val="00161E16"/>
    <w:rsid w:val="00161F10"/>
    <w:rsid w:val="00162E15"/>
    <w:rsid w:val="00163E1C"/>
    <w:rsid w:val="001648AE"/>
    <w:rsid w:val="001652B1"/>
    <w:rsid w:val="001656B4"/>
    <w:rsid w:val="001660A2"/>
    <w:rsid w:val="001668C2"/>
    <w:rsid w:val="00166E27"/>
    <w:rsid w:val="00167156"/>
    <w:rsid w:val="001676A9"/>
    <w:rsid w:val="0016775E"/>
    <w:rsid w:val="00167AF4"/>
    <w:rsid w:val="00167BAD"/>
    <w:rsid w:val="00167C6E"/>
    <w:rsid w:val="00170174"/>
    <w:rsid w:val="0017024D"/>
    <w:rsid w:val="001712A7"/>
    <w:rsid w:val="00171585"/>
    <w:rsid w:val="00171BA6"/>
    <w:rsid w:val="00171CDF"/>
    <w:rsid w:val="00172E40"/>
    <w:rsid w:val="00174306"/>
    <w:rsid w:val="001744B6"/>
    <w:rsid w:val="001744BE"/>
    <w:rsid w:val="00174554"/>
    <w:rsid w:val="00174B56"/>
    <w:rsid w:val="00175020"/>
    <w:rsid w:val="001755CC"/>
    <w:rsid w:val="0017678F"/>
    <w:rsid w:val="00176B77"/>
    <w:rsid w:val="00176C8C"/>
    <w:rsid w:val="001771EB"/>
    <w:rsid w:val="0017781C"/>
    <w:rsid w:val="00177A8F"/>
    <w:rsid w:val="00177F46"/>
    <w:rsid w:val="00180AEB"/>
    <w:rsid w:val="00180AF7"/>
    <w:rsid w:val="001815FE"/>
    <w:rsid w:val="00182186"/>
    <w:rsid w:val="0018221F"/>
    <w:rsid w:val="00182A5B"/>
    <w:rsid w:val="00182CB4"/>
    <w:rsid w:val="00182E3C"/>
    <w:rsid w:val="00183B0B"/>
    <w:rsid w:val="00184A59"/>
    <w:rsid w:val="001855C5"/>
    <w:rsid w:val="001855C8"/>
    <w:rsid w:val="00185EEA"/>
    <w:rsid w:val="001863F5"/>
    <w:rsid w:val="00186D57"/>
    <w:rsid w:val="00186EB2"/>
    <w:rsid w:val="00186F91"/>
    <w:rsid w:val="00187C49"/>
    <w:rsid w:val="00191689"/>
    <w:rsid w:val="00191D6E"/>
    <w:rsid w:val="00192291"/>
    <w:rsid w:val="0019237E"/>
    <w:rsid w:val="001937A3"/>
    <w:rsid w:val="00193A13"/>
    <w:rsid w:val="00193A6E"/>
    <w:rsid w:val="00193B51"/>
    <w:rsid w:val="00193C8D"/>
    <w:rsid w:val="00193DEB"/>
    <w:rsid w:val="001941B9"/>
    <w:rsid w:val="00194202"/>
    <w:rsid w:val="00194411"/>
    <w:rsid w:val="00194501"/>
    <w:rsid w:val="00194B4F"/>
    <w:rsid w:val="00195CF4"/>
    <w:rsid w:val="001967B6"/>
    <w:rsid w:val="00197040"/>
    <w:rsid w:val="001971E1"/>
    <w:rsid w:val="00197388"/>
    <w:rsid w:val="00197931"/>
    <w:rsid w:val="00197B62"/>
    <w:rsid w:val="001A0311"/>
    <w:rsid w:val="001A1031"/>
    <w:rsid w:val="001A16BB"/>
    <w:rsid w:val="001A2137"/>
    <w:rsid w:val="001A2497"/>
    <w:rsid w:val="001A25D7"/>
    <w:rsid w:val="001A2757"/>
    <w:rsid w:val="001A2C5D"/>
    <w:rsid w:val="001A35EE"/>
    <w:rsid w:val="001A448F"/>
    <w:rsid w:val="001A5587"/>
    <w:rsid w:val="001A5905"/>
    <w:rsid w:val="001A6288"/>
    <w:rsid w:val="001A6D57"/>
    <w:rsid w:val="001A6E0A"/>
    <w:rsid w:val="001A7A05"/>
    <w:rsid w:val="001B08F9"/>
    <w:rsid w:val="001B1F42"/>
    <w:rsid w:val="001B2B88"/>
    <w:rsid w:val="001B2BE3"/>
    <w:rsid w:val="001B2FBF"/>
    <w:rsid w:val="001B328E"/>
    <w:rsid w:val="001B3E64"/>
    <w:rsid w:val="001B3FDD"/>
    <w:rsid w:val="001B45C7"/>
    <w:rsid w:val="001B6580"/>
    <w:rsid w:val="001B7D9A"/>
    <w:rsid w:val="001C1105"/>
    <w:rsid w:val="001C1579"/>
    <w:rsid w:val="001C26B8"/>
    <w:rsid w:val="001C392F"/>
    <w:rsid w:val="001C45C6"/>
    <w:rsid w:val="001C476E"/>
    <w:rsid w:val="001C48E4"/>
    <w:rsid w:val="001C4BDE"/>
    <w:rsid w:val="001C53E5"/>
    <w:rsid w:val="001C57CE"/>
    <w:rsid w:val="001C5B1C"/>
    <w:rsid w:val="001C5C5D"/>
    <w:rsid w:val="001C5DCC"/>
    <w:rsid w:val="001C65BE"/>
    <w:rsid w:val="001C698E"/>
    <w:rsid w:val="001C71E5"/>
    <w:rsid w:val="001D0C4F"/>
    <w:rsid w:val="001D187B"/>
    <w:rsid w:val="001D35F8"/>
    <w:rsid w:val="001D3B5D"/>
    <w:rsid w:val="001D6371"/>
    <w:rsid w:val="001D64B0"/>
    <w:rsid w:val="001D6563"/>
    <w:rsid w:val="001D66FA"/>
    <w:rsid w:val="001D68BB"/>
    <w:rsid w:val="001D690A"/>
    <w:rsid w:val="001D6BF4"/>
    <w:rsid w:val="001D6F1B"/>
    <w:rsid w:val="001D7A39"/>
    <w:rsid w:val="001E0640"/>
    <w:rsid w:val="001E0D56"/>
    <w:rsid w:val="001E16F2"/>
    <w:rsid w:val="001E27F2"/>
    <w:rsid w:val="001E3C45"/>
    <w:rsid w:val="001E426B"/>
    <w:rsid w:val="001E45E8"/>
    <w:rsid w:val="001E46EE"/>
    <w:rsid w:val="001E4D5A"/>
    <w:rsid w:val="001E5256"/>
    <w:rsid w:val="001E534B"/>
    <w:rsid w:val="001E56A5"/>
    <w:rsid w:val="001E5714"/>
    <w:rsid w:val="001E5C79"/>
    <w:rsid w:val="001E644D"/>
    <w:rsid w:val="001E6C3F"/>
    <w:rsid w:val="001F000A"/>
    <w:rsid w:val="001F02FF"/>
    <w:rsid w:val="001F117B"/>
    <w:rsid w:val="001F20D5"/>
    <w:rsid w:val="001F30C7"/>
    <w:rsid w:val="001F3486"/>
    <w:rsid w:val="001F3F80"/>
    <w:rsid w:val="001F410C"/>
    <w:rsid w:val="001F41F8"/>
    <w:rsid w:val="001F4538"/>
    <w:rsid w:val="001F4C12"/>
    <w:rsid w:val="001F4D9C"/>
    <w:rsid w:val="001F4DFA"/>
    <w:rsid w:val="001F52AE"/>
    <w:rsid w:val="001F53EB"/>
    <w:rsid w:val="001F5C0A"/>
    <w:rsid w:val="001F6EC1"/>
    <w:rsid w:val="001F7450"/>
    <w:rsid w:val="001F7A63"/>
    <w:rsid w:val="0020090B"/>
    <w:rsid w:val="00202029"/>
    <w:rsid w:val="002021ED"/>
    <w:rsid w:val="00202985"/>
    <w:rsid w:val="00202D14"/>
    <w:rsid w:val="00202FD4"/>
    <w:rsid w:val="0020361E"/>
    <w:rsid w:val="00203A33"/>
    <w:rsid w:val="00203E2F"/>
    <w:rsid w:val="0020401D"/>
    <w:rsid w:val="00204304"/>
    <w:rsid w:val="00204B89"/>
    <w:rsid w:val="00204F16"/>
    <w:rsid w:val="0020501F"/>
    <w:rsid w:val="0020545D"/>
    <w:rsid w:val="00205846"/>
    <w:rsid w:val="00205EBD"/>
    <w:rsid w:val="00205EC1"/>
    <w:rsid w:val="002063F1"/>
    <w:rsid w:val="00206DFA"/>
    <w:rsid w:val="00207092"/>
    <w:rsid w:val="00210D8A"/>
    <w:rsid w:val="00211840"/>
    <w:rsid w:val="00211FCE"/>
    <w:rsid w:val="0021366A"/>
    <w:rsid w:val="00213DAC"/>
    <w:rsid w:val="00214A14"/>
    <w:rsid w:val="0021539A"/>
    <w:rsid w:val="002154F9"/>
    <w:rsid w:val="002156F1"/>
    <w:rsid w:val="00215CAD"/>
    <w:rsid w:val="0021618C"/>
    <w:rsid w:val="00216FBC"/>
    <w:rsid w:val="002176F7"/>
    <w:rsid w:val="00220433"/>
    <w:rsid w:val="00220603"/>
    <w:rsid w:val="00220CDA"/>
    <w:rsid w:val="002216C7"/>
    <w:rsid w:val="002217F7"/>
    <w:rsid w:val="0022184C"/>
    <w:rsid w:val="002219E1"/>
    <w:rsid w:val="00221C5D"/>
    <w:rsid w:val="002228B3"/>
    <w:rsid w:val="00222B23"/>
    <w:rsid w:val="00222D06"/>
    <w:rsid w:val="002232D8"/>
    <w:rsid w:val="0022360B"/>
    <w:rsid w:val="0022388B"/>
    <w:rsid w:val="00223A47"/>
    <w:rsid w:val="00224012"/>
    <w:rsid w:val="00224413"/>
    <w:rsid w:val="00225B91"/>
    <w:rsid w:val="00225DE9"/>
    <w:rsid w:val="00226586"/>
    <w:rsid w:val="00226B23"/>
    <w:rsid w:val="00230705"/>
    <w:rsid w:val="0023179B"/>
    <w:rsid w:val="00231DB4"/>
    <w:rsid w:val="002324C2"/>
    <w:rsid w:val="002327A0"/>
    <w:rsid w:val="00232D54"/>
    <w:rsid w:val="00234788"/>
    <w:rsid w:val="00234E43"/>
    <w:rsid w:val="0023554F"/>
    <w:rsid w:val="00235832"/>
    <w:rsid w:val="00235F23"/>
    <w:rsid w:val="00236819"/>
    <w:rsid w:val="00236FA6"/>
    <w:rsid w:val="00237730"/>
    <w:rsid w:val="00237E3A"/>
    <w:rsid w:val="00240241"/>
    <w:rsid w:val="0024058F"/>
    <w:rsid w:val="002409F6"/>
    <w:rsid w:val="00240E3B"/>
    <w:rsid w:val="00240F84"/>
    <w:rsid w:val="00240FF7"/>
    <w:rsid w:val="00241745"/>
    <w:rsid w:val="00241835"/>
    <w:rsid w:val="00241B0B"/>
    <w:rsid w:val="00241C41"/>
    <w:rsid w:val="00242C94"/>
    <w:rsid w:val="00245027"/>
    <w:rsid w:val="00245AF2"/>
    <w:rsid w:val="0024640A"/>
    <w:rsid w:val="002473D6"/>
    <w:rsid w:val="002476F9"/>
    <w:rsid w:val="0024780F"/>
    <w:rsid w:val="00247B1D"/>
    <w:rsid w:val="00250C86"/>
    <w:rsid w:val="00250D36"/>
    <w:rsid w:val="002523B2"/>
    <w:rsid w:val="00252D9E"/>
    <w:rsid w:val="002530F7"/>
    <w:rsid w:val="00253C13"/>
    <w:rsid w:val="0025555B"/>
    <w:rsid w:val="002569E9"/>
    <w:rsid w:val="00256EE3"/>
    <w:rsid w:val="00257144"/>
    <w:rsid w:val="00260C58"/>
    <w:rsid w:val="00261B58"/>
    <w:rsid w:val="00261BF7"/>
    <w:rsid w:val="00261C60"/>
    <w:rsid w:val="00262733"/>
    <w:rsid w:val="00262983"/>
    <w:rsid w:val="0026330F"/>
    <w:rsid w:val="00263C40"/>
    <w:rsid w:val="00263E18"/>
    <w:rsid w:val="002641E3"/>
    <w:rsid w:val="00264E80"/>
    <w:rsid w:val="0026569E"/>
    <w:rsid w:val="002656E1"/>
    <w:rsid w:val="00265C41"/>
    <w:rsid w:val="00265F99"/>
    <w:rsid w:val="00267049"/>
    <w:rsid w:val="002670B0"/>
    <w:rsid w:val="00267D98"/>
    <w:rsid w:val="00271020"/>
    <w:rsid w:val="002715CF"/>
    <w:rsid w:val="00271935"/>
    <w:rsid w:val="00271A3F"/>
    <w:rsid w:val="00273DAF"/>
    <w:rsid w:val="002740F2"/>
    <w:rsid w:val="002747A0"/>
    <w:rsid w:val="00274C14"/>
    <w:rsid w:val="00274FA0"/>
    <w:rsid w:val="002753A6"/>
    <w:rsid w:val="002754B4"/>
    <w:rsid w:val="002755B6"/>
    <w:rsid w:val="00276202"/>
    <w:rsid w:val="00277303"/>
    <w:rsid w:val="0027789E"/>
    <w:rsid w:val="00277C49"/>
    <w:rsid w:val="0028026C"/>
    <w:rsid w:val="002804F5"/>
    <w:rsid w:val="00280C1F"/>
    <w:rsid w:val="00280F5A"/>
    <w:rsid w:val="00281591"/>
    <w:rsid w:val="00281B9B"/>
    <w:rsid w:val="0028228B"/>
    <w:rsid w:val="00282648"/>
    <w:rsid w:val="00282653"/>
    <w:rsid w:val="00282AEA"/>
    <w:rsid w:val="00282D73"/>
    <w:rsid w:val="00283D09"/>
    <w:rsid w:val="00283EE8"/>
    <w:rsid w:val="00284780"/>
    <w:rsid w:val="00284906"/>
    <w:rsid w:val="00284A95"/>
    <w:rsid w:val="002850BF"/>
    <w:rsid w:val="00285820"/>
    <w:rsid w:val="002863DC"/>
    <w:rsid w:val="00286543"/>
    <w:rsid w:val="00287CA5"/>
    <w:rsid w:val="00287DB3"/>
    <w:rsid w:val="00291A28"/>
    <w:rsid w:val="00292320"/>
    <w:rsid w:val="002926D6"/>
    <w:rsid w:val="00292ECE"/>
    <w:rsid w:val="00293084"/>
    <w:rsid w:val="002939BB"/>
    <w:rsid w:val="00293D69"/>
    <w:rsid w:val="00294869"/>
    <w:rsid w:val="002957DE"/>
    <w:rsid w:val="00295F56"/>
    <w:rsid w:val="00295F89"/>
    <w:rsid w:val="00296C05"/>
    <w:rsid w:val="00296CDC"/>
    <w:rsid w:val="00296F5F"/>
    <w:rsid w:val="002971AF"/>
    <w:rsid w:val="002976BC"/>
    <w:rsid w:val="00297A59"/>
    <w:rsid w:val="002A2475"/>
    <w:rsid w:val="002A2A25"/>
    <w:rsid w:val="002A2B5E"/>
    <w:rsid w:val="002A2D5C"/>
    <w:rsid w:val="002A2EC5"/>
    <w:rsid w:val="002A3244"/>
    <w:rsid w:val="002A3ED9"/>
    <w:rsid w:val="002A43E1"/>
    <w:rsid w:val="002A4652"/>
    <w:rsid w:val="002A65F8"/>
    <w:rsid w:val="002A6748"/>
    <w:rsid w:val="002A790A"/>
    <w:rsid w:val="002A7D8E"/>
    <w:rsid w:val="002B0424"/>
    <w:rsid w:val="002B0AA5"/>
    <w:rsid w:val="002B0E8A"/>
    <w:rsid w:val="002B132D"/>
    <w:rsid w:val="002B1809"/>
    <w:rsid w:val="002B20F4"/>
    <w:rsid w:val="002B23C3"/>
    <w:rsid w:val="002B29F5"/>
    <w:rsid w:val="002B327C"/>
    <w:rsid w:val="002B3E73"/>
    <w:rsid w:val="002B458B"/>
    <w:rsid w:val="002B473A"/>
    <w:rsid w:val="002B5723"/>
    <w:rsid w:val="002B59D1"/>
    <w:rsid w:val="002B5D7E"/>
    <w:rsid w:val="002B765F"/>
    <w:rsid w:val="002B76F0"/>
    <w:rsid w:val="002B7BFC"/>
    <w:rsid w:val="002B7C8F"/>
    <w:rsid w:val="002C003E"/>
    <w:rsid w:val="002C0087"/>
    <w:rsid w:val="002C079E"/>
    <w:rsid w:val="002C0C69"/>
    <w:rsid w:val="002C1EE8"/>
    <w:rsid w:val="002C32DC"/>
    <w:rsid w:val="002C369C"/>
    <w:rsid w:val="002C376B"/>
    <w:rsid w:val="002C3C8F"/>
    <w:rsid w:val="002C5243"/>
    <w:rsid w:val="002C5618"/>
    <w:rsid w:val="002C67C6"/>
    <w:rsid w:val="002C6912"/>
    <w:rsid w:val="002C6A2D"/>
    <w:rsid w:val="002C7995"/>
    <w:rsid w:val="002C7A66"/>
    <w:rsid w:val="002D1294"/>
    <w:rsid w:val="002D150E"/>
    <w:rsid w:val="002D243E"/>
    <w:rsid w:val="002D258F"/>
    <w:rsid w:val="002D2B9F"/>
    <w:rsid w:val="002D2FD5"/>
    <w:rsid w:val="002D3BAD"/>
    <w:rsid w:val="002D3BE0"/>
    <w:rsid w:val="002D3CFF"/>
    <w:rsid w:val="002D4019"/>
    <w:rsid w:val="002D41DF"/>
    <w:rsid w:val="002D424A"/>
    <w:rsid w:val="002D5665"/>
    <w:rsid w:val="002D59CB"/>
    <w:rsid w:val="002D618B"/>
    <w:rsid w:val="002D6766"/>
    <w:rsid w:val="002D68E9"/>
    <w:rsid w:val="002D77FB"/>
    <w:rsid w:val="002E0770"/>
    <w:rsid w:val="002E0953"/>
    <w:rsid w:val="002E0A5C"/>
    <w:rsid w:val="002E11F3"/>
    <w:rsid w:val="002E16D6"/>
    <w:rsid w:val="002E1E84"/>
    <w:rsid w:val="002E2A08"/>
    <w:rsid w:val="002E3659"/>
    <w:rsid w:val="002E49C6"/>
    <w:rsid w:val="002E53E6"/>
    <w:rsid w:val="002E5C4A"/>
    <w:rsid w:val="002E600C"/>
    <w:rsid w:val="002E669A"/>
    <w:rsid w:val="002E67FE"/>
    <w:rsid w:val="002E7828"/>
    <w:rsid w:val="002E7909"/>
    <w:rsid w:val="002E7DB0"/>
    <w:rsid w:val="002F141C"/>
    <w:rsid w:val="002F14E5"/>
    <w:rsid w:val="002F1C01"/>
    <w:rsid w:val="002F2589"/>
    <w:rsid w:val="002F2A7D"/>
    <w:rsid w:val="002F503D"/>
    <w:rsid w:val="002F51E2"/>
    <w:rsid w:val="002F5364"/>
    <w:rsid w:val="002F5B37"/>
    <w:rsid w:val="002F6129"/>
    <w:rsid w:val="002F66AA"/>
    <w:rsid w:val="002F67D1"/>
    <w:rsid w:val="002F6DD2"/>
    <w:rsid w:val="0030015B"/>
    <w:rsid w:val="00302162"/>
    <w:rsid w:val="0030296B"/>
    <w:rsid w:val="00303E3F"/>
    <w:rsid w:val="00303EE7"/>
    <w:rsid w:val="00304847"/>
    <w:rsid w:val="00306389"/>
    <w:rsid w:val="003067E8"/>
    <w:rsid w:val="003076E1"/>
    <w:rsid w:val="003077C1"/>
    <w:rsid w:val="003108B5"/>
    <w:rsid w:val="00310DAB"/>
    <w:rsid w:val="003114A8"/>
    <w:rsid w:val="003116B8"/>
    <w:rsid w:val="00311864"/>
    <w:rsid w:val="003127C7"/>
    <w:rsid w:val="003137C0"/>
    <w:rsid w:val="0031494F"/>
    <w:rsid w:val="00314B35"/>
    <w:rsid w:val="0031573F"/>
    <w:rsid w:val="00315C3B"/>
    <w:rsid w:val="003164E9"/>
    <w:rsid w:val="00316B56"/>
    <w:rsid w:val="00316E6D"/>
    <w:rsid w:val="00317329"/>
    <w:rsid w:val="00317C27"/>
    <w:rsid w:val="0032078D"/>
    <w:rsid w:val="00320883"/>
    <w:rsid w:val="00320D38"/>
    <w:rsid w:val="003212E7"/>
    <w:rsid w:val="0032162E"/>
    <w:rsid w:val="00321B19"/>
    <w:rsid w:val="00321D01"/>
    <w:rsid w:val="003226AD"/>
    <w:rsid w:val="00323B7A"/>
    <w:rsid w:val="00324039"/>
    <w:rsid w:val="0032414A"/>
    <w:rsid w:val="00324D8F"/>
    <w:rsid w:val="0032510B"/>
    <w:rsid w:val="003255CB"/>
    <w:rsid w:val="003256DB"/>
    <w:rsid w:val="00325F55"/>
    <w:rsid w:val="00326B13"/>
    <w:rsid w:val="0032745F"/>
    <w:rsid w:val="00327DC3"/>
    <w:rsid w:val="0033027B"/>
    <w:rsid w:val="00330466"/>
    <w:rsid w:val="0033085B"/>
    <w:rsid w:val="00331804"/>
    <w:rsid w:val="00332062"/>
    <w:rsid w:val="003322A2"/>
    <w:rsid w:val="0033298C"/>
    <w:rsid w:val="00333040"/>
    <w:rsid w:val="0033342B"/>
    <w:rsid w:val="00334FEF"/>
    <w:rsid w:val="00335D6E"/>
    <w:rsid w:val="003366D8"/>
    <w:rsid w:val="0034014B"/>
    <w:rsid w:val="0034043D"/>
    <w:rsid w:val="00340649"/>
    <w:rsid w:val="003408B3"/>
    <w:rsid w:val="003411B7"/>
    <w:rsid w:val="003412C5"/>
    <w:rsid w:val="003414A7"/>
    <w:rsid w:val="00342212"/>
    <w:rsid w:val="003424C3"/>
    <w:rsid w:val="00342D17"/>
    <w:rsid w:val="00342D3B"/>
    <w:rsid w:val="00342ECF"/>
    <w:rsid w:val="003432C9"/>
    <w:rsid w:val="00343377"/>
    <w:rsid w:val="00343410"/>
    <w:rsid w:val="003434E2"/>
    <w:rsid w:val="00343808"/>
    <w:rsid w:val="00344027"/>
    <w:rsid w:val="00344342"/>
    <w:rsid w:val="00344525"/>
    <w:rsid w:val="00344812"/>
    <w:rsid w:val="00344A16"/>
    <w:rsid w:val="00345024"/>
    <w:rsid w:val="00345854"/>
    <w:rsid w:val="00345DD4"/>
    <w:rsid w:val="00346297"/>
    <w:rsid w:val="003469AC"/>
    <w:rsid w:val="00346C1E"/>
    <w:rsid w:val="00347A29"/>
    <w:rsid w:val="003506E7"/>
    <w:rsid w:val="003510E4"/>
    <w:rsid w:val="003512CD"/>
    <w:rsid w:val="00351546"/>
    <w:rsid w:val="00351C92"/>
    <w:rsid w:val="00351D7B"/>
    <w:rsid w:val="00351F42"/>
    <w:rsid w:val="00353E4B"/>
    <w:rsid w:val="003550C3"/>
    <w:rsid w:val="003560D3"/>
    <w:rsid w:val="0035611C"/>
    <w:rsid w:val="003562C7"/>
    <w:rsid w:val="003566F4"/>
    <w:rsid w:val="00356B1C"/>
    <w:rsid w:val="003574B8"/>
    <w:rsid w:val="003575BE"/>
    <w:rsid w:val="00357620"/>
    <w:rsid w:val="00357FB2"/>
    <w:rsid w:val="003603E7"/>
    <w:rsid w:val="003605CA"/>
    <w:rsid w:val="003605D0"/>
    <w:rsid w:val="00360C6B"/>
    <w:rsid w:val="00362232"/>
    <w:rsid w:val="00363373"/>
    <w:rsid w:val="00363A5A"/>
    <w:rsid w:val="0036400C"/>
    <w:rsid w:val="00364090"/>
    <w:rsid w:val="00364C90"/>
    <w:rsid w:val="00364D6E"/>
    <w:rsid w:val="00364EFB"/>
    <w:rsid w:val="00365499"/>
    <w:rsid w:val="00365A13"/>
    <w:rsid w:val="00365AE9"/>
    <w:rsid w:val="00365EE7"/>
    <w:rsid w:val="003660A4"/>
    <w:rsid w:val="0036713C"/>
    <w:rsid w:val="003674F6"/>
    <w:rsid w:val="003677D7"/>
    <w:rsid w:val="003716E6"/>
    <w:rsid w:val="003719EE"/>
    <w:rsid w:val="0037295E"/>
    <w:rsid w:val="003735C6"/>
    <w:rsid w:val="00373777"/>
    <w:rsid w:val="00375047"/>
    <w:rsid w:val="003752FB"/>
    <w:rsid w:val="00375E9F"/>
    <w:rsid w:val="00377180"/>
    <w:rsid w:val="00377AE3"/>
    <w:rsid w:val="003804D5"/>
    <w:rsid w:val="0038157E"/>
    <w:rsid w:val="00381872"/>
    <w:rsid w:val="00381D23"/>
    <w:rsid w:val="00383C9A"/>
    <w:rsid w:val="00384BAA"/>
    <w:rsid w:val="003856BB"/>
    <w:rsid w:val="00385D43"/>
    <w:rsid w:val="00385FEF"/>
    <w:rsid w:val="0038615A"/>
    <w:rsid w:val="00386766"/>
    <w:rsid w:val="00386E8C"/>
    <w:rsid w:val="00387407"/>
    <w:rsid w:val="003877DC"/>
    <w:rsid w:val="00387B3B"/>
    <w:rsid w:val="00390365"/>
    <w:rsid w:val="00391AEE"/>
    <w:rsid w:val="00391D66"/>
    <w:rsid w:val="00392699"/>
    <w:rsid w:val="0039431F"/>
    <w:rsid w:val="003943A6"/>
    <w:rsid w:val="00394783"/>
    <w:rsid w:val="00395420"/>
    <w:rsid w:val="00395C9C"/>
    <w:rsid w:val="00395EB5"/>
    <w:rsid w:val="00396F63"/>
    <w:rsid w:val="003975FC"/>
    <w:rsid w:val="003979FA"/>
    <w:rsid w:val="00397AA3"/>
    <w:rsid w:val="003A0292"/>
    <w:rsid w:val="003A0432"/>
    <w:rsid w:val="003A1508"/>
    <w:rsid w:val="003A155F"/>
    <w:rsid w:val="003A1BEB"/>
    <w:rsid w:val="003A2639"/>
    <w:rsid w:val="003A2EA6"/>
    <w:rsid w:val="003A30C2"/>
    <w:rsid w:val="003A3892"/>
    <w:rsid w:val="003A3DD8"/>
    <w:rsid w:val="003A3E9E"/>
    <w:rsid w:val="003A3F26"/>
    <w:rsid w:val="003A4019"/>
    <w:rsid w:val="003A4118"/>
    <w:rsid w:val="003A5091"/>
    <w:rsid w:val="003A57AE"/>
    <w:rsid w:val="003A5EF6"/>
    <w:rsid w:val="003A6243"/>
    <w:rsid w:val="003A6313"/>
    <w:rsid w:val="003A683E"/>
    <w:rsid w:val="003A6E3D"/>
    <w:rsid w:val="003A74CA"/>
    <w:rsid w:val="003B038D"/>
    <w:rsid w:val="003B05F1"/>
    <w:rsid w:val="003B14C5"/>
    <w:rsid w:val="003B19AA"/>
    <w:rsid w:val="003B19F4"/>
    <w:rsid w:val="003B1C29"/>
    <w:rsid w:val="003B1D55"/>
    <w:rsid w:val="003B3871"/>
    <w:rsid w:val="003B4309"/>
    <w:rsid w:val="003B51F6"/>
    <w:rsid w:val="003B5559"/>
    <w:rsid w:val="003B59A5"/>
    <w:rsid w:val="003B65EF"/>
    <w:rsid w:val="003B6AC7"/>
    <w:rsid w:val="003C066C"/>
    <w:rsid w:val="003C0AFC"/>
    <w:rsid w:val="003C1542"/>
    <w:rsid w:val="003C1DEB"/>
    <w:rsid w:val="003C231F"/>
    <w:rsid w:val="003C31D2"/>
    <w:rsid w:val="003C3AE2"/>
    <w:rsid w:val="003C3C09"/>
    <w:rsid w:val="003C3C18"/>
    <w:rsid w:val="003C4826"/>
    <w:rsid w:val="003C59A2"/>
    <w:rsid w:val="003C7379"/>
    <w:rsid w:val="003C7FE1"/>
    <w:rsid w:val="003D023A"/>
    <w:rsid w:val="003D0507"/>
    <w:rsid w:val="003D06C4"/>
    <w:rsid w:val="003D0E19"/>
    <w:rsid w:val="003D11B6"/>
    <w:rsid w:val="003D133E"/>
    <w:rsid w:val="003D1367"/>
    <w:rsid w:val="003D1531"/>
    <w:rsid w:val="003D2E02"/>
    <w:rsid w:val="003D31CA"/>
    <w:rsid w:val="003D38BD"/>
    <w:rsid w:val="003D4532"/>
    <w:rsid w:val="003D482F"/>
    <w:rsid w:val="003D48AA"/>
    <w:rsid w:val="003D4D40"/>
    <w:rsid w:val="003D608A"/>
    <w:rsid w:val="003D6B8F"/>
    <w:rsid w:val="003D6F26"/>
    <w:rsid w:val="003E0C28"/>
    <w:rsid w:val="003E0C6E"/>
    <w:rsid w:val="003E104E"/>
    <w:rsid w:val="003E123F"/>
    <w:rsid w:val="003E12A0"/>
    <w:rsid w:val="003E1954"/>
    <w:rsid w:val="003E2258"/>
    <w:rsid w:val="003E3C1E"/>
    <w:rsid w:val="003E4726"/>
    <w:rsid w:val="003E5654"/>
    <w:rsid w:val="003E64CB"/>
    <w:rsid w:val="003E6B35"/>
    <w:rsid w:val="003E7931"/>
    <w:rsid w:val="003E7C18"/>
    <w:rsid w:val="003F11F8"/>
    <w:rsid w:val="003F1AB5"/>
    <w:rsid w:val="003F1B9C"/>
    <w:rsid w:val="003F1CC4"/>
    <w:rsid w:val="003F22CF"/>
    <w:rsid w:val="003F25E6"/>
    <w:rsid w:val="003F2D0B"/>
    <w:rsid w:val="003F2D3C"/>
    <w:rsid w:val="003F3661"/>
    <w:rsid w:val="003F3CB3"/>
    <w:rsid w:val="003F404C"/>
    <w:rsid w:val="003F60B1"/>
    <w:rsid w:val="003F62F3"/>
    <w:rsid w:val="003F634F"/>
    <w:rsid w:val="003F63D0"/>
    <w:rsid w:val="003F6423"/>
    <w:rsid w:val="003F69D7"/>
    <w:rsid w:val="003F6AA5"/>
    <w:rsid w:val="003F6AE5"/>
    <w:rsid w:val="003F6E16"/>
    <w:rsid w:val="003F788C"/>
    <w:rsid w:val="00400039"/>
    <w:rsid w:val="00400440"/>
    <w:rsid w:val="00400453"/>
    <w:rsid w:val="00400D4E"/>
    <w:rsid w:val="004011B0"/>
    <w:rsid w:val="004014FD"/>
    <w:rsid w:val="004021A4"/>
    <w:rsid w:val="00402A38"/>
    <w:rsid w:val="00402F74"/>
    <w:rsid w:val="004038DA"/>
    <w:rsid w:val="00405298"/>
    <w:rsid w:val="004061BA"/>
    <w:rsid w:val="00406466"/>
    <w:rsid w:val="004066FE"/>
    <w:rsid w:val="004071D8"/>
    <w:rsid w:val="00407296"/>
    <w:rsid w:val="00407A55"/>
    <w:rsid w:val="0041004E"/>
    <w:rsid w:val="00411185"/>
    <w:rsid w:val="004112BD"/>
    <w:rsid w:val="00411392"/>
    <w:rsid w:val="00411821"/>
    <w:rsid w:val="00411FE1"/>
    <w:rsid w:val="004120C4"/>
    <w:rsid w:val="0041226F"/>
    <w:rsid w:val="00412942"/>
    <w:rsid w:val="00412F15"/>
    <w:rsid w:val="00412F37"/>
    <w:rsid w:val="0041369F"/>
    <w:rsid w:val="00413721"/>
    <w:rsid w:val="00413BE0"/>
    <w:rsid w:val="00413E41"/>
    <w:rsid w:val="004140B9"/>
    <w:rsid w:val="00414236"/>
    <w:rsid w:val="00414266"/>
    <w:rsid w:val="0041430E"/>
    <w:rsid w:val="004148DB"/>
    <w:rsid w:val="004154FF"/>
    <w:rsid w:val="00415BBA"/>
    <w:rsid w:val="004168E6"/>
    <w:rsid w:val="00416EA0"/>
    <w:rsid w:val="004170C5"/>
    <w:rsid w:val="004170F3"/>
    <w:rsid w:val="00417438"/>
    <w:rsid w:val="004200AD"/>
    <w:rsid w:val="0042076D"/>
    <w:rsid w:val="004208ED"/>
    <w:rsid w:val="00420951"/>
    <w:rsid w:val="00420BB6"/>
    <w:rsid w:val="00420C2D"/>
    <w:rsid w:val="00420F68"/>
    <w:rsid w:val="004222FF"/>
    <w:rsid w:val="004240EE"/>
    <w:rsid w:val="00424C79"/>
    <w:rsid w:val="00425D11"/>
    <w:rsid w:val="00425E2B"/>
    <w:rsid w:val="00425F83"/>
    <w:rsid w:val="0042607C"/>
    <w:rsid w:val="004262C9"/>
    <w:rsid w:val="004263EA"/>
    <w:rsid w:val="00427745"/>
    <w:rsid w:val="00430255"/>
    <w:rsid w:val="00430ADA"/>
    <w:rsid w:val="00430E69"/>
    <w:rsid w:val="00432553"/>
    <w:rsid w:val="004334E7"/>
    <w:rsid w:val="00433713"/>
    <w:rsid w:val="00433B48"/>
    <w:rsid w:val="00434248"/>
    <w:rsid w:val="0043454D"/>
    <w:rsid w:val="00434598"/>
    <w:rsid w:val="004348AE"/>
    <w:rsid w:val="0043498B"/>
    <w:rsid w:val="00434AB6"/>
    <w:rsid w:val="00434D3F"/>
    <w:rsid w:val="00434E87"/>
    <w:rsid w:val="00435014"/>
    <w:rsid w:val="004353E3"/>
    <w:rsid w:val="00436069"/>
    <w:rsid w:val="0043718B"/>
    <w:rsid w:val="004372E1"/>
    <w:rsid w:val="00437422"/>
    <w:rsid w:val="00440B28"/>
    <w:rsid w:val="00440E40"/>
    <w:rsid w:val="00440ECB"/>
    <w:rsid w:val="00441CA2"/>
    <w:rsid w:val="00444698"/>
    <w:rsid w:val="0044473E"/>
    <w:rsid w:val="00444A45"/>
    <w:rsid w:val="00444B48"/>
    <w:rsid w:val="00444D25"/>
    <w:rsid w:val="00444F42"/>
    <w:rsid w:val="00445EBD"/>
    <w:rsid w:val="004463A8"/>
    <w:rsid w:val="004465FA"/>
    <w:rsid w:val="00446AF6"/>
    <w:rsid w:val="00446C89"/>
    <w:rsid w:val="00446D08"/>
    <w:rsid w:val="00446FE8"/>
    <w:rsid w:val="00447ACB"/>
    <w:rsid w:val="00447B7B"/>
    <w:rsid w:val="00447E1C"/>
    <w:rsid w:val="004506E9"/>
    <w:rsid w:val="00450E45"/>
    <w:rsid w:val="00451226"/>
    <w:rsid w:val="00452E6A"/>
    <w:rsid w:val="00452EA1"/>
    <w:rsid w:val="00453263"/>
    <w:rsid w:val="00453362"/>
    <w:rsid w:val="004539C0"/>
    <w:rsid w:val="00454E42"/>
    <w:rsid w:val="00455DC5"/>
    <w:rsid w:val="00456767"/>
    <w:rsid w:val="00456B44"/>
    <w:rsid w:val="00457751"/>
    <w:rsid w:val="004577EE"/>
    <w:rsid w:val="004579F9"/>
    <w:rsid w:val="00457E3A"/>
    <w:rsid w:val="00460CC7"/>
    <w:rsid w:val="0046104D"/>
    <w:rsid w:val="004610D8"/>
    <w:rsid w:val="004611CA"/>
    <w:rsid w:val="00461663"/>
    <w:rsid w:val="00463E73"/>
    <w:rsid w:val="00464A89"/>
    <w:rsid w:val="00464DA7"/>
    <w:rsid w:val="00465625"/>
    <w:rsid w:val="00465670"/>
    <w:rsid w:val="00466CB9"/>
    <w:rsid w:val="00466DA7"/>
    <w:rsid w:val="00467136"/>
    <w:rsid w:val="0046738F"/>
    <w:rsid w:val="004674D5"/>
    <w:rsid w:val="0046756A"/>
    <w:rsid w:val="004675AB"/>
    <w:rsid w:val="004676C5"/>
    <w:rsid w:val="00467D39"/>
    <w:rsid w:val="00470A4A"/>
    <w:rsid w:val="0047195D"/>
    <w:rsid w:val="00472BA1"/>
    <w:rsid w:val="00473201"/>
    <w:rsid w:val="00473E36"/>
    <w:rsid w:val="0047512F"/>
    <w:rsid w:val="00475D4E"/>
    <w:rsid w:val="00475F4D"/>
    <w:rsid w:val="00476149"/>
    <w:rsid w:val="00476875"/>
    <w:rsid w:val="00476D41"/>
    <w:rsid w:val="0047786E"/>
    <w:rsid w:val="00477B67"/>
    <w:rsid w:val="00480A02"/>
    <w:rsid w:val="00481548"/>
    <w:rsid w:val="00481618"/>
    <w:rsid w:val="00481C01"/>
    <w:rsid w:val="0048216D"/>
    <w:rsid w:val="00482BED"/>
    <w:rsid w:val="00482F56"/>
    <w:rsid w:val="00483485"/>
    <w:rsid w:val="004838A5"/>
    <w:rsid w:val="0048460E"/>
    <w:rsid w:val="00484C7E"/>
    <w:rsid w:val="00484CD4"/>
    <w:rsid w:val="004855ED"/>
    <w:rsid w:val="00485816"/>
    <w:rsid w:val="0048592F"/>
    <w:rsid w:val="0048623B"/>
    <w:rsid w:val="004865E6"/>
    <w:rsid w:val="00486B71"/>
    <w:rsid w:val="00490AF5"/>
    <w:rsid w:val="00491357"/>
    <w:rsid w:val="00491A5D"/>
    <w:rsid w:val="00492058"/>
    <w:rsid w:val="00492209"/>
    <w:rsid w:val="004926F2"/>
    <w:rsid w:val="00492D15"/>
    <w:rsid w:val="00493547"/>
    <w:rsid w:val="004937EF"/>
    <w:rsid w:val="00493E74"/>
    <w:rsid w:val="00494415"/>
    <w:rsid w:val="00494BCF"/>
    <w:rsid w:val="00494CA2"/>
    <w:rsid w:val="00494CD2"/>
    <w:rsid w:val="004955B5"/>
    <w:rsid w:val="004955D1"/>
    <w:rsid w:val="00496548"/>
    <w:rsid w:val="00496A78"/>
    <w:rsid w:val="00496C77"/>
    <w:rsid w:val="004A0077"/>
    <w:rsid w:val="004A09BC"/>
    <w:rsid w:val="004A1327"/>
    <w:rsid w:val="004A192E"/>
    <w:rsid w:val="004A1AE9"/>
    <w:rsid w:val="004A24F7"/>
    <w:rsid w:val="004A2685"/>
    <w:rsid w:val="004A27A5"/>
    <w:rsid w:val="004A30F8"/>
    <w:rsid w:val="004A37DD"/>
    <w:rsid w:val="004A3859"/>
    <w:rsid w:val="004A434D"/>
    <w:rsid w:val="004A47B6"/>
    <w:rsid w:val="004A4953"/>
    <w:rsid w:val="004A4BBC"/>
    <w:rsid w:val="004A4BEA"/>
    <w:rsid w:val="004A4DCF"/>
    <w:rsid w:val="004A50F5"/>
    <w:rsid w:val="004A50FE"/>
    <w:rsid w:val="004A536D"/>
    <w:rsid w:val="004A5425"/>
    <w:rsid w:val="004A5C74"/>
    <w:rsid w:val="004A6AFB"/>
    <w:rsid w:val="004A7071"/>
    <w:rsid w:val="004A7998"/>
    <w:rsid w:val="004A7B93"/>
    <w:rsid w:val="004B0579"/>
    <w:rsid w:val="004B09E8"/>
    <w:rsid w:val="004B195A"/>
    <w:rsid w:val="004B225E"/>
    <w:rsid w:val="004B3762"/>
    <w:rsid w:val="004B4052"/>
    <w:rsid w:val="004B4506"/>
    <w:rsid w:val="004B456E"/>
    <w:rsid w:val="004B5BCC"/>
    <w:rsid w:val="004B5EB7"/>
    <w:rsid w:val="004B64FC"/>
    <w:rsid w:val="004B72F6"/>
    <w:rsid w:val="004B7495"/>
    <w:rsid w:val="004B78F6"/>
    <w:rsid w:val="004B7EDC"/>
    <w:rsid w:val="004B7F56"/>
    <w:rsid w:val="004C0043"/>
    <w:rsid w:val="004C02D1"/>
    <w:rsid w:val="004C04FF"/>
    <w:rsid w:val="004C0875"/>
    <w:rsid w:val="004C1030"/>
    <w:rsid w:val="004C1633"/>
    <w:rsid w:val="004C1EED"/>
    <w:rsid w:val="004C1FEB"/>
    <w:rsid w:val="004C205D"/>
    <w:rsid w:val="004C2B8B"/>
    <w:rsid w:val="004C2F67"/>
    <w:rsid w:val="004C4141"/>
    <w:rsid w:val="004C4774"/>
    <w:rsid w:val="004C52F2"/>
    <w:rsid w:val="004C68CA"/>
    <w:rsid w:val="004C778B"/>
    <w:rsid w:val="004C7DD6"/>
    <w:rsid w:val="004D072C"/>
    <w:rsid w:val="004D0B30"/>
    <w:rsid w:val="004D1FDF"/>
    <w:rsid w:val="004D27F3"/>
    <w:rsid w:val="004D39E3"/>
    <w:rsid w:val="004D3E32"/>
    <w:rsid w:val="004D3EEA"/>
    <w:rsid w:val="004D5345"/>
    <w:rsid w:val="004D55DA"/>
    <w:rsid w:val="004D56E4"/>
    <w:rsid w:val="004D5773"/>
    <w:rsid w:val="004D5E04"/>
    <w:rsid w:val="004D6133"/>
    <w:rsid w:val="004D66F6"/>
    <w:rsid w:val="004D685D"/>
    <w:rsid w:val="004D6B0F"/>
    <w:rsid w:val="004E02D5"/>
    <w:rsid w:val="004E0D31"/>
    <w:rsid w:val="004E13B9"/>
    <w:rsid w:val="004E168A"/>
    <w:rsid w:val="004E16D2"/>
    <w:rsid w:val="004E18B8"/>
    <w:rsid w:val="004E1C18"/>
    <w:rsid w:val="004E1ED1"/>
    <w:rsid w:val="004E1EF6"/>
    <w:rsid w:val="004E27CA"/>
    <w:rsid w:val="004E33C0"/>
    <w:rsid w:val="004E35DB"/>
    <w:rsid w:val="004E3A63"/>
    <w:rsid w:val="004E3F11"/>
    <w:rsid w:val="004E454F"/>
    <w:rsid w:val="004E5BBE"/>
    <w:rsid w:val="004E5CCD"/>
    <w:rsid w:val="004E6EE0"/>
    <w:rsid w:val="004E6F7E"/>
    <w:rsid w:val="004E7D3C"/>
    <w:rsid w:val="004F21C1"/>
    <w:rsid w:val="004F32CA"/>
    <w:rsid w:val="004F3D1F"/>
    <w:rsid w:val="004F4C34"/>
    <w:rsid w:val="004F6095"/>
    <w:rsid w:val="004F6A99"/>
    <w:rsid w:val="004F7FA5"/>
    <w:rsid w:val="00500AEB"/>
    <w:rsid w:val="00500D70"/>
    <w:rsid w:val="00502674"/>
    <w:rsid w:val="0050323C"/>
    <w:rsid w:val="0050324C"/>
    <w:rsid w:val="0050383B"/>
    <w:rsid w:val="00503C47"/>
    <w:rsid w:val="00505B62"/>
    <w:rsid w:val="00505C81"/>
    <w:rsid w:val="00505FDE"/>
    <w:rsid w:val="00506132"/>
    <w:rsid w:val="00506EAF"/>
    <w:rsid w:val="005071EB"/>
    <w:rsid w:val="00510046"/>
    <w:rsid w:val="0051042B"/>
    <w:rsid w:val="005108ED"/>
    <w:rsid w:val="00510908"/>
    <w:rsid w:val="0051171B"/>
    <w:rsid w:val="00511A15"/>
    <w:rsid w:val="00511DA1"/>
    <w:rsid w:val="0051240B"/>
    <w:rsid w:val="00512CB4"/>
    <w:rsid w:val="00513464"/>
    <w:rsid w:val="00513912"/>
    <w:rsid w:val="005139A7"/>
    <w:rsid w:val="00514BCC"/>
    <w:rsid w:val="00514D33"/>
    <w:rsid w:val="00515716"/>
    <w:rsid w:val="0051581D"/>
    <w:rsid w:val="00515AF6"/>
    <w:rsid w:val="00517A0A"/>
    <w:rsid w:val="00520CE8"/>
    <w:rsid w:val="005214C0"/>
    <w:rsid w:val="0052195B"/>
    <w:rsid w:val="00521B93"/>
    <w:rsid w:val="00522193"/>
    <w:rsid w:val="00522851"/>
    <w:rsid w:val="00522957"/>
    <w:rsid w:val="00522DD6"/>
    <w:rsid w:val="005238D2"/>
    <w:rsid w:val="00523DAA"/>
    <w:rsid w:val="00525C77"/>
    <w:rsid w:val="00525D2C"/>
    <w:rsid w:val="00525FF2"/>
    <w:rsid w:val="00526A0D"/>
    <w:rsid w:val="00526A90"/>
    <w:rsid w:val="00526DC0"/>
    <w:rsid w:val="005279EC"/>
    <w:rsid w:val="005300C2"/>
    <w:rsid w:val="00530549"/>
    <w:rsid w:val="0053080C"/>
    <w:rsid w:val="00530D7B"/>
    <w:rsid w:val="0053118F"/>
    <w:rsid w:val="00531B92"/>
    <w:rsid w:val="00531F04"/>
    <w:rsid w:val="005323A9"/>
    <w:rsid w:val="0053294C"/>
    <w:rsid w:val="005329F8"/>
    <w:rsid w:val="00532FF1"/>
    <w:rsid w:val="005332AA"/>
    <w:rsid w:val="00533FF4"/>
    <w:rsid w:val="00534213"/>
    <w:rsid w:val="005344BB"/>
    <w:rsid w:val="00534CF3"/>
    <w:rsid w:val="00535099"/>
    <w:rsid w:val="0053518A"/>
    <w:rsid w:val="00536908"/>
    <w:rsid w:val="00536BA1"/>
    <w:rsid w:val="005371F8"/>
    <w:rsid w:val="00537EC9"/>
    <w:rsid w:val="005404E3"/>
    <w:rsid w:val="0054073E"/>
    <w:rsid w:val="0054171A"/>
    <w:rsid w:val="00541828"/>
    <w:rsid w:val="0054222D"/>
    <w:rsid w:val="005422A9"/>
    <w:rsid w:val="0054238D"/>
    <w:rsid w:val="00542CC2"/>
    <w:rsid w:val="00542E81"/>
    <w:rsid w:val="00542EBA"/>
    <w:rsid w:val="00542F4E"/>
    <w:rsid w:val="00543005"/>
    <w:rsid w:val="005431F6"/>
    <w:rsid w:val="0054353E"/>
    <w:rsid w:val="0054355C"/>
    <w:rsid w:val="00543C35"/>
    <w:rsid w:val="00544F33"/>
    <w:rsid w:val="00545C59"/>
    <w:rsid w:val="00545F18"/>
    <w:rsid w:val="00546CC5"/>
    <w:rsid w:val="00547CB8"/>
    <w:rsid w:val="0055012E"/>
    <w:rsid w:val="005507EF"/>
    <w:rsid w:val="00550B8A"/>
    <w:rsid w:val="00550DEA"/>
    <w:rsid w:val="00551009"/>
    <w:rsid w:val="0055123C"/>
    <w:rsid w:val="005512CD"/>
    <w:rsid w:val="005514C0"/>
    <w:rsid w:val="00551802"/>
    <w:rsid w:val="00551839"/>
    <w:rsid w:val="0055258A"/>
    <w:rsid w:val="00552CB3"/>
    <w:rsid w:val="005532EC"/>
    <w:rsid w:val="00553B86"/>
    <w:rsid w:val="00554AC5"/>
    <w:rsid w:val="005553C8"/>
    <w:rsid w:val="005559AD"/>
    <w:rsid w:val="00555C24"/>
    <w:rsid w:val="00555C43"/>
    <w:rsid w:val="005568E0"/>
    <w:rsid w:val="00556A8A"/>
    <w:rsid w:val="00556E09"/>
    <w:rsid w:val="005571BD"/>
    <w:rsid w:val="005575E9"/>
    <w:rsid w:val="00557F27"/>
    <w:rsid w:val="005601AF"/>
    <w:rsid w:val="0056099A"/>
    <w:rsid w:val="005626CC"/>
    <w:rsid w:val="00562ADC"/>
    <w:rsid w:val="005634F3"/>
    <w:rsid w:val="00563504"/>
    <w:rsid w:val="00563CD1"/>
    <w:rsid w:val="00564915"/>
    <w:rsid w:val="0056511D"/>
    <w:rsid w:val="00565451"/>
    <w:rsid w:val="00565C4F"/>
    <w:rsid w:val="00566453"/>
    <w:rsid w:val="0056665E"/>
    <w:rsid w:val="00566C42"/>
    <w:rsid w:val="005679FE"/>
    <w:rsid w:val="00567FA6"/>
    <w:rsid w:val="00570D1D"/>
    <w:rsid w:val="00570E33"/>
    <w:rsid w:val="005719D3"/>
    <w:rsid w:val="005732EE"/>
    <w:rsid w:val="005741CF"/>
    <w:rsid w:val="005742A8"/>
    <w:rsid w:val="0057494D"/>
    <w:rsid w:val="00574C4A"/>
    <w:rsid w:val="00575186"/>
    <w:rsid w:val="00575231"/>
    <w:rsid w:val="0057572F"/>
    <w:rsid w:val="0057775D"/>
    <w:rsid w:val="005805EA"/>
    <w:rsid w:val="00580A59"/>
    <w:rsid w:val="00581128"/>
    <w:rsid w:val="00581329"/>
    <w:rsid w:val="00581893"/>
    <w:rsid w:val="00582201"/>
    <w:rsid w:val="005826B9"/>
    <w:rsid w:val="00582E5F"/>
    <w:rsid w:val="0058312B"/>
    <w:rsid w:val="00583A09"/>
    <w:rsid w:val="00584B96"/>
    <w:rsid w:val="00585105"/>
    <w:rsid w:val="005851F6"/>
    <w:rsid w:val="00585F23"/>
    <w:rsid w:val="00586497"/>
    <w:rsid w:val="00586692"/>
    <w:rsid w:val="005869FD"/>
    <w:rsid w:val="00586F41"/>
    <w:rsid w:val="005873AA"/>
    <w:rsid w:val="005874BF"/>
    <w:rsid w:val="00590B04"/>
    <w:rsid w:val="00590C8C"/>
    <w:rsid w:val="00591513"/>
    <w:rsid w:val="00591530"/>
    <w:rsid w:val="00591C1B"/>
    <w:rsid w:val="00591F0D"/>
    <w:rsid w:val="005935C0"/>
    <w:rsid w:val="00594B34"/>
    <w:rsid w:val="00594BF1"/>
    <w:rsid w:val="00594E12"/>
    <w:rsid w:val="0059629A"/>
    <w:rsid w:val="005969FB"/>
    <w:rsid w:val="00596BDF"/>
    <w:rsid w:val="00596CA0"/>
    <w:rsid w:val="00596FE0"/>
    <w:rsid w:val="005977B1"/>
    <w:rsid w:val="00597939"/>
    <w:rsid w:val="005A0F82"/>
    <w:rsid w:val="005A280C"/>
    <w:rsid w:val="005A36C6"/>
    <w:rsid w:val="005A3B68"/>
    <w:rsid w:val="005A4B63"/>
    <w:rsid w:val="005A4EF5"/>
    <w:rsid w:val="005A5E10"/>
    <w:rsid w:val="005A6205"/>
    <w:rsid w:val="005A6670"/>
    <w:rsid w:val="005B143D"/>
    <w:rsid w:val="005B1F46"/>
    <w:rsid w:val="005B2090"/>
    <w:rsid w:val="005B26A7"/>
    <w:rsid w:val="005B2A20"/>
    <w:rsid w:val="005B3557"/>
    <w:rsid w:val="005B3A11"/>
    <w:rsid w:val="005B3DD3"/>
    <w:rsid w:val="005B43D3"/>
    <w:rsid w:val="005B4454"/>
    <w:rsid w:val="005B555D"/>
    <w:rsid w:val="005B5A1E"/>
    <w:rsid w:val="005B641E"/>
    <w:rsid w:val="005B7A98"/>
    <w:rsid w:val="005B7E5C"/>
    <w:rsid w:val="005C0AB4"/>
    <w:rsid w:val="005C0B82"/>
    <w:rsid w:val="005C2005"/>
    <w:rsid w:val="005C21AA"/>
    <w:rsid w:val="005C2536"/>
    <w:rsid w:val="005C2B9A"/>
    <w:rsid w:val="005C2EE5"/>
    <w:rsid w:val="005C3A7B"/>
    <w:rsid w:val="005C459E"/>
    <w:rsid w:val="005C48AE"/>
    <w:rsid w:val="005C4A06"/>
    <w:rsid w:val="005C530B"/>
    <w:rsid w:val="005C5ACA"/>
    <w:rsid w:val="005C7550"/>
    <w:rsid w:val="005C7ACF"/>
    <w:rsid w:val="005C7E6E"/>
    <w:rsid w:val="005D00C2"/>
    <w:rsid w:val="005D0FE8"/>
    <w:rsid w:val="005D139F"/>
    <w:rsid w:val="005D1867"/>
    <w:rsid w:val="005D19D6"/>
    <w:rsid w:val="005D2412"/>
    <w:rsid w:val="005D31C1"/>
    <w:rsid w:val="005D4441"/>
    <w:rsid w:val="005D52D3"/>
    <w:rsid w:val="005D58EA"/>
    <w:rsid w:val="005D5BA5"/>
    <w:rsid w:val="005D6D74"/>
    <w:rsid w:val="005D756A"/>
    <w:rsid w:val="005D764E"/>
    <w:rsid w:val="005D791E"/>
    <w:rsid w:val="005D7B3F"/>
    <w:rsid w:val="005E1135"/>
    <w:rsid w:val="005E12E5"/>
    <w:rsid w:val="005E1D14"/>
    <w:rsid w:val="005E2325"/>
    <w:rsid w:val="005E2487"/>
    <w:rsid w:val="005E29B7"/>
    <w:rsid w:val="005E397A"/>
    <w:rsid w:val="005E4BAF"/>
    <w:rsid w:val="005E5402"/>
    <w:rsid w:val="005E5878"/>
    <w:rsid w:val="005E5AD5"/>
    <w:rsid w:val="005E62ED"/>
    <w:rsid w:val="005E63D2"/>
    <w:rsid w:val="005E652E"/>
    <w:rsid w:val="005E7964"/>
    <w:rsid w:val="005E7A8E"/>
    <w:rsid w:val="005F0C1D"/>
    <w:rsid w:val="005F0D69"/>
    <w:rsid w:val="005F10D6"/>
    <w:rsid w:val="005F1A10"/>
    <w:rsid w:val="005F1CD9"/>
    <w:rsid w:val="005F22A3"/>
    <w:rsid w:val="005F2762"/>
    <w:rsid w:val="005F2958"/>
    <w:rsid w:val="005F2D2E"/>
    <w:rsid w:val="005F2E4B"/>
    <w:rsid w:val="005F3ECD"/>
    <w:rsid w:val="005F4B87"/>
    <w:rsid w:val="005F5931"/>
    <w:rsid w:val="005F7B1D"/>
    <w:rsid w:val="0060044C"/>
    <w:rsid w:val="00600D2E"/>
    <w:rsid w:val="00601077"/>
    <w:rsid w:val="00604ECA"/>
    <w:rsid w:val="0060518A"/>
    <w:rsid w:val="0060525F"/>
    <w:rsid w:val="00605D78"/>
    <w:rsid w:val="00606623"/>
    <w:rsid w:val="00606716"/>
    <w:rsid w:val="006068F0"/>
    <w:rsid w:val="00606D75"/>
    <w:rsid w:val="0060710D"/>
    <w:rsid w:val="006076F7"/>
    <w:rsid w:val="006102BB"/>
    <w:rsid w:val="00610321"/>
    <w:rsid w:val="006105A8"/>
    <w:rsid w:val="00611321"/>
    <w:rsid w:val="006116E9"/>
    <w:rsid w:val="00611975"/>
    <w:rsid w:val="00612C0B"/>
    <w:rsid w:val="00612D4E"/>
    <w:rsid w:val="0061371A"/>
    <w:rsid w:val="00614262"/>
    <w:rsid w:val="006143AA"/>
    <w:rsid w:val="00614DED"/>
    <w:rsid w:val="00614EB1"/>
    <w:rsid w:val="0061522E"/>
    <w:rsid w:val="00615963"/>
    <w:rsid w:val="00615CA2"/>
    <w:rsid w:val="00616681"/>
    <w:rsid w:val="006167AF"/>
    <w:rsid w:val="006172CE"/>
    <w:rsid w:val="00620991"/>
    <w:rsid w:val="00621280"/>
    <w:rsid w:val="0062132A"/>
    <w:rsid w:val="006213B8"/>
    <w:rsid w:val="00621DAA"/>
    <w:rsid w:val="00622491"/>
    <w:rsid w:val="006227A8"/>
    <w:rsid w:val="00622C8A"/>
    <w:rsid w:val="0062318C"/>
    <w:rsid w:val="006232AB"/>
    <w:rsid w:val="006241C1"/>
    <w:rsid w:val="006242C2"/>
    <w:rsid w:val="006248D3"/>
    <w:rsid w:val="006250A8"/>
    <w:rsid w:val="00625DF5"/>
    <w:rsid w:val="006266D2"/>
    <w:rsid w:val="00626AAA"/>
    <w:rsid w:val="00627C87"/>
    <w:rsid w:val="00627F68"/>
    <w:rsid w:val="006301E6"/>
    <w:rsid w:val="00630636"/>
    <w:rsid w:val="0063094C"/>
    <w:rsid w:val="0063132E"/>
    <w:rsid w:val="006318AE"/>
    <w:rsid w:val="0063236A"/>
    <w:rsid w:val="00632FE1"/>
    <w:rsid w:val="006332DF"/>
    <w:rsid w:val="006338CB"/>
    <w:rsid w:val="00633E44"/>
    <w:rsid w:val="0063425F"/>
    <w:rsid w:val="00634621"/>
    <w:rsid w:val="00634914"/>
    <w:rsid w:val="00634DD9"/>
    <w:rsid w:val="00634DFE"/>
    <w:rsid w:val="00635134"/>
    <w:rsid w:val="006369F1"/>
    <w:rsid w:val="00637064"/>
    <w:rsid w:val="006370A2"/>
    <w:rsid w:val="006374EF"/>
    <w:rsid w:val="00637BD6"/>
    <w:rsid w:val="00640100"/>
    <w:rsid w:val="00640A87"/>
    <w:rsid w:val="00640CFC"/>
    <w:rsid w:val="00641435"/>
    <w:rsid w:val="00641D99"/>
    <w:rsid w:val="00641F52"/>
    <w:rsid w:val="00642847"/>
    <w:rsid w:val="00642B75"/>
    <w:rsid w:val="00642D11"/>
    <w:rsid w:val="00643581"/>
    <w:rsid w:val="0064365A"/>
    <w:rsid w:val="006437FC"/>
    <w:rsid w:val="00643C10"/>
    <w:rsid w:val="00643D0A"/>
    <w:rsid w:val="00644725"/>
    <w:rsid w:val="00644EF1"/>
    <w:rsid w:val="00647155"/>
    <w:rsid w:val="00647B02"/>
    <w:rsid w:val="006504B7"/>
    <w:rsid w:val="006508F2"/>
    <w:rsid w:val="00650B3C"/>
    <w:rsid w:val="00651142"/>
    <w:rsid w:val="0065130D"/>
    <w:rsid w:val="006513C1"/>
    <w:rsid w:val="00651BE4"/>
    <w:rsid w:val="00652998"/>
    <w:rsid w:val="00652B24"/>
    <w:rsid w:val="006539AC"/>
    <w:rsid w:val="00653ECC"/>
    <w:rsid w:val="006555D5"/>
    <w:rsid w:val="006562DA"/>
    <w:rsid w:val="00657137"/>
    <w:rsid w:val="006605EF"/>
    <w:rsid w:val="00660D96"/>
    <w:rsid w:val="00660FAF"/>
    <w:rsid w:val="00661849"/>
    <w:rsid w:val="00661FD3"/>
    <w:rsid w:val="0066345A"/>
    <w:rsid w:val="00663F6B"/>
    <w:rsid w:val="006644A4"/>
    <w:rsid w:val="00664799"/>
    <w:rsid w:val="00665A96"/>
    <w:rsid w:val="00665CC2"/>
    <w:rsid w:val="0066617F"/>
    <w:rsid w:val="006666DF"/>
    <w:rsid w:val="00670162"/>
    <w:rsid w:val="006702DC"/>
    <w:rsid w:val="00670BE4"/>
    <w:rsid w:val="006713F9"/>
    <w:rsid w:val="0067166C"/>
    <w:rsid w:val="00672937"/>
    <w:rsid w:val="00673163"/>
    <w:rsid w:val="00673295"/>
    <w:rsid w:val="006741CC"/>
    <w:rsid w:val="006760B6"/>
    <w:rsid w:val="00676526"/>
    <w:rsid w:val="00676789"/>
    <w:rsid w:val="00676AF6"/>
    <w:rsid w:val="00676F06"/>
    <w:rsid w:val="00677538"/>
    <w:rsid w:val="00680603"/>
    <w:rsid w:val="0068086E"/>
    <w:rsid w:val="0068130D"/>
    <w:rsid w:val="00681911"/>
    <w:rsid w:val="006819F3"/>
    <w:rsid w:val="0068235C"/>
    <w:rsid w:val="0068289A"/>
    <w:rsid w:val="00682ABA"/>
    <w:rsid w:val="00683A71"/>
    <w:rsid w:val="00683F9F"/>
    <w:rsid w:val="00684195"/>
    <w:rsid w:val="00684684"/>
    <w:rsid w:val="00684829"/>
    <w:rsid w:val="00685FA7"/>
    <w:rsid w:val="0068670D"/>
    <w:rsid w:val="00686B1B"/>
    <w:rsid w:val="00686DBF"/>
    <w:rsid w:val="00687B7B"/>
    <w:rsid w:val="006904C9"/>
    <w:rsid w:val="0069094A"/>
    <w:rsid w:val="006909E7"/>
    <w:rsid w:val="006916A4"/>
    <w:rsid w:val="00691CD1"/>
    <w:rsid w:val="006920C3"/>
    <w:rsid w:val="00692C45"/>
    <w:rsid w:val="00692D52"/>
    <w:rsid w:val="006930DD"/>
    <w:rsid w:val="00693212"/>
    <w:rsid w:val="0069384B"/>
    <w:rsid w:val="0069398D"/>
    <w:rsid w:val="00693BA6"/>
    <w:rsid w:val="00693BFC"/>
    <w:rsid w:val="00694932"/>
    <w:rsid w:val="00694C1E"/>
    <w:rsid w:val="006950B0"/>
    <w:rsid w:val="00696251"/>
    <w:rsid w:val="0069732B"/>
    <w:rsid w:val="006973D7"/>
    <w:rsid w:val="006974F5"/>
    <w:rsid w:val="00697955"/>
    <w:rsid w:val="006A0800"/>
    <w:rsid w:val="006A14EB"/>
    <w:rsid w:val="006A1FEC"/>
    <w:rsid w:val="006A20BB"/>
    <w:rsid w:val="006A2962"/>
    <w:rsid w:val="006A3ED6"/>
    <w:rsid w:val="006A4ADA"/>
    <w:rsid w:val="006A4FDB"/>
    <w:rsid w:val="006A512C"/>
    <w:rsid w:val="006A6F48"/>
    <w:rsid w:val="006A7673"/>
    <w:rsid w:val="006A7723"/>
    <w:rsid w:val="006A7D93"/>
    <w:rsid w:val="006B07D5"/>
    <w:rsid w:val="006B13A6"/>
    <w:rsid w:val="006B13B4"/>
    <w:rsid w:val="006B16F3"/>
    <w:rsid w:val="006B1CF4"/>
    <w:rsid w:val="006B1D83"/>
    <w:rsid w:val="006B4040"/>
    <w:rsid w:val="006B49D4"/>
    <w:rsid w:val="006B4ACF"/>
    <w:rsid w:val="006B5753"/>
    <w:rsid w:val="006B6C22"/>
    <w:rsid w:val="006B6FED"/>
    <w:rsid w:val="006B7871"/>
    <w:rsid w:val="006B79AB"/>
    <w:rsid w:val="006B7B9B"/>
    <w:rsid w:val="006C0007"/>
    <w:rsid w:val="006C0882"/>
    <w:rsid w:val="006C0BFE"/>
    <w:rsid w:val="006C0C0E"/>
    <w:rsid w:val="006C0C4F"/>
    <w:rsid w:val="006C16D5"/>
    <w:rsid w:val="006C16DC"/>
    <w:rsid w:val="006C1706"/>
    <w:rsid w:val="006C17A0"/>
    <w:rsid w:val="006C1CB0"/>
    <w:rsid w:val="006C20BD"/>
    <w:rsid w:val="006C28AF"/>
    <w:rsid w:val="006C2936"/>
    <w:rsid w:val="006C2D83"/>
    <w:rsid w:val="006C39E8"/>
    <w:rsid w:val="006C451B"/>
    <w:rsid w:val="006C4E5F"/>
    <w:rsid w:val="006C4FFF"/>
    <w:rsid w:val="006C5DA0"/>
    <w:rsid w:val="006C7E82"/>
    <w:rsid w:val="006D01A4"/>
    <w:rsid w:val="006D07E9"/>
    <w:rsid w:val="006D0BEB"/>
    <w:rsid w:val="006D0E29"/>
    <w:rsid w:val="006D134D"/>
    <w:rsid w:val="006D22D3"/>
    <w:rsid w:val="006D2361"/>
    <w:rsid w:val="006D2651"/>
    <w:rsid w:val="006D2CB6"/>
    <w:rsid w:val="006D3797"/>
    <w:rsid w:val="006D4287"/>
    <w:rsid w:val="006D42A6"/>
    <w:rsid w:val="006D4955"/>
    <w:rsid w:val="006D4B03"/>
    <w:rsid w:val="006D4F92"/>
    <w:rsid w:val="006D5D88"/>
    <w:rsid w:val="006D5E48"/>
    <w:rsid w:val="006D65BE"/>
    <w:rsid w:val="006D6A97"/>
    <w:rsid w:val="006D6F58"/>
    <w:rsid w:val="006E1FDD"/>
    <w:rsid w:val="006E21C9"/>
    <w:rsid w:val="006E2700"/>
    <w:rsid w:val="006E2B97"/>
    <w:rsid w:val="006E2C2E"/>
    <w:rsid w:val="006E2E7E"/>
    <w:rsid w:val="006E3ADF"/>
    <w:rsid w:val="006E3C45"/>
    <w:rsid w:val="006E3EF2"/>
    <w:rsid w:val="006E4196"/>
    <w:rsid w:val="006E46BF"/>
    <w:rsid w:val="006E4D4A"/>
    <w:rsid w:val="006E5AA7"/>
    <w:rsid w:val="006E5C53"/>
    <w:rsid w:val="006E5D33"/>
    <w:rsid w:val="006E5E82"/>
    <w:rsid w:val="006F014B"/>
    <w:rsid w:val="006F0203"/>
    <w:rsid w:val="006F1864"/>
    <w:rsid w:val="006F1AF4"/>
    <w:rsid w:val="006F1F74"/>
    <w:rsid w:val="006F2194"/>
    <w:rsid w:val="006F2BCD"/>
    <w:rsid w:val="006F365C"/>
    <w:rsid w:val="006F3D48"/>
    <w:rsid w:val="006F43BB"/>
    <w:rsid w:val="006F45F9"/>
    <w:rsid w:val="006F4B69"/>
    <w:rsid w:val="006F4F84"/>
    <w:rsid w:val="006F5394"/>
    <w:rsid w:val="006F53AD"/>
    <w:rsid w:val="006F5811"/>
    <w:rsid w:val="006F61FF"/>
    <w:rsid w:val="006F6C25"/>
    <w:rsid w:val="006F71C3"/>
    <w:rsid w:val="006F7295"/>
    <w:rsid w:val="006F75D3"/>
    <w:rsid w:val="006F786B"/>
    <w:rsid w:val="006F790F"/>
    <w:rsid w:val="007003EF"/>
    <w:rsid w:val="0070072E"/>
    <w:rsid w:val="00700A7D"/>
    <w:rsid w:val="00700F75"/>
    <w:rsid w:val="00701824"/>
    <w:rsid w:val="00702863"/>
    <w:rsid w:val="00702916"/>
    <w:rsid w:val="007030C5"/>
    <w:rsid w:val="007038DF"/>
    <w:rsid w:val="00703CAB"/>
    <w:rsid w:val="007040F5"/>
    <w:rsid w:val="0070458A"/>
    <w:rsid w:val="007046F6"/>
    <w:rsid w:val="00704B30"/>
    <w:rsid w:val="00705C6B"/>
    <w:rsid w:val="00705F3D"/>
    <w:rsid w:val="00706520"/>
    <w:rsid w:val="00706701"/>
    <w:rsid w:val="00706AAF"/>
    <w:rsid w:val="00711288"/>
    <w:rsid w:val="00711BF2"/>
    <w:rsid w:val="00711EB0"/>
    <w:rsid w:val="00712CB3"/>
    <w:rsid w:val="007135C7"/>
    <w:rsid w:val="007139BC"/>
    <w:rsid w:val="00714096"/>
    <w:rsid w:val="007142C8"/>
    <w:rsid w:val="00714FB1"/>
    <w:rsid w:val="00715C5F"/>
    <w:rsid w:val="00715D26"/>
    <w:rsid w:val="00715E79"/>
    <w:rsid w:val="00715FEE"/>
    <w:rsid w:val="00716A74"/>
    <w:rsid w:val="00717701"/>
    <w:rsid w:val="00717963"/>
    <w:rsid w:val="00717A14"/>
    <w:rsid w:val="0072067D"/>
    <w:rsid w:val="00720C56"/>
    <w:rsid w:val="0072121E"/>
    <w:rsid w:val="00721369"/>
    <w:rsid w:val="00721705"/>
    <w:rsid w:val="00721A99"/>
    <w:rsid w:val="00721E12"/>
    <w:rsid w:val="00721FFE"/>
    <w:rsid w:val="00722175"/>
    <w:rsid w:val="00722400"/>
    <w:rsid w:val="00722B09"/>
    <w:rsid w:val="00722B31"/>
    <w:rsid w:val="00723127"/>
    <w:rsid w:val="0072330D"/>
    <w:rsid w:val="00723DF4"/>
    <w:rsid w:val="00724382"/>
    <w:rsid w:val="00724ADF"/>
    <w:rsid w:val="0072540B"/>
    <w:rsid w:val="00725647"/>
    <w:rsid w:val="007256AD"/>
    <w:rsid w:val="00726012"/>
    <w:rsid w:val="00726BEE"/>
    <w:rsid w:val="007277DE"/>
    <w:rsid w:val="0073075D"/>
    <w:rsid w:val="00730EE9"/>
    <w:rsid w:val="007313D8"/>
    <w:rsid w:val="00731638"/>
    <w:rsid w:val="00731705"/>
    <w:rsid w:val="00731B3C"/>
    <w:rsid w:val="00731F2D"/>
    <w:rsid w:val="007323D2"/>
    <w:rsid w:val="00732412"/>
    <w:rsid w:val="00732706"/>
    <w:rsid w:val="00733640"/>
    <w:rsid w:val="0073396C"/>
    <w:rsid w:val="00734ECE"/>
    <w:rsid w:val="00735F58"/>
    <w:rsid w:val="0073708C"/>
    <w:rsid w:val="0073734C"/>
    <w:rsid w:val="007407CA"/>
    <w:rsid w:val="0074164E"/>
    <w:rsid w:val="00741A9B"/>
    <w:rsid w:val="00741B6C"/>
    <w:rsid w:val="00742A40"/>
    <w:rsid w:val="007431FF"/>
    <w:rsid w:val="00743C8C"/>
    <w:rsid w:val="00743F82"/>
    <w:rsid w:val="007445D7"/>
    <w:rsid w:val="0074550E"/>
    <w:rsid w:val="00751A5C"/>
    <w:rsid w:val="00751DD1"/>
    <w:rsid w:val="007523E8"/>
    <w:rsid w:val="00752AF6"/>
    <w:rsid w:val="00752DB6"/>
    <w:rsid w:val="00752E1E"/>
    <w:rsid w:val="0075300F"/>
    <w:rsid w:val="0075357F"/>
    <w:rsid w:val="0075361C"/>
    <w:rsid w:val="00753E8B"/>
    <w:rsid w:val="0075428C"/>
    <w:rsid w:val="00754524"/>
    <w:rsid w:val="00754715"/>
    <w:rsid w:val="007563A2"/>
    <w:rsid w:val="0075701B"/>
    <w:rsid w:val="00757B03"/>
    <w:rsid w:val="00760413"/>
    <w:rsid w:val="007609D8"/>
    <w:rsid w:val="00760A57"/>
    <w:rsid w:val="00760A81"/>
    <w:rsid w:val="00760CEE"/>
    <w:rsid w:val="00761631"/>
    <w:rsid w:val="007624FD"/>
    <w:rsid w:val="00762DFB"/>
    <w:rsid w:val="007634D0"/>
    <w:rsid w:val="00763B97"/>
    <w:rsid w:val="0076400B"/>
    <w:rsid w:val="0076469D"/>
    <w:rsid w:val="00764FF6"/>
    <w:rsid w:val="00765975"/>
    <w:rsid w:val="0076756F"/>
    <w:rsid w:val="007704B7"/>
    <w:rsid w:val="00772091"/>
    <w:rsid w:val="0077279C"/>
    <w:rsid w:val="007727A9"/>
    <w:rsid w:val="00772911"/>
    <w:rsid w:val="00773892"/>
    <w:rsid w:val="00774350"/>
    <w:rsid w:val="007745C2"/>
    <w:rsid w:val="00774726"/>
    <w:rsid w:val="00774979"/>
    <w:rsid w:val="00774D0F"/>
    <w:rsid w:val="007752CD"/>
    <w:rsid w:val="0077554C"/>
    <w:rsid w:val="00775CFC"/>
    <w:rsid w:val="00776DDD"/>
    <w:rsid w:val="007779EB"/>
    <w:rsid w:val="00777D94"/>
    <w:rsid w:val="007816B3"/>
    <w:rsid w:val="00782014"/>
    <w:rsid w:val="00782036"/>
    <w:rsid w:val="00782A92"/>
    <w:rsid w:val="00782DDC"/>
    <w:rsid w:val="00783804"/>
    <w:rsid w:val="007848DA"/>
    <w:rsid w:val="00784B94"/>
    <w:rsid w:val="00784BAB"/>
    <w:rsid w:val="00784C22"/>
    <w:rsid w:val="007861D9"/>
    <w:rsid w:val="0078641A"/>
    <w:rsid w:val="00786490"/>
    <w:rsid w:val="007864B8"/>
    <w:rsid w:val="007879DC"/>
    <w:rsid w:val="007901BF"/>
    <w:rsid w:val="007906D3"/>
    <w:rsid w:val="00790E5A"/>
    <w:rsid w:val="00790EB2"/>
    <w:rsid w:val="0079123E"/>
    <w:rsid w:val="0079144E"/>
    <w:rsid w:val="00791497"/>
    <w:rsid w:val="00791D7B"/>
    <w:rsid w:val="00792B89"/>
    <w:rsid w:val="00793868"/>
    <w:rsid w:val="0079395A"/>
    <w:rsid w:val="0079723E"/>
    <w:rsid w:val="007973B7"/>
    <w:rsid w:val="007975CB"/>
    <w:rsid w:val="00797E7F"/>
    <w:rsid w:val="007A0B3B"/>
    <w:rsid w:val="007A0DF2"/>
    <w:rsid w:val="007A1EE9"/>
    <w:rsid w:val="007A2D53"/>
    <w:rsid w:val="007A2D5D"/>
    <w:rsid w:val="007A2EAE"/>
    <w:rsid w:val="007A3131"/>
    <w:rsid w:val="007A32FF"/>
    <w:rsid w:val="007A3C74"/>
    <w:rsid w:val="007A4116"/>
    <w:rsid w:val="007A41E2"/>
    <w:rsid w:val="007A4721"/>
    <w:rsid w:val="007A48F9"/>
    <w:rsid w:val="007A5341"/>
    <w:rsid w:val="007A611B"/>
    <w:rsid w:val="007A6328"/>
    <w:rsid w:val="007A7418"/>
    <w:rsid w:val="007B047A"/>
    <w:rsid w:val="007B05D8"/>
    <w:rsid w:val="007B06B6"/>
    <w:rsid w:val="007B168D"/>
    <w:rsid w:val="007B1FE7"/>
    <w:rsid w:val="007B25B2"/>
    <w:rsid w:val="007B289B"/>
    <w:rsid w:val="007B2C7C"/>
    <w:rsid w:val="007B3121"/>
    <w:rsid w:val="007B4586"/>
    <w:rsid w:val="007B46BA"/>
    <w:rsid w:val="007B51B2"/>
    <w:rsid w:val="007B5899"/>
    <w:rsid w:val="007B5B8F"/>
    <w:rsid w:val="007B5E4E"/>
    <w:rsid w:val="007B6198"/>
    <w:rsid w:val="007B6621"/>
    <w:rsid w:val="007B6A80"/>
    <w:rsid w:val="007B73D2"/>
    <w:rsid w:val="007C02A2"/>
    <w:rsid w:val="007C127F"/>
    <w:rsid w:val="007C1A3D"/>
    <w:rsid w:val="007C20EF"/>
    <w:rsid w:val="007C2D05"/>
    <w:rsid w:val="007C4178"/>
    <w:rsid w:val="007C420B"/>
    <w:rsid w:val="007C47CA"/>
    <w:rsid w:val="007C501D"/>
    <w:rsid w:val="007C60BB"/>
    <w:rsid w:val="007C60F5"/>
    <w:rsid w:val="007C63A3"/>
    <w:rsid w:val="007C6439"/>
    <w:rsid w:val="007C6E02"/>
    <w:rsid w:val="007C712B"/>
    <w:rsid w:val="007C7546"/>
    <w:rsid w:val="007C7AA1"/>
    <w:rsid w:val="007C7E80"/>
    <w:rsid w:val="007D0666"/>
    <w:rsid w:val="007D1AA1"/>
    <w:rsid w:val="007D1D0F"/>
    <w:rsid w:val="007D33BD"/>
    <w:rsid w:val="007D33C9"/>
    <w:rsid w:val="007D392B"/>
    <w:rsid w:val="007D4CA2"/>
    <w:rsid w:val="007D5600"/>
    <w:rsid w:val="007D5D96"/>
    <w:rsid w:val="007D6E9C"/>
    <w:rsid w:val="007D6F98"/>
    <w:rsid w:val="007D7808"/>
    <w:rsid w:val="007D7AFE"/>
    <w:rsid w:val="007E1567"/>
    <w:rsid w:val="007E2109"/>
    <w:rsid w:val="007E213B"/>
    <w:rsid w:val="007E2376"/>
    <w:rsid w:val="007E2E0A"/>
    <w:rsid w:val="007E3408"/>
    <w:rsid w:val="007E3870"/>
    <w:rsid w:val="007E4AE7"/>
    <w:rsid w:val="007E5D83"/>
    <w:rsid w:val="007E643D"/>
    <w:rsid w:val="007E7581"/>
    <w:rsid w:val="007E759D"/>
    <w:rsid w:val="007E7DA8"/>
    <w:rsid w:val="007E7E2A"/>
    <w:rsid w:val="007F02CD"/>
    <w:rsid w:val="007F0834"/>
    <w:rsid w:val="007F0C9E"/>
    <w:rsid w:val="007F1049"/>
    <w:rsid w:val="007F194E"/>
    <w:rsid w:val="007F3679"/>
    <w:rsid w:val="007F3A2A"/>
    <w:rsid w:val="007F43C9"/>
    <w:rsid w:val="007F45AC"/>
    <w:rsid w:val="007F5032"/>
    <w:rsid w:val="007F51B3"/>
    <w:rsid w:val="007F55D4"/>
    <w:rsid w:val="007F58EA"/>
    <w:rsid w:val="007F725C"/>
    <w:rsid w:val="007F74CC"/>
    <w:rsid w:val="007F75DC"/>
    <w:rsid w:val="008001B6"/>
    <w:rsid w:val="008005BB"/>
    <w:rsid w:val="00800E9C"/>
    <w:rsid w:val="00801F07"/>
    <w:rsid w:val="0080249D"/>
    <w:rsid w:val="00802DC9"/>
    <w:rsid w:val="008035CA"/>
    <w:rsid w:val="008039F2"/>
    <w:rsid w:val="0080434D"/>
    <w:rsid w:val="0080435E"/>
    <w:rsid w:val="00805A98"/>
    <w:rsid w:val="0080640A"/>
    <w:rsid w:val="00806D98"/>
    <w:rsid w:val="00806F18"/>
    <w:rsid w:val="008072AD"/>
    <w:rsid w:val="008075A3"/>
    <w:rsid w:val="00810A8A"/>
    <w:rsid w:val="00810F6B"/>
    <w:rsid w:val="008111B6"/>
    <w:rsid w:val="00811D21"/>
    <w:rsid w:val="008122E7"/>
    <w:rsid w:val="008136EA"/>
    <w:rsid w:val="00814B7B"/>
    <w:rsid w:val="00815BAB"/>
    <w:rsid w:val="00815BF0"/>
    <w:rsid w:val="00815E23"/>
    <w:rsid w:val="008163AC"/>
    <w:rsid w:val="00816642"/>
    <w:rsid w:val="00816D61"/>
    <w:rsid w:val="00817E7A"/>
    <w:rsid w:val="008200AF"/>
    <w:rsid w:val="00820C9D"/>
    <w:rsid w:val="00821304"/>
    <w:rsid w:val="008216E1"/>
    <w:rsid w:val="00821D10"/>
    <w:rsid w:val="00822BC1"/>
    <w:rsid w:val="00822C2F"/>
    <w:rsid w:val="0082355B"/>
    <w:rsid w:val="00823C1A"/>
    <w:rsid w:val="00823CF2"/>
    <w:rsid w:val="008246CD"/>
    <w:rsid w:val="00824B4D"/>
    <w:rsid w:val="0082505B"/>
    <w:rsid w:val="008262BD"/>
    <w:rsid w:val="0082700B"/>
    <w:rsid w:val="0082718F"/>
    <w:rsid w:val="008271A4"/>
    <w:rsid w:val="00827EC9"/>
    <w:rsid w:val="008314A1"/>
    <w:rsid w:val="008318A2"/>
    <w:rsid w:val="00832575"/>
    <w:rsid w:val="0083275C"/>
    <w:rsid w:val="0083294D"/>
    <w:rsid w:val="00832999"/>
    <w:rsid w:val="008337B7"/>
    <w:rsid w:val="00834415"/>
    <w:rsid w:val="00834984"/>
    <w:rsid w:val="00835322"/>
    <w:rsid w:val="008354D7"/>
    <w:rsid w:val="00835788"/>
    <w:rsid w:val="00835A48"/>
    <w:rsid w:val="008362D7"/>
    <w:rsid w:val="00836AEA"/>
    <w:rsid w:val="008370C9"/>
    <w:rsid w:val="008378E5"/>
    <w:rsid w:val="00840B44"/>
    <w:rsid w:val="00840B58"/>
    <w:rsid w:val="00840BB3"/>
    <w:rsid w:val="00840DB4"/>
    <w:rsid w:val="00841907"/>
    <w:rsid w:val="00842002"/>
    <w:rsid w:val="008430C8"/>
    <w:rsid w:val="00843638"/>
    <w:rsid w:val="00844448"/>
    <w:rsid w:val="00844C16"/>
    <w:rsid w:val="00844C93"/>
    <w:rsid w:val="00844E6A"/>
    <w:rsid w:val="00845C05"/>
    <w:rsid w:val="008465C1"/>
    <w:rsid w:val="00846622"/>
    <w:rsid w:val="00846874"/>
    <w:rsid w:val="008468B1"/>
    <w:rsid w:val="00847246"/>
    <w:rsid w:val="00847B0B"/>
    <w:rsid w:val="00847E5A"/>
    <w:rsid w:val="008502A5"/>
    <w:rsid w:val="00850499"/>
    <w:rsid w:val="00850677"/>
    <w:rsid w:val="00850926"/>
    <w:rsid w:val="00851693"/>
    <w:rsid w:val="00851F19"/>
    <w:rsid w:val="00853B2D"/>
    <w:rsid w:val="00853E06"/>
    <w:rsid w:val="0085422C"/>
    <w:rsid w:val="00854599"/>
    <w:rsid w:val="008547C1"/>
    <w:rsid w:val="00854966"/>
    <w:rsid w:val="00854DD6"/>
    <w:rsid w:val="00854F5C"/>
    <w:rsid w:val="00855094"/>
    <w:rsid w:val="0085668A"/>
    <w:rsid w:val="0085719C"/>
    <w:rsid w:val="008573F1"/>
    <w:rsid w:val="00857DBA"/>
    <w:rsid w:val="0086016F"/>
    <w:rsid w:val="0086074F"/>
    <w:rsid w:val="0086088E"/>
    <w:rsid w:val="00861E04"/>
    <w:rsid w:val="008625EC"/>
    <w:rsid w:val="008627DD"/>
    <w:rsid w:val="00862C9E"/>
    <w:rsid w:val="008636AA"/>
    <w:rsid w:val="00863F14"/>
    <w:rsid w:val="00864E9B"/>
    <w:rsid w:val="00864FC9"/>
    <w:rsid w:val="008651E9"/>
    <w:rsid w:val="00865708"/>
    <w:rsid w:val="00865961"/>
    <w:rsid w:val="00866F1B"/>
    <w:rsid w:val="00867629"/>
    <w:rsid w:val="0087089C"/>
    <w:rsid w:val="0087319C"/>
    <w:rsid w:val="0087439D"/>
    <w:rsid w:val="00874B8E"/>
    <w:rsid w:val="00875AB9"/>
    <w:rsid w:val="00875EB7"/>
    <w:rsid w:val="0087630C"/>
    <w:rsid w:val="008765AA"/>
    <w:rsid w:val="00876A75"/>
    <w:rsid w:val="00877795"/>
    <w:rsid w:val="00877CFC"/>
    <w:rsid w:val="0088042B"/>
    <w:rsid w:val="008806EF"/>
    <w:rsid w:val="0088171A"/>
    <w:rsid w:val="008826AB"/>
    <w:rsid w:val="0088286F"/>
    <w:rsid w:val="00883215"/>
    <w:rsid w:val="008835C9"/>
    <w:rsid w:val="00883840"/>
    <w:rsid w:val="0088387C"/>
    <w:rsid w:val="00884360"/>
    <w:rsid w:val="008849EB"/>
    <w:rsid w:val="00884F42"/>
    <w:rsid w:val="00885050"/>
    <w:rsid w:val="00886A9F"/>
    <w:rsid w:val="00886EE5"/>
    <w:rsid w:val="008870E6"/>
    <w:rsid w:val="008870FA"/>
    <w:rsid w:val="00887691"/>
    <w:rsid w:val="00887ACA"/>
    <w:rsid w:val="00890296"/>
    <w:rsid w:val="00890477"/>
    <w:rsid w:val="0089049A"/>
    <w:rsid w:val="00890CC6"/>
    <w:rsid w:val="00891189"/>
    <w:rsid w:val="00893DD2"/>
    <w:rsid w:val="0089416E"/>
    <w:rsid w:val="00894CE0"/>
    <w:rsid w:val="00894E34"/>
    <w:rsid w:val="00895473"/>
    <w:rsid w:val="008954F8"/>
    <w:rsid w:val="00895A32"/>
    <w:rsid w:val="008961FD"/>
    <w:rsid w:val="0089637B"/>
    <w:rsid w:val="00896777"/>
    <w:rsid w:val="00897D04"/>
    <w:rsid w:val="008A08A7"/>
    <w:rsid w:val="008A095E"/>
    <w:rsid w:val="008A0C14"/>
    <w:rsid w:val="008A17AC"/>
    <w:rsid w:val="008A1F46"/>
    <w:rsid w:val="008A1FEE"/>
    <w:rsid w:val="008A2213"/>
    <w:rsid w:val="008A2414"/>
    <w:rsid w:val="008A27B4"/>
    <w:rsid w:val="008A2AA3"/>
    <w:rsid w:val="008A2D2C"/>
    <w:rsid w:val="008A3D6C"/>
    <w:rsid w:val="008A45E3"/>
    <w:rsid w:val="008A466C"/>
    <w:rsid w:val="008A492C"/>
    <w:rsid w:val="008A4DCA"/>
    <w:rsid w:val="008A4EFC"/>
    <w:rsid w:val="008A5850"/>
    <w:rsid w:val="008A5A98"/>
    <w:rsid w:val="008A6423"/>
    <w:rsid w:val="008A6452"/>
    <w:rsid w:val="008B00B9"/>
    <w:rsid w:val="008B05CA"/>
    <w:rsid w:val="008B0962"/>
    <w:rsid w:val="008B0A32"/>
    <w:rsid w:val="008B0D99"/>
    <w:rsid w:val="008B180D"/>
    <w:rsid w:val="008B1E38"/>
    <w:rsid w:val="008B230B"/>
    <w:rsid w:val="008B32E1"/>
    <w:rsid w:val="008B4616"/>
    <w:rsid w:val="008B50B5"/>
    <w:rsid w:val="008B58B5"/>
    <w:rsid w:val="008B5C06"/>
    <w:rsid w:val="008B633E"/>
    <w:rsid w:val="008B68E0"/>
    <w:rsid w:val="008B6E61"/>
    <w:rsid w:val="008B729D"/>
    <w:rsid w:val="008B751C"/>
    <w:rsid w:val="008B75F3"/>
    <w:rsid w:val="008B77BA"/>
    <w:rsid w:val="008B782B"/>
    <w:rsid w:val="008B7AD5"/>
    <w:rsid w:val="008C0042"/>
    <w:rsid w:val="008C0A16"/>
    <w:rsid w:val="008C1062"/>
    <w:rsid w:val="008C24FF"/>
    <w:rsid w:val="008C26B1"/>
    <w:rsid w:val="008C26D2"/>
    <w:rsid w:val="008C29CD"/>
    <w:rsid w:val="008C2E40"/>
    <w:rsid w:val="008C4696"/>
    <w:rsid w:val="008C62C6"/>
    <w:rsid w:val="008C6B9A"/>
    <w:rsid w:val="008C7538"/>
    <w:rsid w:val="008C7F25"/>
    <w:rsid w:val="008D00F3"/>
    <w:rsid w:val="008D01E0"/>
    <w:rsid w:val="008D0CE5"/>
    <w:rsid w:val="008D0D87"/>
    <w:rsid w:val="008D2239"/>
    <w:rsid w:val="008D2AB3"/>
    <w:rsid w:val="008D326D"/>
    <w:rsid w:val="008D3D80"/>
    <w:rsid w:val="008D3ECA"/>
    <w:rsid w:val="008D4100"/>
    <w:rsid w:val="008D43B0"/>
    <w:rsid w:val="008D45EA"/>
    <w:rsid w:val="008D470B"/>
    <w:rsid w:val="008D4880"/>
    <w:rsid w:val="008D489B"/>
    <w:rsid w:val="008D4E25"/>
    <w:rsid w:val="008D58CB"/>
    <w:rsid w:val="008D5D96"/>
    <w:rsid w:val="008D6660"/>
    <w:rsid w:val="008D6BE2"/>
    <w:rsid w:val="008D6DD6"/>
    <w:rsid w:val="008D74E2"/>
    <w:rsid w:val="008D7C5E"/>
    <w:rsid w:val="008E0590"/>
    <w:rsid w:val="008E1800"/>
    <w:rsid w:val="008E1CFC"/>
    <w:rsid w:val="008E2BDB"/>
    <w:rsid w:val="008E36B4"/>
    <w:rsid w:val="008E40D2"/>
    <w:rsid w:val="008E6BDF"/>
    <w:rsid w:val="008E76C5"/>
    <w:rsid w:val="008F0974"/>
    <w:rsid w:val="008F23AE"/>
    <w:rsid w:val="008F24B4"/>
    <w:rsid w:val="008F2DE8"/>
    <w:rsid w:val="008F33A6"/>
    <w:rsid w:val="008F458B"/>
    <w:rsid w:val="008F49D4"/>
    <w:rsid w:val="008F5CE1"/>
    <w:rsid w:val="008F60F4"/>
    <w:rsid w:val="008F727C"/>
    <w:rsid w:val="008F7293"/>
    <w:rsid w:val="008F7825"/>
    <w:rsid w:val="008F7D31"/>
    <w:rsid w:val="008F7E4E"/>
    <w:rsid w:val="0090051C"/>
    <w:rsid w:val="009007B2"/>
    <w:rsid w:val="00900993"/>
    <w:rsid w:val="00901348"/>
    <w:rsid w:val="00901C40"/>
    <w:rsid w:val="009035F1"/>
    <w:rsid w:val="009044AF"/>
    <w:rsid w:val="009046F7"/>
    <w:rsid w:val="00904ECC"/>
    <w:rsid w:val="00905315"/>
    <w:rsid w:val="009057B7"/>
    <w:rsid w:val="00905B34"/>
    <w:rsid w:val="00906161"/>
    <w:rsid w:val="00906666"/>
    <w:rsid w:val="009067B2"/>
    <w:rsid w:val="00906939"/>
    <w:rsid w:val="00906F92"/>
    <w:rsid w:val="009070FE"/>
    <w:rsid w:val="009078F1"/>
    <w:rsid w:val="0090799B"/>
    <w:rsid w:val="00907B01"/>
    <w:rsid w:val="00910788"/>
    <w:rsid w:val="00910E0B"/>
    <w:rsid w:val="0091111C"/>
    <w:rsid w:val="00911D29"/>
    <w:rsid w:val="009120C6"/>
    <w:rsid w:val="00913158"/>
    <w:rsid w:val="0091440E"/>
    <w:rsid w:val="009146A6"/>
    <w:rsid w:val="00914CC1"/>
    <w:rsid w:val="009153B2"/>
    <w:rsid w:val="009154F2"/>
    <w:rsid w:val="00916615"/>
    <w:rsid w:val="00916F2A"/>
    <w:rsid w:val="00917316"/>
    <w:rsid w:val="00917738"/>
    <w:rsid w:val="00920003"/>
    <w:rsid w:val="00920286"/>
    <w:rsid w:val="0092187E"/>
    <w:rsid w:val="009218DF"/>
    <w:rsid w:val="00921D52"/>
    <w:rsid w:val="0092388B"/>
    <w:rsid w:val="00923890"/>
    <w:rsid w:val="00923A85"/>
    <w:rsid w:val="00923D20"/>
    <w:rsid w:val="00924E40"/>
    <w:rsid w:val="009250BD"/>
    <w:rsid w:val="00926D62"/>
    <w:rsid w:val="00927148"/>
    <w:rsid w:val="00927167"/>
    <w:rsid w:val="00927700"/>
    <w:rsid w:val="00927E02"/>
    <w:rsid w:val="0093052B"/>
    <w:rsid w:val="00930551"/>
    <w:rsid w:val="0093055E"/>
    <w:rsid w:val="00930B05"/>
    <w:rsid w:val="00930D19"/>
    <w:rsid w:val="00931300"/>
    <w:rsid w:val="009317B9"/>
    <w:rsid w:val="00931A46"/>
    <w:rsid w:val="00931D0F"/>
    <w:rsid w:val="00932007"/>
    <w:rsid w:val="00932460"/>
    <w:rsid w:val="0093282A"/>
    <w:rsid w:val="009329B1"/>
    <w:rsid w:val="00933046"/>
    <w:rsid w:val="00933A7A"/>
    <w:rsid w:val="0093531A"/>
    <w:rsid w:val="0093566F"/>
    <w:rsid w:val="00935946"/>
    <w:rsid w:val="00936435"/>
    <w:rsid w:val="00936804"/>
    <w:rsid w:val="0093695C"/>
    <w:rsid w:val="00936C29"/>
    <w:rsid w:val="00936DFB"/>
    <w:rsid w:val="0093784A"/>
    <w:rsid w:val="00940462"/>
    <w:rsid w:val="0094197E"/>
    <w:rsid w:val="00941BB4"/>
    <w:rsid w:val="00941C37"/>
    <w:rsid w:val="00941D46"/>
    <w:rsid w:val="00942404"/>
    <w:rsid w:val="009424E7"/>
    <w:rsid w:val="00942811"/>
    <w:rsid w:val="00942D47"/>
    <w:rsid w:val="00943107"/>
    <w:rsid w:val="00943AA7"/>
    <w:rsid w:val="00943B01"/>
    <w:rsid w:val="009446F9"/>
    <w:rsid w:val="00945459"/>
    <w:rsid w:val="009454D9"/>
    <w:rsid w:val="009465FF"/>
    <w:rsid w:val="00946A5B"/>
    <w:rsid w:val="00946CBD"/>
    <w:rsid w:val="00946EBA"/>
    <w:rsid w:val="00947B82"/>
    <w:rsid w:val="009503D7"/>
    <w:rsid w:val="00951604"/>
    <w:rsid w:val="00951833"/>
    <w:rsid w:val="00951C51"/>
    <w:rsid w:val="00951E04"/>
    <w:rsid w:val="00951EC0"/>
    <w:rsid w:val="00951EE5"/>
    <w:rsid w:val="009523A2"/>
    <w:rsid w:val="00952829"/>
    <w:rsid w:val="0095299A"/>
    <w:rsid w:val="0095349C"/>
    <w:rsid w:val="0095352D"/>
    <w:rsid w:val="00953821"/>
    <w:rsid w:val="00954AAB"/>
    <w:rsid w:val="00954B39"/>
    <w:rsid w:val="00954CE8"/>
    <w:rsid w:val="00955276"/>
    <w:rsid w:val="009558C1"/>
    <w:rsid w:val="00955E82"/>
    <w:rsid w:val="00956C00"/>
    <w:rsid w:val="009570D3"/>
    <w:rsid w:val="009571C2"/>
    <w:rsid w:val="00957494"/>
    <w:rsid w:val="00957C0A"/>
    <w:rsid w:val="00957C45"/>
    <w:rsid w:val="00960336"/>
    <w:rsid w:val="009604E8"/>
    <w:rsid w:val="00960A73"/>
    <w:rsid w:val="00960B03"/>
    <w:rsid w:val="00961227"/>
    <w:rsid w:val="009629F2"/>
    <w:rsid w:val="0096328B"/>
    <w:rsid w:val="0096332D"/>
    <w:rsid w:val="009633CC"/>
    <w:rsid w:val="00963BBA"/>
    <w:rsid w:val="00963F64"/>
    <w:rsid w:val="0096410F"/>
    <w:rsid w:val="0096496C"/>
    <w:rsid w:val="00965E7A"/>
    <w:rsid w:val="00965E81"/>
    <w:rsid w:val="00965FFB"/>
    <w:rsid w:val="00966A98"/>
    <w:rsid w:val="009677AB"/>
    <w:rsid w:val="0096799B"/>
    <w:rsid w:val="00967B05"/>
    <w:rsid w:val="00970648"/>
    <w:rsid w:val="00970712"/>
    <w:rsid w:val="0097105E"/>
    <w:rsid w:val="009734A4"/>
    <w:rsid w:val="00973FA9"/>
    <w:rsid w:val="00974005"/>
    <w:rsid w:val="00974988"/>
    <w:rsid w:val="00975398"/>
    <w:rsid w:val="0097558A"/>
    <w:rsid w:val="00975798"/>
    <w:rsid w:val="00976938"/>
    <w:rsid w:val="009769A5"/>
    <w:rsid w:val="00976EAD"/>
    <w:rsid w:val="00977B1C"/>
    <w:rsid w:val="00977CB2"/>
    <w:rsid w:val="00980817"/>
    <w:rsid w:val="00980A24"/>
    <w:rsid w:val="0098105B"/>
    <w:rsid w:val="00981388"/>
    <w:rsid w:val="009815AF"/>
    <w:rsid w:val="0098177E"/>
    <w:rsid w:val="009822D4"/>
    <w:rsid w:val="00982469"/>
    <w:rsid w:val="00982EC8"/>
    <w:rsid w:val="009842B3"/>
    <w:rsid w:val="00984557"/>
    <w:rsid w:val="00984E45"/>
    <w:rsid w:val="009854C2"/>
    <w:rsid w:val="00987580"/>
    <w:rsid w:val="00990224"/>
    <w:rsid w:val="00992076"/>
    <w:rsid w:val="00992861"/>
    <w:rsid w:val="009933A8"/>
    <w:rsid w:val="00993DC5"/>
    <w:rsid w:val="0099499F"/>
    <w:rsid w:val="00994D4E"/>
    <w:rsid w:val="00994D89"/>
    <w:rsid w:val="0099565B"/>
    <w:rsid w:val="00996317"/>
    <w:rsid w:val="00997CD5"/>
    <w:rsid w:val="009A03EC"/>
    <w:rsid w:val="009A0FA0"/>
    <w:rsid w:val="009A15C1"/>
    <w:rsid w:val="009A175C"/>
    <w:rsid w:val="009A2033"/>
    <w:rsid w:val="009A2673"/>
    <w:rsid w:val="009A2AC8"/>
    <w:rsid w:val="009A349E"/>
    <w:rsid w:val="009A3963"/>
    <w:rsid w:val="009A40F6"/>
    <w:rsid w:val="009A42E1"/>
    <w:rsid w:val="009A4378"/>
    <w:rsid w:val="009A4BF9"/>
    <w:rsid w:val="009A580E"/>
    <w:rsid w:val="009A5D2F"/>
    <w:rsid w:val="009B0454"/>
    <w:rsid w:val="009B0848"/>
    <w:rsid w:val="009B0F17"/>
    <w:rsid w:val="009B189A"/>
    <w:rsid w:val="009B19FE"/>
    <w:rsid w:val="009B2BDB"/>
    <w:rsid w:val="009B2E3B"/>
    <w:rsid w:val="009B2EE6"/>
    <w:rsid w:val="009B3135"/>
    <w:rsid w:val="009B3D40"/>
    <w:rsid w:val="009B4BE2"/>
    <w:rsid w:val="009B4DAA"/>
    <w:rsid w:val="009B5133"/>
    <w:rsid w:val="009B5736"/>
    <w:rsid w:val="009B5B9D"/>
    <w:rsid w:val="009B5CDB"/>
    <w:rsid w:val="009B5EFE"/>
    <w:rsid w:val="009B61E8"/>
    <w:rsid w:val="009B6C6F"/>
    <w:rsid w:val="009B6E1B"/>
    <w:rsid w:val="009B701D"/>
    <w:rsid w:val="009C0073"/>
    <w:rsid w:val="009C016E"/>
    <w:rsid w:val="009C0297"/>
    <w:rsid w:val="009C0C89"/>
    <w:rsid w:val="009C1AB1"/>
    <w:rsid w:val="009C1AD1"/>
    <w:rsid w:val="009C26BC"/>
    <w:rsid w:val="009C2763"/>
    <w:rsid w:val="009C290F"/>
    <w:rsid w:val="009C2CF4"/>
    <w:rsid w:val="009C3D5A"/>
    <w:rsid w:val="009C3EF4"/>
    <w:rsid w:val="009C5DCA"/>
    <w:rsid w:val="009C5E74"/>
    <w:rsid w:val="009C62D1"/>
    <w:rsid w:val="009C6516"/>
    <w:rsid w:val="009C69FD"/>
    <w:rsid w:val="009C749C"/>
    <w:rsid w:val="009D091B"/>
    <w:rsid w:val="009D09B3"/>
    <w:rsid w:val="009D0C44"/>
    <w:rsid w:val="009D14FE"/>
    <w:rsid w:val="009D2334"/>
    <w:rsid w:val="009D23C4"/>
    <w:rsid w:val="009D320A"/>
    <w:rsid w:val="009D33FD"/>
    <w:rsid w:val="009D3838"/>
    <w:rsid w:val="009D3CC3"/>
    <w:rsid w:val="009D3F3E"/>
    <w:rsid w:val="009D481D"/>
    <w:rsid w:val="009D5036"/>
    <w:rsid w:val="009D5FC0"/>
    <w:rsid w:val="009D60F9"/>
    <w:rsid w:val="009D6627"/>
    <w:rsid w:val="009D745C"/>
    <w:rsid w:val="009D746D"/>
    <w:rsid w:val="009D7ACC"/>
    <w:rsid w:val="009D7CA3"/>
    <w:rsid w:val="009D7D4D"/>
    <w:rsid w:val="009E1C86"/>
    <w:rsid w:val="009E2104"/>
    <w:rsid w:val="009E2B48"/>
    <w:rsid w:val="009E305D"/>
    <w:rsid w:val="009E34FC"/>
    <w:rsid w:val="009E3A80"/>
    <w:rsid w:val="009E48E8"/>
    <w:rsid w:val="009E6295"/>
    <w:rsid w:val="009E705E"/>
    <w:rsid w:val="009E75F6"/>
    <w:rsid w:val="009E7687"/>
    <w:rsid w:val="009E7C89"/>
    <w:rsid w:val="009E7D94"/>
    <w:rsid w:val="009F0350"/>
    <w:rsid w:val="009F0D82"/>
    <w:rsid w:val="009F1699"/>
    <w:rsid w:val="009F1D8F"/>
    <w:rsid w:val="009F1F87"/>
    <w:rsid w:val="009F2964"/>
    <w:rsid w:val="009F482E"/>
    <w:rsid w:val="009F4AC9"/>
    <w:rsid w:val="009F4B47"/>
    <w:rsid w:val="009F5D50"/>
    <w:rsid w:val="009F6265"/>
    <w:rsid w:val="009F64E5"/>
    <w:rsid w:val="009F650C"/>
    <w:rsid w:val="009F6B3F"/>
    <w:rsid w:val="009F6BA6"/>
    <w:rsid w:val="009F7A86"/>
    <w:rsid w:val="009F7C58"/>
    <w:rsid w:val="00A00680"/>
    <w:rsid w:val="00A00A7A"/>
    <w:rsid w:val="00A0116E"/>
    <w:rsid w:val="00A0158B"/>
    <w:rsid w:val="00A02095"/>
    <w:rsid w:val="00A0284C"/>
    <w:rsid w:val="00A02BF1"/>
    <w:rsid w:val="00A038C8"/>
    <w:rsid w:val="00A038F9"/>
    <w:rsid w:val="00A03FEF"/>
    <w:rsid w:val="00A04F39"/>
    <w:rsid w:val="00A05316"/>
    <w:rsid w:val="00A05DC2"/>
    <w:rsid w:val="00A062C0"/>
    <w:rsid w:val="00A071D8"/>
    <w:rsid w:val="00A07260"/>
    <w:rsid w:val="00A0749F"/>
    <w:rsid w:val="00A104F6"/>
    <w:rsid w:val="00A106BD"/>
    <w:rsid w:val="00A10E59"/>
    <w:rsid w:val="00A1175F"/>
    <w:rsid w:val="00A11B2E"/>
    <w:rsid w:val="00A12385"/>
    <w:rsid w:val="00A135CF"/>
    <w:rsid w:val="00A13A72"/>
    <w:rsid w:val="00A1473C"/>
    <w:rsid w:val="00A14C07"/>
    <w:rsid w:val="00A14EBB"/>
    <w:rsid w:val="00A17123"/>
    <w:rsid w:val="00A173BB"/>
    <w:rsid w:val="00A209DB"/>
    <w:rsid w:val="00A20E6B"/>
    <w:rsid w:val="00A2128D"/>
    <w:rsid w:val="00A21FE9"/>
    <w:rsid w:val="00A22341"/>
    <w:rsid w:val="00A22A8F"/>
    <w:rsid w:val="00A24062"/>
    <w:rsid w:val="00A24E82"/>
    <w:rsid w:val="00A250B6"/>
    <w:rsid w:val="00A26ADC"/>
    <w:rsid w:val="00A26E26"/>
    <w:rsid w:val="00A273E5"/>
    <w:rsid w:val="00A2770D"/>
    <w:rsid w:val="00A30F98"/>
    <w:rsid w:val="00A31005"/>
    <w:rsid w:val="00A3109C"/>
    <w:rsid w:val="00A3163E"/>
    <w:rsid w:val="00A31B6B"/>
    <w:rsid w:val="00A3208A"/>
    <w:rsid w:val="00A326D9"/>
    <w:rsid w:val="00A333A1"/>
    <w:rsid w:val="00A33D67"/>
    <w:rsid w:val="00A34105"/>
    <w:rsid w:val="00A344FF"/>
    <w:rsid w:val="00A34B54"/>
    <w:rsid w:val="00A34C9F"/>
    <w:rsid w:val="00A3502F"/>
    <w:rsid w:val="00A3575E"/>
    <w:rsid w:val="00A35A2C"/>
    <w:rsid w:val="00A35B03"/>
    <w:rsid w:val="00A3615A"/>
    <w:rsid w:val="00A36378"/>
    <w:rsid w:val="00A36DF5"/>
    <w:rsid w:val="00A37611"/>
    <w:rsid w:val="00A37948"/>
    <w:rsid w:val="00A40829"/>
    <w:rsid w:val="00A4084E"/>
    <w:rsid w:val="00A41279"/>
    <w:rsid w:val="00A423EC"/>
    <w:rsid w:val="00A43007"/>
    <w:rsid w:val="00A43542"/>
    <w:rsid w:val="00A44454"/>
    <w:rsid w:val="00A45DFB"/>
    <w:rsid w:val="00A464FA"/>
    <w:rsid w:val="00A46C49"/>
    <w:rsid w:val="00A50CAB"/>
    <w:rsid w:val="00A53170"/>
    <w:rsid w:val="00A53B07"/>
    <w:rsid w:val="00A53DDA"/>
    <w:rsid w:val="00A54C5E"/>
    <w:rsid w:val="00A552C3"/>
    <w:rsid w:val="00A55550"/>
    <w:rsid w:val="00A556F1"/>
    <w:rsid w:val="00A55A16"/>
    <w:rsid w:val="00A55C41"/>
    <w:rsid w:val="00A566AF"/>
    <w:rsid w:val="00A57D1F"/>
    <w:rsid w:val="00A6014F"/>
    <w:rsid w:val="00A60AF4"/>
    <w:rsid w:val="00A61E8E"/>
    <w:rsid w:val="00A62A2D"/>
    <w:rsid w:val="00A63BCC"/>
    <w:rsid w:val="00A6454F"/>
    <w:rsid w:val="00A65C97"/>
    <w:rsid w:val="00A666ED"/>
    <w:rsid w:val="00A6682C"/>
    <w:rsid w:val="00A66F06"/>
    <w:rsid w:val="00A67798"/>
    <w:rsid w:val="00A67DCF"/>
    <w:rsid w:val="00A70179"/>
    <w:rsid w:val="00A70844"/>
    <w:rsid w:val="00A7097C"/>
    <w:rsid w:val="00A735F0"/>
    <w:rsid w:val="00A73610"/>
    <w:rsid w:val="00A738FB"/>
    <w:rsid w:val="00A7469C"/>
    <w:rsid w:val="00A74BC0"/>
    <w:rsid w:val="00A74CAD"/>
    <w:rsid w:val="00A74FAB"/>
    <w:rsid w:val="00A750C4"/>
    <w:rsid w:val="00A75C60"/>
    <w:rsid w:val="00A7624D"/>
    <w:rsid w:val="00A76D92"/>
    <w:rsid w:val="00A771CC"/>
    <w:rsid w:val="00A77514"/>
    <w:rsid w:val="00A80163"/>
    <w:rsid w:val="00A8028D"/>
    <w:rsid w:val="00A8096F"/>
    <w:rsid w:val="00A8242A"/>
    <w:rsid w:val="00A82618"/>
    <w:rsid w:val="00A82B76"/>
    <w:rsid w:val="00A82EB2"/>
    <w:rsid w:val="00A83109"/>
    <w:rsid w:val="00A833D9"/>
    <w:rsid w:val="00A83B27"/>
    <w:rsid w:val="00A8489E"/>
    <w:rsid w:val="00A84F6B"/>
    <w:rsid w:val="00A853EB"/>
    <w:rsid w:val="00A85938"/>
    <w:rsid w:val="00A8691A"/>
    <w:rsid w:val="00A86D87"/>
    <w:rsid w:val="00A876E6"/>
    <w:rsid w:val="00A9046E"/>
    <w:rsid w:val="00A921A1"/>
    <w:rsid w:val="00A92BE7"/>
    <w:rsid w:val="00A93359"/>
    <w:rsid w:val="00A93CA8"/>
    <w:rsid w:val="00A946F4"/>
    <w:rsid w:val="00A947B4"/>
    <w:rsid w:val="00A948AC"/>
    <w:rsid w:val="00A94D73"/>
    <w:rsid w:val="00A9541A"/>
    <w:rsid w:val="00A956D4"/>
    <w:rsid w:val="00A958FD"/>
    <w:rsid w:val="00A9630D"/>
    <w:rsid w:val="00A96328"/>
    <w:rsid w:val="00A9647E"/>
    <w:rsid w:val="00A966A3"/>
    <w:rsid w:val="00A96CCB"/>
    <w:rsid w:val="00A96F98"/>
    <w:rsid w:val="00A975AE"/>
    <w:rsid w:val="00A97C03"/>
    <w:rsid w:val="00AA0500"/>
    <w:rsid w:val="00AA0595"/>
    <w:rsid w:val="00AA0CDD"/>
    <w:rsid w:val="00AA150E"/>
    <w:rsid w:val="00AA1FCE"/>
    <w:rsid w:val="00AA22AA"/>
    <w:rsid w:val="00AA4032"/>
    <w:rsid w:val="00AA4480"/>
    <w:rsid w:val="00AA47A6"/>
    <w:rsid w:val="00AA4CAD"/>
    <w:rsid w:val="00AA7406"/>
    <w:rsid w:val="00AA7C3A"/>
    <w:rsid w:val="00AA7D1F"/>
    <w:rsid w:val="00AB093C"/>
    <w:rsid w:val="00AB1056"/>
    <w:rsid w:val="00AB1638"/>
    <w:rsid w:val="00AB42C7"/>
    <w:rsid w:val="00AB4BCC"/>
    <w:rsid w:val="00AB50B7"/>
    <w:rsid w:val="00AB51E8"/>
    <w:rsid w:val="00AB5929"/>
    <w:rsid w:val="00AB59BC"/>
    <w:rsid w:val="00AB658B"/>
    <w:rsid w:val="00AB706F"/>
    <w:rsid w:val="00AB7E0E"/>
    <w:rsid w:val="00AC0123"/>
    <w:rsid w:val="00AC0473"/>
    <w:rsid w:val="00AC04DD"/>
    <w:rsid w:val="00AC0E70"/>
    <w:rsid w:val="00AC1123"/>
    <w:rsid w:val="00AC1B4E"/>
    <w:rsid w:val="00AC223C"/>
    <w:rsid w:val="00AC3357"/>
    <w:rsid w:val="00AC3577"/>
    <w:rsid w:val="00AC3758"/>
    <w:rsid w:val="00AC3AFA"/>
    <w:rsid w:val="00AC3D22"/>
    <w:rsid w:val="00AC3F4D"/>
    <w:rsid w:val="00AC4321"/>
    <w:rsid w:val="00AC5099"/>
    <w:rsid w:val="00AC5403"/>
    <w:rsid w:val="00AC5A9F"/>
    <w:rsid w:val="00AC7120"/>
    <w:rsid w:val="00AC786C"/>
    <w:rsid w:val="00AC7933"/>
    <w:rsid w:val="00AD08A0"/>
    <w:rsid w:val="00AD0F90"/>
    <w:rsid w:val="00AD1623"/>
    <w:rsid w:val="00AD164E"/>
    <w:rsid w:val="00AD2D59"/>
    <w:rsid w:val="00AD3433"/>
    <w:rsid w:val="00AD3606"/>
    <w:rsid w:val="00AD3B18"/>
    <w:rsid w:val="00AD5269"/>
    <w:rsid w:val="00AD5EC9"/>
    <w:rsid w:val="00AD678C"/>
    <w:rsid w:val="00AD6E2D"/>
    <w:rsid w:val="00AD7285"/>
    <w:rsid w:val="00AD731F"/>
    <w:rsid w:val="00AD75AE"/>
    <w:rsid w:val="00AD7D70"/>
    <w:rsid w:val="00AE06B6"/>
    <w:rsid w:val="00AE08E6"/>
    <w:rsid w:val="00AE09ED"/>
    <w:rsid w:val="00AE0D3B"/>
    <w:rsid w:val="00AE0F1B"/>
    <w:rsid w:val="00AE27CB"/>
    <w:rsid w:val="00AE2CB8"/>
    <w:rsid w:val="00AE2FF8"/>
    <w:rsid w:val="00AE3721"/>
    <w:rsid w:val="00AE3C56"/>
    <w:rsid w:val="00AE4673"/>
    <w:rsid w:val="00AE5AA5"/>
    <w:rsid w:val="00AE5B3A"/>
    <w:rsid w:val="00AE6017"/>
    <w:rsid w:val="00AE7295"/>
    <w:rsid w:val="00AE75BC"/>
    <w:rsid w:val="00AE7DDD"/>
    <w:rsid w:val="00AE7F64"/>
    <w:rsid w:val="00AF0285"/>
    <w:rsid w:val="00AF0343"/>
    <w:rsid w:val="00AF0FE7"/>
    <w:rsid w:val="00AF14B5"/>
    <w:rsid w:val="00AF1732"/>
    <w:rsid w:val="00AF1800"/>
    <w:rsid w:val="00AF19A4"/>
    <w:rsid w:val="00AF1A78"/>
    <w:rsid w:val="00AF1C2D"/>
    <w:rsid w:val="00AF20B2"/>
    <w:rsid w:val="00AF245D"/>
    <w:rsid w:val="00AF2BFA"/>
    <w:rsid w:val="00AF311A"/>
    <w:rsid w:val="00AF3558"/>
    <w:rsid w:val="00AF4040"/>
    <w:rsid w:val="00AF424D"/>
    <w:rsid w:val="00AF4DD9"/>
    <w:rsid w:val="00AF568C"/>
    <w:rsid w:val="00AF58A9"/>
    <w:rsid w:val="00AF60D7"/>
    <w:rsid w:val="00AF6352"/>
    <w:rsid w:val="00AF6379"/>
    <w:rsid w:val="00AF64F3"/>
    <w:rsid w:val="00AF6B78"/>
    <w:rsid w:val="00AF7516"/>
    <w:rsid w:val="00AF7AD4"/>
    <w:rsid w:val="00B00EF5"/>
    <w:rsid w:val="00B0212E"/>
    <w:rsid w:val="00B02886"/>
    <w:rsid w:val="00B037E4"/>
    <w:rsid w:val="00B03EDE"/>
    <w:rsid w:val="00B04B14"/>
    <w:rsid w:val="00B04E78"/>
    <w:rsid w:val="00B04F13"/>
    <w:rsid w:val="00B0502C"/>
    <w:rsid w:val="00B05C92"/>
    <w:rsid w:val="00B062C0"/>
    <w:rsid w:val="00B10851"/>
    <w:rsid w:val="00B10E2D"/>
    <w:rsid w:val="00B10F2B"/>
    <w:rsid w:val="00B10FB5"/>
    <w:rsid w:val="00B12E78"/>
    <w:rsid w:val="00B12FB7"/>
    <w:rsid w:val="00B13624"/>
    <w:rsid w:val="00B1380C"/>
    <w:rsid w:val="00B143E9"/>
    <w:rsid w:val="00B14608"/>
    <w:rsid w:val="00B14880"/>
    <w:rsid w:val="00B16618"/>
    <w:rsid w:val="00B16821"/>
    <w:rsid w:val="00B1761A"/>
    <w:rsid w:val="00B176BB"/>
    <w:rsid w:val="00B17777"/>
    <w:rsid w:val="00B206F4"/>
    <w:rsid w:val="00B21222"/>
    <w:rsid w:val="00B212EB"/>
    <w:rsid w:val="00B21C1E"/>
    <w:rsid w:val="00B2214C"/>
    <w:rsid w:val="00B225E2"/>
    <w:rsid w:val="00B23422"/>
    <w:rsid w:val="00B238AC"/>
    <w:rsid w:val="00B23EA7"/>
    <w:rsid w:val="00B24A7B"/>
    <w:rsid w:val="00B25736"/>
    <w:rsid w:val="00B2624D"/>
    <w:rsid w:val="00B274CE"/>
    <w:rsid w:val="00B27832"/>
    <w:rsid w:val="00B2784A"/>
    <w:rsid w:val="00B30928"/>
    <w:rsid w:val="00B315B8"/>
    <w:rsid w:val="00B31626"/>
    <w:rsid w:val="00B31A60"/>
    <w:rsid w:val="00B3296C"/>
    <w:rsid w:val="00B32E6A"/>
    <w:rsid w:val="00B331A7"/>
    <w:rsid w:val="00B33679"/>
    <w:rsid w:val="00B340B9"/>
    <w:rsid w:val="00B34593"/>
    <w:rsid w:val="00B34C0B"/>
    <w:rsid w:val="00B34DD3"/>
    <w:rsid w:val="00B357E9"/>
    <w:rsid w:val="00B360D8"/>
    <w:rsid w:val="00B3647D"/>
    <w:rsid w:val="00B36AEA"/>
    <w:rsid w:val="00B37025"/>
    <w:rsid w:val="00B37227"/>
    <w:rsid w:val="00B37DE2"/>
    <w:rsid w:val="00B40AB9"/>
    <w:rsid w:val="00B41516"/>
    <w:rsid w:val="00B42604"/>
    <w:rsid w:val="00B429F3"/>
    <w:rsid w:val="00B42EBC"/>
    <w:rsid w:val="00B434D9"/>
    <w:rsid w:val="00B436CB"/>
    <w:rsid w:val="00B44CEF"/>
    <w:rsid w:val="00B451F8"/>
    <w:rsid w:val="00B45284"/>
    <w:rsid w:val="00B456C8"/>
    <w:rsid w:val="00B45DE9"/>
    <w:rsid w:val="00B45F29"/>
    <w:rsid w:val="00B461A6"/>
    <w:rsid w:val="00B4667C"/>
    <w:rsid w:val="00B47514"/>
    <w:rsid w:val="00B5125B"/>
    <w:rsid w:val="00B5191A"/>
    <w:rsid w:val="00B51D1A"/>
    <w:rsid w:val="00B526CA"/>
    <w:rsid w:val="00B52B18"/>
    <w:rsid w:val="00B531E7"/>
    <w:rsid w:val="00B542E4"/>
    <w:rsid w:val="00B5443A"/>
    <w:rsid w:val="00B546AD"/>
    <w:rsid w:val="00B55DF0"/>
    <w:rsid w:val="00B56091"/>
    <w:rsid w:val="00B60180"/>
    <w:rsid w:val="00B602C8"/>
    <w:rsid w:val="00B6082D"/>
    <w:rsid w:val="00B60E92"/>
    <w:rsid w:val="00B61AAD"/>
    <w:rsid w:val="00B62793"/>
    <w:rsid w:val="00B62A70"/>
    <w:rsid w:val="00B62EFF"/>
    <w:rsid w:val="00B6385C"/>
    <w:rsid w:val="00B63BC2"/>
    <w:rsid w:val="00B653F5"/>
    <w:rsid w:val="00B654F7"/>
    <w:rsid w:val="00B65780"/>
    <w:rsid w:val="00B65C60"/>
    <w:rsid w:val="00B66C30"/>
    <w:rsid w:val="00B66C9F"/>
    <w:rsid w:val="00B678F9"/>
    <w:rsid w:val="00B67C3E"/>
    <w:rsid w:val="00B700F1"/>
    <w:rsid w:val="00B70863"/>
    <w:rsid w:val="00B70BC7"/>
    <w:rsid w:val="00B70FF5"/>
    <w:rsid w:val="00B71BAF"/>
    <w:rsid w:val="00B72C6B"/>
    <w:rsid w:val="00B73015"/>
    <w:rsid w:val="00B7470A"/>
    <w:rsid w:val="00B7562C"/>
    <w:rsid w:val="00B75C1F"/>
    <w:rsid w:val="00B76258"/>
    <w:rsid w:val="00B76342"/>
    <w:rsid w:val="00B76AD7"/>
    <w:rsid w:val="00B76FC2"/>
    <w:rsid w:val="00B77686"/>
    <w:rsid w:val="00B77BC8"/>
    <w:rsid w:val="00B80405"/>
    <w:rsid w:val="00B807E9"/>
    <w:rsid w:val="00B80CB6"/>
    <w:rsid w:val="00B8125B"/>
    <w:rsid w:val="00B8175D"/>
    <w:rsid w:val="00B81B29"/>
    <w:rsid w:val="00B8236D"/>
    <w:rsid w:val="00B82C86"/>
    <w:rsid w:val="00B82E59"/>
    <w:rsid w:val="00B8359C"/>
    <w:rsid w:val="00B83A08"/>
    <w:rsid w:val="00B83AAC"/>
    <w:rsid w:val="00B8443B"/>
    <w:rsid w:val="00B85B3A"/>
    <w:rsid w:val="00B85D56"/>
    <w:rsid w:val="00B8663F"/>
    <w:rsid w:val="00B866E6"/>
    <w:rsid w:val="00B86C0B"/>
    <w:rsid w:val="00B877B9"/>
    <w:rsid w:val="00B8791D"/>
    <w:rsid w:val="00B9060D"/>
    <w:rsid w:val="00B90A68"/>
    <w:rsid w:val="00B90ABD"/>
    <w:rsid w:val="00B90D94"/>
    <w:rsid w:val="00B90F33"/>
    <w:rsid w:val="00B9210A"/>
    <w:rsid w:val="00B92A57"/>
    <w:rsid w:val="00B92E7A"/>
    <w:rsid w:val="00B9352C"/>
    <w:rsid w:val="00B937F0"/>
    <w:rsid w:val="00B946EC"/>
    <w:rsid w:val="00B94B88"/>
    <w:rsid w:val="00B959DB"/>
    <w:rsid w:val="00B95B85"/>
    <w:rsid w:val="00B960F8"/>
    <w:rsid w:val="00B960FD"/>
    <w:rsid w:val="00B96320"/>
    <w:rsid w:val="00B964ED"/>
    <w:rsid w:val="00B974C5"/>
    <w:rsid w:val="00B979AB"/>
    <w:rsid w:val="00BA02F3"/>
    <w:rsid w:val="00BA08D4"/>
    <w:rsid w:val="00BA0DD3"/>
    <w:rsid w:val="00BA1379"/>
    <w:rsid w:val="00BA2B7B"/>
    <w:rsid w:val="00BA2CE4"/>
    <w:rsid w:val="00BA3D1F"/>
    <w:rsid w:val="00BA4C26"/>
    <w:rsid w:val="00BA63E2"/>
    <w:rsid w:val="00BA6CB7"/>
    <w:rsid w:val="00BA722B"/>
    <w:rsid w:val="00BA76DE"/>
    <w:rsid w:val="00BB0E2A"/>
    <w:rsid w:val="00BB2222"/>
    <w:rsid w:val="00BB28F0"/>
    <w:rsid w:val="00BB3366"/>
    <w:rsid w:val="00BB4B8C"/>
    <w:rsid w:val="00BB4D45"/>
    <w:rsid w:val="00BB5660"/>
    <w:rsid w:val="00BB5F64"/>
    <w:rsid w:val="00BB64F6"/>
    <w:rsid w:val="00BB6E83"/>
    <w:rsid w:val="00BB778B"/>
    <w:rsid w:val="00BC01C1"/>
    <w:rsid w:val="00BC04B2"/>
    <w:rsid w:val="00BC0537"/>
    <w:rsid w:val="00BC1A0F"/>
    <w:rsid w:val="00BC1E40"/>
    <w:rsid w:val="00BC328A"/>
    <w:rsid w:val="00BC3EBC"/>
    <w:rsid w:val="00BC3F44"/>
    <w:rsid w:val="00BC51C4"/>
    <w:rsid w:val="00BC53A6"/>
    <w:rsid w:val="00BC5655"/>
    <w:rsid w:val="00BC5CDA"/>
    <w:rsid w:val="00BC5CE3"/>
    <w:rsid w:val="00BC62A6"/>
    <w:rsid w:val="00BC6915"/>
    <w:rsid w:val="00BC6D28"/>
    <w:rsid w:val="00BC6FF3"/>
    <w:rsid w:val="00BC7B8D"/>
    <w:rsid w:val="00BD0226"/>
    <w:rsid w:val="00BD0247"/>
    <w:rsid w:val="00BD0A59"/>
    <w:rsid w:val="00BD20B7"/>
    <w:rsid w:val="00BD25EA"/>
    <w:rsid w:val="00BD2A17"/>
    <w:rsid w:val="00BD2CC2"/>
    <w:rsid w:val="00BD3A21"/>
    <w:rsid w:val="00BD3CF7"/>
    <w:rsid w:val="00BD3EA5"/>
    <w:rsid w:val="00BD51AF"/>
    <w:rsid w:val="00BD6132"/>
    <w:rsid w:val="00BD6191"/>
    <w:rsid w:val="00BD650D"/>
    <w:rsid w:val="00BD7411"/>
    <w:rsid w:val="00BE11E4"/>
    <w:rsid w:val="00BE1554"/>
    <w:rsid w:val="00BE1710"/>
    <w:rsid w:val="00BE2459"/>
    <w:rsid w:val="00BE2726"/>
    <w:rsid w:val="00BE303F"/>
    <w:rsid w:val="00BE33FD"/>
    <w:rsid w:val="00BE3871"/>
    <w:rsid w:val="00BE3B2A"/>
    <w:rsid w:val="00BE3C03"/>
    <w:rsid w:val="00BE4155"/>
    <w:rsid w:val="00BE455A"/>
    <w:rsid w:val="00BE4701"/>
    <w:rsid w:val="00BE4FA9"/>
    <w:rsid w:val="00BE50E9"/>
    <w:rsid w:val="00BE5C7B"/>
    <w:rsid w:val="00BE66C1"/>
    <w:rsid w:val="00BE719C"/>
    <w:rsid w:val="00BF0ECF"/>
    <w:rsid w:val="00BF16D7"/>
    <w:rsid w:val="00BF2BC9"/>
    <w:rsid w:val="00BF2BDB"/>
    <w:rsid w:val="00BF2CFF"/>
    <w:rsid w:val="00BF32C5"/>
    <w:rsid w:val="00BF6467"/>
    <w:rsid w:val="00BF6C31"/>
    <w:rsid w:val="00BF6C38"/>
    <w:rsid w:val="00BF70EE"/>
    <w:rsid w:val="00BF7302"/>
    <w:rsid w:val="00BF7D6F"/>
    <w:rsid w:val="00BF7F0D"/>
    <w:rsid w:val="00C0095E"/>
    <w:rsid w:val="00C00AC0"/>
    <w:rsid w:val="00C00ADB"/>
    <w:rsid w:val="00C01046"/>
    <w:rsid w:val="00C01113"/>
    <w:rsid w:val="00C01F19"/>
    <w:rsid w:val="00C0307A"/>
    <w:rsid w:val="00C03146"/>
    <w:rsid w:val="00C04457"/>
    <w:rsid w:val="00C04570"/>
    <w:rsid w:val="00C04CE6"/>
    <w:rsid w:val="00C0573E"/>
    <w:rsid w:val="00C05C2E"/>
    <w:rsid w:val="00C066BE"/>
    <w:rsid w:val="00C06AD2"/>
    <w:rsid w:val="00C06D1A"/>
    <w:rsid w:val="00C06E3C"/>
    <w:rsid w:val="00C07377"/>
    <w:rsid w:val="00C0757A"/>
    <w:rsid w:val="00C07FDB"/>
    <w:rsid w:val="00C10DEA"/>
    <w:rsid w:val="00C111AB"/>
    <w:rsid w:val="00C11543"/>
    <w:rsid w:val="00C11FAF"/>
    <w:rsid w:val="00C12C4B"/>
    <w:rsid w:val="00C12FB6"/>
    <w:rsid w:val="00C134B6"/>
    <w:rsid w:val="00C13A7D"/>
    <w:rsid w:val="00C1442D"/>
    <w:rsid w:val="00C156D2"/>
    <w:rsid w:val="00C15791"/>
    <w:rsid w:val="00C15BA8"/>
    <w:rsid w:val="00C15E60"/>
    <w:rsid w:val="00C16239"/>
    <w:rsid w:val="00C1623A"/>
    <w:rsid w:val="00C1675D"/>
    <w:rsid w:val="00C16E3C"/>
    <w:rsid w:val="00C175ED"/>
    <w:rsid w:val="00C17A82"/>
    <w:rsid w:val="00C17D33"/>
    <w:rsid w:val="00C17FDA"/>
    <w:rsid w:val="00C200F0"/>
    <w:rsid w:val="00C22669"/>
    <w:rsid w:val="00C22E7F"/>
    <w:rsid w:val="00C2339C"/>
    <w:rsid w:val="00C23579"/>
    <w:rsid w:val="00C23AE2"/>
    <w:rsid w:val="00C23E3D"/>
    <w:rsid w:val="00C241BE"/>
    <w:rsid w:val="00C244A0"/>
    <w:rsid w:val="00C24947"/>
    <w:rsid w:val="00C2507F"/>
    <w:rsid w:val="00C25100"/>
    <w:rsid w:val="00C25559"/>
    <w:rsid w:val="00C25E3E"/>
    <w:rsid w:val="00C25F6A"/>
    <w:rsid w:val="00C269BF"/>
    <w:rsid w:val="00C26D56"/>
    <w:rsid w:val="00C2712B"/>
    <w:rsid w:val="00C27A21"/>
    <w:rsid w:val="00C3135F"/>
    <w:rsid w:val="00C31A66"/>
    <w:rsid w:val="00C324FC"/>
    <w:rsid w:val="00C329C2"/>
    <w:rsid w:val="00C32A76"/>
    <w:rsid w:val="00C32AC5"/>
    <w:rsid w:val="00C3322C"/>
    <w:rsid w:val="00C344CB"/>
    <w:rsid w:val="00C34A23"/>
    <w:rsid w:val="00C34BB4"/>
    <w:rsid w:val="00C36174"/>
    <w:rsid w:val="00C362AC"/>
    <w:rsid w:val="00C368A4"/>
    <w:rsid w:val="00C3706B"/>
    <w:rsid w:val="00C373E1"/>
    <w:rsid w:val="00C37E5B"/>
    <w:rsid w:val="00C40384"/>
    <w:rsid w:val="00C40DF7"/>
    <w:rsid w:val="00C40F64"/>
    <w:rsid w:val="00C41CCE"/>
    <w:rsid w:val="00C4257C"/>
    <w:rsid w:val="00C428BF"/>
    <w:rsid w:val="00C42999"/>
    <w:rsid w:val="00C42D26"/>
    <w:rsid w:val="00C431DA"/>
    <w:rsid w:val="00C4341E"/>
    <w:rsid w:val="00C43482"/>
    <w:rsid w:val="00C44181"/>
    <w:rsid w:val="00C444A1"/>
    <w:rsid w:val="00C44C49"/>
    <w:rsid w:val="00C44FD2"/>
    <w:rsid w:val="00C45A97"/>
    <w:rsid w:val="00C46160"/>
    <w:rsid w:val="00C46407"/>
    <w:rsid w:val="00C47FF2"/>
    <w:rsid w:val="00C50042"/>
    <w:rsid w:val="00C5033B"/>
    <w:rsid w:val="00C50C16"/>
    <w:rsid w:val="00C51247"/>
    <w:rsid w:val="00C51FE1"/>
    <w:rsid w:val="00C5263A"/>
    <w:rsid w:val="00C52F11"/>
    <w:rsid w:val="00C53080"/>
    <w:rsid w:val="00C530FB"/>
    <w:rsid w:val="00C535DB"/>
    <w:rsid w:val="00C543BF"/>
    <w:rsid w:val="00C54E5B"/>
    <w:rsid w:val="00C552E3"/>
    <w:rsid w:val="00C5536C"/>
    <w:rsid w:val="00C55539"/>
    <w:rsid w:val="00C556F2"/>
    <w:rsid w:val="00C55AD7"/>
    <w:rsid w:val="00C5607F"/>
    <w:rsid w:val="00C56254"/>
    <w:rsid w:val="00C5652C"/>
    <w:rsid w:val="00C57E13"/>
    <w:rsid w:val="00C60341"/>
    <w:rsid w:val="00C60EF1"/>
    <w:rsid w:val="00C614ED"/>
    <w:rsid w:val="00C627D6"/>
    <w:rsid w:val="00C62C28"/>
    <w:rsid w:val="00C62C50"/>
    <w:rsid w:val="00C62D69"/>
    <w:rsid w:val="00C6381C"/>
    <w:rsid w:val="00C640A3"/>
    <w:rsid w:val="00C64E5B"/>
    <w:rsid w:val="00C6549B"/>
    <w:rsid w:val="00C6622C"/>
    <w:rsid w:val="00C66AF1"/>
    <w:rsid w:val="00C67093"/>
    <w:rsid w:val="00C67B4B"/>
    <w:rsid w:val="00C67C97"/>
    <w:rsid w:val="00C70012"/>
    <w:rsid w:val="00C71146"/>
    <w:rsid w:val="00C72501"/>
    <w:rsid w:val="00C72BB8"/>
    <w:rsid w:val="00C74AE9"/>
    <w:rsid w:val="00C76026"/>
    <w:rsid w:val="00C76CEF"/>
    <w:rsid w:val="00C76D1C"/>
    <w:rsid w:val="00C76E60"/>
    <w:rsid w:val="00C7744B"/>
    <w:rsid w:val="00C77B8F"/>
    <w:rsid w:val="00C8043C"/>
    <w:rsid w:val="00C80C76"/>
    <w:rsid w:val="00C80E6A"/>
    <w:rsid w:val="00C81C3C"/>
    <w:rsid w:val="00C8235B"/>
    <w:rsid w:val="00C82397"/>
    <w:rsid w:val="00C8255F"/>
    <w:rsid w:val="00C834B8"/>
    <w:rsid w:val="00C841A0"/>
    <w:rsid w:val="00C8459B"/>
    <w:rsid w:val="00C85067"/>
    <w:rsid w:val="00C853AF"/>
    <w:rsid w:val="00C8543D"/>
    <w:rsid w:val="00C86375"/>
    <w:rsid w:val="00C8673C"/>
    <w:rsid w:val="00C871FB"/>
    <w:rsid w:val="00C90224"/>
    <w:rsid w:val="00C90606"/>
    <w:rsid w:val="00C91C9F"/>
    <w:rsid w:val="00C92148"/>
    <w:rsid w:val="00C926F1"/>
    <w:rsid w:val="00C9277C"/>
    <w:rsid w:val="00C931F3"/>
    <w:rsid w:val="00C93677"/>
    <w:rsid w:val="00C93850"/>
    <w:rsid w:val="00C93986"/>
    <w:rsid w:val="00C93C44"/>
    <w:rsid w:val="00C93C5A"/>
    <w:rsid w:val="00C953E9"/>
    <w:rsid w:val="00C95EC3"/>
    <w:rsid w:val="00C9688A"/>
    <w:rsid w:val="00C968B2"/>
    <w:rsid w:val="00C96965"/>
    <w:rsid w:val="00CA0DEA"/>
    <w:rsid w:val="00CA17A2"/>
    <w:rsid w:val="00CA3813"/>
    <w:rsid w:val="00CA3DB5"/>
    <w:rsid w:val="00CA3E41"/>
    <w:rsid w:val="00CA478E"/>
    <w:rsid w:val="00CA492C"/>
    <w:rsid w:val="00CA6E23"/>
    <w:rsid w:val="00CA7561"/>
    <w:rsid w:val="00CA762A"/>
    <w:rsid w:val="00CB15F1"/>
    <w:rsid w:val="00CB1633"/>
    <w:rsid w:val="00CB1704"/>
    <w:rsid w:val="00CB1886"/>
    <w:rsid w:val="00CB1927"/>
    <w:rsid w:val="00CB236E"/>
    <w:rsid w:val="00CB2DF6"/>
    <w:rsid w:val="00CB3BD9"/>
    <w:rsid w:val="00CB3F19"/>
    <w:rsid w:val="00CB4339"/>
    <w:rsid w:val="00CB4524"/>
    <w:rsid w:val="00CB5019"/>
    <w:rsid w:val="00CB5209"/>
    <w:rsid w:val="00CB5E51"/>
    <w:rsid w:val="00CB621D"/>
    <w:rsid w:val="00CB6D7C"/>
    <w:rsid w:val="00CB7322"/>
    <w:rsid w:val="00CB7835"/>
    <w:rsid w:val="00CC16C9"/>
    <w:rsid w:val="00CC1D50"/>
    <w:rsid w:val="00CC33E8"/>
    <w:rsid w:val="00CC34DA"/>
    <w:rsid w:val="00CC3BC9"/>
    <w:rsid w:val="00CC4218"/>
    <w:rsid w:val="00CC4AC3"/>
    <w:rsid w:val="00CC4C6C"/>
    <w:rsid w:val="00CC53C6"/>
    <w:rsid w:val="00CC556D"/>
    <w:rsid w:val="00CC55CB"/>
    <w:rsid w:val="00CC574F"/>
    <w:rsid w:val="00CC61C2"/>
    <w:rsid w:val="00CC6901"/>
    <w:rsid w:val="00CC6EB3"/>
    <w:rsid w:val="00CC6F50"/>
    <w:rsid w:val="00CC719A"/>
    <w:rsid w:val="00CC74FC"/>
    <w:rsid w:val="00CC7E35"/>
    <w:rsid w:val="00CC7F47"/>
    <w:rsid w:val="00CC7FC5"/>
    <w:rsid w:val="00CD0E9B"/>
    <w:rsid w:val="00CD375E"/>
    <w:rsid w:val="00CD40AF"/>
    <w:rsid w:val="00CD41F6"/>
    <w:rsid w:val="00CD4A31"/>
    <w:rsid w:val="00CD4F65"/>
    <w:rsid w:val="00CD539D"/>
    <w:rsid w:val="00CD5819"/>
    <w:rsid w:val="00CD60F8"/>
    <w:rsid w:val="00CD636D"/>
    <w:rsid w:val="00CD6920"/>
    <w:rsid w:val="00CD6EB3"/>
    <w:rsid w:val="00CD7574"/>
    <w:rsid w:val="00CD7F14"/>
    <w:rsid w:val="00CD7F7F"/>
    <w:rsid w:val="00CE0047"/>
    <w:rsid w:val="00CE10AC"/>
    <w:rsid w:val="00CE12D1"/>
    <w:rsid w:val="00CE13C6"/>
    <w:rsid w:val="00CE18D7"/>
    <w:rsid w:val="00CE1B4E"/>
    <w:rsid w:val="00CE276B"/>
    <w:rsid w:val="00CE2D60"/>
    <w:rsid w:val="00CE2F2C"/>
    <w:rsid w:val="00CE30B8"/>
    <w:rsid w:val="00CE3171"/>
    <w:rsid w:val="00CE49F3"/>
    <w:rsid w:val="00CE4FE1"/>
    <w:rsid w:val="00CE55FB"/>
    <w:rsid w:val="00CE5694"/>
    <w:rsid w:val="00CE76FD"/>
    <w:rsid w:val="00CF0E31"/>
    <w:rsid w:val="00CF1011"/>
    <w:rsid w:val="00CF1105"/>
    <w:rsid w:val="00CF11E9"/>
    <w:rsid w:val="00CF1427"/>
    <w:rsid w:val="00CF20E3"/>
    <w:rsid w:val="00CF213D"/>
    <w:rsid w:val="00CF276F"/>
    <w:rsid w:val="00CF2D8B"/>
    <w:rsid w:val="00CF34B7"/>
    <w:rsid w:val="00CF41C9"/>
    <w:rsid w:val="00CF4474"/>
    <w:rsid w:val="00CF44CC"/>
    <w:rsid w:val="00CF4D90"/>
    <w:rsid w:val="00CF5465"/>
    <w:rsid w:val="00CF551B"/>
    <w:rsid w:val="00CF60D5"/>
    <w:rsid w:val="00CF6179"/>
    <w:rsid w:val="00CF7014"/>
    <w:rsid w:val="00CF70CB"/>
    <w:rsid w:val="00D0054C"/>
    <w:rsid w:val="00D0058B"/>
    <w:rsid w:val="00D00FD2"/>
    <w:rsid w:val="00D01235"/>
    <w:rsid w:val="00D01908"/>
    <w:rsid w:val="00D0206D"/>
    <w:rsid w:val="00D02221"/>
    <w:rsid w:val="00D02689"/>
    <w:rsid w:val="00D028F1"/>
    <w:rsid w:val="00D0290C"/>
    <w:rsid w:val="00D03FFE"/>
    <w:rsid w:val="00D04689"/>
    <w:rsid w:val="00D04827"/>
    <w:rsid w:val="00D04DC7"/>
    <w:rsid w:val="00D04E00"/>
    <w:rsid w:val="00D04E1C"/>
    <w:rsid w:val="00D05C89"/>
    <w:rsid w:val="00D06CAF"/>
    <w:rsid w:val="00D072BE"/>
    <w:rsid w:val="00D10366"/>
    <w:rsid w:val="00D1043F"/>
    <w:rsid w:val="00D11F05"/>
    <w:rsid w:val="00D122A0"/>
    <w:rsid w:val="00D12605"/>
    <w:rsid w:val="00D1365C"/>
    <w:rsid w:val="00D13B9C"/>
    <w:rsid w:val="00D140AE"/>
    <w:rsid w:val="00D14180"/>
    <w:rsid w:val="00D1509E"/>
    <w:rsid w:val="00D1578E"/>
    <w:rsid w:val="00D157A7"/>
    <w:rsid w:val="00D161E5"/>
    <w:rsid w:val="00D16BED"/>
    <w:rsid w:val="00D170DE"/>
    <w:rsid w:val="00D178B6"/>
    <w:rsid w:val="00D17A1C"/>
    <w:rsid w:val="00D20973"/>
    <w:rsid w:val="00D20A90"/>
    <w:rsid w:val="00D2100E"/>
    <w:rsid w:val="00D21014"/>
    <w:rsid w:val="00D21034"/>
    <w:rsid w:val="00D2148A"/>
    <w:rsid w:val="00D21808"/>
    <w:rsid w:val="00D22080"/>
    <w:rsid w:val="00D2237E"/>
    <w:rsid w:val="00D2243B"/>
    <w:rsid w:val="00D227A1"/>
    <w:rsid w:val="00D22CE1"/>
    <w:rsid w:val="00D22E8E"/>
    <w:rsid w:val="00D234E7"/>
    <w:rsid w:val="00D2382C"/>
    <w:rsid w:val="00D244A0"/>
    <w:rsid w:val="00D2475B"/>
    <w:rsid w:val="00D247DD"/>
    <w:rsid w:val="00D252C4"/>
    <w:rsid w:val="00D25B01"/>
    <w:rsid w:val="00D26168"/>
    <w:rsid w:val="00D2648A"/>
    <w:rsid w:val="00D26858"/>
    <w:rsid w:val="00D26D4E"/>
    <w:rsid w:val="00D27010"/>
    <w:rsid w:val="00D27494"/>
    <w:rsid w:val="00D2783D"/>
    <w:rsid w:val="00D30833"/>
    <w:rsid w:val="00D31496"/>
    <w:rsid w:val="00D31DC1"/>
    <w:rsid w:val="00D320B4"/>
    <w:rsid w:val="00D32555"/>
    <w:rsid w:val="00D33032"/>
    <w:rsid w:val="00D339C5"/>
    <w:rsid w:val="00D34778"/>
    <w:rsid w:val="00D3478C"/>
    <w:rsid w:val="00D3491E"/>
    <w:rsid w:val="00D35323"/>
    <w:rsid w:val="00D35519"/>
    <w:rsid w:val="00D356A3"/>
    <w:rsid w:val="00D35700"/>
    <w:rsid w:val="00D35C56"/>
    <w:rsid w:val="00D35E97"/>
    <w:rsid w:val="00D361C0"/>
    <w:rsid w:val="00D3623E"/>
    <w:rsid w:val="00D3672E"/>
    <w:rsid w:val="00D36E75"/>
    <w:rsid w:val="00D37273"/>
    <w:rsid w:val="00D374FE"/>
    <w:rsid w:val="00D400F4"/>
    <w:rsid w:val="00D401BB"/>
    <w:rsid w:val="00D40450"/>
    <w:rsid w:val="00D404A7"/>
    <w:rsid w:val="00D407CD"/>
    <w:rsid w:val="00D408AB"/>
    <w:rsid w:val="00D40D8A"/>
    <w:rsid w:val="00D41360"/>
    <w:rsid w:val="00D414F4"/>
    <w:rsid w:val="00D4153E"/>
    <w:rsid w:val="00D41810"/>
    <w:rsid w:val="00D424C3"/>
    <w:rsid w:val="00D42A8E"/>
    <w:rsid w:val="00D42F6D"/>
    <w:rsid w:val="00D43174"/>
    <w:rsid w:val="00D433B9"/>
    <w:rsid w:val="00D43871"/>
    <w:rsid w:val="00D443AB"/>
    <w:rsid w:val="00D44FB4"/>
    <w:rsid w:val="00D456B9"/>
    <w:rsid w:val="00D461F2"/>
    <w:rsid w:val="00D4707B"/>
    <w:rsid w:val="00D47267"/>
    <w:rsid w:val="00D4786D"/>
    <w:rsid w:val="00D479BD"/>
    <w:rsid w:val="00D47C0E"/>
    <w:rsid w:val="00D505B6"/>
    <w:rsid w:val="00D5092B"/>
    <w:rsid w:val="00D51149"/>
    <w:rsid w:val="00D5159E"/>
    <w:rsid w:val="00D52C3E"/>
    <w:rsid w:val="00D52C49"/>
    <w:rsid w:val="00D533C1"/>
    <w:rsid w:val="00D53D62"/>
    <w:rsid w:val="00D53FF0"/>
    <w:rsid w:val="00D54154"/>
    <w:rsid w:val="00D54393"/>
    <w:rsid w:val="00D543F9"/>
    <w:rsid w:val="00D54992"/>
    <w:rsid w:val="00D559FE"/>
    <w:rsid w:val="00D564B0"/>
    <w:rsid w:val="00D57139"/>
    <w:rsid w:val="00D573B9"/>
    <w:rsid w:val="00D57A03"/>
    <w:rsid w:val="00D60282"/>
    <w:rsid w:val="00D6050F"/>
    <w:rsid w:val="00D60922"/>
    <w:rsid w:val="00D60AC2"/>
    <w:rsid w:val="00D60E34"/>
    <w:rsid w:val="00D61489"/>
    <w:rsid w:val="00D6354E"/>
    <w:rsid w:val="00D63E10"/>
    <w:rsid w:val="00D6435A"/>
    <w:rsid w:val="00D647A6"/>
    <w:rsid w:val="00D6498F"/>
    <w:rsid w:val="00D64BEA"/>
    <w:rsid w:val="00D64BF4"/>
    <w:rsid w:val="00D653D8"/>
    <w:rsid w:val="00D66423"/>
    <w:rsid w:val="00D664AF"/>
    <w:rsid w:val="00D6665A"/>
    <w:rsid w:val="00D6665D"/>
    <w:rsid w:val="00D66935"/>
    <w:rsid w:val="00D672B9"/>
    <w:rsid w:val="00D675CE"/>
    <w:rsid w:val="00D67DF2"/>
    <w:rsid w:val="00D709BA"/>
    <w:rsid w:val="00D70C79"/>
    <w:rsid w:val="00D70F4A"/>
    <w:rsid w:val="00D71C86"/>
    <w:rsid w:val="00D72053"/>
    <w:rsid w:val="00D72628"/>
    <w:rsid w:val="00D73BC3"/>
    <w:rsid w:val="00D74440"/>
    <w:rsid w:val="00D74EFD"/>
    <w:rsid w:val="00D7565C"/>
    <w:rsid w:val="00D75C74"/>
    <w:rsid w:val="00D77069"/>
    <w:rsid w:val="00D77666"/>
    <w:rsid w:val="00D77C37"/>
    <w:rsid w:val="00D77E4C"/>
    <w:rsid w:val="00D8116D"/>
    <w:rsid w:val="00D811F8"/>
    <w:rsid w:val="00D81B05"/>
    <w:rsid w:val="00D8236A"/>
    <w:rsid w:val="00D825D5"/>
    <w:rsid w:val="00D829E3"/>
    <w:rsid w:val="00D82BFE"/>
    <w:rsid w:val="00D82D6B"/>
    <w:rsid w:val="00D837C4"/>
    <w:rsid w:val="00D83D41"/>
    <w:rsid w:val="00D83D75"/>
    <w:rsid w:val="00D84E03"/>
    <w:rsid w:val="00D85761"/>
    <w:rsid w:val="00D86181"/>
    <w:rsid w:val="00D864F4"/>
    <w:rsid w:val="00D86599"/>
    <w:rsid w:val="00D86968"/>
    <w:rsid w:val="00D87429"/>
    <w:rsid w:val="00D875EE"/>
    <w:rsid w:val="00D87A82"/>
    <w:rsid w:val="00D87EE4"/>
    <w:rsid w:val="00D902EA"/>
    <w:rsid w:val="00D9038B"/>
    <w:rsid w:val="00D9049A"/>
    <w:rsid w:val="00D9092F"/>
    <w:rsid w:val="00D90999"/>
    <w:rsid w:val="00D91301"/>
    <w:rsid w:val="00D91EF8"/>
    <w:rsid w:val="00D92A4C"/>
    <w:rsid w:val="00D93191"/>
    <w:rsid w:val="00D9332D"/>
    <w:rsid w:val="00D936C2"/>
    <w:rsid w:val="00D9370B"/>
    <w:rsid w:val="00D93C3B"/>
    <w:rsid w:val="00D93E4B"/>
    <w:rsid w:val="00D94412"/>
    <w:rsid w:val="00D95179"/>
    <w:rsid w:val="00D953F0"/>
    <w:rsid w:val="00D96825"/>
    <w:rsid w:val="00D96875"/>
    <w:rsid w:val="00D96917"/>
    <w:rsid w:val="00D96BB2"/>
    <w:rsid w:val="00D96DBD"/>
    <w:rsid w:val="00D97B83"/>
    <w:rsid w:val="00DA0B24"/>
    <w:rsid w:val="00DA0BAB"/>
    <w:rsid w:val="00DA0D9F"/>
    <w:rsid w:val="00DA165C"/>
    <w:rsid w:val="00DA1988"/>
    <w:rsid w:val="00DA1F24"/>
    <w:rsid w:val="00DA21A6"/>
    <w:rsid w:val="00DA22E9"/>
    <w:rsid w:val="00DA3F4E"/>
    <w:rsid w:val="00DA48C6"/>
    <w:rsid w:val="00DA590B"/>
    <w:rsid w:val="00DA5A49"/>
    <w:rsid w:val="00DA5FA0"/>
    <w:rsid w:val="00DA633B"/>
    <w:rsid w:val="00DA6759"/>
    <w:rsid w:val="00DA7765"/>
    <w:rsid w:val="00DB3064"/>
    <w:rsid w:val="00DB385C"/>
    <w:rsid w:val="00DB38B4"/>
    <w:rsid w:val="00DB390C"/>
    <w:rsid w:val="00DB39FA"/>
    <w:rsid w:val="00DB3AB9"/>
    <w:rsid w:val="00DB5D64"/>
    <w:rsid w:val="00DB5EE0"/>
    <w:rsid w:val="00DB70F7"/>
    <w:rsid w:val="00DB72A4"/>
    <w:rsid w:val="00DB77DC"/>
    <w:rsid w:val="00DB7A58"/>
    <w:rsid w:val="00DB7B35"/>
    <w:rsid w:val="00DB7BC4"/>
    <w:rsid w:val="00DB7D82"/>
    <w:rsid w:val="00DC09BF"/>
    <w:rsid w:val="00DC0BA7"/>
    <w:rsid w:val="00DC0D73"/>
    <w:rsid w:val="00DC0E41"/>
    <w:rsid w:val="00DC14C1"/>
    <w:rsid w:val="00DC3A6B"/>
    <w:rsid w:val="00DC3E8E"/>
    <w:rsid w:val="00DC4087"/>
    <w:rsid w:val="00DC45A5"/>
    <w:rsid w:val="00DC4B2D"/>
    <w:rsid w:val="00DC4D62"/>
    <w:rsid w:val="00DC554B"/>
    <w:rsid w:val="00DC5A50"/>
    <w:rsid w:val="00DC7037"/>
    <w:rsid w:val="00DC7BC6"/>
    <w:rsid w:val="00DD17F2"/>
    <w:rsid w:val="00DD1F39"/>
    <w:rsid w:val="00DD2076"/>
    <w:rsid w:val="00DD2620"/>
    <w:rsid w:val="00DD2909"/>
    <w:rsid w:val="00DD2DF2"/>
    <w:rsid w:val="00DD3462"/>
    <w:rsid w:val="00DD3601"/>
    <w:rsid w:val="00DD3B97"/>
    <w:rsid w:val="00DD46ED"/>
    <w:rsid w:val="00DD60B2"/>
    <w:rsid w:val="00DD62DB"/>
    <w:rsid w:val="00DD66BE"/>
    <w:rsid w:val="00DD6DDC"/>
    <w:rsid w:val="00DD72E8"/>
    <w:rsid w:val="00DD79D1"/>
    <w:rsid w:val="00DD7C8F"/>
    <w:rsid w:val="00DE0582"/>
    <w:rsid w:val="00DE16FC"/>
    <w:rsid w:val="00DE1B70"/>
    <w:rsid w:val="00DE231D"/>
    <w:rsid w:val="00DE26C6"/>
    <w:rsid w:val="00DE28E2"/>
    <w:rsid w:val="00DE2AB9"/>
    <w:rsid w:val="00DE2AD3"/>
    <w:rsid w:val="00DE316B"/>
    <w:rsid w:val="00DE3BAA"/>
    <w:rsid w:val="00DE3C1F"/>
    <w:rsid w:val="00DE411D"/>
    <w:rsid w:val="00DE4434"/>
    <w:rsid w:val="00DE45A0"/>
    <w:rsid w:val="00DE73CF"/>
    <w:rsid w:val="00DE7855"/>
    <w:rsid w:val="00DE7EFB"/>
    <w:rsid w:val="00DF0966"/>
    <w:rsid w:val="00DF0B52"/>
    <w:rsid w:val="00DF0D55"/>
    <w:rsid w:val="00DF18A5"/>
    <w:rsid w:val="00DF213F"/>
    <w:rsid w:val="00DF2322"/>
    <w:rsid w:val="00DF2D03"/>
    <w:rsid w:val="00DF3266"/>
    <w:rsid w:val="00DF35C5"/>
    <w:rsid w:val="00DF4DF1"/>
    <w:rsid w:val="00DF533B"/>
    <w:rsid w:val="00DF5BD3"/>
    <w:rsid w:val="00DF5D7B"/>
    <w:rsid w:val="00DF609C"/>
    <w:rsid w:val="00DF60C5"/>
    <w:rsid w:val="00DF6638"/>
    <w:rsid w:val="00DF6698"/>
    <w:rsid w:val="00E00349"/>
    <w:rsid w:val="00E0062D"/>
    <w:rsid w:val="00E0076C"/>
    <w:rsid w:val="00E00988"/>
    <w:rsid w:val="00E00DEF"/>
    <w:rsid w:val="00E02042"/>
    <w:rsid w:val="00E021F7"/>
    <w:rsid w:val="00E0261A"/>
    <w:rsid w:val="00E02839"/>
    <w:rsid w:val="00E02B72"/>
    <w:rsid w:val="00E02F61"/>
    <w:rsid w:val="00E03519"/>
    <w:rsid w:val="00E043CE"/>
    <w:rsid w:val="00E043E9"/>
    <w:rsid w:val="00E0557F"/>
    <w:rsid w:val="00E05FB5"/>
    <w:rsid w:val="00E0655C"/>
    <w:rsid w:val="00E06807"/>
    <w:rsid w:val="00E07189"/>
    <w:rsid w:val="00E07943"/>
    <w:rsid w:val="00E10A5B"/>
    <w:rsid w:val="00E10BDD"/>
    <w:rsid w:val="00E1151D"/>
    <w:rsid w:val="00E118DF"/>
    <w:rsid w:val="00E1247C"/>
    <w:rsid w:val="00E124CF"/>
    <w:rsid w:val="00E127B6"/>
    <w:rsid w:val="00E131E9"/>
    <w:rsid w:val="00E13D75"/>
    <w:rsid w:val="00E13F31"/>
    <w:rsid w:val="00E14517"/>
    <w:rsid w:val="00E14B83"/>
    <w:rsid w:val="00E14F6A"/>
    <w:rsid w:val="00E14F81"/>
    <w:rsid w:val="00E14FCB"/>
    <w:rsid w:val="00E1544B"/>
    <w:rsid w:val="00E15D6A"/>
    <w:rsid w:val="00E15EE5"/>
    <w:rsid w:val="00E16276"/>
    <w:rsid w:val="00E1643B"/>
    <w:rsid w:val="00E164F8"/>
    <w:rsid w:val="00E16642"/>
    <w:rsid w:val="00E167A1"/>
    <w:rsid w:val="00E16F59"/>
    <w:rsid w:val="00E17138"/>
    <w:rsid w:val="00E1744A"/>
    <w:rsid w:val="00E1761D"/>
    <w:rsid w:val="00E17799"/>
    <w:rsid w:val="00E17EC8"/>
    <w:rsid w:val="00E201D0"/>
    <w:rsid w:val="00E203E1"/>
    <w:rsid w:val="00E21D7E"/>
    <w:rsid w:val="00E22032"/>
    <w:rsid w:val="00E22071"/>
    <w:rsid w:val="00E22798"/>
    <w:rsid w:val="00E22A1E"/>
    <w:rsid w:val="00E23532"/>
    <w:rsid w:val="00E23C05"/>
    <w:rsid w:val="00E23E69"/>
    <w:rsid w:val="00E23F18"/>
    <w:rsid w:val="00E241DA"/>
    <w:rsid w:val="00E24B30"/>
    <w:rsid w:val="00E24F4F"/>
    <w:rsid w:val="00E252C7"/>
    <w:rsid w:val="00E25802"/>
    <w:rsid w:val="00E25D59"/>
    <w:rsid w:val="00E26459"/>
    <w:rsid w:val="00E26F76"/>
    <w:rsid w:val="00E26FCD"/>
    <w:rsid w:val="00E306E3"/>
    <w:rsid w:val="00E3071A"/>
    <w:rsid w:val="00E307E5"/>
    <w:rsid w:val="00E32220"/>
    <w:rsid w:val="00E32D6D"/>
    <w:rsid w:val="00E34258"/>
    <w:rsid w:val="00E35FCD"/>
    <w:rsid w:val="00E36627"/>
    <w:rsid w:val="00E368AF"/>
    <w:rsid w:val="00E37520"/>
    <w:rsid w:val="00E37797"/>
    <w:rsid w:val="00E37E31"/>
    <w:rsid w:val="00E40D60"/>
    <w:rsid w:val="00E40D7B"/>
    <w:rsid w:val="00E41A87"/>
    <w:rsid w:val="00E4225C"/>
    <w:rsid w:val="00E42C56"/>
    <w:rsid w:val="00E43076"/>
    <w:rsid w:val="00E434BD"/>
    <w:rsid w:val="00E449EB"/>
    <w:rsid w:val="00E44D3F"/>
    <w:rsid w:val="00E4530D"/>
    <w:rsid w:val="00E458CD"/>
    <w:rsid w:val="00E45B5A"/>
    <w:rsid w:val="00E460CB"/>
    <w:rsid w:val="00E46175"/>
    <w:rsid w:val="00E4678D"/>
    <w:rsid w:val="00E469D5"/>
    <w:rsid w:val="00E47056"/>
    <w:rsid w:val="00E473B9"/>
    <w:rsid w:val="00E47851"/>
    <w:rsid w:val="00E47D91"/>
    <w:rsid w:val="00E501CE"/>
    <w:rsid w:val="00E50574"/>
    <w:rsid w:val="00E50C57"/>
    <w:rsid w:val="00E51CC1"/>
    <w:rsid w:val="00E52BF4"/>
    <w:rsid w:val="00E52C21"/>
    <w:rsid w:val="00E533D0"/>
    <w:rsid w:val="00E543B5"/>
    <w:rsid w:val="00E54742"/>
    <w:rsid w:val="00E54BE8"/>
    <w:rsid w:val="00E54CF9"/>
    <w:rsid w:val="00E555BE"/>
    <w:rsid w:val="00E55CB7"/>
    <w:rsid w:val="00E561E1"/>
    <w:rsid w:val="00E56380"/>
    <w:rsid w:val="00E56B76"/>
    <w:rsid w:val="00E56F4B"/>
    <w:rsid w:val="00E61F4F"/>
    <w:rsid w:val="00E62181"/>
    <w:rsid w:val="00E626CD"/>
    <w:rsid w:val="00E630FB"/>
    <w:rsid w:val="00E633AF"/>
    <w:rsid w:val="00E635C1"/>
    <w:rsid w:val="00E635FC"/>
    <w:rsid w:val="00E63CEC"/>
    <w:rsid w:val="00E645A6"/>
    <w:rsid w:val="00E64ADB"/>
    <w:rsid w:val="00E6584A"/>
    <w:rsid w:val="00E658C5"/>
    <w:rsid w:val="00E65954"/>
    <w:rsid w:val="00E6599D"/>
    <w:rsid w:val="00E6691C"/>
    <w:rsid w:val="00E66EAC"/>
    <w:rsid w:val="00E66F95"/>
    <w:rsid w:val="00E70727"/>
    <w:rsid w:val="00E7075D"/>
    <w:rsid w:val="00E70BF0"/>
    <w:rsid w:val="00E7124D"/>
    <w:rsid w:val="00E71362"/>
    <w:rsid w:val="00E71EBE"/>
    <w:rsid w:val="00E71EE5"/>
    <w:rsid w:val="00E72489"/>
    <w:rsid w:val="00E72EB6"/>
    <w:rsid w:val="00E7410C"/>
    <w:rsid w:val="00E74245"/>
    <w:rsid w:val="00E74333"/>
    <w:rsid w:val="00E74701"/>
    <w:rsid w:val="00E74D5A"/>
    <w:rsid w:val="00E74F64"/>
    <w:rsid w:val="00E7625A"/>
    <w:rsid w:val="00E76923"/>
    <w:rsid w:val="00E80975"/>
    <w:rsid w:val="00E80B0C"/>
    <w:rsid w:val="00E8143C"/>
    <w:rsid w:val="00E82939"/>
    <w:rsid w:val="00E83CBE"/>
    <w:rsid w:val="00E83D87"/>
    <w:rsid w:val="00E84384"/>
    <w:rsid w:val="00E844B8"/>
    <w:rsid w:val="00E84636"/>
    <w:rsid w:val="00E84920"/>
    <w:rsid w:val="00E84B11"/>
    <w:rsid w:val="00E84D08"/>
    <w:rsid w:val="00E858B5"/>
    <w:rsid w:val="00E85A3E"/>
    <w:rsid w:val="00E86EE3"/>
    <w:rsid w:val="00E9097C"/>
    <w:rsid w:val="00E90A99"/>
    <w:rsid w:val="00E919D0"/>
    <w:rsid w:val="00E9218B"/>
    <w:rsid w:val="00E9275F"/>
    <w:rsid w:val="00E929C5"/>
    <w:rsid w:val="00E93640"/>
    <w:rsid w:val="00E93C0C"/>
    <w:rsid w:val="00E95194"/>
    <w:rsid w:val="00E95404"/>
    <w:rsid w:val="00E955CD"/>
    <w:rsid w:val="00E95A14"/>
    <w:rsid w:val="00E9602F"/>
    <w:rsid w:val="00E96972"/>
    <w:rsid w:val="00E96C54"/>
    <w:rsid w:val="00E972B1"/>
    <w:rsid w:val="00E973AE"/>
    <w:rsid w:val="00EA0143"/>
    <w:rsid w:val="00EA07E0"/>
    <w:rsid w:val="00EA0C5D"/>
    <w:rsid w:val="00EA1671"/>
    <w:rsid w:val="00EA1707"/>
    <w:rsid w:val="00EA2805"/>
    <w:rsid w:val="00EA2D1D"/>
    <w:rsid w:val="00EA2FA1"/>
    <w:rsid w:val="00EA31BE"/>
    <w:rsid w:val="00EA4471"/>
    <w:rsid w:val="00EA606E"/>
    <w:rsid w:val="00EA71B3"/>
    <w:rsid w:val="00EA77F3"/>
    <w:rsid w:val="00EA7800"/>
    <w:rsid w:val="00EB0616"/>
    <w:rsid w:val="00EB18F8"/>
    <w:rsid w:val="00EB1CA8"/>
    <w:rsid w:val="00EB273B"/>
    <w:rsid w:val="00EB274C"/>
    <w:rsid w:val="00EB2A99"/>
    <w:rsid w:val="00EB2CDE"/>
    <w:rsid w:val="00EB2CFD"/>
    <w:rsid w:val="00EB32C3"/>
    <w:rsid w:val="00EB3DFD"/>
    <w:rsid w:val="00EB4611"/>
    <w:rsid w:val="00EB4C1D"/>
    <w:rsid w:val="00EB519D"/>
    <w:rsid w:val="00EB559B"/>
    <w:rsid w:val="00EB5B97"/>
    <w:rsid w:val="00EB5C4F"/>
    <w:rsid w:val="00EB6227"/>
    <w:rsid w:val="00EB6C81"/>
    <w:rsid w:val="00EB6CBC"/>
    <w:rsid w:val="00EB6D0D"/>
    <w:rsid w:val="00EC028C"/>
    <w:rsid w:val="00EC21EF"/>
    <w:rsid w:val="00EC24CE"/>
    <w:rsid w:val="00EC2829"/>
    <w:rsid w:val="00EC349F"/>
    <w:rsid w:val="00EC3CC6"/>
    <w:rsid w:val="00EC3D6B"/>
    <w:rsid w:val="00EC40E0"/>
    <w:rsid w:val="00EC4A5C"/>
    <w:rsid w:val="00EC4A67"/>
    <w:rsid w:val="00EC4AF7"/>
    <w:rsid w:val="00EC4D6D"/>
    <w:rsid w:val="00EC67B6"/>
    <w:rsid w:val="00EC77F6"/>
    <w:rsid w:val="00EC7D36"/>
    <w:rsid w:val="00ED0942"/>
    <w:rsid w:val="00ED0F8C"/>
    <w:rsid w:val="00ED1B95"/>
    <w:rsid w:val="00ED1E07"/>
    <w:rsid w:val="00ED1FC4"/>
    <w:rsid w:val="00ED29E3"/>
    <w:rsid w:val="00ED3170"/>
    <w:rsid w:val="00ED332D"/>
    <w:rsid w:val="00ED3C2A"/>
    <w:rsid w:val="00ED4F2A"/>
    <w:rsid w:val="00ED535D"/>
    <w:rsid w:val="00ED5914"/>
    <w:rsid w:val="00ED5FFA"/>
    <w:rsid w:val="00ED60FD"/>
    <w:rsid w:val="00ED6A1D"/>
    <w:rsid w:val="00ED6F29"/>
    <w:rsid w:val="00ED7D42"/>
    <w:rsid w:val="00EE00D4"/>
    <w:rsid w:val="00EE0346"/>
    <w:rsid w:val="00EE0427"/>
    <w:rsid w:val="00EE0466"/>
    <w:rsid w:val="00EE0A48"/>
    <w:rsid w:val="00EE1187"/>
    <w:rsid w:val="00EE1479"/>
    <w:rsid w:val="00EE193F"/>
    <w:rsid w:val="00EE1DBC"/>
    <w:rsid w:val="00EE236D"/>
    <w:rsid w:val="00EE23F8"/>
    <w:rsid w:val="00EE3955"/>
    <w:rsid w:val="00EE3E36"/>
    <w:rsid w:val="00EE403A"/>
    <w:rsid w:val="00EE4053"/>
    <w:rsid w:val="00EE415C"/>
    <w:rsid w:val="00EE41D1"/>
    <w:rsid w:val="00EE4B25"/>
    <w:rsid w:val="00EE4DAB"/>
    <w:rsid w:val="00EE54DD"/>
    <w:rsid w:val="00EE5889"/>
    <w:rsid w:val="00EE6B14"/>
    <w:rsid w:val="00EE7DC5"/>
    <w:rsid w:val="00EE7FAD"/>
    <w:rsid w:val="00EF0C64"/>
    <w:rsid w:val="00EF102A"/>
    <w:rsid w:val="00EF108C"/>
    <w:rsid w:val="00EF12EE"/>
    <w:rsid w:val="00EF23C4"/>
    <w:rsid w:val="00EF2834"/>
    <w:rsid w:val="00EF2EF9"/>
    <w:rsid w:val="00EF3C03"/>
    <w:rsid w:val="00EF501A"/>
    <w:rsid w:val="00EF5C44"/>
    <w:rsid w:val="00EF74F3"/>
    <w:rsid w:val="00F008FF"/>
    <w:rsid w:val="00F01A0E"/>
    <w:rsid w:val="00F02299"/>
    <w:rsid w:val="00F04502"/>
    <w:rsid w:val="00F04FFB"/>
    <w:rsid w:val="00F06969"/>
    <w:rsid w:val="00F06E44"/>
    <w:rsid w:val="00F078A6"/>
    <w:rsid w:val="00F10503"/>
    <w:rsid w:val="00F10665"/>
    <w:rsid w:val="00F10743"/>
    <w:rsid w:val="00F124E9"/>
    <w:rsid w:val="00F12B32"/>
    <w:rsid w:val="00F15705"/>
    <w:rsid w:val="00F16197"/>
    <w:rsid w:val="00F16F32"/>
    <w:rsid w:val="00F17932"/>
    <w:rsid w:val="00F17968"/>
    <w:rsid w:val="00F20264"/>
    <w:rsid w:val="00F20479"/>
    <w:rsid w:val="00F20510"/>
    <w:rsid w:val="00F2053F"/>
    <w:rsid w:val="00F20731"/>
    <w:rsid w:val="00F20F30"/>
    <w:rsid w:val="00F21B0F"/>
    <w:rsid w:val="00F21D3B"/>
    <w:rsid w:val="00F21DF3"/>
    <w:rsid w:val="00F222D4"/>
    <w:rsid w:val="00F223E2"/>
    <w:rsid w:val="00F2275B"/>
    <w:rsid w:val="00F22B49"/>
    <w:rsid w:val="00F231D6"/>
    <w:rsid w:val="00F23239"/>
    <w:rsid w:val="00F2366B"/>
    <w:rsid w:val="00F24CB1"/>
    <w:rsid w:val="00F251C0"/>
    <w:rsid w:val="00F252AD"/>
    <w:rsid w:val="00F2556C"/>
    <w:rsid w:val="00F2593B"/>
    <w:rsid w:val="00F25AF3"/>
    <w:rsid w:val="00F26039"/>
    <w:rsid w:val="00F26285"/>
    <w:rsid w:val="00F262E8"/>
    <w:rsid w:val="00F27347"/>
    <w:rsid w:val="00F2791D"/>
    <w:rsid w:val="00F27CBC"/>
    <w:rsid w:val="00F30CC2"/>
    <w:rsid w:val="00F315EF"/>
    <w:rsid w:val="00F317E1"/>
    <w:rsid w:val="00F33074"/>
    <w:rsid w:val="00F3355F"/>
    <w:rsid w:val="00F33775"/>
    <w:rsid w:val="00F33850"/>
    <w:rsid w:val="00F3409C"/>
    <w:rsid w:val="00F343C0"/>
    <w:rsid w:val="00F34663"/>
    <w:rsid w:val="00F3499E"/>
    <w:rsid w:val="00F35FFD"/>
    <w:rsid w:val="00F36D59"/>
    <w:rsid w:val="00F37320"/>
    <w:rsid w:val="00F379D5"/>
    <w:rsid w:val="00F37A30"/>
    <w:rsid w:val="00F37A70"/>
    <w:rsid w:val="00F404EB"/>
    <w:rsid w:val="00F40551"/>
    <w:rsid w:val="00F4087C"/>
    <w:rsid w:val="00F40CD6"/>
    <w:rsid w:val="00F41188"/>
    <w:rsid w:val="00F411F7"/>
    <w:rsid w:val="00F41618"/>
    <w:rsid w:val="00F4178C"/>
    <w:rsid w:val="00F41E56"/>
    <w:rsid w:val="00F41EBE"/>
    <w:rsid w:val="00F42EF3"/>
    <w:rsid w:val="00F4305C"/>
    <w:rsid w:val="00F432CE"/>
    <w:rsid w:val="00F433C1"/>
    <w:rsid w:val="00F437FD"/>
    <w:rsid w:val="00F43F1F"/>
    <w:rsid w:val="00F44316"/>
    <w:rsid w:val="00F45774"/>
    <w:rsid w:val="00F46024"/>
    <w:rsid w:val="00F46754"/>
    <w:rsid w:val="00F4796B"/>
    <w:rsid w:val="00F47AEA"/>
    <w:rsid w:val="00F50404"/>
    <w:rsid w:val="00F5046C"/>
    <w:rsid w:val="00F507E0"/>
    <w:rsid w:val="00F51574"/>
    <w:rsid w:val="00F51D3F"/>
    <w:rsid w:val="00F521BD"/>
    <w:rsid w:val="00F527DC"/>
    <w:rsid w:val="00F52844"/>
    <w:rsid w:val="00F52F5D"/>
    <w:rsid w:val="00F53223"/>
    <w:rsid w:val="00F53399"/>
    <w:rsid w:val="00F53630"/>
    <w:rsid w:val="00F53C50"/>
    <w:rsid w:val="00F544F9"/>
    <w:rsid w:val="00F54550"/>
    <w:rsid w:val="00F54B1E"/>
    <w:rsid w:val="00F55413"/>
    <w:rsid w:val="00F55599"/>
    <w:rsid w:val="00F57324"/>
    <w:rsid w:val="00F57506"/>
    <w:rsid w:val="00F57E3E"/>
    <w:rsid w:val="00F60660"/>
    <w:rsid w:val="00F60A7D"/>
    <w:rsid w:val="00F60FA1"/>
    <w:rsid w:val="00F61033"/>
    <w:rsid w:val="00F61C7B"/>
    <w:rsid w:val="00F61E64"/>
    <w:rsid w:val="00F61FC0"/>
    <w:rsid w:val="00F620CD"/>
    <w:rsid w:val="00F62131"/>
    <w:rsid w:val="00F62208"/>
    <w:rsid w:val="00F62CD0"/>
    <w:rsid w:val="00F63E79"/>
    <w:rsid w:val="00F6494A"/>
    <w:rsid w:val="00F65818"/>
    <w:rsid w:val="00F66403"/>
    <w:rsid w:val="00F66A8A"/>
    <w:rsid w:val="00F66B01"/>
    <w:rsid w:val="00F670A7"/>
    <w:rsid w:val="00F67181"/>
    <w:rsid w:val="00F67DA3"/>
    <w:rsid w:val="00F70A70"/>
    <w:rsid w:val="00F71BFA"/>
    <w:rsid w:val="00F72461"/>
    <w:rsid w:val="00F7294B"/>
    <w:rsid w:val="00F72AA4"/>
    <w:rsid w:val="00F734DE"/>
    <w:rsid w:val="00F73679"/>
    <w:rsid w:val="00F73CA7"/>
    <w:rsid w:val="00F74081"/>
    <w:rsid w:val="00F74BA5"/>
    <w:rsid w:val="00F7536A"/>
    <w:rsid w:val="00F75581"/>
    <w:rsid w:val="00F7561D"/>
    <w:rsid w:val="00F75D44"/>
    <w:rsid w:val="00F768F5"/>
    <w:rsid w:val="00F7780B"/>
    <w:rsid w:val="00F805F2"/>
    <w:rsid w:val="00F814BF"/>
    <w:rsid w:val="00F817AB"/>
    <w:rsid w:val="00F81C9B"/>
    <w:rsid w:val="00F82801"/>
    <w:rsid w:val="00F82964"/>
    <w:rsid w:val="00F82AE7"/>
    <w:rsid w:val="00F831E4"/>
    <w:rsid w:val="00F83ABF"/>
    <w:rsid w:val="00F83FE6"/>
    <w:rsid w:val="00F84221"/>
    <w:rsid w:val="00F8439D"/>
    <w:rsid w:val="00F843E2"/>
    <w:rsid w:val="00F84D21"/>
    <w:rsid w:val="00F84D77"/>
    <w:rsid w:val="00F852BC"/>
    <w:rsid w:val="00F852DD"/>
    <w:rsid w:val="00F85671"/>
    <w:rsid w:val="00F86083"/>
    <w:rsid w:val="00F861F0"/>
    <w:rsid w:val="00F87365"/>
    <w:rsid w:val="00F87588"/>
    <w:rsid w:val="00F87645"/>
    <w:rsid w:val="00F876CF"/>
    <w:rsid w:val="00F879C9"/>
    <w:rsid w:val="00F87C15"/>
    <w:rsid w:val="00F90D2A"/>
    <w:rsid w:val="00F9118F"/>
    <w:rsid w:val="00F91EEC"/>
    <w:rsid w:val="00F91FF9"/>
    <w:rsid w:val="00F9225B"/>
    <w:rsid w:val="00F931A5"/>
    <w:rsid w:val="00F9408B"/>
    <w:rsid w:val="00F94A4F"/>
    <w:rsid w:val="00F94BCD"/>
    <w:rsid w:val="00F94C36"/>
    <w:rsid w:val="00F95815"/>
    <w:rsid w:val="00F9591A"/>
    <w:rsid w:val="00F95C00"/>
    <w:rsid w:val="00F96987"/>
    <w:rsid w:val="00F9720E"/>
    <w:rsid w:val="00FA14BD"/>
    <w:rsid w:val="00FA172A"/>
    <w:rsid w:val="00FA1AF8"/>
    <w:rsid w:val="00FA3449"/>
    <w:rsid w:val="00FA4B8D"/>
    <w:rsid w:val="00FA5B9C"/>
    <w:rsid w:val="00FA6FB5"/>
    <w:rsid w:val="00FA75D5"/>
    <w:rsid w:val="00FA7A16"/>
    <w:rsid w:val="00FA7F12"/>
    <w:rsid w:val="00FB048D"/>
    <w:rsid w:val="00FB0569"/>
    <w:rsid w:val="00FB0692"/>
    <w:rsid w:val="00FB1C72"/>
    <w:rsid w:val="00FB2D3D"/>
    <w:rsid w:val="00FB338B"/>
    <w:rsid w:val="00FB3927"/>
    <w:rsid w:val="00FB3C87"/>
    <w:rsid w:val="00FB4690"/>
    <w:rsid w:val="00FB4719"/>
    <w:rsid w:val="00FB6309"/>
    <w:rsid w:val="00FB6CB1"/>
    <w:rsid w:val="00FC038E"/>
    <w:rsid w:val="00FC0ABE"/>
    <w:rsid w:val="00FC0DDB"/>
    <w:rsid w:val="00FC2ABB"/>
    <w:rsid w:val="00FC3AB7"/>
    <w:rsid w:val="00FC45ED"/>
    <w:rsid w:val="00FC4913"/>
    <w:rsid w:val="00FC4E91"/>
    <w:rsid w:val="00FC5353"/>
    <w:rsid w:val="00FC66D1"/>
    <w:rsid w:val="00FC6753"/>
    <w:rsid w:val="00FC6F77"/>
    <w:rsid w:val="00FD18EA"/>
    <w:rsid w:val="00FD1EDE"/>
    <w:rsid w:val="00FD38FB"/>
    <w:rsid w:val="00FD39A6"/>
    <w:rsid w:val="00FD3EF5"/>
    <w:rsid w:val="00FD4725"/>
    <w:rsid w:val="00FD4B1F"/>
    <w:rsid w:val="00FD5056"/>
    <w:rsid w:val="00FD5FD9"/>
    <w:rsid w:val="00FD618C"/>
    <w:rsid w:val="00FD65B2"/>
    <w:rsid w:val="00FD68C6"/>
    <w:rsid w:val="00FD6BAB"/>
    <w:rsid w:val="00FD7738"/>
    <w:rsid w:val="00FE04D3"/>
    <w:rsid w:val="00FE1248"/>
    <w:rsid w:val="00FE182C"/>
    <w:rsid w:val="00FE382A"/>
    <w:rsid w:val="00FE3C7B"/>
    <w:rsid w:val="00FE4A43"/>
    <w:rsid w:val="00FE57C8"/>
    <w:rsid w:val="00FE705E"/>
    <w:rsid w:val="00FE714D"/>
    <w:rsid w:val="00FE75D6"/>
    <w:rsid w:val="00FE7849"/>
    <w:rsid w:val="00FE7954"/>
    <w:rsid w:val="00FE7AE6"/>
    <w:rsid w:val="00FE7C1D"/>
    <w:rsid w:val="00FF02B3"/>
    <w:rsid w:val="00FF0999"/>
    <w:rsid w:val="00FF1AAD"/>
    <w:rsid w:val="00FF366A"/>
    <w:rsid w:val="00FF3D57"/>
    <w:rsid w:val="00FF5038"/>
    <w:rsid w:val="00FF57EC"/>
    <w:rsid w:val="00FF652C"/>
    <w:rsid w:val="00FF6AA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29FFE1E"/>
  <w15:chartTrackingRefBased/>
  <w15:docId w15:val="{E8AFA661-79A7-459C-912C-7B9E822CE9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uiPriority="9" w:qFormat="1"/>
    <w:lsdException w:name="heading 9" w:semiHidden="1" w:uiPriority="9" w:unhideWhenUsed="1" w:qFormat="1"/>
    <w:lsdException w:name="toc 1" w:uiPriority="39"/>
    <w:lsdException w:name="header" w:uiPriority="99"/>
    <w:lsdException w:name="footer" w:uiPriority="99"/>
    <w:lsdException w:name="caption" w:uiPriority="35" w:qFormat="1"/>
    <w:lsdException w:name="macro" w:uiPriority="99"/>
    <w:lsdException w:name="List" w:uiPriority="99"/>
    <w:lsdException w:name="List Bullet" w:uiPriority="99"/>
    <w:lsdException w:name="List Number" w:uiPriority="99"/>
    <w:lsdException w:name="List 2" w:uiPriority="99"/>
    <w:lsdException w:name="List 3" w:uiPriority="99"/>
    <w:lsdException w:name="List Bullet 2" w:uiPriority="99"/>
    <w:lsdException w:name="List Bullet 3" w:uiPriority="99"/>
    <w:lsdException w:name="List Number 2" w:uiPriority="99"/>
    <w:lsdException w:name="List Number 3" w:uiPriority="99"/>
    <w:lsdException w:name="Title" w:uiPriority="10" w:qFormat="1"/>
    <w:lsdException w:name="Body Text" w:uiPriority="99"/>
    <w:lsdException w:name="List Continue" w:uiPriority="99"/>
    <w:lsdException w:name="List Continue 2" w:uiPriority="99"/>
    <w:lsdException w:name="List Continue 3" w:uiPriority="99"/>
    <w:lsdException w:name="Subtitle" w:uiPriority="11" w:qFormat="1"/>
    <w:lsdException w:name="Body Text 2" w:uiPriority="99"/>
    <w:lsdException w:name="Body Text 3" w:uiPriority="99"/>
    <w:lsdException w:name="Hyperlink" w:uiPriority="99"/>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rPr>
      <w:sz w:val="24"/>
      <w:szCs w:val="24"/>
    </w:rPr>
  </w:style>
  <w:style w:type="paragraph" w:styleId="Nagwek1">
    <w:name w:val="heading 1"/>
    <w:aliases w:val="tabulator,Hoofdstuk"/>
    <w:basedOn w:val="Normalny"/>
    <w:next w:val="Normalny"/>
    <w:link w:val="Nagwek1Znak"/>
    <w:uiPriority w:val="9"/>
    <w:qFormat/>
    <w:pPr>
      <w:keepNext/>
      <w:spacing w:line="360" w:lineRule="auto"/>
      <w:jc w:val="both"/>
      <w:outlineLvl w:val="0"/>
    </w:pPr>
    <w:rPr>
      <w:b/>
      <w:szCs w:val="20"/>
      <w:lang w:val="en-US"/>
    </w:rPr>
  </w:style>
  <w:style w:type="paragraph" w:styleId="Nagwek2">
    <w:name w:val="heading 2"/>
    <w:aliases w:val="Paragraaf"/>
    <w:basedOn w:val="Normalny"/>
    <w:next w:val="Normalny"/>
    <w:link w:val="Nagwek2Znak"/>
    <w:uiPriority w:val="9"/>
    <w:qFormat/>
    <w:pPr>
      <w:keepNext/>
      <w:spacing w:line="360" w:lineRule="auto"/>
      <w:jc w:val="center"/>
      <w:outlineLvl w:val="1"/>
    </w:pPr>
    <w:rPr>
      <w:rFonts w:ascii="Arial" w:hAnsi="Arial"/>
      <w:szCs w:val="20"/>
      <w:lang w:val="en-US"/>
    </w:rPr>
  </w:style>
  <w:style w:type="paragraph" w:styleId="Nagwek3">
    <w:name w:val="heading 3"/>
    <w:aliases w:val="Subparagraaf"/>
    <w:basedOn w:val="Normalny"/>
    <w:next w:val="Normalny"/>
    <w:link w:val="Nagwek3Znak"/>
    <w:uiPriority w:val="9"/>
    <w:qFormat/>
    <w:pPr>
      <w:keepNext/>
      <w:jc w:val="right"/>
      <w:outlineLvl w:val="2"/>
    </w:pPr>
    <w:rPr>
      <w:rFonts w:ascii="Arial" w:hAnsi="Arial"/>
      <w:b/>
      <w:szCs w:val="20"/>
      <w:lang w:val="en-US"/>
    </w:rPr>
  </w:style>
  <w:style w:type="paragraph" w:styleId="Nagwek4">
    <w:name w:val="heading 4"/>
    <w:basedOn w:val="Normalny"/>
    <w:next w:val="Normalny"/>
    <w:link w:val="Nagwek4Znak"/>
    <w:uiPriority w:val="9"/>
    <w:qFormat/>
    <w:pPr>
      <w:keepNext/>
      <w:spacing w:line="360" w:lineRule="auto"/>
      <w:ind w:firstLine="720"/>
      <w:outlineLvl w:val="3"/>
    </w:pPr>
    <w:rPr>
      <w:rFonts w:ascii="Arial" w:hAnsi="Arial"/>
      <w:u w:val="single"/>
    </w:rPr>
  </w:style>
  <w:style w:type="paragraph" w:styleId="Nagwek5">
    <w:name w:val="heading 5"/>
    <w:basedOn w:val="Normalny"/>
    <w:next w:val="Normalny"/>
    <w:link w:val="Nagwek5Znak"/>
    <w:uiPriority w:val="9"/>
    <w:qFormat/>
    <w:pPr>
      <w:keepNext/>
      <w:spacing w:line="360" w:lineRule="auto"/>
      <w:ind w:firstLine="720"/>
      <w:jc w:val="both"/>
      <w:outlineLvl w:val="4"/>
    </w:pPr>
    <w:rPr>
      <w:rFonts w:ascii="Arial" w:hAnsi="Arial"/>
      <w:b/>
    </w:rPr>
  </w:style>
  <w:style w:type="paragraph" w:styleId="Nagwek6">
    <w:name w:val="heading 6"/>
    <w:basedOn w:val="Normalny"/>
    <w:next w:val="Normalny"/>
    <w:link w:val="Nagwek6Znak"/>
    <w:uiPriority w:val="9"/>
    <w:qFormat/>
    <w:pPr>
      <w:keepNext/>
      <w:spacing w:line="360" w:lineRule="auto"/>
      <w:ind w:firstLine="720"/>
      <w:jc w:val="both"/>
      <w:outlineLvl w:val="5"/>
    </w:pPr>
    <w:rPr>
      <w:rFonts w:ascii="Arial" w:hAnsi="Arial"/>
      <w:b/>
      <w:bCs/>
      <w:color w:val="FF0000"/>
    </w:rPr>
  </w:style>
  <w:style w:type="paragraph" w:styleId="Nagwek7">
    <w:name w:val="heading 7"/>
    <w:basedOn w:val="Normalny"/>
    <w:next w:val="Normalny"/>
    <w:link w:val="Nagwek7Znak"/>
    <w:uiPriority w:val="9"/>
    <w:semiHidden/>
    <w:unhideWhenUsed/>
    <w:qFormat/>
    <w:rsid w:val="004674D5"/>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val="en-US" w:eastAsia="en-US"/>
    </w:rPr>
  </w:style>
  <w:style w:type="paragraph" w:styleId="Nagwek8">
    <w:name w:val="heading 8"/>
    <w:basedOn w:val="Normalny"/>
    <w:next w:val="Normalny"/>
    <w:link w:val="Nagwek8Znak"/>
    <w:uiPriority w:val="9"/>
    <w:qFormat/>
    <w:pPr>
      <w:keepNext/>
      <w:spacing w:line="360" w:lineRule="auto"/>
      <w:outlineLvl w:val="7"/>
    </w:pPr>
    <w:rPr>
      <w:rFonts w:ascii="Arial" w:hAnsi="Arial"/>
      <w:b/>
      <w:szCs w:val="20"/>
      <w:lang w:val="en-US"/>
    </w:rPr>
  </w:style>
  <w:style w:type="paragraph" w:styleId="Nagwek9">
    <w:name w:val="heading 9"/>
    <w:basedOn w:val="Normalny"/>
    <w:next w:val="Normalny"/>
    <w:link w:val="Nagwek9Znak"/>
    <w:uiPriority w:val="9"/>
    <w:semiHidden/>
    <w:unhideWhenUsed/>
    <w:qFormat/>
    <w:rsid w:val="004674D5"/>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val="en-US"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pPr>
      <w:tabs>
        <w:tab w:val="center" w:pos="4536"/>
        <w:tab w:val="right" w:pos="9072"/>
      </w:tabs>
    </w:pPr>
    <w:rPr>
      <w:rFonts w:ascii="MS Sans Serif" w:hAnsi="MS Sans Serif"/>
      <w:sz w:val="20"/>
      <w:szCs w:val="20"/>
      <w:lang w:val="en-US"/>
    </w:rPr>
  </w:style>
  <w:style w:type="paragraph" w:styleId="NormalnyWeb">
    <w:name w:val="Normal (Web)"/>
    <w:basedOn w:val="Normalny"/>
    <w:uiPriority w:val="99"/>
    <w:pPr>
      <w:spacing w:before="100" w:beforeAutospacing="1" w:after="100" w:afterAutospacing="1"/>
    </w:pPr>
    <w:rPr>
      <w:rFonts w:ascii="Arial Unicode MS" w:eastAsia="Arial Unicode MS" w:hAnsi="Arial Unicode MS"/>
    </w:rPr>
  </w:style>
  <w:style w:type="paragraph" w:styleId="Tekstpodstawowy">
    <w:name w:val="Body Text"/>
    <w:aliases w:val="Brødtekst Tegn Tegn,Tekst podstawowy Znak Znak,anita1,anita1 Znak"/>
    <w:basedOn w:val="Normalny"/>
    <w:link w:val="TekstpodstawowyZnak"/>
    <w:uiPriority w:val="99"/>
    <w:rPr>
      <w:rFonts w:ascii="Arial" w:hAnsi="Arial"/>
      <w:szCs w:val="20"/>
      <w:lang w:val="en-US"/>
    </w:rPr>
  </w:style>
  <w:style w:type="paragraph" w:styleId="Tekstpodstawowy2">
    <w:name w:val="Body Text 2"/>
    <w:basedOn w:val="Normalny"/>
    <w:link w:val="Tekstpodstawowy2Znak"/>
    <w:uiPriority w:val="99"/>
    <w:pPr>
      <w:spacing w:line="360" w:lineRule="auto"/>
      <w:jc w:val="both"/>
    </w:pPr>
    <w:rPr>
      <w:rFonts w:ascii="Arial" w:hAnsi="Arial"/>
      <w:szCs w:val="20"/>
      <w:lang w:val="en-US"/>
    </w:rPr>
  </w:style>
  <w:style w:type="paragraph" w:styleId="Tekstpodstawowywcity">
    <w:name w:val="Body Text Indent"/>
    <w:basedOn w:val="Normalny"/>
    <w:link w:val="TekstpodstawowywcityZnak"/>
    <w:pPr>
      <w:spacing w:line="360" w:lineRule="auto"/>
      <w:ind w:left="709" w:hanging="709"/>
      <w:jc w:val="both"/>
    </w:pPr>
    <w:rPr>
      <w:szCs w:val="20"/>
      <w:lang w:val="en-US"/>
    </w:rPr>
  </w:style>
  <w:style w:type="paragraph" w:customStyle="1" w:styleId="darek">
    <w:name w:val="darek"/>
    <w:basedOn w:val="Tekstpodstawowy"/>
    <w:pPr>
      <w:spacing w:line="360" w:lineRule="auto"/>
      <w:ind w:firstLine="720"/>
      <w:jc w:val="both"/>
    </w:pPr>
    <w:rPr>
      <w:rFonts w:ascii="Times New Roman" w:hAnsi="Times New Roman"/>
      <w:lang w:val="pl-PL"/>
    </w:rPr>
  </w:style>
  <w:style w:type="paragraph" w:styleId="Tekstpodstawowywcity2">
    <w:name w:val="Body Text Indent 2"/>
    <w:basedOn w:val="Normalny"/>
    <w:link w:val="Tekstpodstawowywcity2Znak"/>
    <w:pPr>
      <w:spacing w:line="360" w:lineRule="auto"/>
      <w:ind w:left="1134" w:hanging="1134"/>
      <w:jc w:val="both"/>
    </w:pPr>
    <w:rPr>
      <w:rFonts w:ascii="Arial" w:hAnsi="Arial"/>
      <w:szCs w:val="20"/>
      <w:lang w:val="en-US"/>
    </w:rPr>
  </w:style>
  <w:style w:type="paragraph" w:styleId="Legenda">
    <w:name w:val="caption"/>
    <w:basedOn w:val="Normalny"/>
    <w:next w:val="Normalny"/>
    <w:uiPriority w:val="35"/>
    <w:qFormat/>
    <w:pPr>
      <w:spacing w:line="360" w:lineRule="auto"/>
      <w:jc w:val="both"/>
    </w:pPr>
    <w:rPr>
      <w:rFonts w:ascii="Arial" w:hAnsi="Arial"/>
      <w:szCs w:val="20"/>
      <w:lang w:val="en-US"/>
    </w:rPr>
  </w:style>
  <w:style w:type="paragraph" w:styleId="Tekstpodstawowywcity3">
    <w:name w:val="Body Text Indent 3"/>
    <w:basedOn w:val="Normalny"/>
    <w:link w:val="Tekstpodstawowywcity3Znak"/>
    <w:pPr>
      <w:spacing w:line="360" w:lineRule="auto"/>
      <w:ind w:left="851" w:hanging="851"/>
      <w:jc w:val="both"/>
    </w:pPr>
    <w:rPr>
      <w:rFonts w:ascii="Arial" w:hAnsi="Arial"/>
      <w:szCs w:val="20"/>
      <w:lang w:val="en-US"/>
    </w:rPr>
  </w:style>
  <w:style w:type="paragraph" w:styleId="Tekstpodstawowy3">
    <w:name w:val="Body Text 3"/>
    <w:basedOn w:val="Normalny"/>
    <w:link w:val="Tekstpodstawowy3Znak"/>
    <w:uiPriority w:val="99"/>
    <w:pPr>
      <w:spacing w:line="360" w:lineRule="auto"/>
      <w:jc w:val="center"/>
    </w:pPr>
    <w:rPr>
      <w:rFonts w:ascii="Arial" w:hAnsi="Arial"/>
      <w:szCs w:val="20"/>
      <w:lang w:val="en-US"/>
    </w:rPr>
  </w:style>
  <w:style w:type="paragraph" w:customStyle="1" w:styleId="wynos">
    <w:name w:val="wynos"/>
    <w:basedOn w:val="Normalny"/>
    <w:pPr>
      <w:ind w:firstLine="720"/>
      <w:jc w:val="both"/>
    </w:pPr>
    <w:rPr>
      <w:sz w:val="22"/>
      <w:szCs w:val="20"/>
    </w:rPr>
  </w:style>
  <w:style w:type="paragraph" w:customStyle="1" w:styleId="BodyText21">
    <w:name w:val="Body Text 21"/>
    <w:basedOn w:val="Normalny"/>
    <w:pPr>
      <w:widowControl w:val="0"/>
    </w:pPr>
    <w:rPr>
      <w:szCs w:val="20"/>
    </w:rPr>
  </w:style>
  <w:style w:type="character" w:styleId="Numerstrony">
    <w:name w:val="page number"/>
    <w:basedOn w:val="Domylnaczcionkaakapitu"/>
  </w:style>
  <w:style w:type="paragraph" w:styleId="Stopka">
    <w:name w:val="footer"/>
    <w:basedOn w:val="Normalny"/>
    <w:link w:val="StopkaZnak"/>
    <w:uiPriority w:val="99"/>
    <w:pPr>
      <w:tabs>
        <w:tab w:val="center" w:pos="4536"/>
        <w:tab w:val="right" w:pos="9072"/>
      </w:tabs>
    </w:pPr>
    <w:rPr>
      <w:rFonts w:ascii="MS Sans Serif" w:hAnsi="MS Sans Serif"/>
      <w:sz w:val="20"/>
      <w:szCs w:val="20"/>
      <w:lang w:val="en-US"/>
    </w:rPr>
  </w:style>
  <w:style w:type="paragraph" w:customStyle="1" w:styleId="sylur">
    <w:name w:val="sylur"/>
    <w:basedOn w:val="Normalny"/>
    <w:rPr>
      <w:b/>
      <w:spacing w:val="20"/>
      <w:szCs w:val="20"/>
    </w:rPr>
  </w:style>
  <w:style w:type="paragraph" w:customStyle="1" w:styleId="Standardowy1">
    <w:name w:val="Standardowy 1"/>
    <w:basedOn w:val="Normalny"/>
    <w:pPr>
      <w:spacing w:line="360" w:lineRule="auto"/>
      <w:ind w:firstLine="340"/>
      <w:jc w:val="both"/>
    </w:pPr>
    <w:rPr>
      <w:szCs w:val="20"/>
    </w:rPr>
  </w:style>
  <w:style w:type="paragraph" w:styleId="Mapadokumentu">
    <w:name w:val="Document Map"/>
    <w:basedOn w:val="Normalny"/>
    <w:link w:val="MapadokumentuZnak"/>
    <w:semiHidden/>
    <w:pPr>
      <w:shd w:val="clear" w:color="auto" w:fill="000080"/>
    </w:pPr>
    <w:rPr>
      <w:rFonts w:ascii="Tahoma" w:hAnsi="Tahoma" w:cs="Tahoma"/>
    </w:rPr>
  </w:style>
  <w:style w:type="paragraph" w:styleId="Spistreci5">
    <w:name w:val="toc 5"/>
    <w:basedOn w:val="Normalny"/>
    <w:next w:val="Normalny"/>
    <w:autoRedefine/>
    <w:semiHidden/>
    <w:pPr>
      <w:ind w:left="960"/>
    </w:pPr>
  </w:style>
  <w:style w:type="paragraph" w:styleId="Spistreci1">
    <w:name w:val="toc 1"/>
    <w:basedOn w:val="Normalny"/>
    <w:next w:val="Normalny"/>
    <w:autoRedefine/>
    <w:uiPriority w:val="39"/>
    <w:rsid w:val="004838A5"/>
    <w:pPr>
      <w:tabs>
        <w:tab w:val="right" w:leader="dot" w:pos="9912"/>
      </w:tabs>
      <w:ind w:left="426" w:hanging="568"/>
    </w:pPr>
    <w:rPr>
      <w:rFonts w:ascii="Arial" w:hAnsi="Arial"/>
    </w:rPr>
  </w:style>
  <w:style w:type="paragraph" w:styleId="Spistreci2">
    <w:name w:val="toc 2"/>
    <w:basedOn w:val="Normalny"/>
    <w:next w:val="Normalny"/>
    <w:autoRedefine/>
    <w:semiHidden/>
    <w:pPr>
      <w:ind w:left="240"/>
    </w:pPr>
    <w:rPr>
      <w:rFonts w:ascii="Arial" w:hAnsi="Arial"/>
    </w:rPr>
  </w:style>
  <w:style w:type="paragraph" w:styleId="Spistreci3">
    <w:name w:val="toc 3"/>
    <w:basedOn w:val="Normalny"/>
    <w:next w:val="Normalny"/>
    <w:autoRedefine/>
    <w:semiHidden/>
    <w:pPr>
      <w:ind w:left="480"/>
    </w:pPr>
    <w:rPr>
      <w:rFonts w:ascii="Arial" w:hAnsi="Arial"/>
    </w:rPr>
  </w:style>
  <w:style w:type="paragraph" w:styleId="Spistreci4">
    <w:name w:val="toc 4"/>
    <w:basedOn w:val="Normalny"/>
    <w:next w:val="Normalny"/>
    <w:autoRedefine/>
    <w:semiHidden/>
    <w:pPr>
      <w:ind w:left="720"/>
    </w:pPr>
    <w:rPr>
      <w:rFonts w:ascii="Arial" w:hAnsi="Arial"/>
    </w:rPr>
  </w:style>
  <w:style w:type="paragraph" w:styleId="Spistreci6">
    <w:name w:val="toc 6"/>
    <w:basedOn w:val="Normalny"/>
    <w:next w:val="Normalny"/>
    <w:autoRedefine/>
    <w:semiHidden/>
    <w:pPr>
      <w:ind w:left="1200"/>
    </w:pPr>
  </w:style>
  <w:style w:type="paragraph" w:styleId="Spistreci7">
    <w:name w:val="toc 7"/>
    <w:basedOn w:val="Normalny"/>
    <w:next w:val="Normalny"/>
    <w:autoRedefine/>
    <w:semiHidden/>
    <w:pPr>
      <w:ind w:left="1440"/>
    </w:pPr>
  </w:style>
  <w:style w:type="paragraph" w:styleId="Spistreci8">
    <w:name w:val="toc 8"/>
    <w:basedOn w:val="Normalny"/>
    <w:next w:val="Normalny"/>
    <w:autoRedefine/>
    <w:semiHidden/>
    <w:pPr>
      <w:ind w:left="1680"/>
    </w:pPr>
  </w:style>
  <w:style w:type="paragraph" w:styleId="Spistreci9">
    <w:name w:val="toc 9"/>
    <w:basedOn w:val="Normalny"/>
    <w:next w:val="Normalny"/>
    <w:autoRedefine/>
    <w:semiHidden/>
    <w:pPr>
      <w:ind w:left="1920"/>
    </w:pPr>
  </w:style>
  <w:style w:type="character" w:styleId="Hipercze">
    <w:name w:val="Hyperlink"/>
    <w:basedOn w:val="Domylnaczcionkaakapitu"/>
    <w:uiPriority w:val="99"/>
    <w:rPr>
      <w:color w:val="0000FF"/>
      <w:u w:val="single"/>
    </w:rPr>
  </w:style>
  <w:style w:type="paragraph" w:customStyle="1" w:styleId="Standartowy">
    <w:name w:val="Standartowy"/>
    <w:basedOn w:val="Normalny"/>
    <w:pPr>
      <w:widowControl w:val="0"/>
      <w:spacing w:line="360" w:lineRule="auto"/>
      <w:jc w:val="both"/>
    </w:pPr>
    <w:rPr>
      <w:rFonts w:ascii="Arial" w:hAnsi="Arial"/>
      <w:kern w:val="28"/>
      <w:szCs w:val="20"/>
    </w:rPr>
  </w:style>
  <w:style w:type="paragraph" w:customStyle="1" w:styleId="tabela">
    <w:name w:val="tabela"/>
    <w:basedOn w:val="Normalny"/>
    <w:pPr>
      <w:suppressAutoHyphens/>
      <w:spacing w:before="100" w:after="100"/>
    </w:pPr>
    <w:rPr>
      <w:rFonts w:ascii="Arial" w:hAnsi="Arial"/>
      <w:snapToGrid w:val="0"/>
      <w:sz w:val="20"/>
      <w:szCs w:val="20"/>
    </w:rPr>
  </w:style>
  <w:style w:type="character" w:customStyle="1" w:styleId="SznakMnoenia">
    <w:name w:val="S_znakMnożenia"/>
    <w:basedOn w:val="Domylnaczcionkaakapitu"/>
    <w:rPr>
      <w:position w:val="1"/>
      <w:vertAlign w:val="subscript"/>
    </w:rPr>
  </w:style>
  <w:style w:type="paragraph" w:customStyle="1" w:styleId="Standardowy3">
    <w:name w:val="Standardowy3"/>
    <w:basedOn w:val="Normalny"/>
    <w:pPr>
      <w:tabs>
        <w:tab w:val="left" w:pos="284"/>
      </w:tabs>
      <w:spacing w:line="192" w:lineRule="exact"/>
      <w:jc w:val="center"/>
    </w:pPr>
    <w:rPr>
      <w:rFonts w:ascii="PL USALight" w:hAnsi="PL USALight"/>
      <w:sz w:val="8"/>
      <w:szCs w:val="20"/>
    </w:rPr>
  </w:style>
  <w:style w:type="paragraph" w:customStyle="1" w:styleId="Standardowy2">
    <w:name w:val="Standardowy2"/>
    <w:basedOn w:val="Normalny"/>
    <w:pPr>
      <w:tabs>
        <w:tab w:val="left" w:pos="284"/>
      </w:tabs>
      <w:spacing w:line="192" w:lineRule="exact"/>
      <w:jc w:val="both"/>
    </w:pPr>
    <w:rPr>
      <w:rFonts w:ascii="PL USALight" w:hAnsi="PL USALight"/>
      <w:sz w:val="10"/>
      <w:szCs w:val="20"/>
    </w:rPr>
  </w:style>
  <w:style w:type="paragraph" w:customStyle="1" w:styleId="Stabela">
    <w:name w:val="S_tabela"/>
    <w:basedOn w:val="Normalny"/>
    <w:next w:val="Normalny"/>
    <w:pPr>
      <w:spacing w:before="240" w:after="72" w:line="192" w:lineRule="exact"/>
      <w:ind w:left="567" w:hanging="567"/>
      <w:jc w:val="both"/>
    </w:pPr>
    <w:rPr>
      <w:rFonts w:ascii="PL USALight" w:hAnsi="PL USALight"/>
      <w:sz w:val="12"/>
      <w:szCs w:val="20"/>
    </w:rPr>
  </w:style>
  <w:style w:type="paragraph" w:customStyle="1" w:styleId="l">
    <w:name w:val="l."/>
    <w:basedOn w:val="Normalny"/>
    <w:pPr>
      <w:jc w:val="both"/>
    </w:pPr>
    <w:rPr>
      <w:szCs w:val="20"/>
    </w:rPr>
  </w:style>
  <w:style w:type="paragraph" w:customStyle="1" w:styleId="Tytutabeli">
    <w:name w:val="Tytuł tabeli"/>
    <w:basedOn w:val="Tekstpodstawowy"/>
    <w:next w:val="Normalny"/>
    <w:pPr>
      <w:spacing w:before="120" w:after="120" w:line="360" w:lineRule="auto"/>
      <w:jc w:val="both"/>
    </w:pPr>
    <w:rPr>
      <w:rFonts w:ascii="Times New Roman" w:hAnsi="Times New Roman"/>
      <w:lang w:val="pl-PL"/>
    </w:rPr>
  </w:style>
  <w:style w:type="paragraph" w:customStyle="1" w:styleId="standardowy30">
    <w:name w:val="standardowy3"/>
    <w:basedOn w:val="Normalny"/>
    <w:pPr>
      <w:spacing w:line="360" w:lineRule="auto"/>
      <w:jc w:val="both"/>
    </w:pPr>
    <w:rPr>
      <w:i/>
      <w:szCs w:val="20"/>
    </w:rPr>
  </w:style>
  <w:style w:type="paragraph" w:styleId="Lista">
    <w:name w:val="List"/>
    <w:basedOn w:val="Tekstpodstawowy"/>
    <w:uiPriority w:val="99"/>
    <w:pPr>
      <w:tabs>
        <w:tab w:val="left" w:pos="720"/>
      </w:tabs>
      <w:spacing w:after="80" w:line="360" w:lineRule="auto"/>
      <w:ind w:left="720" w:hanging="360"/>
      <w:jc w:val="both"/>
    </w:pPr>
    <w:rPr>
      <w:rFonts w:ascii="Times New Roman" w:hAnsi="Times New Roman"/>
      <w:lang w:val="pl-PL"/>
    </w:rPr>
  </w:style>
  <w:style w:type="character" w:styleId="Odwoanieprzypisudolnego">
    <w:name w:val="footnote reference"/>
    <w:basedOn w:val="Domylnaczcionkaakapitu"/>
    <w:semiHidden/>
    <w:rPr>
      <w:vertAlign w:val="superscript"/>
    </w:rPr>
  </w:style>
  <w:style w:type="paragraph" w:customStyle="1" w:styleId="Default">
    <w:name w:val="Default"/>
    <w:qFormat/>
    <w:pPr>
      <w:autoSpaceDE w:val="0"/>
      <w:autoSpaceDN w:val="0"/>
      <w:adjustRightInd w:val="0"/>
    </w:pPr>
    <w:rPr>
      <w:rFonts w:ascii="ArialMT" w:hAnsi="ArialMT"/>
    </w:rPr>
  </w:style>
  <w:style w:type="paragraph" w:customStyle="1" w:styleId="Tekstpodstawowywciety">
    <w:name w:val="Tekst podstawowy wciety"/>
    <w:basedOn w:val="Default"/>
    <w:next w:val="Default"/>
    <w:pPr>
      <w:spacing w:before="1" w:after="1"/>
    </w:pPr>
    <w:rPr>
      <w:szCs w:val="24"/>
    </w:rPr>
  </w:style>
  <w:style w:type="paragraph" w:customStyle="1" w:styleId="Nag3wekstrony">
    <w:name w:val="Nag3ówek strony"/>
    <w:basedOn w:val="Normalny"/>
    <w:next w:val="Normalny"/>
    <w:pPr>
      <w:autoSpaceDE w:val="0"/>
      <w:autoSpaceDN w:val="0"/>
      <w:adjustRightInd w:val="0"/>
      <w:spacing w:before="1" w:after="1"/>
    </w:pPr>
    <w:rPr>
      <w:rFonts w:ascii="ArialMT" w:hAnsi="ArialMT"/>
      <w:sz w:val="20"/>
    </w:rPr>
  </w:style>
  <w:style w:type="paragraph" w:customStyle="1" w:styleId="Standardowy10">
    <w:name w:val="Standardowy+1"/>
    <w:basedOn w:val="Default"/>
    <w:next w:val="Default"/>
    <w:pPr>
      <w:spacing w:before="1" w:after="1"/>
    </w:pPr>
    <w:rPr>
      <w:szCs w:val="24"/>
    </w:rPr>
  </w:style>
  <w:style w:type="paragraph" w:customStyle="1" w:styleId="Nag3wek7">
    <w:name w:val="Nag3ówek 7"/>
    <w:basedOn w:val="Default"/>
    <w:next w:val="Default"/>
    <w:pPr>
      <w:spacing w:before="1" w:after="1"/>
    </w:pPr>
    <w:rPr>
      <w:rFonts w:ascii="Arial-BoldItalicMT" w:hAnsi="Arial-BoldItalicMT"/>
      <w:szCs w:val="24"/>
    </w:rPr>
  </w:style>
  <w:style w:type="character" w:styleId="UyteHipercze">
    <w:name w:val="FollowedHyperlink"/>
    <w:basedOn w:val="Domylnaczcionkaakapitu"/>
    <w:rPr>
      <w:color w:val="800080"/>
      <w:u w:val="single"/>
    </w:rPr>
  </w:style>
  <w:style w:type="paragraph" w:styleId="Tekstprzypisudolnego">
    <w:name w:val="footnote text"/>
    <w:aliases w:val="Podrozdział"/>
    <w:basedOn w:val="Normalny"/>
    <w:link w:val="TekstprzypisudolnegoZnak"/>
    <w:semiHidden/>
    <w:pPr>
      <w:spacing w:before="120"/>
      <w:jc w:val="both"/>
    </w:pPr>
    <w:rPr>
      <w:sz w:val="20"/>
      <w:szCs w:val="20"/>
    </w:rPr>
  </w:style>
  <w:style w:type="paragraph" w:styleId="Tekstdymka">
    <w:name w:val="Balloon Text"/>
    <w:basedOn w:val="Normalny"/>
    <w:link w:val="TekstdymkaZnak"/>
    <w:semiHidden/>
    <w:rsid w:val="003424C3"/>
    <w:rPr>
      <w:rFonts w:ascii="Tahoma" w:hAnsi="Tahoma" w:cs="Tahoma"/>
      <w:sz w:val="16"/>
      <w:szCs w:val="16"/>
    </w:rPr>
  </w:style>
  <w:style w:type="character" w:styleId="Nierozpoznanawzmianka">
    <w:name w:val="Unresolved Mention"/>
    <w:basedOn w:val="Domylnaczcionkaakapitu"/>
    <w:uiPriority w:val="99"/>
    <w:semiHidden/>
    <w:unhideWhenUsed/>
    <w:rsid w:val="00513464"/>
    <w:rPr>
      <w:color w:val="605E5C"/>
      <w:shd w:val="clear" w:color="auto" w:fill="E1DFDD"/>
    </w:rPr>
  </w:style>
  <w:style w:type="paragraph" w:styleId="Akapitzlist">
    <w:name w:val="List Paragraph"/>
    <w:basedOn w:val="Normalny"/>
    <w:uiPriority w:val="34"/>
    <w:qFormat/>
    <w:rsid w:val="00EE3E36"/>
    <w:pPr>
      <w:ind w:left="720"/>
      <w:contextualSpacing/>
    </w:pPr>
  </w:style>
  <w:style w:type="table" w:styleId="Tabela-Siatka">
    <w:name w:val="Table Grid"/>
    <w:basedOn w:val="Standardowy"/>
    <w:uiPriority w:val="59"/>
    <w:rsid w:val="009B5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Znak">
    <w:name w:val="Nagłówek Znak"/>
    <w:basedOn w:val="Domylnaczcionkaakapitu"/>
    <w:link w:val="Nagwek"/>
    <w:uiPriority w:val="99"/>
    <w:rsid w:val="00175020"/>
    <w:rPr>
      <w:rFonts w:ascii="MS Sans Serif" w:hAnsi="MS Sans Serif"/>
      <w:lang w:val="en-US"/>
    </w:rPr>
  </w:style>
  <w:style w:type="character" w:customStyle="1" w:styleId="TekstpodstawowyZnak">
    <w:name w:val="Tekst podstawowy Znak"/>
    <w:aliases w:val="Brødtekst Tegn Tegn Znak,Tekst podstawowy Znak Znak Znak,anita1 Znak1,anita1 Znak Znak"/>
    <w:link w:val="Tekstpodstawowy"/>
    <w:uiPriority w:val="99"/>
    <w:rsid w:val="00C2712B"/>
    <w:rPr>
      <w:rFonts w:ascii="Arial" w:hAnsi="Arial"/>
      <w:sz w:val="24"/>
      <w:lang w:val="en-US"/>
    </w:rPr>
  </w:style>
  <w:style w:type="character" w:customStyle="1" w:styleId="Tekstpodstawowy2Znak">
    <w:name w:val="Tekst podstawowy 2 Znak"/>
    <w:link w:val="Tekstpodstawowy2"/>
    <w:uiPriority w:val="99"/>
    <w:rsid w:val="00A93359"/>
    <w:rPr>
      <w:rFonts w:ascii="Arial" w:hAnsi="Arial"/>
      <w:sz w:val="24"/>
      <w:lang w:val="en-US"/>
    </w:rPr>
  </w:style>
  <w:style w:type="table" w:customStyle="1" w:styleId="TableGrid">
    <w:name w:val="TableGrid"/>
    <w:rsid w:val="005F22A3"/>
    <w:rPr>
      <w:rFonts w:ascii="Aptos" w:hAnsi="Aptos"/>
      <w:kern w:val="2"/>
      <w:sz w:val="24"/>
      <w:szCs w:val="24"/>
      <w14:ligatures w14:val="standardContextual"/>
    </w:rPr>
    <w:tblPr>
      <w:tblCellMar>
        <w:top w:w="0" w:type="dxa"/>
        <w:left w:w="0" w:type="dxa"/>
        <w:bottom w:w="0" w:type="dxa"/>
        <w:right w:w="0" w:type="dxa"/>
      </w:tblCellMar>
    </w:tblPr>
  </w:style>
  <w:style w:type="table" w:customStyle="1" w:styleId="Tabela-Siatka1">
    <w:name w:val="Tabela - Siatka1"/>
    <w:basedOn w:val="Standardowy"/>
    <w:next w:val="Tabela-Siatka"/>
    <w:uiPriority w:val="39"/>
    <w:rsid w:val="00444F4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444F4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zodstpuZnak">
    <w:name w:val="bez odstępu Znak"/>
    <w:link w:val="bezodstpu"/>
    <w:locked/>
    <w:rsid w:val="00D60282"/>
    <w:rPr>
      <w:rFonts w:ascii="Arial" w:hAnsi="Arial" w:cs="Arial"/>
      <w:sz w:val="24"/>
      <w:szCs w:val="22"/>
      <w:lang w:val="x-none" w:eastAsia="x-none"/>
    </w:rPr>
  </w:style>
  <w:style w:type="paragraph" w:customStyle="1" w:styleId="bezodstpu">
    <w:name w:val="bez odstępu"/>
    <w:basedOn w:val="Normalny"/>
    <w:link w:val="bezodstpuZnak"/>
    <w:qFormat/>
    <w:rsid w:val="00D60282"/>
    <w:pPr>
      <w:suppressAutoHyphens/>
      <w:spacing w:before="120" w:after="120" w:line="360" w:lineRule="auto"/>
    </w:pPr>
    <w:rPr>
      <w:rFonts w:ascii="Arial" w:hAnsi="Arial" w:cs="Arial"/>
      <w:szCs w:val="22"/>
      <w:lang w:val="x-none" w:eastAsia="x-none"/>
    </w:rPr>
  </w:style>
  <w:style w:type="paragraph" w:styleId="Tekstprzypisukocowego">
    <w:name w:val="endnote text"/>
    <w:basedOn w:val="Normalny"/>
    <w:link w:val="TekstprzypisukocowegoZnak"/>
    <w:rsid w:val="008B0962"/>
    <w:rPr>
      <w:sz w:val="20"/>
      <w:szCs w:val="20"/>
    </w:rPr>
  </w:style>
  <w:style w:type="character" w:customStyle="1" w:styleId="TekstprzypisukocowegoZnak">
    <w:name w:val="Tekst przypisu końcowego Znak"/>
    <w:basedOn w:val="Domylnaczcionkaakapitu"/>
    <w:link w:val="Tekstprzypisukocowego"/>
    <w:rsid w:val="008B0962"/>
  </w:style>
  <w:style w:type="character" w:styleId="Odwoanieprzypisukocowego">
    <w:name w:val="endnote reference"/>
    <w:basedOn w:val="Domylnaczcionkaakapitu"/>
    <w:rsid w:val="008B0962"/>
    <w:rPr>
      <w:vertAlign w:val="superscript"/>
    </w:rPr>
  </w:style>
  <w:style w:type="character" w:styleId="Tekstzastpczy">
    <w:name w:val="Placeholder Text"/>
    <w:basedOn w:val="Domylnaczcionkaakapitu"/>
    <w:uiPriority w:val="99"/>
    <w:semiHidden/>
    <w:rsid w:val="001153E8"/>
    <w:rPr>
      <w:color w:val="666666"/>
    </w:rPr>
  </w:style>
  <w:style w:type="character" w:styleId="Pogrubienie">
    <w:name w:val="Strong"/>
    <w:basedOn w:val="Domylnaczcionkaakapitu"/>
    <w:uiPriority w:val="22"/>
    <w:qFormat/>
    <w:rsid w:val="00FB0569"/>
    <w:rPr>
      <w:b/>
      <w:bCs/>
    </w:rPr>
  </w:style>
  <w:style w:type="character" w:customStyle="1" w:styleId="katex">
    <w:name w:val="katex"/>
    <w:basedOn w:val="Domylnaczcionkaakapitu"/>
    <w:rsid w:val="00025816"/>
  </w:style>
  <w:style w:type="character" w:styleId="Uwydatnienie">
    <w:name w:val="Emphasis"/>
    <w:basedOn w:val="Domylnaczcionkaakapitu"/>
    <w:uiPriority w:val="20"/>
    <w:qFormat/>
    <w:rsid w:val="005F0C1D"/>
    <w:rPr>
      <w:i/>
      <w:iCs/>
    </w:rPr>
  </w:style>
  <w:style w:type="character" w:styleId="Odwoaniedokomentarza">
    <w:name w:val="annotation reference"/>
    <w:basedOn w:val="Domylnaczcionkaakapitu"/>
    <w:rsid w:val="00E26F76"/>
    <w:rPr>
      <w:sz w:val="16"/>
      <w:szCs w:val="16"/>
    </w:rPr>
  </w:style>
  <w:style w:type="paragraph" w:styleId="Tekstkomentarza">
    <w:name w:val="annotation text"/>
    <w:basedOn w:val="Normalny"/>
    <w:link w:val="TekstkomentarzaZnak"/>
    <w:rsid w:val="00E26F76"/>
    <w:rPr>
      <w:sz w:val="20"/>
      <w:szCs w:val="20"/>
    </w:rPr>
  </w:style>
  <w:style w:type="character" w:customStyle="1" w:styleId="TekstkomentarzaZnak">
    <w:name w:val="Tekst komentarza Znak"/>
    <w:basedOn w:val="Domylnaczcionkaakapitu"/>
    <w:link w:val="Tekstkomentarza"/>
    <w:rsid w:val="00E26F76"/>
  </w:style>
  <w:style w:type="paragraph" w:styleId="Tematkomentarza">
    <w:name w:val="annotation subject"/>
    <w:basedOn w:val="Tekstkomentarza"/>
    <w:next w:val="Tekstkomentarza"/>
    <w:link w:val="TematkomentarzaZnak"/>
    <w:rsid w:val="00E26F76"/>
    <w:rPr>
      <w:b/>
      <w:bCs/>
    </w:rPr>
  </w:style>
  <w:style w:type="character" w:customStyle="1" w:styleId="TematkomentarzaZnak">
    <w:name w:val="Temat komentarza Znak"/>
    <w:basedOn w:val="TekstkomentarzaZnak"/>
    <w:link w:val="Tematkomentarza"/>
    <w:rsid w:val="00E26F76"/>
    <w:rPr>
      <w:b/>
      <w:bCs/>
    </w:rPr>
  </w:style>
  <w:style w:type="character" w:customStyle="1" w:styleId="Nagwek1Znak">
    <w:name w:val="Nagłówek 1 Znak"/>
    <w:aliases w:val="tabulator Znak,Hoofdstuk Znak"/>
    <w:basedOn w:val="Domylnaczcionkaakapitu"/>
    <w:link w:val="Nagwek1"/>
    <w:uiPriority w:val="9"/>
    <w:rsid w:val="00E26F76"/>
    <w:rPr>
      <w:b/>
      <w:sz w:val="24"/>
      <w:lang w:val="en-US"/>
    </w:rPr>
  </w:style>
  <w:style w:type="character" w:customStyle="1" w:styleId="Nagwek2Znak">
    <w:name w:val="Nagłówek 2 Znak"/>
    <w:aliases w:val="Paragraaf Znak"/>
    <w:basedOn w:val="Domylnaczcionkaakapitu"/>
    <w:link w:val="Nagwek2"/>
    <w:uiPriority w:val="9"/>
    <w:rsid w:val="00E26F76"/>
    <w:rPr>
      <w:rFonts w:ascii="Arial" w:hAnsi="Arial"/>
      <w:sz w:val="24"/>
      <w:lang w:val="en-US"/>
    </w:rPr>
  </w:style>
  <w:style w:type="character" w:customStyle="1" w:styleId="Nagwek3Znak">
    <w:name w:val="Nagłówek 3 Znak"/>
    <w:aliases w:val="Subparagraaf Znak"/>
    <w:basedOn w:val="Domylnaczcionkaakapitu"/>
    <w:link w:val="Nagwek3"/>
    <w:uiPriority w:val="9"/>
    <w:rsid w:val="00E26F76"/>
    <w:rPr>
      <w:rFonts w:ascii="Arial" w:hAnsi="Arial"/>
      <w:b/>
      <w:sz w:val="24"/>
      <w:lang w:val="en-US"/>
    </w:rPr>
  </w:style>
  <w:style w:type="character" w:customStyle="1" w:styleId="Nagwek4Znak">
    <w:name w:val="Nagłówek 4 Znak"/>
    <w:basedOn w:val="Domylnaczcionkaakapitu"/>
    <w:link w:val="Nagwek4"/>
    <w:uiPriority w:val="9"/>
    <w:rsid w:val="00E26F76"/>
    <w:rPr>
      <w:rFonts w:ascii="Arial" w:hAnsi="Arial"/>
      <w:sz w:val="24"/>
      <w:szCs w:val="24"/>
      <w:u w:val="single"/>
    </w:rPr>
  </w:style>
  <w:style w:type="character" w:customStyle="1" w:styleId="Nagwek5Znak">
    <w:name w:val="Nagłówek 5 Znak"/>
    <w:basedOn w:val="Domylnaczcionkaakapitu"/>
    <w:link w:val="Nagwek5"/>
    <w:uiPriority w:val="9"/>
    <w:rsid w:val="00E26F76"/>
    <w:rPr>
      <w:rFonts w:ascii="Arial" w:hAnsi="Arial"/>
      <w:b/>
      <w:sz w:val="24"/>
      <w:szCs w:val="24"/>
    </w:rPr>
  </w:style>
  <w:style w:type="character" w:customStyle="1" w:styleId="Nagwek6Znak">
    <w:name w:val="Nagłówek 6 Znak"/>
    <w:basedOn w:val="Domylnaczcionkaakapitu"/>
    <w:link w:val="Nagwek6"/>
    <w:uiPriority w:val="9"/>
    <w:rsid w:val="00E26F76"/>
    <w:rPr>
      <w:rFonts w:ascii="Arial" w:hAnsi="Arial"/>
      <w:b/>
      <w:bCs/>
      <w:color w:val="FF0000"/>
      <w:sz w:val="24"/>
      <w:szCs w:val="24"/>
    </w:rPr>
  </w:style>
  <w:style w:type="character" w:customStyle="1" w:styleId="Nagwek8Znak">
    <w:name w:val="Nagłówek 8 Znak"/>
    <w:basedOn w:val="Domylnaczcionkaakapitu"/>
    <w:link w:val="Nagwek8"/>
    <w:uiPriority w:val="9"/>
    <w:rsid w:val="00E26F76"/>
    <w:rPr>
      <w:rFonts w:ascii="Arial" w:hAnsi="Arial"/>
      <w:b/>
      <w:sz w:val="24"/>
      <w:lang w:val="en-US"/>
    </w:rPr>
  </w:style>
  <w:style w:type="character" w:customStyle="1" w:styleId="TekstpodstawowywcityZnak">
    <w:name w:val="Tekst podstawowy wcięty Znak"/>
    <w:basedOn w:val="Domylnaczcionkaakapitu"/>
    <w:link w:val="Tekstpodstawowywcity"/>
    <w:rsid w:val="00E26F76"/>
    <w:rPr>
      <w:sz w:val="24"/>
      <w:lang w:val="en-US"/>
    </w:rPr>
  </w:style>
  <w:style w:type="character" w:customStyle="1" w:styleId="Tekstpodstawowywcity2Znak">
    <w:name w:val="Tekst podstawowy wcięty 2 Znak"/>
    <w:basedOn w:val="Domylnaczcionkaakapitu"/>
    <w:link w:val="Tekstpodstawowywcity2"/>
    <w:rsid w:val="00E26F76"/>
    <w:rPr>
      <w:rFonts w:ascii="Arial" w:hAnsi="Arial"/>
      <w:sz w:val="24"/>
      <w:lang w:val="en-US"/>
    </w:rPr>
  </w:style>
  <w:style w:type="character" w:customStyle="1" w:styleId="Tekstpodstawowywcity3Znak">
    <w:name w:val="Tekst podstawowy wcięty 3 Znak"/>
    <w:basedOn w:val="Domylnaczcionkaakapitu"/>
    <w:link w:val="Tekstpodstawowywcity3"/>
    <w:rsid w:val="00E26F76"/>
    <w:rPr>
      <w:rFonts w:ascii="Arial" w:hAnsi="Arial"/>
      <w:sz w:val="24"/>
      <w:lang w:val="en-US"/>
    </w:rPr>
  </w:style>
  <w:style w:type="character" w:customStyle="1" w:styleId="Tekstpodstawowy3Znak">
    <w:name w:val="Tekst podstawowy 3 Znak"/>
    <w:basedOn w:val="Domylnaczcionkaakapitu"/>
    <w:link w:val="Tekstpodstawowy3"/>
    <w:uiPriority w:val="99"/>
    <w:rsid w:val="00E26F76"/>
    <w:rPr>
      <w:rFonts w:ascii="Arial" w:hAnsi="Arial"/>
      <w:sz w:val="24"/>
      <w:lang w:val="en-US"/>
    </w:rPr>
  </w:style>
  <w:style w:type="character" w:customStyle="1" w:styleId="StopkaZnak">
    <w:name w:val="Stopka Znak"/>
    <w:basedOn w:val="Domylnaczcionkaakapitu"/>
    <w:link w:val="Stopka"/>
    <w:uiPriority w:val="99"/>
    <w:rsid w:val="00E26F76"/>
    <w:rPr>
      <w:rFonts w:ascii="MS Sans Serif" w:hAnsi="MS Sans Serif"/>
      <w:lang w:val="en-US"/>
    </w:rPr>
  </w:style>
  <w:style w:type="character" w:customStyle="1" w:styleId="MapadokumentuZnak">
    <w:name w:val="Mapa dokumentu Znak"/>
    <w:basedOn w:val="Domylnaczcionkaakapitu"/>
    <w:link w:val="Mapadokumentu"/>
    <w:semiHidden/>
    <w:rsid w:val="00E26F76"/>
    <w:rPr>
      <w:rFonts w:ascii="Tahoma" w:hAnsi="Tahoma" w:cs="Tahoma"/>
      <w:sz w:val="24"/>
      <w:szCs w:val="24"/>
      <w:shd w:val="clear" w:color="auto" w:fill="000080"/>
    </w:rPr>
  </w:style>
  <w:style w:type="character" w:customStyle="1" w:styleId="TekstprzypisudolnegoZnak">
    <w:name w:val="Tekst przypisu dolnego Znak"/>
    <w:aliases w:val="Podrozdział Znak"/>
    <w:basedOn w:val="Domylnaczcionkaakapitu"/>
    <w:link w:val="Tekstprzypisudolnego"/>
    <w:semiHidden/>
    <w:rsid w:val="00E26F76"/>
  </w:style>
  <w:style w:type="character" w:customStyle="1" w:styleId="TekstdymkaZnak">
    <w:name w:val="Tekst dymka Znak"/>
    <w:basedOn w:val="Domylnaczcionkaakapitu"/>
    <w:link w:val="Tekstdymka"/>
    <w:semiHidden/>
    <w:rsid w:val="00E26F76"/>
    <w:rPr>
      <w:rFonts w:ascii="Tahoma" w:hAnsi="Tahoma" w:cs="Tahoma"/>
      <w:sz w:val="16"/>
      <w:szCs w:val="16"/>
    </w:rPr>
  </w:style>
  <w:style w:type="character" w:customStyle="1" w:styleId="Nagwek7Znak">
    <w:name w:val="Nagłówek 7 Znak"/>
    <w:basedOn w:val="Domylnaczcionkaakapitu"/>
    <w:link w:val="Nagwek7"/>
    <w:uiPriority w:val="9"/>
    <w:semiHidden/>
    <w:rsid w:val="004674D5"/>
    <w:rPr>
      <w:rFonts w:asciiTheme="majorHAnsi" w:eastAsiaTheme="majorEastAsia" w:hAnsiTheme="majorHAnsi" w:cstheme="majorBidi"/>
      <w:i/>
      <w:iCs/>
      <w:color w:val="404040" w:themeColor="text1" w:themeTint="BF"/>
      <w:sz w:val="22"/>
      <w:szCs w:val="22"/>
      <w:lang w:val="en-US" w:eastAsia="en-US"/>
    </w:rPr>
  </w:style>
  <w:style w:type="character" w:customStyle="1" w:styleId="Nagwek9Znak">
    <w:name w:val="Nagłówek 9 Znak"/>
    <w:basedOn w:val="Domylnaczcionkaakapitu"/>
    <w:link w:val="Nagwek9"/>
    <w:uiPriority w:val="9"/>
    <w:semiHidden/>
    <w:rsid w:val="004674D5"/>
    <w:rPr>
      <w:rFonts w:asciiTheme="majorHAnsi" w:eastAsiaTheme="majorEastAsia" w:hAnsiTheme="majorHAnsi" w:cstheme="majorBidi"/>
      <w:i/>
      <w:iCs/>
      <w:color w:val="404040" w:themeColor="text1" w:themeTint="BF"/>
      <w:lang w:val="en-US" w:eastAsia="en-US"/>
    </w:rPr>
  </w:style>
  <w:style w:type="paragraph" w:styleId="Bezodstpw">
    <w:name w:val="No Spacing"/>
    <w:uiPriority w:val="1"/>
    <w:qFormat/>
    <w:rsid w:val="004674D5"/>
    <w:rPr>
      <w:rFonts w:asciiTheme="minorHAnsi" w:eastAsiaTheme="minorEastAsia" w:hAnsiTheme="minorHAnsi" w:cstheme="minorBidi"/>
      <w:sz w:val="22"/>
      <w:szCs w:val="22"/>
      <w:lang w:val="en-US" w:eastAsia="en-US"/>
    </w:rPr>
  </w:style>
  <w:style w:type="paragraph" w:styleId="Tytu">
    <w:name w:val="Title"/>
    <w:basedOn w:val="Normalny"/>
    <w:next w:val="Normalny"/>
    <w:link w:val="TytuZnak"/>
    <w:uiPriority w:val="10"/>
    <w:qFormat/>
    <w:rsid w:val="004674D5"/>
    <w:pPr>
      <w:pBdr>
        <w:bottom w:val="single" w:sz="8" w:space="4" w:color="156082" w:themeColor="accent1"/>
      </w:pBdr>
      <w:spacing w:after="300"/>
      <w:contextualSpacing/>
    </w:pPr>
    <w:rPr>
      <w:rFonts w:asciiTheme="majorHAnsi" w:eastAsiaTheme="majorEastAsia" w:hAnsiTheme="majorHAnsi" w:cstheme="majorBidi"/>
      <w:color w:val="0A1D30" w:themeColor="text2" w:themeShade="BF"/>
      <w:spacing w:val="5"/>
      <w:kern w:val="28"/>
      <w:sz w:val="52"/>
      <w:szCs w:val="52"/>
      <w:lang w:val="en-US" w:eastAsia="en-US"/>
    </w:rPr>
  </w:style>
  <w:style w:type="character" w:customStyle="1" w:styleId="TytuZnak">
    <w:name w:val="Tytuł Znak"/>
    <w:basedOn w:val="Domylnaczcionkaakapitu"/>
    <w:link w:val="Tytu"/>
    <w:uiPriority w:val="10"/>
    <w:rsid w:val="004674D5"/>
    <w:rPr>
      <w:rFonts w:asciiTheme="majorHAnsi" w:eastAsiaTheme="majorEastAsia" w:hAnsiTheme="majorHAnsi" w:cstheme="majorBidi"/>
      <w:color w:val="0A1D30" w:themeColor="text2" w:themeShade="BF"/>
      <w:spacing w:val="5"/>
      <w:kern w:val="28"/>
      <w:sz w:val="52"/>
      <w:szCs w:val="52"/>
      <w:lang w:val="en-US" w:eastAsia="en-US"/>
    </w:rPr>
  </w:style>
  <w:style w:type="paragraph" w:styleId="Podtytu">
    <w:name w:val="Subtitle"/>
    <w:basedOn w:val="Normalny"/>
    <w:next w:val="Normalny"/>
    <w:link w:val="PodtytuZnak"/>
    <w:uiPriority w:val="11"/>
    <w:qFormat/>
    <w:rsid w:val="004674D5"/>
    <w:pPr>
      <w:numPr>
        <w:ilvl w:val="1"/>
      </w:numPr>
      <w:spacing w:after="200" w:line="276" w:lineRule="auto"/>
    </w:pPr>
    <w:rPr>
      <w:rFonts w:asciiTheme="majorHAnsi" w:eastAsiaTheme="majorEastAsia" w:hAnsiTheme="majorHAnsi" w:cstheme="majorBidi"/>
      <w:i/>
      <w:iCs/>
      <w:color w:val="156082" w:themeColor="accent1"/>
      <w:spacing w:val="15"/>
      <w:lang w:val="en-US" w:eastAsia="en-US"/>
    </w:rPr>
  </w:style>
  <w:style w:type="character" w:customStyle="1" w:styleId="PodtytuZnak">
    <w:name w:val="Podtytuł Znak"/>
    <w:basedOn w:val="Domylnaczcionkaakapitu"/>
    <w:link w:val="Podtytu"/>
    <w:uiPriority w:val="11"/>
    <w:rsid w:val="004674D5"/>
    <w:rPr>
      <w:rFonts w:asciiTheme="majorHAnsi" w:eastAsiaTheme="majorEastAsia" w:hAnsiTheme="majorHAnsi" w:cstheme="majorBidi"/>
      <w:i/>
      <w:iCs/>
      <w:color w:val="156082" w:themeColor="accent1"/>
      <w:spacing w:val="15"/>
      <w:sz w:val="24"/>
      <w:szCs w:val="24"/>
      <w:lang w:val="en-US" w:eastAsia="en-US"/>
    </w:rPr>
  </w:style>
  <w:style w:type="paragraph" w:styleId="Lista2">
    <w:name w:val="List 2"/>
    <w:basedOn w:val="Normalny"/>
    <w:uiPriority w:val="99"/>
    <w:unhideWhenUsed/>
    <w:rsid w:val="004674D5"/>
    <w:pPr>
      <w:spacing w:after="200" w:line="276" w:lineRule="auto"/>
      <w:ind w:left="720" w:hanging="360"/>
      <w:contextualSpacing/>
    </w:pPr>
    <w:rPr>
      <w:rFonts w:asciiTheme="minorHAnsi" w:eastAsiaTheme="minorEastAsia" w:hAnsiTheme="minorHAnsi" w:cstheme="minorBidi"/>
      <w:sz w:val="22"/>
      <w:szCs w:val="22"/>
      <w:lang w:val="en-US" w:eastAsia="en-US"/>
    </w:rPr>
  </w:style>
  <w:style w:type="paragraph" w:styleId="Lista3">
    <w:name w:val="List 3"/>
    <w:basedOn w:val="Normalny"/>
    <w:uiPriority w:val="99"/>
    <w:unhideWhenUsed/>
    <w:rsid w:val="004674D5"/>
    <w:pPr>
      <w:spacing w:after="200" w:line="276" w:lineRule="auto"/>
      <w:ind w:left="1080" w:hanging="360"/>
      <w:contextualSpacing/>
    </w:pPr>
    <w:rPr>
      <w:rFonts w:asciiTheme="minorHAnsi" w:eastAsiaTheme="minorEastAsia" w:hAnsiTheme="minorHAnsi" w:cstheme="minorBidi"/>
      <w:sz w:val="22"/>
      <w:szCs w:val="22"/>
      <w:lang w:val="en-US" w:eastAsia="en-US"/>
    </w:rPr>
  </w:style>
  <w:style w:type="paragraph" w:styleId="Listapunktowana">
    <w:name w:val="List Bullet"/>
    <w:basedOn w:val="Normalny"/>
    <w:uiPriority w:val="99"/>
    <w:unhideWhenUsed/>
    <w:rsid w:val="004674D5"/>
    <w:pPr>
      <w:numPr>
        <w:numId w:val="19"/>
      </w:numPr>
      <w:tabs>
        <w:tab w:val="clear" w:pos="36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punktowana2">
    <w:name w:val="List Bullet 2"/>
    <w:basedOn w:val="Normalny"/>
    <w:uiPriority w:val="99"/>
    <w:unhideWhenUsed/>
    <w:rsid w:val="004674D5"/>
    <w:pPr>
      <w:numPr>
        <w:numId w:val="20"/>
      </w:numPr>
      <w:tabs>
        <w:tab w:val="clear" w:pos="72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punktowana3">
    <w:name w:val="List Bullet 3"/>
    <w:basedOn w:val="Normalny"/>
    <w:uiPriority w:val="99"/>
    <w:unhideWhenUsed/>
    <w:rsid w:val="004674D5"/>
    <w:pPr>
      <w:numPr>
        <w:numId w:val="21"/>
      </w:numPr>
      <w:tabs>
        <w:tab w:val="clear" w:pos="108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numerowana">
    <w:name w:val="List Number"/>
    <w:basedOn w:val="Normalny"/>
    <w:uiPriority w:val="99"/>
    <w:unhideWhenUsed/>
    <w:rsid w:val="004674D5"/>
    <w:pPr>
      <w:numPr>
        <w:numId w:val="23"/>
      </w:numPr>
      <w:tabs>
        <w:tab w:val="clear" w:pos="36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numerowana2">
    <w:name w:val="List Number 2"/>
    <w:basedOn w:val="Normalny"/>
    <w:uiPriority w:val="99"/>
    <w:unhideWhenUsed/>
    <w:rsid w:val="004674D5"/>
    <w:pPr>
      <w:numPr>
        <w:numId w:val="24"/>
      </w:numPr>
      <w:tabs>
        <w:tab w:val="clear" w:pos="72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numerowana3">
    <w:name w:val="List Number 3"/>
    <w:basedOn w:val="Normalny"/>
    <w:uiPriority w:val="99"/>
    <w:unhideWhenUsed/>
    <w:rsid w:val="004674D5"/>
    <w:pPr>
      <w:numPr>
        <w:numId w:val="25"/>
      </w:numPr>
      <w:tabs>
        <w:tab w:val="clear" w:pos="108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kontynuacja">
    <w:name w:val="List Continue"/>
    <w:basedOn w:val="Normalny"/>
    <w:uiPriority w:val="99"/>
    <w:unhideWhenUsed/>
    <w:rsid w:val="004674D5"/>
    <w:pPr>
      <w:spacing w:after="120" w:line="276" w:lineRule="auto"/>
      <w:ind w:left="360"/>
      <w:contextualSpacing/>
    </w:pPr>
    <w:rPr>
      <w:rFonts w:asciiTheme="minorHAnsi" w:eastAsiaTheme="minorEastAsia" w:hAnsiTheme="minorHAnsi" w:cstheme="minorBidi"/>
      <w:sz w:val="22"/>
      <w:szCs w:val="22"/>
      <w:lang w:val="en-US" w:eastAsia="en-US"/>
    </w:rPr>
  </w:style>
  <w:style w:type="paragraph" w:styleId="Lista-kontynuacja2">
    <w:name w:val="List Continue 2"/>
    <w:basedOn w:val="Normalny"/>
    <w:uiPriority w:val="99"/>
    <w:unhideWhenUsed/>
    <w:rsid w:val="004674D5"/>
    <w:pPr>
      <w:spacing w:after="120" w:line="276" w:lineRule="auto"/>
      <w:ind w:left="720"/>
      <w:contextualSpacing/>
    </w:pPr>
    <w:rPr>
      <w:rFonts w:asciiTheme="minorHAnsi" w:eastAsiaTheme="minorEastAsia" w:hAnsiTheme="minorHAnsi" w:cstheme="minorBidi"/>
      <w:sz w:val="22"/>
      <w:szCs w:val="22"/>
      <w:lang w:val="en-US" w:eastAsia="en-US"/>
    </w:rPr>
  </w:style>
  <w:style w:type="paragraph" w:styleId="Lista-kontynuacja3">
    <w:name w:val="List Continue 3"/>
    <w:basedOn w:val="Normalny"/>
    <w:uiPriority w:val="99"/>
    <w:unhideWhenUsed/>
    <w:rsid w:val="004674D5"/>
    <w:pPr>
      <w:spacing w:after="120" w:line="276" w:lineRule="auto"/>
      <w:ind w:left="1080"/>
      <w:contextualSpacing/>
    </w:pPr>
    <w:rPr>
      <w:rFonts w:asciiTheme="minorHAnsi" w:eastAsiaTheme="minorEastAsia" w:hAnsiTheme="minorHAnsi" w:cstheme="minorBidi"/>
      <w:sz w:val="22"/>
      <w:szCs w:val="22"/>
      <w:lang w:val="en-US" w:eastAsia="en-US"/>
    </w:rPr>
  </w:style>
  <w:style w:type="paragraph" w:styleId="Tekstmakra">
    <w:name w:val="macro"/>
    <w:link w:val="TekstmakraZnak"/>
    <w:uiPriority w:val="99"/>
    <w:unhideWhenUsed/>
    <w:rsid w:val="004674D5"/>
    <w:pPr>
      <w:tabs>
        <w:tab w:val="left" w:pos="576"/>
        <w:tab w:val="left" w:pos="1152"/>
        <w:tab w:val="left" w:pos="1728"/>
        <w:tab w:val="left" w:pos="2304"/>
        <w:tab w:val="left" w:pos="2880"/>
        <w:tab w:val="left" w:pos="3456"/>
        <w:tab w:val="left" w:pos="4032"/>
      </w:tabs>
      <w:spacing w:after="200" w:line="276" w:lineRule="auto"/>
    </w:pPr>
    <w:rPr>
      <w:rFonts w:ascii="Courier" w:eastAsiaTheme="minorEastAsia" w:hAnsi="Courier" w:cstheme="minorBidi"/>
      <w:lang w:val="en-US" w:eastAsia="en-US"/>
    </w:rPr>
  </w:style>
  <w:style w:type="character" w:customStyle="1" w:styleId="TekstmakraZnak">
    <w:name w:val="Tekst makra Znak"/>
    <w:basedOn w:val="Domylnaczcionkaakapitu"/>
    <w:link w:val="Tekstmakra"/>
    <w:uiPriority w:val="99"/>
    <w:rsid w:val="004674D5"/>
    <w:rPr>
      <w:rFonts w:ascii="Courier" w:eastAsiaTheme="minorEastAsia" w:hAnsi="Courier" w:cstheme="minorBidi"/>
      <w:lang w:val="en-US" w:eastAsia="en-US"/>
    </w:rPr>
  </w:style>
  <w:style w:type="paragraph" w:styleId="Cytat">
    <w:name w:val="Quote"/>
    <w:basedOn w:val="Normalny"/>
    <w:next w:val="Normalny"/>
    <w:link w:val="CytatZnak"/>
    <w:uiPriority w:val="29"/>
    <w:qFormat/>
    <w:rsid w:val="004674D5"/>
    <w:pPr>
      <w:spacing w:after="200" w:line="276" w:lineRule="auto"/>
    </w:pPr>
    <w:rPr>
      <w:rFonts w:asciiTheme="minorHAnsi" w:eastAsiaTheme="minorEastAsia" w:hAnsiTheme="minorHAnsi" w:cstheme="minorBidi"/>
      <w:i/>
      <w:iCs/>
      <w:color w:val="000000" w:themeColor="text1"/>
      <w:sz w:val="22"/>
      <w:szCs w:val="22"/>
      <w:lang w:val="en-US" w:eastAsia="en-US"/>
    </w:rPr>
  </w:style>
  <w:style w:type="character" w:customStyle="1" w:styleId="CytatZnak">
    <w:name w:val="Cytat Znak"/>
    <w:basedOn w:val="Domylnaczcionkaakapitu"/>
    <w:link w:val="Cytat"/>
    <w:uiPriority w:val="29"/>
    <w:rsid w:val="004674D5"/>
    <w:rPr>
      <w:rFonts w:asciiTheme="minorHAnsi" w:eastAsiaTheme="minorEastAsia" w:hAnsiTheme="minorHAnsi" w:cstheme="minorBidi"/>
      <w:i/>
      <w:iCs/>
      <w:color w:val="000000" w:themeColor="text1"/>
      <w:sz w:val="22"/>
      <w:szCs w:val="22"/>
      <w:lang w:val="en-US" w:eastAsia="en-US"/>
    </w:rPr>
  </w:style>
  <w:style w:type="paragraph" w:styleId="Cytatintensywny">
    <w:name w:val="Intense Quote"/>
    <w:basedOn w:val="Normalny"/>
    <w:next w:val="Normalny"/>
    <w:link w:val="CytatintensywnyZnak"/>
    <w:uiPriority w:val="30"/>
    <w:qFormat/>
    <w:rsid w:val="004674D5"/>
    <w:pPr>
      <w:pBdr>
        <w:bottom w:val="single" w:sz="4" w:space="4" w:color="156082" w:themeColor="accent1"/>
      </w:pBdr>
      <w:spacing w:before="200" w:after="280" w:line="276" w:lineRule="auto"/>
      <w:ind w:left="936" w:right="936"/>
    </w:pPr>
    <w:rPr>
      <w:rFonts w:asciiTheme="minorHAnsi" w:eastAsiaTheme="minorEastAsia" w:hAnsiTheme="minorHAnsi" w:cstheme="minorBidi"/>
      <w:b/>
      <w:bCs/>
      <w:i/>
      <w:iCs/>
      <w:color w:val="156082" w:themeColor="accent1"/>
      <w:sz w:val="22"/>
      <w:szCs w:val="22"/>
      <w:lang w:val="en-US" w:eastAsia="en-US"/>
    </w:rPr>
  </w:style>
  <w:style w:type="character" w:customStyle="1" w:styleId="CytatintensywnyZnak">
    <w:name w:val="Cytat intensywny Znak"/>
    <w:basedOn w:val="Domylnaczcionkaakapitu"/>
    <w:link w:val="Cytatintensywny"/>
    <w:uiPriority w:val="30"/>
    <w:rsid w:val="004674D5"/>
    <w:rPr>
      <w:rFonts w:asciiTheme="minorHAnsi" w:eastAsiaTheme="minorEastAsia" w:hAnsiTheme="minorHAnsi" w:cstheme="minorBidi"/>
      <w:b/>
      <w:bCs/>
      <w:i/>
      <w:iCs/>
      <w:color w:val="156082" w:themeColor="accent1"/>
      <w:sz w:val="22"/>
      <w:szCs w:val="22"/>
      <w:lang w:val="en-US" w:eastAsia="en-US"/>
    </w:rPr>
  </w:style>
  <w:style w:type="character" w:styleId="Wyrnieniedelikatne">
    <w:name w:val="Subtle Emphasis"/>
    <w:basedOn w:val="Domylnaczcionkaakapitu"/>
    <w:uiPriority w:val="19"/>
    <w:qFormat/>
    <w:rsid w:val="004674D5"/>
    <w:rPr>
      <w:i/>
      <w:iCs/>
      <w:color w:val="808080" w:themeColor="text1" w:themeTint="7F"/>
    </w:rPr>
  </w:style>
  <w:style w:type="character" w:styleId="Wyrnienieintensywne">
    <w:name w:val="Intense Emphasis"/>
    <w:basedOn w:val="Domylnaczcionkaakapitu"/>
    <w:uiPriority w:val="21"/>
    <w:qFormat/>
    <w:rsid w:val="004674D5"/>
    <w:rPr>
      <w:b/>
      <w:bCs/>
      <w:i/>
      <w:iCs/>
      <w:color w:val="156082" w:themeColor="accent1"/>
    </w:rPr>
  </w:style>
  <w:style w:type="character" w:styleId="Odwoaniedelikatne">
    <w:name w:val="Subtle Reference"/>
    <w:basedOn w:val="Domylnaczcionkaakapitu"/>
    <w:uiPriority w:val="31"/>
    <w:qFormat/>
    <w:rsid w:val="004674D5"/>
    <w:rPr>
      <w:smallCaps/>
      <w:color w:val="E97132" w:themeColor="accent2"/>
      <w:u w:val="single"/>
    </w:rPr>
  </w:style>
  <w:style w:type="character" w:styleId="Odwoanieintensywne">
    <w:name w:val="Intense Reference"/>
    <w:basedOn w:val="Domylnaczcionkaakapitu"/>
    <w:uiPriority w:val="32"/>
    <w:qFormat/>
    <w:rsid w:val="004674D5"/>
    <w:rPr>
      <w:b/>
      <w:bCs/>
      <w:smallCaps/>
      <w:color w:val="E97132" w:themeColor="accent2"/>
      <w:spacing w:val="5"/>
      <w:u w:val="single"/>
    </w:rPr>
  </w:style>
  <w:style w:type="character" w:styleId="Tytuksiki">
    <w:name w:val="Book Title"/>
    <w:basedOn w:val="Domylnaczcionkaakapitu"/>
    <w:uiPriority w:val="33"/>
    <w:qFormat/>
    <w:rsid w:val="004674D5"/>
    <w:rPr>
      <w:b/>
      <w:bCs/>
      <w:smallCaps/>
      <w:spacing w:val="5"/>
    </w:rPr>
  </w:style>
  <w:style w:type="paragraph" w:styleId="Nagwekspisutreci">
    <w:name w:val="TOC Heading"/>
    <w:basedOn w:val="Nagwek1"/>
    <w:next w:val="Normalny"/>
    <w:uiPriority w:val="39"/>
    <w:semiHidden/>
    <w:unhideWhenUsed/>
    <w:qFormat/>
    <w:rsid w:val="004674D5"/>
    <w:pPr>
      <w:keepLines/>
      <w:spacing w:before="480" w:line="276" w:lineRule="auto"/>
      <w:jc w:val="left"/>
      <w:outlineLvl w:val="9"/>
    </w:pPr>
    <w:rPr>
      <w:rFonts w:asciiTheme="majorHAnsi" w:eastAsiaTheme="majorEastAsia" w:hAnsiTheme="majorHAnsi" w:cstheme="majorBidi"/>
      <w:bCs/>
      <w:color w:val="0F4761" w:themeColor="accent1" w:themeShade="BF"/>
      <w:sz w:val="28"/>
      <w:szCs w:val="28"/>
      <w:lang w:eastAsia="en-US"/>
    </w:rPr>
  </w:style>
  <w:style w:type="table" w:styleId="Jasnecieniowanie">
    <w:name w:val="Light Shading"/>
    <w:basedOn w:val="Standardowy"/>
    <w:uiPriority w:val="60"/>
    <w:rsid w:val="004674D5"/>
    <w:rPr>
      <w:rFonts w:asciiTheme="minorHAnsi" w:eastAsiaTheme="minorEastAsia" w:hAnsiTheme="minorHAnsi" w:cstheme="minorBidi"/>
      <w:color w:val="000000" w:themeColor="text1" w:themeShade="BF"/>
      <w:sz w:val="22"/>
      <w:szCs w:val="22"/>
      <w:lang w:val="en-US"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Jasnecieniowanieakcent1">
    <w:name w:val="Light Shading Accent 1"/>
    <w:basedOn w:val="Standardowy"/>
    <w:uiPriority w:val="60"/>
    <w:rsid w:val="004674D5"/>
    <w:rPr>
      <w:rFonts w:asciiTheme="minorHAnsi" w:eastAsiaTheme="minorEastAsia" w:hAnsiTheme="minorHAnsi" w:cstheme="minorBidi"/>
      <w:color w:val="0F4761" w:themeColor="accent1" w:themeShade="BF"/>
      <w:sz w:val="22"/>
      <w:szCs w:val="22"/>
      <w:lang w:val="en-US" w:eastAsia="en-US"/>
    </w:rPr>
    <w:tblPr>
      <w:tblStyleRowBandSize w:val="1"/>
      <w:tblStyleColBandSize w:val="1"/>
      <w:tblBorders>
        <w:top w:val="single" w:sz="8" w:space="0" w:color="156082" w:themeColor="accent1"/>
        <w:bottom w:val="single" w:sz="8" w:space="0" w:color="156082" w:themeColor="accent1"/>
      </w:tblBorders>
    </w:tblPr>
    <w:tblStylePr w:type="fir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la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left w:val="nil"/>
          <w:right w:val="nil"/>
          <w:insideH w:val="nil"/>
          <w:insideV w:val="nil"/>
        </w:tcBorders>
        <w:shd w:val="clear" w:color="auto" w:fill="B2DEF2" w:themeFill="accent1" w:themeFillTint="3F"/>
      </w:tcPr>
    </w:tblStylePr>
  </w:style>
  <w:style w:type="table" w:styleId="Jasnecieniowanieakcent2">
    <w:name w:val="Light Shading Accent 2"/>
    <w:basedOn w:val="Standardowy"/>
    <w:uiPriority w:val="60"/>
    <w:rsid w:val="004674D5"/>
    <w:rPr>
      <w:rFonts w:asciiTheme="minorHAnsi" w:eastAsiaTheme="minorEastAsia" w:hAnsiTheme="minorHAnsi" w:cstheme="minorBidi"/>
      <w:color w:val="BF4E14" w:themeColor="accent2" w:themeShade="BF"/>
      <w:sz w:val="22"/>
      <w:szCs w:val="22"/>
      <w:lang w:val="en-US" w:eastAsia="en-US"/>
    </w:rPr>
    <w:tblPr>
      <w:tblStyleRowBandSize w:val="1"/>
      <w:tblStyleColBandSize w:val="1"/>
      <w:tblBorders>
        <w:top w:val="single" w:sz="8" w:space="0" w:color="E97132" w:themeColor="accent2"/>
        <w:bottom w:val="single" w:sz="8" w:space="0" w:color="E97132" w:themeColor="accent2"/>
      </w:tblBorders>
    </w:tblPr>
    <w:tblStylePr w:type="fir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la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left w:val="nil"/>
          <w:right w:val="nil"/>
          <w:insideH w:val="nil"/>
          <w:insideV w:val="nil"/>
        </w:tcBorders>
        <w:shd w:val="clear" w:color="auto" w:fill="F9DBCC" w:themeFill="accent2" w:themeFillTint="3F"/>
      </w:tcPr>
    </w:tblStylePr>
  </w:style>
  <w:style w:type="table" w:styleId="Jasnecieniowanieakcent3">
    <w:name w:val="Light Shading Accent 3"/>
    <w:basedOn w:val="Standardowy"/>
    <w:uiPriority w:val="60"/>
    <w:rsid w:val="004674D5"/>
    <w:rPr>
      <w:rFonts w:asciiTheme="minorHAnsi" w:eastAsiaTheme="minorEastAsia" w:hAnsiTheme="minorHAnsi" w:cstheme="minorBidi"/>
      <w:color w:val="124F1A" w:themeColor="accent3" w:themeShade="BF"/>
      <w:sz w:val="22"/>
      <w:szCs w:val="22"/>
      <w:lang w:val="en-US" w:eastAsia="en-US"/>
    </w:rPr>
    <w:tblPr>
      <w:tblStyleRowBandSize w:val="1"/>
      <w:tblStyleColBandSize w:val="1"/>
      <w:tblBorders>
        <w:top w:val="single" w:sz="8" w:space="0" w:color="196B24" w:themeColor="accent3"/>
        <w:bottom w:val="single" w:sz="8" w:space="0" w:color="196B24" w:themeColor="accent3"/>
      </w:tblBorders>
    </w:tblPr>
    <w:tblStylePr w:type="fir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la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left w:val="nil"/>
          <w:right w:val="nil"/>
          <w:insideH w:val="nil"/>
          <w:insideV w:val="nil"/>
        </w:tcBorders>
        <w:shd w:val="clear" w:color="auto" w:fill="B3EDBA" w:themeFill="accent3" w:themeFillTint="3F"/>
      </w:tcPr>
    </w:tblStylePr>
  </w:style>
  <w:style w:type="table" w:styleId="Jasnecieniowanieakcent4">
    <w:name w:val="Light Shading Accent 4"/>
    <w:basedOn w:val="Standardowy"/>
    <w:uiPriority w:val="60"/>
    <w:rsid w:val="004674D5"/>
    <w:rPr>
      <w:rFonts w:asciiTheme="minorHAnsi" w:eastAsiaTheme="minorEastAsia" w:hAnsiTheme="minorHAnsi" w:cstheme="minorBidi"/>
      <w:color w:val="0B769F" w:themeColor="accent4" w:themeShade="BF"/>
      <w:sz w:val="22"/>
      <w:szCs w:val="22"/>
      <w:lang w:val="en-US" w:eastAsia="en-US"/>
    </w:rPr>
    <w:tblPr>
      <w:tblStyleRowBandSize w:val="1"/>
      <w:tblStyleColBandSize w:val="1"/>
      <w:tblBorders>
        <w:top w:val="single" w:sz="8" w:space="0" w:color="0F9ED5" w:themeColor="accent4"/>
        <w:bottom w:val="single" w:sz="8" w:space="0" w:color="0F9ED5" w:themeColor="accent4"/>
      </w:tblBorders>
    </w:tblPr>
    <w:tblStylePr w:type="fir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la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left w:val="nil"/>
          <w:right w:val="nil"/>
          <w:insideH w:val="nil"/>
          <w:insideV w:val="nil"/>
        </w:tcBorders>
        <w:shd w:val="clear" w:color="auto" w:fill="BDE9FA" w:themeFill="accent4" w:themeFillTint="3F"/>
      </w:tcPr>
    </w:tblStylePr>
  </w:style>
  <w:style w:type="table" w:styleId="Jasnecieniowanieakcent5">
    <w:name w:val="Light Shading Accent 5"/>
    <w:basedOn w:val="Standardowy"/>
    <w:uiPriority w:val="60"/>
    <w:rsid w:val="004674D5"/>
    <w:rPr>
      <w:rFonts w:asciiTheme="minorHAnsi" w:eastAsiaTheme="minorEastAsia" w:hAnsiTheme="minorHAnsi" w:cstheme="minorBidi"/>
      <w:color w:val="77206D" w:themeColor="accent5" w:themeShade="BF"/>
      <w:sz w:val="22"/>
      <w:szCs w:val="22"/>
      <w:lang w:val="en-US" w:eastAsia="en-US"/>
    </w:rPr>
    <w:tblPr>
      <w:tblStyleRowBandSize w:val="1"/>
      <w:tblStyleColBandSize w:val="1"/>
      <w:tblBorders>
        <w:top w:val="single" w:sz="8" w:space="0" w:color="A02B93" w:themeColor="accent5"/>
        <w:bottom w:val="single" w:sz="8" w:space="0" w:color="A02B93" w:themeColor="accent5"/>
      </w:tblBorders>
    </w:tblPr>
    <w:tblStylePr w:type="fir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la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left w:val="nil"/>
          <w:right w:val="nil"/>
          <w:insideH w:val="nil"/>
          <w:insideV w:val="nil"/>
        </w:tcBorders>
        <w:shd w:val="clear" w:color="auto" w:fill="EFC3E9" w:themeFill="accent5" w:themeFillTint="3F"/>
      </w:tcPr>
    </w:tblStylePr>
  </w:style>
  <w:style w:type="table" w:styleId="Jasnecieniowanieakcent6">
    <w:name w:val="Light Shading Accent 6"/>
    <w:basedOn w:val="Standardowy"/>
    <w:uiPriority w:val="60"/>
    <w:rsid w:val="004674D5"/>
    <w:rPr>
      <w:rFonts w:asciiTheme="minorHAnsi" w:eastAsiaTheme="minorEastAsia" w:hAnsiTheme="minorHAnsi" w:cstheme="minorBidi"/>
      <w:color w:val="3A7C22" w:themeColor="accent6" w:themeShade="BF"/>
      <w:sz w:val="22"/>
      <w:szCs w:val="22"/>
      <w:lang w:val="en-US" w:eastAsia="en-US"/>
    </w:rPr>
    <w:tblPr>
      <w:tblStyleRowBandSize w:val="1"/>
      <w:tblStyleColBandSize w:val="1"/>
      <w:tblBorders>
        <w:top w:val="single" w:sz="8" w:space="0" w:color="4EA72E" w:themeColor="accent6"/>
        <w:bottom w:val="single" w:sz="8" w:space="0" w:color="4EA72E" w:themeColor="accent6"/>
      </w:tblBorders>
    </w:tblPr>
    <w:tblStylePr w:type="fir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la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left w:val="nil"/>
          <w:right w:val="nil"/>
          <w:insideH w:val="nil"/>
          <w:insideV w:val="nil"/>
        </w:tcBorders>
        <w:shd w:val="clear" w:color="auto" w:fill="D0EFC5" w:themeFill="accent6" w:themeFillTint="3F"/>
      </w:tcPr>
    </w:tblStylePr>
  </w:style>
  <w:style w:type="table" w:styleId="Jasnalista">
    <w:name w:val="Light List"/>
    <w:basedOn w:val="Standardowy"/>
    <w:uiPriority w:val="61"/>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Jasnalistaakcent1">
    <w:name w:val="Light List Accent 1"/>
    <w:basedOn w:val="Standardowy"/>
    <w:uiPriority w:val="61"/>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pPr>
        <w:spacing w:before="0" w:after="0" w:line="240" w:lineRule="auto"/>
      </w:pPr>
      <w:rPr>
        <w:b/>
        <w:bCs/>
        <w:color w:val="FFFFFF" w:themeColor="background1"/>
      </w:rPr>
      <w:tblPr/>
      <w:tcPr>
        <w:shd w:val="clear" w:color="auto" w:fill="156082" w:themeFill="accent1"/>
      </w:tcPr>
    </w:tblStylePr>
    <w:tblStylePr w:type="lastRow">
      <w:pPr>
        <w:spacing w:before="0" w:after="0" w:line="240" w:lineRule="auto"/>
      </w:pPr>
      <w:rPr>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tcBorders>
      </w:tcPr>
    </w:tblStylePr>
    <w:tblStylePr w:type="firstCol">
      <w:rPr>
        <w:b/>
        <w:bCs/>
      </w:rPr>
    </w:tblStylePr>
    <w:tblStylePr w:type="lastCol">
      <w:rPr>
        <w:b/>
        <w:bCs/>
      </w:r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style>
  <w:style w:type="table" w:styleId="Jasnalistaakcent2">
    <w:name w:val="Light List Accent 2"/>
    <w:basedOn w:val="Standardowy"/>
    <w:uiPriority w:val="61"/>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pPr>
        <w:spacing w:before="0" w:after="0" w:line="240" w:lineRule="auto"/>
      </w:pPr>
      <w:rPr>
        <w:b/>
        <w:bCs/>
        <w:color w:val="FFFFFF" w:themeColor="background1"/>
      </w:rPr>
      <w:tblPr/>
      <w:tcPr>
        <w:shd w:val="clear" w:color="auto" w:fill="E97132" w:themeFill="accent2"/>
      </w:tcPr>
    </w:tblStylePr>
    <w:tblStylePr w:type="lastRow">
      <w:pPr>
        <w:spacing w:before="0" w:after="0" w:line="240" w:lineRule="auto"/>
      </w:pPr>
      <w:rPr>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tcBorders>
      </w:tcPr>
    </w:tblStylePr>
    <w:tblStylePr w:type="firstCol">
      <w:rPr>
        <w:b/>
        <w:bCs/>
      </w:rPr>
    </w:tblStylePr>
    <w:tblStylePr w:type="lastCol">
      <w:rPr>
        <w:b/>
        <w:bCs/>
      </w:r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style>
  <w:style w:type="table" w:styleId="Jasnalistaakcent3">
    <w:name w:val="Light List Accent 3"/>
    <w:basedOn w:val="Standardowy"/>
    <w:uiPriority w:val="61"/>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pPr>
        <w:spacing w:before="0" w:after="0" w:line="240" w:lineRule="auto"/>
      </w:pPr>
      <w:rPr>
        <w:b/>
        <w:bCs/>
        <w:color w:val="FFFFFF" w:themeColor="background1"/>
      </w:rPr>
      <w:tblPr/>
      <w:tcPr>
        <w:shd w:val="clear" w:color="auto" w:fill="196B24" w:themeFill="accent3"/>
      </w:tcPr>
    </w:tblStylePr>
    <w:tblStylePr w:type="lastRow">
      <w:pPr>
        <w:spacing w:before="0" w:after="0" w:line="240" w:lineRule="auto"/>
      </w:pPr>
      <w:rPr>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tcBorders>
      </w:tcPr>
    </w:tblStylePr>
    <w:tblStylePr w:type="firstCol">
      <w:rPr>
        <w:b/>
        <w:bCs/>
      </w:rPr>
    </w:tblStylePr>
    <w:tblStylePr w:type="lastCol">
      <w:rPr>
        <w:b/>
        <w:bCs/>
      </w:r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style>
  <w:style w:type="table" w:styleId="Jasnalistaakcent4">
    <w:name w:val="Light List Accent 4"/>
    <w:basedOn w:val="Standardowy"/>
    <w:uiPriority w:val="61"/>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pPr>
        <w:spacing w:before="0" w:after="0" w:line="240" w:lineRule="auto"/>
      </w:pPr>
      <w:rPr>
        <w:b/>
        <w:bCs/>
        <w:color w:val="FFFFFF" w:themeColor="background1"/>
      </w:rPr>
      <w:tblPr/>
      <w:tcPr>
        <w:shd w:val="clear" w:color="auto" w:fill="0F9ED5" w:themeFill="accent4"/>
      </w:tcPr>
    </w:tblStylePr>
    <w:tblStylePr w:type="lastRow">
      <w:pPr>
        <w:spacing w:before="0" w:after="0" w:line="240" w:lineRule="auto"/>
      </w:pPr>
      <w:rPr>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tcBorders>
      </w:tcPr>
    </w:tblStylePr>
    <w:tblStylePr w:type="firstCol">
      <w:rPr>
        <w:b/>
        <w:bCs/>
      </w:rPr>
    </w:tblStylePr>
    <w:tblStylePr w:type="lastCol">
      <w:rPr>
        <w:b/>
        <w:bCs/>
      </w:r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style>
  <w:style w:type="table" w:styleId="Jasnalistaakcent5">
    <w:name w:val="Light List Accent 5"/>
    <w:basedOn w:val="Standardowy"/>
    <w:uiPriority w:val="61"/>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pPr>
        <w:spacing w:before="0" w:after="0" w:line="240" w:lineRule="auto"/>
      </w:pPr>
      <w:rPr>
        <w:b/>
        <w:bCs/>
        <w:color w:val="FFFFFF" w:themeColor="background1"/>
      </w:rPr>
      <w:tblPr/>
      <w:tcPr>
        <w:shd w:val="clear" w:color="auto" w:fill="A02B93" w:themeFill="accent5"/>
      </w:tcPr>
    </w:tblStylePr>
    <w:tblStylePr w:type="lastRow">
      <w:pPr>
        <w:spacing w:before="0" w:after="0" w:line="240" w:lineRule="auto"/>
      </w:pPr>
      <w:rPr>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tcBorders>
      </w:tcPr>
    </w:tblStylePr>
    <w:tblStylePr w:type="firstCol">
      <w:rPr>
        <w:b/>
        <w:bCs/>
      </w:rPr>
    </w:tblStylePr>
    <w:tblStylePr w:type="lastCol">
      <w:rPr>
        <w:b/>
        <w:bCs/>
      </w:r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style>
  <w:style w:type="table" w:styleId="Jasnalistaakcent6">
    <w:name w:val="Light List Accent 6"/>
    <w:basedOn w:val="Standardowy"/>
    <w:uiPriority w:val="61"/>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pPr>
        <w:spacing w:before="0" w:after="0" w:line="240" w:lineRule="auto"/>
      </w:pPr>
      <w:rPr>
        <w:b/>
        <w:bCs/>
        <w:color w:val="FFFFFF" w:themeColor="background1"/>
      </w:rPr>
      <w:tblPr/>
      <w:tcPr>
        <w:shd w:val="clear" w:color="auto" w:fill="4EA72E" w:themeFill="accent6"/>
      </w:tcPr>
    </w:tblStylePr>
    <w:tblStylePr w:type="lastRow">
      <w:pPr>
        <w:spacing w:before="0" w:after="0" w:line="240" w:lineRule="auto"/>
      </w:pPr>
      <w:rPr>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tcBorders>
      </w:tcPr>
    </w:tblStylePr>
    <w:tblStylePr w:type="firstCol">
      <w:rPr>
        <w:b/>
        <w:bCs/>
      </w:rPr>
    </w:tblStylePr>
    <w:tblStylePr w:type="lastCol">
      <w:rPr>
        <w:b/>
        <w:bCs/>
      </w:r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style>
  <w:style w:type="table" w:styleId="Jasnasiatka">
    <w:name w:val="Light Grid"/>
    <w:basedOn w:val="Standardowy"/>
    <w:uiPriority w:val="62"/>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Jasnasiatkaakcent1">
    <w:name w:val="Light Grid Accent 1"/>
    <w:basedOn w:val="Standardowy"/>
    <w:uiPriority w:val="62"/>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18" w:space="0" w:color="156082" w:themeColor="accent1"/>
          <w:right w:val="single" w:sz="8" w:space="0" w:color="156082" w:themeColor="accent1"/>
          <w:insideH w:val="nil"/>
          <w:insideV w:val="single" w:sz="8" w:space="0" w:color="15608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insideH w:val="nil"/>
          <w:insideV w:val="single" w:sz="8" w:space="0" w:color="15608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shd w:val="clear" w:color="auto" w:fill="B2DEF2" w:themeFill="accent1" w:themeFillTint="3F"/>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shd w:val="clear" w:color="auto" w:fill="B2DEF2" w:themeFill="accent1" w:themeFillTint="3F"/>
      </w:tcPr>
    </w:tblStylePr>
    <w:tblStylePr w:type="band2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tcPr>
    </w:tblStylePr>
  </w:style>
  <w:style w:type="table" w:styleId="Jasnasiatkaakcent2">
    <w:name w:val="Light Grid Accent 2"/>
    <w:basedOn w:val="Standardowy"/>
    <w:uiPriority w:val="62"/>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18" w:space="0" w:color="E97132" w:themeColor="accent2"/>
          <w:right w:val="single" w:sz="8" w:space="0" w:color="E97132" w:themeColor="accent2"/>
          <w:insideH w:val="nil"/>
          <w:insideV w:val="single" w:sz="8" w:space="0" w:color="E97132"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insideH w:val="nil"/>
          <w:insideV w:val="single" w:sz="8" w:space="0" w:color="E97132"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shd w:val="clear" w:color="auto" w:fill="F9DBCC" w:themeFill="accent2" w:themeFillTint="3F"/>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shd w:val="clear" w:color="auto" w:fill="F9DBCC" w:themeFill="accent2" w:themeFillTint="3F"/>
      </w:tcPr>
    </w:tblStylePr>
    <w:tblStylePr w:type="band2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tcPr>
    </w:tblStylePr>
  </w:style>
  <w:style w:type="table" w:styleId="Jasnasiatkaakcent3">
    <w:name w:val="Light Grid Accent 3"/>
    <w:basedOn w:val="Standardowy"/>
    <w:uiPriority w:val="62"/>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18" w:space="0" w:color="196B24" w:themeColor="accent3"/>
          <w:right w:val="single" w:sz="8" w:space="0" w:color="196B24" w:themeColor="accent3"/>
          <w:insideH w:val="nil"/>
          <w:insideV w:val="single" w:sz="8" w:space="0" w:color="196B24"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insideH w:val="nil"/>
          <w:insideV w:val="single" w:sz="8" w:space="0" w:color="196B24"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shd w:val="clear" w:color="auto" w:fill="B3EDBA" w:themeFill="accent3" w:themeFillTint="3F"/>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shd w:val="clear" w:color="auto" w:fill="B3EDBA" w:themeFill="accent3" w:themeFillTint="3F"/>
      </w:tcPr>
    </w:tblStylePr>
    <w:tblStylePr w:type="band2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tcPr>
    </w:tblStylePr>
  </w:style>
  <w:style w:type="table" w:styleId="Jasnasiatkaakcent4">
    <w:name w:val="Light Grid Accent 4"/>
    <w:basedOn w:val="Standardowy"/>
    <w:uiPriority w:val="62"/>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18" w:space="0" w:color="0F9ED5" w:themeColor="accent4"/>
          <w:right w:val="single" w:sz="8" w:space="0" w:color="0F9ED5" w:themeColor="accent4"/>
          <w:insideH w:val="nil"/>
          <w:insideV w:val="single" w:sz="8" w:space="0" w:color="0F9ED5"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insideH w:val="nil"/>
          <w:insideV w:val="single" w:sz="8" w:space="0" w:color="0F9ED5"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shd w:val="clear" w:color="auto" w:fill="BDE9FA" w:themeFill="accent4" w:themeFillTint="3F"/>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shd w:val="clear" w:color="auto" w:fill="BDE9FA" w:themeFill="accent4" w:themeFillTint="3F"/>
      </w:tcPr>
    </w:tblStylePr>
    <w:tblStylePr w:type="band2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tcPr>
    </w:tblStylePr>
  </w:style>
  <w:style w:type="table" w:styleId="Jasnasiatkaakcent5">
    <w:name w:val="Light Grid Accent 5"/>
    <w:basedOn w:val="Standardowy"/>
    <w:uiPriority w:val="62"/>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18" w:space="0" w:color="A02B93" w:themeColor="accent5"/>
          <w:right w:val="single" w:sz="8" w:space="0" w:color="A02B93" w:themeColor="accent5"/>
          <w:insideH w:val="nil"/>
          <w:insideV w:val="single" w:sz="8" w:space="0" w:color="A02B9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insideH w:val="nil"/>
          <w:insideV w:val="single" w:sz="8" w:space="0" w:color="A02B9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shd w:val="clear" w:color="auto" w:fill="EFC3E9" w:themeFill="accent5" w:themeFillTint="3F"/>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shd w:val="clear" w:color="auto" w:fill="EFC3E9" w:themeFill="accent5" w:themeFillTint="3F"/>
      </w:tcPr>
    </w:tblStylePr>
    <w:tblStylePr w:type="band2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tcPr>
    </w:tblStylePr>
  </w:style>
  <w:style w:type="table" w:styleId="Jasnasiatkaakcent6">
    <w:name w:val="Light Grid Accent 6"/>
    <w:basedOn w:val="Standardowy"/>
    <w:uiPriority w:val="62"/>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18" w:space="0" w:color="4EA72E" w:themeColor="accent6"/>
          <w:right w:val="single" w:sz="8" w:space="0" w:color="4EA72E" w:themeColor="accent6"/>
          <w:insideH w:val="nil"/>
          <w:insideV w:val="single" w:sz="8" w:space="0" w:color="4EA72E"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insideH w:val="nil"/>
          <w:insideV w:val="single" w:sz="8" w:space="0" w:color="4EA72E"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shd w:val="clear" w:color="auto" w:fill="D0EFC5" w:themeFill="accent6" w:themeFillTint="3F"/>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shd w:val="clear" w:color="auto" w:fill="D0EFC5" w:themeFill="accent6" w:themeFillTint="3F"/>
      </w:tcPr>
    </w:tblStylePr>
    <w:tblStylePr w:type="band2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tcPr>
    </w:tblStylePr>
  </w:style>
  <w:style w:type="table" w:styleId="redniecieniowanie1">
    <w:name w:val="Medium Shading 1"/>
    <w:basedOn w:val="Standardowy"/>
    <w:uiPriority w:val="63"/>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redniecieniowanie1akcent1">
    <w:name w:val="Medium Shading 1 Accent 1"/>
    <w:basedOn w:val="Standardowy"/>
    <w:uiPriority w:val="63"/>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tblBorders>
    </w:tblPr>
    <w:tblStylePr w:type="firstRow">
      <w:pPr>
        <w:spacing w:before="0" w:after="0" w:line="240" w:lineRule="auto"/>
      </w:pPr>
      <w:rPr>
        <w:b/>
        <w:bCs/>
        <w:color w:val="FFFFFF" w:themeColor="background1"/>
      </w:rPr>
      <w:tblPr/>
      <w:tcPr>
        <w:tc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shd w:val="clear" w:color="auto" w:fill="156082" w:themeFill="accent1"/>
      </w:tcPr>
    </w:tblStylePr>
    <w:tblStylePr w:type="lastRow">
      <w:pPr>
        <w:spacing w:before="0" w:after="0" w:line="240" w:lineRule="auto"/>
      </w:pPr>
      <w:rPr>
        <w:b/>
        <w:bCs/>
      </w:rPr>
      <w:tblPr/>
      <w:tcPr>
        <w:tcBorders>
          <w:top w:val="double" w:sz="6"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2DEF2" w:themeFill="accent1" w:themeFillTint="3F"/>
      </w:tcPr>
    </w:tblStylePr>
    <w:tblStylePr w:type="band1Horz">
      <w:tblPr/>
      <w:tcPr>
        <w:tcBorders>
          <w:insideH w:val="nil"/>
          <w:insideV w:val="nil"/>
        </w:tcBorders>
        <w:shd w:val="clear" w:color="auto" w:fill="B2DEF2" w:themeFill="accent1" w:themeFillTint="3F"/>
      </w:tcPr>
    </w:tblStylePr>
    <w:tblStylePr w:type="band2Horz">
      <w:tblPr/>
      <w:tcPr>
        <w:tcBorders>
          <w:insideH w:val="nil"/>
          <w:insideV w:val="nil"/>
        </w:tcBorders>
      </w:tcPr>
    </w:tblStylePr>
  </w:style>
  <w:style w:type="table" w:styleId="redniecieniowanie1akcent2">
    <w:name w:val="Medium Shading 1 Accent 2"/>
    <w:basedOn w:val="Standardowy"/>
    <w:uiPriority w:val="63"/>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tblBorders>
    </w:tblPr>
    <w:tblStylePr w:type="firstRow">
      <w:pPr>
        <w:spacing w:before="0" w:after="0" w:line="240" w:lineRule="auto"/>
      </w:pPr>
      <w:rPr>
        <w:b/>
        <w:bCs/>
        <w:color w:val="FFFFFF" w:themeColor="background1"/>
      </w:rPr>
      <w:tblPr/>
      <w:tcPr>
        <w:tc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shd w:val="clear" w:color="auto" w:fill="E97132" w:themeFill="accent2"/>
      </w:tcPr>
    </w:tblStylePr>
    <w:tblStylePr w:type="lastRow">
      <w:pPr>
        <w:spacing w:before="0" w:after="0" w:line="240" w:lineRule="auto"/>
      </w:pPr>
      <w:rPr>
        <w:b/>
        <w:bCs/>
      </w:rPr>
      <w:tblPr/>
      <w:tcPr>
        <w:tcBorders>
          <w:top w:val="double" w:sz="6"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tcPr>
    </w:tblStylePr>
    <w:tblStylePr w:type="firstCol">
      <w:rPr>
        <w:b/>
        <w:bCs/>
      </w:rPr>
    </w:tblStylePr>
    <w:tblStylePr w:type="lastCol">
      <w:rPr>
        <w:b/>
        <w:bCs/>
      </w:rPr>
    </w:tblStylePr>
    <w:tblStylePr w:type="band1Vert">
      <w:tblPr/>
      <w:tcPr>
        <w:shd w:val="clear" w:color="auto" w:fill="F9DBCC" w:themeFill="accent2" w:themeFillTint="3F"/>
      </w:tcPr>
    </w:tblStylePr>
    <w:tblStylePr w:type="band1Horz">
      <w:tblPr/>
      <w:tcPr>
        <w:tcBorders>
          <w:insideH w:val="nil"/>
          <w:insideV w:val="nil"/>
        </w:tcBorders>
        <w:shd w:val="clear" w:color="auto" w:fill="F9DBCC" w:themeFill="accent2" w:themeFillTint="3F"/>
      </w:tcPr>
    </w:tblStylePr>
    <w:tblStylePr w:type="band2Horz">
      <w:tblPr/>
      <w:tcPr>
        <w:tcBorders>
          <w:insideH w:val="nil"/>
          <w:insideV w:val="nil"/>
        </w:tcBorders>
      </w:tcPr>
    </w:tblStylePr>
  </w:style>
  <w:style w:type="table" w:styleId="redniecieniowanie1akcent3">
    <w:name w:val="Medium Shading 1 Accent 3"/>
    <w:basedOn w:val="Standardowy"/>
    <w:uiPriority w:val="63"/>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tblBorders>
    </w:tblPr>
    <w:tblStylePr w:type="firstRow">
      <w:pPr>
        <w:spacing w:before="0" w:after="0" w:line="240" w:lineRule="auto"/>
      </w:pPr>
      <w:rPr>
        <w:b/>
        <w:bCs/>
        <w:color w:val="FFFFFF" w:themeColor="background1"/>
      </w:rPr>
      <w:tblPr/>
      <w:tcPr>
        <w:tc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shd w:val="clear" w:color="auto" w:fill="196B24" w:themeFill="accent3"/>
      </w:tcPr>
    </w:tblStylePr>
    <w:tblStylePr w:type="lastRow">
      <w:pPr>
        <w:spacing w:before="0" w:after="0" w:line="240" w:lineRule="auto"/>
      </w:pPr>
      <w:rPr>
        <w:b/>
        <w:bCs/>
      </w:rPr>
      <w:tblPr/>
      <w:tcPr>
        <w:tcBorders>
          <w:top w:val="double" w:sz="6"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tcPr>
    </w:tblStylePr>
    <w:tblStylePr w:type="firstCol">
      <w:rPr>
        <w:b/>
        <w:bCs/>
      </w:rPr>
    </w:tblStylePr>
    <w:tblStylePr w:type="lastCol">
      <w:rPr>
        <w:b/>
        <w:bCs/>
      </w:rPr>
    </w:tblStylePr>
    <w:tblStylePr w:type="band1Vert">
      <w:tblPr/>
      <w:tcPr>
        <w:shd w:val="clear" w:color="auto" w:fill="B3EDBA" w:themeFill="accent3" w:themeFillTint="3F"/>
      </w:tcPr>
    </w:tblStylePr>
    <w:tblStylePr w:type="band1Horz">
      <w:tblPr/>
      <w:tcPr>
        <w:tcBorders>
          <w:insideH w:val="nil"/>
          <w:insideV w:val="nil"/>
        </w:tcBorders>
        <w:shd w:val="clear" w:color="auto" w:fill="B3EDBA" w:themeFill="accent3" w:themeFillTint="3F"/>
      </w:tcPr>
    </w:tblStylePr>
    <w:tblStylePr w:type="band2Horz">
      <w:tblPr/>
      <w:tcPr>
        <w:tcBorders>
          <w:insideH w:val="nil"/>
          <w:insideV w:val="nil"/>
        </w:tcBorders>
      </w:tcPr>
    </w:tblStylePr>
  </w:style>
  <w:style w:type="table" w:styleId="redniecieniowanie1akcent4">
    <w:name w:val="Medium Shading 1 Accent 4"/>
    <w:basedOn w:val="Standardowy"/>
    <w:uiPriority w:val="63"/>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tblBorders>
    </w:tblPr>
    <w:tblStylePr w:type="firstRow">
      <w:pPr>
        <w:spacing w:before="0" w:after="0" w:line="240" w:lineRule="auto"/>
      </w:pPr>
      <w:rPr>
        <w:b/>
        <w:bCs/>
        <w:color w:val="FFFFFF" w:themeColor="background1"/>
      </w:rPr>
      <w:tblPr/>
      <w:tcPr>
        <w:tc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shd w:val="clear" w:color="auto" w:fill="0F9ED5" w:themeFill="accent4"/>
      </w:tcPr>
    </w:tblStylePr>
    <w:tblStylePr w:type="lastRow">
      <w:pPr>
        <w:spacing w:before="0" w:after="0" w:line="240" w:lineRule="auto"/>
      </w:pPr>
      <w:rPr>
        <w:b/>
        <w:bCs/>
      </w:rPr>
      <w:tblPr/>
      <w:tcPr>
        <w:tcBorders>
          <w:top w:val="double" w:sz="6"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tcPr>
    </w:tblStylePr>
    <w:tblStylePr w:type="firstCol">
      <w:rPr>
        <w:b/>
        <w:bCs/>
      </w:rPr>
    </w:tblStylePr>
    <w:tblStylePr w:type="lastCol">
      <w:rPr>
        <w:b/>
        <w:bCs/>
      </w:rPr>
    </w:tblStylePr>
    <w:tblStylePr w:type="band1Vert">
      <w:tblPr/>
      <w:tcPr>
        <w:shd w:val="clear" w:color="auto" w:fill="BDE9FA" w:themeFill="accent4" w:themeFillTint="3F"/>
      </w:tcPr>
    </w:tblStylePr>
    <w:tblStylePr w:type="band1Horz">
      <w:tblPr/>
      <w:tcPr>
        <w:tcBorders>
          <w:insideH w:val="nil"/>
          <w:insideV w:val="nil"/>
        </w:tcBorders>
        <w:shd w:val="clear" w:color="auto" w:fill="BDE9FA" w:themeFill="accent4" w:themeFillTint="3F"/>
      </w:tcPr>
    </w:tblStylePr>
    <w:tblStylePr w:type="band2Horz">
      <w:tblPr/>
      <w:tcPr>
        <w:tcBorders>
          <w:insideH w:val="nil"/>
          <w:insideV w:val="nil"/>
        </w:tcBorders>
      </w:tcPr>
    </w:tblStylePr>
  </w:style>
  <w:style w:type="table" w:styleId="redniecieniowanie1akcent5">
    <w:name w:val="Medium Shading 1 Accent 5"/>
    <w:basedOn w:val="Standardowy"/>
    <w:uiPriority w:val="63"/>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tblBorders>
    </w:tblPr>
    <w:tblStylePr w:type="firstRow">
      <w:pPr>
        <w:spacing w:before="0" w:after="0" w:line="240" w:lineRule="auto"/>
      </w:pPr>
      <w:rPr>
        <w:b/>
        <w:bCs/>
        <w:color w:val="FFFFFF" w:themeColor="background1"/>
      </w:rPr>
      <w:tblPr/>
      <w:tcPr>
        <w:tc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shd w:val="clear" w:color="auto" w:fill="A02B93" w:themeFill="accent5"/>
      </w:tcPr>
    </w:tblStylePr>
    <w:tblStylePr w:type="lastRow">
      <w:pPr>
        <w:spacing w:before="0" w:after="0" w:line="240" w:lineRule="auto"/>
      </w:pPr>
      <w:rPr>
        <w:b/>
        <w:bCs/>
      </w:rPr>
      <w:tblPr/>
      <w:tcPr>
        <w:tcBorders>
          <w:top w:val="double" w:sz="6"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tcPr>
    </w:tblStylePr>
    <w:tblStylePr w:type="firstCol">
      <w:rPr>
        <w:b/>
        <w:bCs/>
      </w:rPr>
    </w:tblStylePr>
    <w:tblStylePr w:type="lastCol">
      <w:rPr>
        <w:b/>
        <w:bCs/>
      </w:rPr>
    </w:tblStylePr>
    <w:tblStylePr w:type="band1Vert">
      <w:tblPr/>
      <w:tcPr>
        <w:shd w:val="clear" w:color="auto" w:fill="EFC3E9" w:themeFill="accent5" w:themeFillTint="3F"/>
      </w:tcPr>
    </w:tblStylePr>
    <w:tblStylePr w:type="band1Horz">
      <w:tblPr/>
      <w:tcPr>
        <w:tcBorders>
          <w:insideH w:val="nil"/>
          <w:insideV w:val="nil"/>
        </w:tcBorders>
        <w:shd w:val="clear" w:color="auto" w:fill="EFC3E9" w:themeFill="accent5" w:themeFillTint="3F"/>
      </w:tcPr>
    </w:tblStylePr>
    <w:tblStylePr w:type="band2Horz">
      <w:tblPr/>
      <w:tcPr>
        <w:tcBorders>
          <w:insideH w:val="nil"/>
          <w:insideV w:val="nil"/>
        </w:tcBorders>
      </w:tcPr>
    </w:tblStylePr>
  </w:style>
  <w:style w:type="table" w:styleId="redniecieniowanie1akcent6">
    <w:name w:val="Medium Shading 1 Accent 6"/>
    <w:basedOn w:val="Standardowy"/>
    <w:uiPriority w:val="63"/>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tblBorders>
    </w:tblPr>
    <w:tblStylePr w:type="firstRow">
      <w:pPr>
        <w:spacing w:before="0" w:after="0" w:line="240" w:lineRule="auto"/>
      </w:pPr>
      <w:rPr>
        <w:b/>
        <w:bCs/>
        <w:color w:val="FFFFFF" w:themeColor="background1"/>
      </w:rPr>
      <w:tblPr/>
      <w:tcPr>
        <w:tc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shd w:val="clear" w:color="auto" w:fill="4EA72E" w:themeFill="accent6"/>
      </w:tcPr>
    </w:tblStylePr>
    <w:tblStylePr w:type="lastRow">
      <w:pPr>
        <w:spacing w:before="0" w:after="0" w:line="240" w:lineRule="auto"/>
      </w:pPr>
      <w:rPr>
        <w:b/>
        <w:bCs/>
      </w:rPr>
      <w:tblPr/>
      <w:tcPr>
        <w:tcBorders>
          <w:top w:val="double" w:sz="6"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tcPr>
    </w:tblStylePr>
    <w:tblStylePr w:type="firstCol">
      <w:rPr>
        <w:b/>
        <w:bCs/>
      </w:rPr>
    </w:tblStylePr>
    <w:tblStylePr w:type="lastCol">
      <w:rPr>
        <w:b/>
        <w:bCs/>
      </w:rPr>
    </w:tblStylePr>
    <w:tblStylePr w:type="band1Vert">
      <w:tblPr/>
      <w:tcPr>
        <w:shd w:val="clear" w:color="auto" w:fill="D0EFC5" w:themeFill="accent6" w:themeFillTint="3F"/>
      </w:tcPr>
    </w:tblStylePr>
    <w:tblStylePr w:type="band1Horz">
      <w:tblPr/>
      <w:tcPr>
        <w:tcBorders>
          <w:insideH w:val="nil"/>
          <w:insideV w:val="nil"/>
        </w:tcBorders>
        <w:shd w:val="clear" w:color="auto" w:fill="D0EFC5" w:themeFill="accent6" w:themeFillTint="3F"/>
      </w:tcPr>
    </w:tblStylePr>
    <w:tblStylePr w:type="band2Horz">
      <w:tblPr/>
      <w:tcPr>
        <w:tcBorders>
          <w:insideH w:val="nil"/>
          <w:insideV w:val="nil"/>
        </w:tcBorders>
      </w:tcPr>
    </w:tblStylePr>
  </w:style>
  <w:style w:type="table" w:styleId="redniecieniowanie2">
    <w:name w:val="Medium Shading 2"/>
    <w:basedOn w:val="Standardowy"/>
    <w:uiPriority w:val="64"/>
    <w:rsid w:val="004674D5"/>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1">
    <w:name w:val="Medium Shading 2 Accent 1"/>
    <w:basedOn w:val="Standardowy"/>
    <w:uiPriority w:val="64"/>
    <w:rsid w:val="004674D5"/>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56082"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56082" w:themeFill="accent1"/>
      </w:tcPr>
    </w:tblStylePr>
    <w:tblStylePr w:type="lastCol">
      <w:rPr>
        <w:b/>
        <w:bCs/>
        <w:color w:val="FFFFFF" w:themeColor="background1"/>
      </w:rPr>
      <w:tblPr/>
      <w:tcPr>
        <w:tcBorders>
          <w:left w:val="nil"/>
          <w:right w:val="nil"/>
          <w:insideH w:val="nil"/>
          <w:insideV w:val="nil"/>
        </w:tcBorders>
        <w:shd w:val="clear" w:color="auto" w:fill="156082"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2">
    <w:name w:val="Medium Shading 2 Accent 2"/>
    <w:basedOn w:val="Standardowy"/>
    <w:uiPriority w:val="64"/>
    <w:rsid w:val="004674D5"/>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97132"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97132" w:themeFill="accent2"/>
      </w:tcPr>
    </w:tblStylePr>
    <w:tblStylePr w:type="lastCol">
      <w:rPr>
        <w:b/>
        <w:bCs/>
        <w:color w:val="FFFFFF" w:themeColor="background1"/>
      </w:rPr>
      <w:tblPr/>
      <w:tcPr>
        <w:tcBorders>
          <w:left w:val="nil"/>
          <w:right w:val="nil"/>
          <w:insideH w:val="nil"/>
          <w:insideV w:val="nil"/>
        </w:tcBorders>
        <w:shd w:val="clear" w:color="auto" w:fill="E97132"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3">
    <w:name w:val="Medium Shading 2 Accent 3"/>
    <w:basedOn w:val="Standardowy"/>
    <w:uiPriority w:val="64"/>
    <w:rsid w:val="004674D5"/>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96B24"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96B24" w:themeFill="accent3"/>
      </w:tcPr>
    </w:tblStylePr>
    <w:tblStylePr w:type="lastCol">
      <w:rPr>
        <w:b/>
        <w:bCs/>
        <w:color w:val="FFFFFF" w:themeColor="background1"/>
      </w:rPr>
      <w:tblPr/>
      <w:tcPr>
        <w:tcBorders>
          <w:left w:val="nil"/>
          <w:right w:val="nil"/>
          <w:insideH w:val="nil"/>
          <w:insideV w:val="nil"/>
        </w:tcBorders>
        <w:shd w:val="clear" w:color="auto" w:fill="196B24"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4">
    <w:name w:val="Medium Shading 2 Accent 4"/>
    <w:basedOn w:val="Standardowy"/>
    <w:uiPriority w:val="64"/>
    <w:rsid w:val="004674D5"/>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F9ED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F9ED5" w:themeFill="accent4"/>
      </w:tcPr>
    </w:tblStylePr>
    <w:tblStylePr w:type="lastCol">
      <w:rPr>
        <w:b/>
        <w:bCs/>
        <w:color w:val="FFFFFF" w:themeColor="background1"/>
      </w:rPr>
      <w:tblPr/>
      <w:tcPr>
        <w:tcBorders>
          <w:left w:val="nil"/>
          <w:right w:val="nil"/>
          <w:insideH w:val="nil"/>
          <w:insideV w:val="nil"/>
        </w:tcBorders>
        <w:shd w:val="clear" w:color="auto" w:fill="0F9ED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5">
    <w:name w:val="Medium Shading 2 Accent 5"/>
    <w:basedOn w:val="Standardowy"/>
    <w:uiPriority w:val="64"/>
    <w:rsid w:val="004674D5"/>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02B9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02B93" w:themeFill="accent5"/>
      </w:tcPr>
    </w:tblStylePr>
    <w:tblStylePr w:type="lastCol">
      <w:rPr>
        <w:b/>
        <w:bCs/>
        <w:color w:val="FFFFFF" w:themeColor="background1"/>
      </w:rPr>
      <w:tblPr/>
      <w:tcPr>
        <w:tcBorders>
          <w:left w:val="nil"/>
          <w:right w:val="nil"/>
          <w:insideH w:val="nil"/>
          <w:insideV w:val="nil"/>
        </w:tcBorders>
        <w:shd w:val="clear" w:color="auto" w:fill="A02B9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6">
    <w:name w:val="Medium Shading 2 Accent 6"/>
    <w:basedOn w:val="Standardowy"/>
    <w:uiPriority w:val="64"/>
    <w:rsid w:val="004674D5"/>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EA72E"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EA72E" w:themeFill="accent6"/>
      </w:tcPr>
    </w:tblStylePr>
    <w:tblStylePr w:type="lastCol">
      <w:rPr>
        <w:b/>
        <w:bCs/>
        <w:color w:val="FFFFFF" w:themeColor="background1"/>
      </w:rPr>
      <w:tblPr/>
      <w:tcPr>
        <w:tcBorders>
          <w:left w:val="nil"/>
          <w:right w:val="nil"/>
          <w:insideH w:val="nil"/>
          <w:insideV w:val="nil"/>
        </w:tcBorders>
        <w:shd w:val="clear" w:color="auto" w:fill="4EA72E"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alista1">
    <w:name w:val="Medium List 1"/>
    <w:basedOn w:val="Standardowy"/>
    <w:uiPriority w:val="65"/>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E2841"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rednialista1akcent1">
    <w:name w:val="Medium List 1 Accent 1"/>
    <w:basedOn w:val="Standardowy"/>
    <w:uiPriority w:val="65"/>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156082" w:themeColor="accent1"/>
        <w:bottom w:val="single" w:sz="8" w:space="0" w:color="156082" w:themeColor="accent1"/>
      </w:tblBorders>
    </w:tblPr>
    <w:tblStylePr w:type="firstRow">
      <w:rPr>
        <w:rFonts w:asciiTheme="majorHAnsi" w:eastAsiaTheme="majorEastAsia" w:hAnsiTheme="majorHAnsi" w:cstheme="majorBidi"/>
      </w:rPr>
      <w:tblPr/>
      <w:tcPr>
        <w:tcBorders>
          <w:top w:val="nil"/>
          <w:bottom w:val="single" w:sz="8" w:space="0" w:color="156082" w:themeColor="accent1"/>
        </w:tcBorders>
      </w:tcPr>
    </w:tblStylePr>
    <w:tblStylePr w:type="lastRow">
      <w:rPr>
        <w:b/>
        <w:bCs/>
        <w:color w:val="0E2841" w:themeColor="text2"/>
      </w:rPr>
      <w:tblPr/>
      <w:tcPr>
        <w:tcBorders>
          <w:top w:val="single" w:sz="8" w:space="0" w:color="156082" w:themeColor="accent1"/>
          <w:bottom w:val="single" w:sz="8" w:space="0" w:color="156082" w:themeColor="accent1"/>
        </w:tcBorders>
      </w:tcPr>
    </w:tblStylePr>
    <w:tblStylePr w:type="firstCol">
      <w:rPr>
        <w:b/>
        <w:bCs/>
      </w:rPr>
    </w:tblStylePr>
    <w:tblStylePr w:type="lastCol">
      <w:rPr>
        <w:b/>
        <w:bCs/>
      </w:rPr>
      <w:tblPr/>
      <w:tcPr>
        <w:tcBorders>
          <w:top w:val="single" w:sz="8" w:space="0" w:color="156082" w:themeColor="accent1"/>
          <w:bottom w:val="single" w:sz="8" w:space="0" w:color="156082" w:themeColor="accent1"/>
        </w:tcBorders>
      </w:tcPr>
    </w:tblStylePr>
    <w:tblStylePr w:type="band1Vert">
      <w:tblPr/>
      <w:tcPr>
        <w:shd w:val="clear" w:color="auto" w:fill="B2DEF2" w:themeFill="accent1" w:themeFillTint="3F"/>
      </w:tcPr>
    </w:tblStylePr>
    <w:tblStylePr w:type="band1Horz">
      <w:tblPr/>
      <w:tcPr>
        <w:shd w:val="clear" w:color="auto" w:fill="B2DEF2" w:themeFill="accent1" w:themeFillTint="3F"/>
      </w:tcPr>
    </w:tblStylePr>
  </w:style>
  <w:style w:type="table" w:styleId="rednialista1akcent2">
    <w:name w:val="Medium List 1 Accent 2"/>
    <w:basedOn w:val="Standardowy"/>
    <w:uiPriority w:val="65"/>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E97132" w:themeColor="accent2"/>
        <w:bottom w:val="single" w:sz="8" w:space="0" w:color="E97132" w:themeColor="accent2"/>
      </w:tblBorders>
    </w:tblPr>
    <w:tblStylePr w:type="firstRow">
      <w:rPr>
        <w:rFonts w:asciiTheme="majorHAnsi" w:eastAsiaTheme="majorEastAsia" w:hAnsiTheme="majorHAnsi" w:cstheme="majorBidi"/>
      </w:rPr>
      <w:tblPr/>
      <w:tcPr>
        <w:tcBorders>
          <w:top w:val="nil"/>
          <w:bottom w:val="single" w:sz="8" w:space="0" w:color="E97132" w:themeColor="accent2"/>
        </w:tcBorders>
      </w:tcPr>
    </w:tblStylePr>
    <w:tblStylePr w:type="lastRow">
      <w:rPr>
        <w:b/>
        <w:bCs/>
        <w:color w:val="0E2841" w:themeColor="text2"/>
      </w:rPr>
      <w:tblPr/>
      <w:tcPr>
        <w:tcBorders>
          <w:top w:val="single" w:sz="8" w:space="0" w:color="E97132" w:themeColor="accent2"/>
          <w:bottom w:val="single" w:sz="8" w:space="0" w:color="E97132" w:themeColor="accent2"/>
        </w:tcBorders>
      </w:tcPr>
    </w:tblStylePr>
    <w:tblStylePr w:type="firstCol">
      <w:rPr>
        <w:b/>
        <w:bCs/>
      </w:rPr>
    </w:tblStylePr>
    <w:tblStylePr w:type="lastCol">
      <w:rPr>
        <w:b/>
        <w:bCs/>
      </w:rPr>
      <w:tblPr/>
      <w:tcPr>
        <w:tcBorders>
          <w:top w:val="single" w:sz="8" w:space="0" w:color="E97132" w:themeColor="accent2"/>
          <w:bottom w:val="single" w:sz="8" w:space="0" w:color="E97132" w:themeColor="accent2"/>
        </w:tcBorders>
      </w:tcPr>
    </w:tblStylePr>
    <w:tblStylePr w:type="band1Vert">
      <w:tblPr/>
      <w:tcPr>
        <w:shd w:val="clear" w:color="auto" w:fill="F9DBCC" w:themeFill="accent2" w:themeFillTint="3F"/>
      </w:tcPr>
    </w:tblStylePr>
    <w:tblStylePr w:type="band1Horz">
      <w:tblPr/>
      <w:tcPr>
        <w:shd w:val="clear" w:color="auto" w:fill="F9DBCC" w:themeFill="accent2" w:themeFillTint="3F"/>
      </w:tcPr>
    </w:tblStylePr>
  </w:style>
  <w:style w:type="table" w:styleId="rednialista1akcent3">
    <w:name w:val="Medium List 1 Accent 3"/>
    <w:basedOn w:val="Standardowy"/>
    <w:uiPriority w:val="65"/>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196B24" w:themeColor="accent3"/>
        <w:bottom w:val="single" w:sz="8" w:space="0" w:color="196B24" w:themeColor="accent3"/>
      </w:tblBorders>
    </w:tblPr>
    <w:tblStylePr w:type="firstRow">
      <w:rPr>
        <w:rFonts w:asciiTheme="majorHAnsi" w:eastAsiaTheme="majorEastAsia" w:hAnsiTheme="majorHAnsi" w:cstheme="majorBidi"/>
      </w:rPr>
      <w:tblPr/>
      <w:tcPr>
        <w:tcBorders>
          <w:top w:val="nil"/>
          <w:bottom w:val="single" w:sz="8" w:space="0" w:color="196B24" w:themeColor="accent3"/>
        </w:tcBorders>
      </w:tcPr>
    </w:tblStylePr>
    <w:tblStylePr w:type="lastRow">
      <w:rPr>
        <w:b/>
        <w:bCs/>
        <w:color w:val="0E2841" w:themeColor="text2"/>
      </w:rPr>
      <w:tblPr/>
      <w:tcPr>
        <w:tcBorders>
          <w:top w:val="single" w:sz="8" w:space="0" w:color="196B24" w:themeColor="accent3"/>
          <w:bottom w:val="single" w:sz="8" w:space="0" w:color="196B24" w:themeColor="accent3"/>
        </w:tcBorders>
      </w:tcPr>
    </w:tblStylePr>
    <w:tblStylePr w:type="firstCol">
      <w:rPr>
        <w:b/>
        <w:bCs/>
      </w:rPr>
    </w:tblStylePr>
    <w:tblStylePr w:type="lastCol">
      <w:rPr>
        <w:b/>
        <w:bCs/>
      </w:rPr>
      <w:tblPr/>
      <w:tcPr>
        <w:tcBorders>
          <w:top w:val="single" w:sz="8" w:space="0" w:color="196B24" w:themeColor="accent3"/>
          <w:bottom w:val="single" w:sz="8" w:space="0" w:color="196B24" w:themeColor="accent3"/>
        </w:tcBorders>
      </w:tcPr>
    </w:tblStylePr>
    <w:tblStylePr w:type="band1Vert">
      <w:tblPr/>
      <w:tcPr>
        <w:shd w:val="clear" w:color="auto" w:fill="B3EDBA" w:themeFill="accent3" w:themeFillTint="3F"/>
      </w:tcPr>
    </w:tblStylePr>
    <w:tblStylePr w:type="band1Horz">
      <w:tblPr/>
      <w:tcPr>
        <w:shd w:val="clear" w:color="auto" w:fill="B3EDBA" w:themeFill="accent3" w:themeFillTint="3F"/>
      </w:tcPr>
    </w:tblStylePr>
  </w:style>
  <w:style w:type="table" w:styleId="rednialista1akcent4">
    <w:name w:val="Medium List 1 Accent 4"/>
    <w:basedOn w:val="Standardowy"/>
    <w:uiPriority w:val="65"/>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0F9ED5" w:themeColor="accent4"/>
        <w:bottom w:val="single" w:sz="8" w:space="0" w:color="0F9ED5" w:themeColor="accent4"/>
      </w:tblBorders>
    </w:tblPr>
    <w:tblStylePr w:type="firstRow">
      <w:rPr>
        <w:rFonts w:asciiTheme="majorHAnsi" w:eastAsiaTheme="majorEastAsia" w:hAnsiTheme="majorHAnsi" w:cstheme="majorBidi"/>
      </w:rPr>
      <w:tblPr/>
      <w:tcPr>
        <w:tcBorders>
          <w:top w:val="nil"/>
          <w:bottom w:val="single" w:sz="8" w:space="0" w:color="0F9ED5" w:themeColor="accent4"/>
        </w:tcBorders>
      </w:tcPr>
    </w:tblStylePr>
    <w:tblStylePr w:type="lastRow">
      <w:rPr>
        <w:b/>
        <w:bCs/>
        <w:color w:val="0E2841" w:themeColor="text2"/>
      </w:rPr>
      <w:tblPr/>
      <w:tcPr>
        <w:tcBorders>
          <w:top w:val="single" w:sz="8" w:space="0" w:color="0F9ED5" w:themeColor="accent4"/>
          <w:bottom w:val="single" w:sz="8" w:space="0" w:color="0F9ED5" w:themeColor="accent4"/>
        </w:tcBorders>
      </w:tcPr>
    </w:tblStylePr>
    <w:tblStylePr w:type="firstCol">
      <w:rPr>
        <w:b/>
        <w:bCs/>
      </w:rPr>
    </w:tblStylePr>
    <w:tblStylePr w:type="lastCol">
      <w:rPr>
        <w:b/>
        <w:bCs/>
      </w:rPr>
      <w:tblPr/>
      <w:tcPr>
        <w:tcBorders>
          <w:top w:val="single" w:sz="8" w:space="0" w:color="0F9ED5" w:themeColor="accent4"/>
          <w:bottom w:val="single" w:sz="8" w:space="0" w:color="0F9ED5" w:themeColor="accent4"/>
        </w:tcBorders>
      </w:tcPr>
    </w:tblStylePr>
    <w:tblStylePr w:type="band1Vert">
      <w:tblPr/>
      <w:tcPr>
        <w:shd w:val="clear" w:color="auto" w:fill="BDE9FA" w:themeFill="accent4" w:themeFillTint="3F"/>
      </w:tcPr>
    </w:tblStylePr>
    <w:tblStylePr w:type="band1Horz">
      <w:tblPr/>
      <w:tcPr>
        <w:shd w:val="clear" w:color="auto" w:fill="BDE9FA" w:themeFill="accent4" w:themeFillTint="3F"/>
      </w:tcPr>
    </w:tblStylePr>
  </w:style>
  <w:style w:type="table" w:styleId="rednialista1akcent5">
    <w:name w:val="Medium List 1 Accent 5"/>
    <w:basedOn w:val="Standardowy"/>
    <w:uiPriority w:val="65"/>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A02B93" w:themeColor="accent5"/>
        <w:bottom w:val="single" w:sz="8" w:space="0" w:color="A02B93" w:themeColor="accent5"/>
      </w:tblBorders>
    </w:tblPr>
    <w:tblStylePr w:type="firstRow">
      <w:rPr>
        <w:rFonts w:asciiTheme="majorHAnsi" w:eastAsiaTheme="majorEastAsia" w:hAnsiTheme="majorHAnsi" w:cstheme="majorBidi"/>
      </w:rPr>
      <w:tblPr/>
      <w:tcPr>
        <w:tcBorders>
          <w:top w:val="nil"/>
          <w:bottom w:val="single" w:sz="8" w:space="0" w:color="A02B93" w:themeColor="accent5"/>
        </w:tcBorders>
      </w:tcPr>
    </w:tblStylePr>
    <w:tblStylePr w:type="lastRow">
      <w:rPr>
        <w:b/>
        <w:bCs/>
        <w:color w:val="0E2841" w:themeColor="text2"/>
      </w:rPr>
      <w:tblPr/>
      <w:tcPr>
        <w:tcBorders>
          <w:top w:val="single" w:sz="8" w:space="0" w:color="A02B93" w:themeColor="accent5"/>
          <w:bottom w:val="single" w:sz="8" w:space="0" w:color="A02B93" w:themeColor="accent5"/>
        </w:tcBorders>
      </w:tcPr>
    </w:tblStylePr>
    <w:tblStylePr w:type="firstCol">
      <w:rPr>
        <w:b/>
        <w:bCs/>
      </w:rPr>
    </w:tblStylePr>
    <w:tblStylePr w:type="lastCol">
      <w:rPr>
        <w:b/>
        <w:bCs/>
      </w:rPr>
      <w:tblPr/>
      <w:tcPr>
        <w:tcBorders>
          <w:top w:val="single" w:sz="8" w:space="0" w:color="A02B93" w:themeColor="accent5"/>
          <w:bottom w:val="single" w:sz="8" w:space="0" w:color="A02B93" w:themeColor="accent5"/>
        </w:tcBorders>
      </w:tcPr>
    </w:tblStylePr>
    <w:tblStylePr w:type="band1Vert">
      <w:tblPr/>
      <w:tcPr>
        <w:shd w:val="clear" w:color="auto" w:fill="EFC3E9" w:themeFill="accent5" w:themeFillTint="3F"/>
      </w:tcPr>
    </w:tblStylePr>
    <w:tblStylePr w:type="band1Horz">
      <w:tblPr/>
      <w:tcPr>
        <w:shd w:val="clear" w:color="auto" w:fill="EFC3E9" w:themeFill="accent5" w:themeFillTint="3F"/>
      </w:tcPr>
    </w:tblStylePr>
  </w:style>
  <w:style w:type="table" w:styleId="rednialista1akcent6">
    <w:name w:val="Medium List 1 Accent 6"/>
    <w:basedOn w:val="Standardowy"/>
    <w:uiPriority w:val="65"/>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4EA72E" w:themeColor="accent6"/>
        <w:bottom w:val="single" w:sz="8" w:space="0" w:color="4EA72E" w:themeColor="accent6"/>
      </w:tblBorders>
    </w:tblPr>
    <w:tblStylePr w:type="firstRow">
      <w:rPr>
        <w:rFonts w:asciiTheme="majorHAnsi" w:eastAsiaTheme="majorEastAsia" w:hAnsiTheme="majorHAnsi" w:cstheme="majorBidi"/>
      </w:rPr>
      <w:tblPr/>
      <w:tcPr>
        <w:tcBorders>
          <w:top w:val="nil"/>
          <w:bottom w:val="single" w:sz="8" w:space="0" w:color="4EA72E" w:themeColor="accent6"/>
        </w:tcBorders>
      </w:tcPr>
    </w:tblStylePr>
    <w:tblStylePr w:type="lastRow">
      <w:rPr>
        <w:b/>
        <w:bCs/>
        <w:color w:val="0E2841" w:themeColor="text2"/>
      </w:rPr>
      <w:tblPr/>
      <w:tcPr>
        <w:tcBorders>
          <w:top w:val="single" w:sz="8" w:space="0" w:color="4EA72E" w:themeColor="accent6"/>
          <w:bottom w:val="single" w:sz="8" w:space="0" w:color="4EA72E" w:themeColor="accent6"/>
        </w:tcBorders>
      </w:tcPr>
    </w:tblStylePr>
    <w:tblStylePr w:type="firstCol">
      <w:rPr>
        <w:b/>
        <w:bCs/>
      </w:rPr>
    </w:tblStylePr>
    <w:tblStylePr w:type="lastCol">
      <w:rPr>
        <w:b/>
        <w:bCs/>
      </w:rPr>
      <w:tblPr/>
      <w:tcPr>
        <w:tcBorders>
          <w:top w:val="single" w:sz="8" w:space="0" w:color="4EA72E" w:themeColor="accent6"/>
          <w:bottom w:val="single" w:sz="8" w:space="0" w:color="4EA72E" w:themeColor="accent6"/>
        </w:tcBorders>
      </w:tcPr>
    </w:tblStylePr>
    <w:tblStylePr w:type="band1Vert">
      <w:tblPr/>
      <w:tcPr>
        <w:shd w:val="clear" w:color="auto" w:fill="D0EFC5" w:themeFill="accent6" w:themeFillTint="3F"/>
      </w:tcPr>
    </w:tblStylePr>
    <w:tblStylePr w:type="band1Horz">
      <w:tblPr/>
      <w:tcPr>
        <w:shd w:val="clear" w:color="auto" w:fill="D0EFC5" w:themeFill="accent6" w:themeFillTint="3F"/>
      </w:tcPr>
    </w:tblStylePr>
  </w:style>
  <w:style w:type="table" w:styleId="rednialista2">
    <w:name w:val="Medium List 2"/>
    <w:basedOn w:val="Standardowy"/>
    <w:uiPriority w:val="66"/>
    <w:rsid w:val="004674D5"/>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1">
    <w:name w:val="Medium List 2 Accent 1"/>
    <w:basedOn w:val="Standardowy"/>
    <w:uiPriority w:val="66"/>
    <w:rsid w:val="004674D5"/>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rPr>
        <w:sz w:val="24"/>
        <w:szCs w:val="24"/>
      </w:rPr>
      <w:tblPr/>
      <w:tcPr>
        <w:tcBorders>
          <w:top w:val="nil"/>
          <w:left w:val="nil"/>
          <w:bottom w:val="single" w:sz="24" w:space="0" w:color="156082" w:themeColor="accent1"/>
          <w:right w:val="nil"/>
          <w:insideH w:val="nil"/>
          <w:insideV w:val="nil"/>
        </w:tcBorders>
        <w:shd w:val="clear" w:color="auto" w:fill="FFFFFF" w:themeFill="background1"/>
      </w:tcPr>
    </w:tblStylePr>
    <w:tblStylePr w:type="lastRow">
      <w:tblPr/>
      <w:tcPr>
        <w:tcBorders>
          <w:top w:val="single" w:sz="8" w:space="0" w:color="15608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56082" w:themeColor="accent1"/>
          <w:insideH w:val="nil"/>
          <w:insideV w:val="nil"/>
        </w:tcBorders>
        <w:shd w:val="clear" w:color="auto" w:fill="FFFFFF" w:themeFill="background1"/>
      </w:tcPr>
    </w:tblStylePr>
    <w:tblStylePr w:type="lastCol">
      <w:tblPr/>
      <w:tcPr>
        <w:tcBorders>
          <w:top w:val="nil"/>
          <w:left w:val="single" w:sz="8" w:space="0" w:color="15608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top w:val="nil"/>
          <w:bottom w:val="nil"/>
          <w:insideH w:val="nil"/>
          <w:insideV w:val="nil"/>
        </w:tcBorders>
        <w:shd w:val="clear" w:color="auto" w:fill="B2DE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2">
    <w:name w:val="Medium List 2 Accent 2"/>
    <w:basedOn w:val="Standardowy"/>
    <w:uiPriority w:val="66"/>
    <w:rsid w:val="004674D5"/>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rPr>
        <w:sz w:val="24"/>
        <w:szCs w:val="24"/>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tblPr/>
      <w:tcPr>
        <w:tcBorders>
          <w:top w:val="single" w:sz="8" w:space="0" w:color="E97132"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97132" w:themeColor="accent2"/>
          <w:insideH w:val="nil"/>
          <w:insideV w:val="nil"/>
        </w:tcBorders>
        <w:shd w:val="clear" w:color="auto" w:fill="FFFFFF" w:themeFill="background1"/>
      </w:tcPr>
    </w:tblStylePr>
    <w:tblStylePr w:type="lastCol">
      <w:tblPr/>
      <w:tcPr>
        <w:tcBorders>
          <w:top w:val="nil"/>
          <w:left w:val="single" w:sz="8" w:space="0" w:color="E97132"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top w:val="nil"/>
          <w:bottom w:val="nil"/>
          <w:insideH w:val="nil"/>
          <w:insideV w:val="nil"/>
        </w:tcBorders>
        <w:shd w:val="clear" w:color="auto" w:fill="F9DBCC"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3">
    <w:name w:val="Medium List 2 Accent 3"/>
    <w:basedOn w:val="Standardowy"/>
    <w:uiPriority w:val="66"/>
    <w:rsid w:val="004674D5"/>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rPr>
        <w:sz w:val="24"/>
        <w:szCs w:val="24"/>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tblPr/>
      <w:tcPr>
        <w:tcBorders>
          <w:top w:val="single" w:sz="8" w:space="0" w:color="196B24"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96B24" w:themeColor="accent3"/>
          <w:insideH w:val="nil"/>
          <w:insideV w:val="nil"/>
        </w:tcBorders>
        <w:shd w:val="clear" w:color="auto" w:fill="FFFFFF" w:themeFill="background1"/>
      </w:tcPr>
    </w:tblStylePr>
    <w:tblStylePr w:type="lastCol">
      <w:tblPr/>
      <w:tcPr>
        <w:tcBorders>
          <w:top w:val="nil"/>
          <w:left w:val="single" w:sz="8" w:space="0" w:color="196B24"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top w:val="nil"/>
          <w:bottom w:val="nil"/>
          <w:insideH w:val="nil"/>
          <w:insideV w:val="nil"/>
        </w:tcBorders>
        <w:shd w:val="clear" w:color="auto" w:fill="B3EDB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4">
    <w:name w:val="Medium List 2 Accent 4"/>
    <w:basedOn w:val="Standardowy"/>
    <w:uiPriority w:val="66"/>
    <w:rsid w:val="004674D5"/>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rPr>
        <w:sz w:val="24"/>
        <w:szCs w:val="24"/>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tblPr/>
      <w:tcPr>
        <w:tcBorders>
          <w:top w:val="single" w:sz="8" w:space="0" w:color="0F9ED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9ED5" w:themeColor="accent4"/>
          <w:insideH w:val="nil"/>
          <w:insideV w:val="nil"/>
        </w:tcBorders>
        <w:shd w:val="clear" w:color="auto" w:fill="FFFFFF" w:themeFill="background1"/>
      </w:tcPr>
    </w:tblStylePr>
    <w:tblStylePr w:type="lastCol">
      <w:tblPr/>
      <w:tcPr>
        <w:tcBorders>
          <w:top w:val="nil"/>
          <w:left w:val="single" w:sz="8" w:space="0" w:color="0F9ED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top w:val="nil"/>
          <w:bottom w:val="nil"/>
          <w:insideH w:val="nil"/>
          <w:insideV w:val="nil"/>
        </w:tcBorders>
        <w:shd w:val="clear" w:color="auto" w:fill="BDE9F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5">
    <w:name w:val="Medium List 2 Accent 5"/>
    <w:basedOn w:val="Standardowy"/>
    <w:uiPriority w:val="66"/>
    <w:rsid w:val="004674D5"/>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rPr>
        <w:sz w:val="24"/>
        <w:szCs w:val="24"/>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tblPr/>
      <w:tcPr>
        <w:tcBorders>
          <w:top w:val="single" w:sz="8" w:space="0" w:color="A02B93"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02B93" w:themeColor="accent5"/>
          <w:insideH w:val="nil"/>
          <w:insideV w:val="nil"/>
        </w:tcBorders>
        <w:shd w:val="clear" w:color="auto" w:fill="FFFFFF" w:themeFill="background1"/>
      </w:tcPr>
    </w:tblStylePr>
    <w:tblStylePr w:type="lastCol">
      <w:tblPr/>
      <w:tcPr>
        <w:tcBorders>
          <w:top w:val="nil"/>
          <w:left w:val="single" w:sz="8" w:space="0" w:color="A02B9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top w:val="nil"/>
          <w:bottom w:val="nil"/>
          <w:insideH w:val="nil"/>
          <w:insideV w:val="nil"/>
        </w:tcBorders>
        <w:shd w:val="clear" w:color="auto" w:fill="EFC3E9"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6">
    <w:name w:val="Medium List 2 Accent 6"/>
    <w:basedOn w:val="Standardowy"/>
    <w:uiPriority w:val="66"/>
    <w:rsid w:val="004674D5"/>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rPr>
        <w:sz w:val="24"/>
        <w:szCs w:val="24"/>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tblPr/>
      <w:tcPr>
        <w:tcBorders>
          <w:top w:val="single" w:sz="8" w:space="0" w:color="4EA72E"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EA72E" w:themeColor="accent6"/>
          <w:insideH w:val="nil"/>
          <w:insideV w:val="nil"/>
        </w:tcBorders>
        <w:shd w:val="clear" w:color="auto" w:fill="FFFFFF" w:themeFill="background1"/>
      </w:tcPr>
    </w:tblStylePr>
    <w:tblStylePr w:type="lastCol">
      <w:tblPr/>
      <w:tcPr>
        <w:tcBorders>
          <w:top w:val="nil"/>
          <w:left w:val="single" w:sz="8" w:space="0" w:color="4EA72E"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top w:val="nil"/>
          <w:bottom w:val="nil"/>
          <w:insideH w:val="nil"/>
          <w:insideV w:val="nil"/>
        </w:tcBorders>
        <w:shd w:val="clear" w:color="auto" w:fill="D0EFC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siatka1">
    <w:name w:val="Medium Grid 1"/>
    <w:basedOn w:val="Standardowy"/>
    <w:uiPriority w:val="67"/>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redniasiatka1akcent1">
    <w:name w:val="Medium Grid 1 Accent 1"/>
    <w:basedOn w:val="Standardowy"/>
    <w:uiPriority w:val="67"/>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insideV w:val="single" w:sz="8" w:space="0" w:color="2198CF" w:themeColor="accent1" w:themeTint="BF"/>
      </w:tblBorders>
    </w:tblPr>
    <w:tcPr>
      <w:shd w:val="clear" w:color="auto" w:fill="B2DEF2" w:themeFill="accent1" w:themeFillTint="3F"/>
    </w:tcPr>
    <w:tblStylePr w:type="firstRow">
      <w:rPr>
        <w:b/>
        <w:bCs/>
      </w:rPr>
    </w:tblStylePr>
    <w:tblStylePr w:type="lastRow">
      <w:rPr>
        <w:b/>
        <w:bCs/>
      </w:rPr>
      <w:tblPr/>
      <w:tcPr>
        <w:tcBorders>
          <w:top w:val="single" w:sz="18" w:space="0" w:color="2198CF" w:themeColor="accent1" w:themeTint="BF"/>
        </w:tcBorders>
      </w:tcPr>
    </w:tblStylePr>
    <w:tblStylePr w:type="firstCol">
      <w:rPr>
        <w:b/>
        <w:bCs/>
      </w:rPr>
    </w:tblStylePr>
    <w:tblStylePr w:type="lastCol">
      <w:rPr>
        <w:b/>
        <w:bCs/>
      </w:r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redniasiatka1akcent2">
    <w:name w:val="Medium Grid 1 Accent 2"/>
    <w:basedOn w:val="Standardowy"/>
    <w:uiPriority w:val="67"/>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insideV w:val="single" w:sz="8" w:space="0" w:color="EE9465" w:themeColor="accent2" w:themeTint="BF"/>
      </w:tblBorders>
    </w:tblPr>
    <w:tcPr>
      <w:shd w:val="clear" w:color="auto" w:fill="F9DBCC" w:themeFill="accent2" w:themeFillTint="3F"/>
    </w:tcPr>
    <w:tblStylePr w:type="firstRow">
      <w:rPr>
        <w:b/>
        <w:bCs/>
      </w:rPr>
    </w:tblStylePr>
    <w:tblStylePr w:type="lastRow">
      <w:rPr>
        <w:b/>
        <w:bCs/>
      </w:rPr>
      <w:tblPr/>
      <w:tcPr>
        <w:tcBorders>
          <w:top w:val="single" w:sz="18" w:space="0" w:color="EE9465" w:themeColor="accent2" w:themeTint="BF"/>
        </w:tcBorders>
      </w:tcPr>
    </w:tblStylePr>
    <w:tblStylePr w:type="firstCol">
      <w:rPr>
        <w:b/>
        <w:bCs/>
      </w:rPr>
    </w:tblStylePr>
    <w:tblStylePr w:type="lastCol">
      <w:rPr>
        <w:b/>
        <w:bCs/>
      </w:r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redniasiatka1akcent3">
    <w:name w:val="Medium Grid 1 Accent 3"/>
    <w:basedOn w:val="Standardowy"/>
    <w:uiPriority w:val="67"/>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insideV w:val="single" w:sz="8" w:space="0" w:color="2BB73D" w:themeColor="accent3" w:themeTint="BF"/>
      </w:tblBorders>
    </w:tblPr>
    <w:tcPr>
      <w:shd w:val="clear" w:color="auto" w:fill="B3EDBA" w:themeFill="accent3" w:themeFillTint="3F"/>
    </w:tcPr>
    <w:tblStylePr w:type="firstRow">
      <w:rPr>
        <w:b/>
        <w:bCs/>
      </w:rPr>
    </w:tblStylePr>
    <w:tblStylePr w:type="lastRow">
      <w:rPr>
        <w:b/>
        <w:bCs/>
      </w:rPr>
      <w:tblPr/>
      <w:tcPr>
        <w:tcBorders>
          <w:top w:val="single" w:sz="18" w:space="0" w:color="2BB73D" w:themeColor="accent3" w:themeTint="BF"/>
        </w:tcBorders>
      </w:tcPr>
    </w:tblStylePr>
    <w:tblStylePr w:type="firstCol">
      <w:rPr>
        <w:b/>
        <w:bCs/>
      </w:rPr>
    </w:tblStylePr>
    <w:tblStylePr w:type="lastCol">
      <w:rPr>
        <w:b/>
        <w:bCs/>
      </w:r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redniasiatka1akcent4">
    <w:name w:val="Medium Grid 1 Accent 4"/>
    <w:basedOn w:val="Standardowy"/>
    <w:uiPriority w:val="67"/>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insideV w:val="single" w:sz="8" w:space="0" w:color="39BEF1" w:themeColor="accent4" w:themeTint="BF"/>
      </w:tblBorders>
    </w:tblPr>
    <w:tcPr>
      <w:shd w:val="clear" w:color="auto" w:fill="BDE9FA" w:themeFill="accent4" w:themeFillTint="3F"/>
    </w:tcPr>
    <w:tblStylePr w:type="firstRow">
      <w:rPr>
        <w:b/>
        <w:bCs/>
      </w:rPr>
    </w:tblStylePr>
    <w:tblStylePr w:type="lastRow">
      <w:rPr>
        <w:b/>
        <w:bCs/>
      </w:rPr>
      <w:tblPr/>
      <w:tcPr>
        <w:tcBorders>
          <w:top w:val="single" w:sz="18" w:space="0" w:color="39BEF1" w:themeColor="accent4" w:themeTint="BF"/>
        </w:tcBorders>
      </w:tcPr>
    </w:tblStylePr>
    <w:tblStylePr w:type="firstCol">
      <w:rPr>
        <w:b/>
        <w:bCs/>
      </w:rPr>
    </w:tblStylePr>
    <w:tblStylePr w:type="lastCol">
      <w:rPr>
        <w:b/>
        <w:bCs/>
      </w:r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redniasiatka1akcent5">
    <w:name w:val="Medium Grid 1 Accent 5"/>
    <w:basedOn w:val="Standardowy"/>
    <w:uiPriority w:val="67"/>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insideV w:val="single" w:sz="8" w:space="0" w:color="CE49BF" w:themeColor="accent5" w:themeTint="BF"/>
      </w:tblBorders>
    </w:tblPr>
    <w:tcPr>
      <w:shd w:val="clear" w:color="auto" w:fill="EFC3E9" w:themeFill="accent5" w:themeFillTint="3F"/>
    </w:tcPr>
    <w:tblStylePr w:type="firstRow">
      <w:rPr>
        <w:b/>
        <w:bCs/>
      </w:rPr>
    </w:tblStylePr>
    <w:tblStylePr w:type="lastRow">
      <w:rPr>
        <w:b/>
        <w:bCs/>
      </w:rPr>
      <w:tblPr/>
      <w:tcPr>
        <w:tcBorders>
          <w:top w:val="single" w:sz="18" w:space="0" w:color="CE49BF" w:themeColor="accent5" w:themeTint="BF"/>
        </w:tcBorders>
      </w:tcPr>
    </w:tblStylePr>
    <w:tblStylePr w:type="firstCol">
      <w:rPr>
        <w:b/>
        <w:bCs/>
      </w:rPr>
    </w:tblStylePr>
    <w:tblStylePr w:type="lastCol">
      <w:rPr>
        <w:b/>
        <w:bCs/>
      </w:r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redniasiatka1akcent6">
    <w:name w:val="Medium Grid 1 Accent 6"/>
    <w:basedOn w:val="Standardowy"/>
    <w:uiPriority w:val="67"/>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insideV w:val="single" w:sz="8" w:space="0" w:color="71CF50" w:themeColor="accent6" w:themeTint="BF"/>
      </w:tblBorders>
    </w:tblPr>
    <w:tcPr>
      <w:shd w:val="clear" w:color="auto" w:fill="D0EFC5" w:themeFill="accent6" w:themeFillTint="3F"/>
    </w:tcPr>
    <w:tblStylePr w:type="firstRow">
      <w:rPr>
        <w:b/>
        <w:bCs/>
      </w:rPr>
    </w:tblStylePr>
    <w:tblStylePr w:type="lastRow">
      <w:rPr>
        <w:b/>
        <w:bCs/>
      </w:rPr>
      <w:tblPr/>
      <w:tcPr>
        <w:tcBorders>
          <w:top w:val="single" w:sz="18" w:space="0" w:color="71CF50" w:themeColor="accent6" w:themeTint="BF"/>
        </w:tcBorders>
      </w:tcPr>
    </w:tblStylePr>
    <w:tblStylePr w:type="firstCol">
      <w:rPr>
        <w:b/>
        <w:bCs/>
      </w:rPr>
    </w:tblStylePr>
    <w:tblStylePr w:type="lastCol">
      <w:rPr>
        <w:b/>
        <w:bCs/>
      </w:r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 w:type="table" w:styleId="redniasiatka2">
    <w:name w:val="Medium Grid 2"/>
    <w:basedOn w:val="Standardowy"/>
    <w:uiPriority w:val="68"/>
    <w:rsid w:val="004674D5"/>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redniasiatka2akcent1">
    <w:name w:val="Medium Grid 2 Accent 1"/>
    <w:basedOn w:val="Standardowy"/>
    <w:uiPriority w:val="68"/>
    <w:rsid w:val="004674D5"/>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cPr>
      <w:shd w:val="clear" w:color="auto" w:fill="B2DEF2" w:themeFill="accent1" w:themeFillTint="3F"/>
    </w:tcPr>
    <w:tblStylePr w:type="firstRow">
      <w:rPr>
        <w:b/>
        <w:bCs/>
        <w:color w:val="000000" w:themeColor="text1"/>
      </w:rPr>
      <w:tblPr/>
      <w:tcPr>
        <w:shd w:val="clear" w:color="auto" w:fill="E0F2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E4F5" w:themeFill="accent1" w:themeFillTint="33"/>
      </w:tcPr>
    </w:tblStylePr>
    <w:tblStylePr w:type="band1Vert">
      <w:tblPr/>
      <w:tcPr>
        <w:shd w:val="clear" w:color="auto" w:fill="64BDE6" w:themeFill="accent1" w:themeFillTint="7F"/>
      </w:tcPr>
    </w:tblStylePr>
    <w:tblStylePr w:type="band1Horz">
      <w:tblPr/>
      <w:tcPr>
        <w:tcBorders>
          <w:insideH w:val="single" w:sz="6" w:space="0" w:color="156082" w:themeColor="accent1"/>
          <w:insideV w:val="single" w:sz="6" w:space="0" w:color="156082" w:themeColor="accent1"/>
        </w:tcBorders>
        <w:shd w:val="clear" w:color="auto" w:fill="64BDE6" w:themeFill="accent1" w:themeFillTint="7F"/>
      </w:tcPr>
    </w:tblStylePr>
    <w:tblStylePr w:type="nwCell">
      <w:tblPr/>
      <w:tcPr>
        <w:shd w:val="clear" w:color="auto" w:fill="FFFFFF" w:themeFill="background1"/>
      </w:tcPr>
    </w:tblStylePr>
  </w:style>
  <w:style w:type="table" w:styleId="redniasiatka2akcent2">
    <w:name w:val="Medium Grid 2 Accent 2"/>
    <w:basedOn w:val="Standardowy"/>
    <w:uiPriority w:val="68"/>
    <w:rsid w:val="004674D5"/>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cPr>
      <w:shd w:val="clear" w:color="auto" w:fill="F9DBCC" w:themeFill="accent2" w:themeFillTint="3F"/>
    </w:tcPr>
    <w:tblStylePr w:type="firstRow">
      <w:rPr>
        <w:b/>
        <w:bCs/>
        <w:color w:val="000000" w:themeColor="text1"/>
      </w:rPr>
      <w:tblPr/>
      <w:tcPr>
        <w:shd w:val="clear" w:color="auto" w:fill="FCF0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E2D5" w:themeFill="accent2" w:themeFillTint="33"/>
      </w:tcPr>
    </w:tblStylePr>
    <w:tblStylePr w:type="band1Vert">
      <w:tblPr/>
      <w:tcPr>
        <w:shd w:val="clear" w:color="auto" w:fill="F4B798" w:themeFill="accent2" w:themeFillTint="7F"/>
      </w:tcPr>
    </w:tblStylePr>
    <w:tblStylePr w:type="band1Horz">
      <w:tblPr/>
      <w:tcPr>
        <w:tcBorders>
          <w:insideH w:val="single" w:sz="6" w:space="0" w:color="E97132" w:themeColor="accent2"/>
          <w:insideV w:val="single" w:sz="6" w:space="0" w:color="E97132" w:themeColor="accent2"/>
        </w:tcBorders>
        <w:shd w:val="clear" w:color="auto" w:fill="F4B798" w:themeFill="accent2" w:themeFillTint="7F"/>
      </w:tcPr>
    </w:tblStylePr>
    <w:tblStylePr w:type="nwCell">
      <w:tblPr/>
      <w:tcPr>
        <w:shd w:val="clear" w:color="auto" w:fill="FFFFFF" w:themeFill="background1"/>
      </w:tcPr>
    </w:tblStylePr>
  </w:style>
  <w:style w:type="table" w:styleId="redniasiatka2akcent3">
    <w:name w:val="Medium Grid 2 Accent 3"/>
    <w:basedOn w:val="Standardowy"/>
    <w:uiPriority w:val="68"/>
    <w:rsid w:val="004674D5"/>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cPr>
      <w:shd w:val="clear" w:color="auto" w:fill="B3EDBA" w:themeFill="accent3" w:themeFillTint="3F"/>
    </w:tcPr>
    <w:tblStylePr w:type="firstRow">
      <w:rPr>
        <w:b/>
        <w:bCs/>
        <w:color w:val="000000" w:themeColor="text1"/>
      </w:rPr>
      <w:tblPr/>
      <w:tcPr>
        <w:shd w:val="clear" w:color="auto" w:fill="E0F8E3"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F0C7" w:themeFill="accent3" w:themeFillTint="33"/>
      </w:tcPr>
    </w:tblStylePr>
    <w:tblStylePr w:type="band1Vert">
      <w:tblPr/>
      <w:tcPr>
        <w:shd w:val="clear" w:color="auto" w:fill="66DB75" w:themeFill="accent3" w:themeFillTint="7F"/>
      </w:tcPr>
    </w:tblStylePr>
    <w:tblStylePr w:type="band1Horz">
      <w:tblPr/>
      <w:tcPr>
        <w:tcBorders>
          <w:insideH w:val="single" w:sz="6" w:space="0" w:color="196B24" w:themeColor="accent3"/>
          <w:insideV w:val="single" w:sz="6" w:space="0" w:color="196B24" w:themeColor="accent3"/>
        </w:tcBorders>
        <w:shd w:val="clear" w:color="auto" w:fill="66DB75" w:themeFill="accent3" w:themeFillTint="7F"/>
      </w:tcPr>
    </w:tblStylePr>
    <w:tblStylePr w:type="nwCell">
      <w:tblPr/>
      <w:tcPr>
        <w:shd w:val="clear" w:color="auto" w:fill="FFFFFF" w:themeFill="background1"/>
      </w:tcPr>
    </w:tblStylePr>
  </w:style>
  <w:style w:type="table" w:styleId="redniasiatka2akcent4">
    <w:name w:val="Medium Grid 2 Accent 4"/>
    <w:basedOn w:val="Standardowy"/>
    <w:uiPriority w:val="68"/>
    <w:rsid w:val="004674D5"/>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cPr>
      <w:shd w:val="clear" w:color="auto" w:fill="BDE9FA" w:themeFill="accent4" w:themeFillTint="3F"/>
    </w:tcPr>
    <w:tblStylePr w:type="firstRow">
      <w:rPr>
        <w:b/>
        <w:bCs/>
        <w:color w:val="000000" w:themeColor="text1"/>
      </w:rPr>
      <w:tblPr/>
      <w:tcPr>
        <w:shd w:val="clear" w:color="auto" w:fill="E5F6FD"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AEDFB" w:themeFill="accent4" w:themeFillTint="33"/>
      </w:tcPr>
    </w:tblStylePr>
    <w:tblStylePr w:type="band1Vert">
      <w:tblPr/>
      <w:tcPr>
        <w:shd w:val="clear" w:color="auto" w:fill="7BD3F5" w:themeFill="accent4" w:themeFillTint="7F"/>
      </w:tcPr>
    </w:tblStylePr>
    <w:tblStylePr w:type="band1Horz">
      <w:tblPr/>
      <w:tcPr>
        <w:tcBorders>
          <w:insideH w:val="single" w:sz="6" w:space="0" w:color="0F9ED5" w:themeColor="accent4"/>
          <w:insideV w:val="single" w:sz="6" w:space="0" w:color="0F9ED5" w:themeColor="accent4"/>
        </w:tcBorders>
        <w:shd w:val="clear" w:color="auto" w:fill="7BD3F5" w:themeFill="accent4" w:themeFillTint="7F"/>
      </w:tcPr>
    </w:tblStylePr>
    <w:tblStylePr w:type="nwCell">
      <w:tblPr/>
      <w:tcPr>
        <w:shd w:val="clear" w:color="auto" w:fill="FFFFFF" w:themeFill="background1"/>
      </w:tcPr>
    </w:tblStylePr>
  </w:style>
  <w:style w:type="table" w:styleId="redniasiatka2akcent5">
    <w:name w:val="Medium Grid 2 Accent 5"/>
    <w:basedOn w:val="Standardowy"/>
    <w:uiPriority w:val="68"/>
    <w:rsid w:val="004674D5"/>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cPr>
      <w:shd w:val="clear" w:color="auto" w:fill="EFC3E9" w:themeFill="accent5" w:themeFillTint="3F"/>
    </w:tcPr>
    <w:tblStylePr w:type="firstRow">
      <w:rPr>
        <w:b/>
        <w:bCs/>
        <w:color w:val="000000" w:themeColor="text1"/>
      </w:rPr>
      <w:tblPr/>
      <w:tcPr>
        <w:shd w:val="clear" w:color="auto" w:fill="F8E7F6"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CEED" w:themeFill="accent5" w:themeFillTint="33"/>
      </w:tcPr>
    </w:tblStylePr>
    <w:tblStylePr w:type="band1Vert">
      <w:tblPr/>
      <w:tcPr>
        <w:shd w:val="clear" w:color="auto" w:fill="DE86D4" w:themeFill="accent5" w:themeFillTint="7F"/>
      </w:tcPr>
    </w:tblStylePr>
    <w:tblStylePr w:type="band1Horz">
      <w:tblPr/>
      <w:tcPr>
        <w:tcBorders>
          <w:insideH w:val="single" w:sz="6" w:space="0" w:color="A02B93" w:themeColor="accent5"/>
          <w:insideV w:val="single" w:sz="6" w:space="0" w:color="A02B93" w:themeColor="accent5"/>
        </w:tcBorders>
        <w:shd w:val="clear" w:color="auto" w:fill="DE86D4" w:themeFill="accent5" w:themeFillTint="7F"/>
      </w:tcPr>
    </w:tblStylePr>
    <w:tblStylePr w:type="nwCell">
      <w:tblPr/>
      <w:tcPr>
        <w:shd w:val="clear" w:color="auto" w:fill="FFFFFF" w:themeFill="background1"/>
      </w:tcPr>
    </w:tblStylePr>
  </w:style>
  <w:style w:type="table" w:styleId="redniasiatka2akcent6">
    <w:name w:val="Medium Grid 2 Accent 6"/>
    <w:basedOn w:val="Standardowy"/>
    <w:uiPriority w:val="68"/>
    <w:rsid w:val="004674D5"/>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cPr>
      <w:shd w:val="clear" w:color="auto" w:fill="D0EFC5" w:themeFill="accent6" w:themeFillTint="3F"/>
    </w:tcPr>
    <w:tblStylePr w:type="firstRow">
      <w:rPr>
        <w:b/>
        <w:bCs/>
        <w:color w:val="000000" w:themeColor="text1"/>
      </w:rPr>
      <w:tblPr/>
      <w:tcPr>
        <w:shd w:val="clear" w:color="auto" w:fill="ECF8E8"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F2D0" w:themeFill="accent6" w:themeFillTint="33"/>
      </w:tcPr>
    </w:tblStylePr>
    <w:tblStylePr w:type="band1Vert">
      <w:tblPr/>
      <w:tcPr>
        <w:shd w:val="clear" w:color="auto" w:fill="A0DF8A" w:themeFill="accent6" w:themeFillTint="7F"/>
      </w:tcPr>
    </w:tblStylePr>
    <w:tblStylePr w:type="band1Horz">
      <w:tblPr/>
      <w:tcPr>
        <w:tcBorders>
          <w:insideH w:val="single" w:sz="6" w:space="0" w:color="4EA72E" w:themeColor="accent6"/>
          <w:insideV w:val="single" w:sz="6" w:space="0" w:color="4EA72E" w:themeColor="accent6"/>
        </w:tcBorders>
        <w:shd w:val="clear" w:color="auto" w:fill="A0DF8A" w:themeFill="accent6" w:themeFillTint="7F"/>
      </w:tcPr>
    </w:tblStylePr>
    <w:tblStylePr w:type="nwCell">
      <w:tblPr/>
      <w:tcPr>
        <w:shd w:val="clear" w:color="auto" w:fill="FFFFFF" w:themeFill="background1"/>
      </w:tcPr>
    </w:tblStylePr>
  </w:style>
  <w:style w:type="table" w:styleId="redniasiatka3">
    <w:name w:val="Medium Grid 3"/>
    <w:basedOn w:val="Standardowy"/>
    <w:uiPriority w:val="69"/>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redniasiatka3akcent1">
    <w:name w:val="Medium Grid 3 Accent 1"/>
    <w:basedOn w:val="Standardowy"/>
    <w:uiPriority w:val="69"/>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2DEF2"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5608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5608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4BDE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4BDE6" w:themeFill="accent1" w:themeFillTint="7F"/>
      </w:tcPr>
    </w:tblStylePr>
  </w:style>
  <w:style w:type="table" w:styleId="redniasiatka3akcent2">
    <w:name w:val="Medium Grid 3 Accent 2"/>
    <w:basedOn w:val="Standardowy"/>
    <w:uiPriority w:val="69"/>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DBCC"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97132"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97132"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4B7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4B798" w:themeFill="accent2" w:themeFillTint="7F"/>
      </w:tcPr>
    </w:tblStylePr>
  </w:style>
  <w:style w:type="table" w:styleId="redniasiatka3akcent3">
    <w:name w:val="Medium Grid 3 Accent 3"/>
    <w:basedOn w:val="Standardowy"/>
    <w:uiPriority w:val="69"/>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3EDB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96B24"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96B24"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6DB75"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6DB75" w:themeFill="accent3" w:themeFillTint="7F"/>
      </w:tcPr>
    </w:tblStylePr>
  </w:style>
  <w:style w:type="table" w:styleId="redniasiatka3akcent4">
    <w:name w:val="Medium Grid 3 Accent 4"/>
    <w:basedOn w:val="Standardowy"/>
    <w:uiPriority w:val="69"/>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E9F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9ED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9ED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BD3F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BD3F5" w:themeFill="accent4" w:themeFillTint="7F"/>
      </w:tcPr>
    </w:tblStylePr>
  </w:style>
  <w:style w:type="table" w:styleId="redniasiatka3akcent5">
    <w:name w:val="Medium Grid 3 Accent 5"/>
    <w:basedOn w:val="Standardowy"/>
    <w:uiPriority w:val="69"/>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C3E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02B9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02B9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E86D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E86D4" w:themeFill="accent5" w:themeFillTint="7F"/>
      </w:tcPr>
    </w:tblStylePr>
  </w:style>
  <w:style w:type="table" w:styleId="redniasiatka3akcent6">
    <w:name w:val="Medium Grid 3 Accent 6"/>
    <w:basedOn w:val="Standardowy"/>
    <w:uiPriority w:val="69"/>
    <w:rsid w:val="004674D5"/>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EFC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EA72E"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EA72E"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0DF8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0DF8A" w:themeFill="accent6" w:themeFillTint="7F"/>
      </w:tcPr>
    </w:tblStylePr>
  </w:style>
  <w:style w:type="table" w:styleId="Ciemnalista">
    <w:name w:val="Dark List"/>
    <w:basedOn w:val="Standardowy"/>
    <w:uiPriority w:val="70"/>
    <w:rsid w:val="004674D5"/>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Ciemnalista2akcent1">
    <w:name w:val="Dark List Accent 1"/>
    <w:basedOn w:val="Standardowy"/>
    <w:uiPriority w:val="70"/>
    <w:rsid w:val="004674D5"/>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156082"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A2F4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F476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F4761" w:themeFill="accent1" w:themeFillShade="BF"/>
      </w:tcPr>
    </w:tblStylePr>
    <w:tblStylePr w:type="band1Vert">
      <w:tblPr/>
      <w:tcPr>
        <w:tcBorders>
          <w:top w:val="nil"/>
          <w:left w:val="nil"/>
          <w:bottom w:val="nil"/>
          <w:right w:val="nil"/>
          <w:insideH w:val="nil"/>
          <w:insideV w:val="nil"/>
        </w:tcBorders>
        <w:shd w:val="clear" w:color="auto" w:fill="0F4761" w:themeFill="accent1" w:themeFillShade="BF"/>
      </w:tcPr>
    </w:tblStylePr>
    <w:tblStylePr w:type="band1Horz">
      <w:tblPr/>
      <w:tcPr>
        <w:tcBorders>
          <w:top w:val="nil"/>
          <w:left w:val="nil"/>
          <w:bottom w:val="nil"/>
          <w:right w:val="nil"/>
          <w:insideH w:val="nil"/>
          <w:insideV w:val="nil"/>
        </w:tcBorders>
        <w:shd w:val="clear" w:color="auto" w:fill="0F4761" w:themeFill="accent1" w:themeFillShade="BF"/>
      </w:tcPr>
    </w:tblStylePr>
  </w:style>
  <w:style w:type="table" w:styleId="Ciemnalistaakcent2">
    <w:name w:val="Dark List Accent 2"/>
    <w:basedOn w:val="Standardowy"/>
    <w:uiPriority w:val="70"/>
    <w:rsid w:val="004674D5"/>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E97132"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340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BF4E1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BF4E14" w:themeFill="accent2" w:themeFillShade="BF"/>
      </w:tcPr>
    </w:tblStylePr>
    <w:tblStylePr w:type="band1Vert">
      <w:tblPr/>
      <w:tcPr>
        <w:tcBorders>
          <w:top w:val="nil"/>
          <w:left w:val="nil"/>
          <w:bottom w:val="nil"/>
          <w:right w:val="nil"/>
          <w:insideH w:val="nil"/>
          <w:insideV w:val="nil"/>
        </w:tcBorders>
        <w:shd w:val="clear" w:color="auto" w:fill="BF4E14" w:themeFill="accent2" w:themeFillShade="BF"/>
      </w:tcPr>
    </w:tblStylePr>
    <w:tblStylePr w:type="band1Horz">
      <w:tblPr/>
      <w:tcPr>
        <w:tcBorders>
          <w:top w:val="nil"/>
          <w:left w:val="nil"/>
          <w:bottom w:val="nil"/>
          <w:right w:val="nil"/>
          <w:insideH w:val="nil"/>
          <w:insideV w:val="nil"/>
        </w:tcBorders>
        <w:shd w:val="clear" w:color="auto" w:fill="BF4E14" w:themeFill="accent2" w:themeFillShade="BF"/>
      </w:tcPr>
    </w:tblStylePr>
  </w:style>
  <w:style w:type="table" w:styleId="Ciemnalistaakcent3">
    <w:name w:val="Dark List Accent 3"/>
    <w:basedOn w:val="Standardowy"/>
    <w:uiPriority w:val="70"/>
    <w:rsid w:val="004674D5"/>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196B24"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C3511"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24F1A"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24F1A" w:themeFill="accent3" w:themeFillShade="BF"/>
      </w:tcPr>
    </w:tblStylePr>
    <w:tblStylePr w:type="band1Vert">
      <w:tblPr/>
      <w:tcPr>
        <w:tcBorders>
          <w:top w:val="nil"/>
          <w:left w:val="nil"/>
          <w:bottom w:val="nil"/>
          <w:right w:val="nil"/>
          <w:insideH w:val="nil"/>
          <w:insideV w:val="nil"/>
        </w:tcBorders>
        <w:shd w:val="clear" w:color="auto" w:fill="124F1A" w:themeFill="accent3" w:themeFillShade="BF"/>
      </w:tcPr>
    </w:tblStylePr>
    <w:tblStylePr w:type="band1Horz">
      <w:tblPr/>
      <w:tcPr>
        <w:tcBorders>
          <w:top w:val="nil"/>
          <w:left w:val="nil"/>
          <w:bottom w:val="nil"/>
          <w:right w:val="nil"/>
          <w:insideH w:val="nil"/>
          <w:insideV w:val="nil"/>
        </w:tcBorders>
        <w:shd w:val="clear" w:color="auto" w:fill="124F1A" w:themeFill="accent3" w:themeFillShade="BF"/>
      </w:tcPr>
    </w:tblStylePr>
  </w:style>
  <w:style w:type="table" w:styleId="Ciemnalistaakcent4">
    <w:name w:val="Dark List Accent 4"/>
    <w:basedOn w:val="Standardowy"/>
    <w:uiPriority w:val="70"/>
    <w:rsid w:val="004674D5"/>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0F9ED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74E69"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B769F"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B769F" w:themeFill="accent4" w:themeFillShade="BF"/>
      </w:tcPr>
    </w:tblStylePr>
    <w:tblStylePr w:type="band1Vert">
      <w:tblPr/>
      <w:tcPr>
        <w:tcBorders>
          <w:top w:val="nil"/>
          <w:left w:val="nil"/>
          <w:bottom w:val="nil"/>
          <w:right w:val="nil"/>
          <w:insideH w:val="nil"/>
          <w:insideV w:val="nil"/>
        </w:tcBorders>
        <w:shd w:val="clear" w:color="auto" w:fill="0B769F" w:themeFill="accent4" w:themeFillShade="BF"/>
      </w:tcPr>
    </w:tblStylePr>
    <w:tblStylePr w:type="band1Horz">
      <w:tblPr/>
      <w:tcPr>
        <w:tcBorders>
          <w:top w:val="nil"/>
          <w:left w:val="nil"/>
          <w:bottom w:val="nil"/>
          <w:right w:val="nil"/>
          <w:insideH w:val="nil"/>
          <w:insideV w:val="nil"/>
        </w:tcBorders>
        <w:shd w:val="clear" w:color="auto" w:fill="0B769F" w:themeFill="accent4" w:themeFillShade="BF"/>
      </w:tcPr>
    </w:tblStylePr>
  </w:style>
  <w:style w:type="table" w:styleId="Ciemnalistaakcent5">
    <w:name w:val="Dark List Accent 5"/>
    <w:basedOn w:val="Standardowy"/>
    <w:uiPriority w:val="70"/>
    <w:rsid w:val="004674D5"/>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A02B9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154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7206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7206D" w:themeFill="accent5" w:themeFillShade="BF"/>
      </w:tcPr>
    </w:tblStylePr>
    <w:tblStylePr w:type="band1Vert">
      <w:tblPr/>
      <w:tcPr>
        <w:tcBorders>
          <w:top w:val="nil"/>
          <w:left w:val="nil"/>
          <w:bottom w:val="nil"/>
          <w:right w:val="nil"/>
          <w:insideH w:val="nil"/>
          <w:insideV w:val="nil"/>
        </w:tcBorders>
        <w:shd w:val="clear" w:color="auto" w:fill="77206D" w:themeFill="accent5" w:themeFillShade="BF"/>
      </w:tcPr>
    </w:tblStylePr>
    <w:tblStylePr w:type="band1Horz">
      <w:tblPr/>
      <w:tcPr>
        <w:tcBorders>
          <w:top w:val="nil"/>
          <w:left w:val="nil"/>
          <w:bottom w:val="nil"/>
          <w:right w:val="nil"/>
          <w:insideH w:val="nil"/>
          <w:insideV w:val="nil"/>
        </w:tcBorders>
        <w:shd w:val="clear" w:color="auto" w:fill="77206D" w:themeFill="accent5" w:themeFillShade="BF"/>
      </w:tcPr>
    </w:tblStylePr>
  </w:style>
  <w:style w:type="table" w:styleId="Ciemnalistaakcent6">
    <w:name w:val="Dark List Accent 6"/>
    <w:basedOn w:val="Standardowy"/>
    <w:uiPriority w:val="70"/>
    <w:rsid w:val="004674D5"/>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4EA72E"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65317"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A7C2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A7C22" w:themeFill="accent6" w:themeFillShade="BF"/>
      </w:tcPr>
    </w:tblStylePr>
    <w:tblStylePr w:type="band1Vert">
      <w:tblPr/>
      <w:tcPr>
        <w:tcBorders>
          <w:top w:val="nil"/>
          <w:left w:val="nil"/>
          <w:bottom w:val="nil"/>
          <w:right w:val="nil"/>
          <w:insideH w:val="nil"/>
          <w:insideV w:val="nil"/>
        </w:tcBorders>
        <w:shd w:val="clear" w:color="auto" w:fill="3A7C22" w:themeFill="accent6" w:themeFillShade="BF"/>
      </w:tcPr>
    </w:tblStylePr>
    <w:tblStylePr w:type="band1Horz">
      <w:tblPr/>
      <w:tcPr>
        <w:tcBorders>
          <w:top w:val="nil"/>
          <w:left w:val="nil"/>
          <w:bottom w:val="nil"/>
          <w:right w:val="nil"/>
          <w:insideH w:val="nil"/>
          <w:insideV w:val="nil"/>
        </w:tcBorders>
        <w:shd w:val="clear" w:color="auto" w:fill="3A7C22" w:themeFill="accent6" w:themeFillShade="BF"/>
      </w:tcPr>
    </w:tblStylePr>
  </w:style>
  <w:style w:type="table" w:styleId="Kolorowecieniowanie">
    <w:name w:val="Colorful Shading"/>
    <w:basedOn w:val="Standardowy"/>
    <w:uiPriority w:val="71"/>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E97132"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Kolorowecieniowanieakcent1">
    <w:name w:val="Colorful Shading Accent 1"/>
    <w:basedOn w:val="Standardowy"/>
    <w:uiPriority w:val="71"/>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E97132" w:themeColor="accent2"/>
        <w:left w:val="single" w:sz="4" w:space="0" w:color="156082" w:themeColor="accent1"/>
        <w:bottom w:val="single" w:sz="4" w:space="0" w:color="156082" w:themeColor="accent1"/>
        <w:right w:val="single" w:sz="4" w:space="0" w:color="156082" w:themeColor="accent1"/>
        <w:insideH w:val="single" w:sz="4" w:space="0" w:color="FFFFFF" w:themeColor="background1"/>
        <w:insideV w:val="single" w:sz="4" w:space="0" w:color="FFFFFF" w:themeColor="background1"/>
      </w:tblBorders>
    </w:tblPr>
    <w:tcPr>
      <w:shd w:val="clear" w:color="auto" w:fill="E0F2FA" w:themeFill="accen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C394D" w:themeFill="accent1" w:themeFillShade="99"/>
      </w:tcPr>
    </w:tblStylePr>
    <w:tblStylePr w:type="firstCol">
      <w:rPr>
        <w:color w:val="FFFFFF" w:themeColor="background1"/>
      </w:rPr>
      <w:tblPr/>
      <w:tcPr>
        <w:tcBorders>
          <w:top w:val="nil"/>
          <w:left w:val="nil"/>
          <w:bottom w:val="nil"/>
          <w:right w:val="nil"/>
          <w:insideH w:val="single" w:sz="4" w:space="0" w:color="0C394D" w:themeColor="accent1" w:themeShade="99"/>
          <w:insideV w:val="nil"/>
        </w:tcBorders>
        <w:shd w:val="clear" w:color="auto" w:fill="0C394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C394D" w:themeFill="accent1" w:themeFillShade="99"/>
      </w:tcPr>
    </w:tblStylePr>
    <w:tblStylePr w:type="band1Vert">
      <w:tblPr/>
      <w:tcPr>
        <w:shd w:val="clear" w:color="auto" w:fill="83CAEB" w:themeFill="accent1" w:themeFillTint="66"/>
      </w:tcPr>
    </w:tblStylePr>
    <w:tblStylePr w:type="band1Horz">
      <w:tblPr/>
      <w:tcPr>
        <w:shd w:val="clear" w:color="auto" w:fill="64BDE6" w:themeFill="accent1" w:themeFillTint="7F"/>
      </w:tcPr>
    </w:tblStylePr>
    <w:tblStylePr w:type="neCell">
      <w:rPr>
        <w:color w:val="000000" w:themeColor="text1"/>
      </w:rPr>
    </w:tblStylePr>
    <w:tblStylePr w:type="nwCell">
      <w:rPr>
        <w:color w:val="000000" w:themeColor="text1"/>
      </w:rPr>
    </w:tblStylePr>
  </w:style>
  <w:style w:type="table" w:styleId="Kolorowecieniowanieakcent2">
    <w:name w:val="Colorful Shading Accent 2"/>
    <w:basedOn w:val="Standardowy"/>
    <w:uiPriority w:val="71"/>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E97132" w:themeColor="accent2"/>
        <w:left w:val="single" w:sz="4" w:space="0" w:color="E97132" w:themeColor="accent2"/>
        <w:bottom w:val="single" w:sz="4" w:space="0" w:color="E97132" w:themeColor="accent2"/>
        <w:right w:val="single" w:sz="4" w:space="0" w:color="E97132" w:themeColor="accent2"/>
        <w:insideH w:val="single" w:sz="4" w:space="0" w:color="FFFFFF" w:themeColor="background1"/>
        <w:insideV w:val="single" w:sz="4" w:space="0" w:color="FFFFFF" w:themeColor="background1"/>
      </w:tblBorders>
    </w:tblPr>
    <w:tcPr>
      <w:shd w:val="clear" w:color="auto" w:fill="FCF0EA" w:themeFill="accent2"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3F10" w:themeFill="accent2" w:themeFillShade="99"/>
      </w:tcPr>
    </w:tblStylePr>
    <w:tblStylePr w:type="firstCol">
      <w:rPr>
        <w:color w:val="FFFFFF" w:themeColor="background1"/>
      </w:rPr>
      <w:tblPr/>
      <w:tcPr>
        <w:tcBorders>
          <w:top w:val="nil"/>
          <w:left w:val="nil"/>
          <w:bottom w:val="nil"/>
          <w:right w:val="nil"/>
          <w:insideH w:val="single" w:sz="4" w:space="0" w:color="993F10" w:themeColor="accent2" w:themeShade="99"/>
          <w:insideV w:val="nil"/>
        </w:tcBorders>
        <w:shd w:val="clear" w:color="auto" w:fill="993F1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93F10" w:themeFill="accent2" w:themeFillShade="99"/>
      </w:tcPr>
    </w:tblStylePr>
    <w:tblStylePr w:type="band1Vert">
      <w:tblPr/>
      <w:tcPr>
        <w:shd w:val="clear" w:color="auto" w:fill="F6C5AC" w:themeFill="accent2" w:themeFillTint="66"/>
      </w:tcPr>
    </w:tblStylePr>
    <w:tblStylePr w:type="band1Horz">
      <w:tblPr/>
      <w:tcPr>
        <w:shd w:val="clear" w:color="auto" w:fill="F4B798" w:themeFill="accent2" w:themeFillTint="7F"/>
      </w:tcPr>
    </w:tblStylePr>
    <w:tblStylePr w:type="neCell">
      <w:rPr>
        <w:color w:val="000000" w:themeColor="text1"/>
      </w:rPr>
    </w:tblStylePr>
    <w:tblStylePr w:type="nwCell">
      <w:rPr>
        <w:color w:val="000000" w:themeColor="text1"/>
      </w:rPr>
    </w:tblStylePr>
  </w:style>
  <w:style w:type="table" w:styleId="Kolorowecieniowanieakcent3">
    <w:name w:val="Colorful Shading Accent 3"/>
    <w:basedOn w:val="Standardowy"/>
    <w:uiPriority w:val="71"/>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0F9ED5" w:themeColor="accent4"/>
        <w:left w:val="single" w:sz="4" w:space="0" w:color="196B24" w:themeColor="accent3"/>
        <w:bottom w:val="single" w:sz="4" w:space="0" w:color="196B24" w:themeColor="accent3"/>
        <w:right w:val="single" w:sz="4" w:space="0" w:color="196B24" w:themeColor="accent3"/>
        <w:insideH w:val="single" w:sz="4" w:space="0" w:color="FFFFFF" w:themeColor="background1"/>
        <w:insideV w:val="single" w:sz="4" w:space="0" w:color="FFFFFF" w:themeColor="background1"/>
      </w:tblBorders>
    </w:tblPr>
    <w:tcPr>
      <w:shd w:val="clear" w:color="auto" w:fill="E0F8E3" w:themeFill="accent3" w:themeFillTint="19"/>
    </w:tcPr>
    <w:tblStylePr w:type="firstRow">
      <w:rPr>
        <w:b/>
        <w:bCs/>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F4015" w:themeFill="accent3" w:themeFillShade="99"/>
      </w:tcPr>
    </w:tblStylePr>
    <w:tblStylePr w:type="firstCol">
      <w:rPr>
        <w:color w:val="FFFFFF" w:themeColor="background1"/>
      </w:rPr>
      <w:tblPr/>
      <w:tcPr>
        <w:tcBorders>
          <w:top w:val="nil"/>
          <w:left w:val="nil"/>
          <w:bottom w:val="nil"/>
          <w:right w:val="nil"/>
          <w:insideH w:val="single" w:sz="4" w:space="0" w:color="0F4015" w:themeColor="accent3" w:themeShade="99"/>
          <w:insideV w:val="nil"/>
        </w:tcBorders>
        <w:shd w:val="clear" w:color="auto" w:fill="0F401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F4015" w:themeFill="accent3" w:themeFillShade="99"/>
      </w:tcPr>
    </w:tblStylePr>
    <w:tblStylePr w:type="band1Vert">
      <w:tblPr/>
      <w:tcPr>
        <w:shd w:val="clear" w:color="auto" w:fill="84E290" w:themeFill="accent3" w:themeFillTint="66"/>
      </w:tcPr>
    </w:tblStylePr>
    <w:tblStylePr w:type="band1Horz">
      <w:tblPr/>
      <w:tcPr>
        <w:shd w:val="clear" w:color="auto" w:fill="66DB75" w:themeFill="accent3" w:themeFillTint="7F"/>
      </w:tcPr>
    </w:tblStylePr>
  </w:style>
  <w:style w:type="table" w:styleId="Kolorowecieniowanieakcent4">
    <w:name w:val="Colorful Shading Accent 4"/>
    <w:basedOn w:val="Standardowy"/>
    <w:uiPriority w:val="71"/>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196B24" w:themeColor="accent3"/>
        <w:left w:val="single" w:sz="4" w:space="0" w:color="0F9ED5" w:themeColor="accent4"/>
        <w:bottom w:val="single" w:sz="4" w:space="0" w:color="0F9ED5" w:themeColor="accent4"/>
        <w:right w:val="single" w:sz="4" w:space="0" w:color="0F9ED5" w:themeColor="accent4"/>
        <w:insideH w:val="single" w:sz="4" w:space="0" w:color="FFFFFF" w:themeColor="background1"/>
        <w:insideV w:val="single" w:sz="4" w:space="0" w:color="FFFFFF" w:themeColor="background1"/>
      </w:tblBorders>
    </w:tblPr>
    <w:tcPr>
      <w:shd w:val="clear" w:color="auto" w:fill="E5F6FD" w:themeFill="accent4" w:themeFillTint="19"/>
    </w:tcPr>
    <w:tblStylePr w:type="firstRow">
      <w:rPr>
        <w:b/>
        <w:bCs/>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5E7F" w:themeFill="accent4" w:themeFillShade="99"/>
      </w:tcPr>
    </w:tblStylePr>
    <w:tblStylePr w:type="firstCol">
      <w:rPr>
        <w:color w:val="FFFFFF" w:themeColor="background1"/>
      </w:rPr>
      <w:tblPr/>
      <w:tcPr>
        <w:tcBorders>
          <w:top w:val="nil"/>
          <w:left w:val="nil"/>
          <w:bottom w:val="nil"/>
          <w:right w:val="nil"/>
          <w:insideH w:val="single" w:sz="4" w:space="0" w:color="095E7F" w:themeColor="accent4" w:themeShade="99"/>
          <w:insideV w:val="nil"/>
        </w:tcBorders>
        <w:shd w:val="clear" w:color="auto" w:fill="095E7F"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95E7F" w:themeFill="accent4" w:themeFillShade="99"/>
      </w:tcPr>
    </w:tblStylePr>
    <w:tblStylePr w:type="band1Vert">
      <w:tblPr/>
      <w:tcPr>
        <w:shd w:val="clear" w:color="auto" w:fill="95DCF7" w:themeFill="accent4" w:themeFillTint="66"/>
      </w:tcPr>
    </w:tblStylePr>
    <w:tblStylePr w:type="band1Horz">
      <w:tblPr/>
      <w:tcPr>
        <w:shd w:val="clear" w:color="auto" w:fill="7BD3F5" w:themeFill="accent4" w:themeFillTint="7F"/>
      </w:tcPr>
    </w:tblStylePr>
    <w:tblStylePr w:type="neCell">
      <w:rPr>
        <w:color w:val="000000" w:themeColor="text1"/>
      </w:rPr>
    </w:tblStylePr>
    <w:tblStylePr w:type="nwCell">
      <w:rPr>
        <w:color w:val="000000" w:themeColor="text1"/>
      </w:rPr>
    </w:tblStylePr>
  </w:style>
  <w:style w:type="table" w:styleId="Kolorowecieniowanieakcent5">
    <w:name w:val="Colorful Shading Accent 5"/>
    <w:basedOn w:val="Standardowy"/>
    <w:uiPriority w:val="71"/>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4EA72E" w:themeColor="accent6"/>
        <w:left w:val="single" w:sz="4" w:space="0" w:color="A02B93" w:themeColor="accent5"/>
        <w:bottom w:val="single" w:sz="4" w:space="0" w:color="A02B93" w:themeColor="accent5"/>
        <w:right w:val="single" w:sz="4" w:space="0" w:color="A02B93" w:themeColor="accent5"/>
        <w:insideH w:val="single" w:sz="4" w:space="0" w:color="FFFFFF" w:themeColor="background1"/>
        <w:insideV w:val="single" w:sz="4" w:space="0" w:color="FFFFFF" w:themeColor="background1"/>
      </w:tblBorders>
    </w:tblPr>
    <w:tcPr>
      <w:shd w:val="clear" w:color="auto" w:fill="F8E7F6" w:themeFill="accent5" w:themeFillTint="19"/>
    </w:tcPr>
    <w:tblStylePr w:type="firstRow">
      <w:rPr>
        <w:b/>
        <w:bCs/>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1957" w:themeFill="accent5" w:themeFillShade="99"/>
      </w:tcPr>
    </w:tblStylePr>
    <w:tblStylePr w:type="firstCol">
      <w:rPr>
        <w:color w:val="FFFFFF" w:themeColor="background1"/>
      </w:rPr>
      <w:tblPr/>
      <w:tcPr>
        <w:tcBorders>
          <w:top w:val="nil"/>
          <w:left w:val="nil"/>
          <w:bottom w:val="nil"/>
          <w:right w:val="nil"/>
          <w:insideH w:val="single" w:sz="4" w:space="0" w:color="5F1957" w:themeColor="accent5" w:themeShade="99"/>
          <w:insideV w:val="nil"/>
        </w:tcBorders>
        <w:shd w:val="clear" w:color="auto" w:fill="5F195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F1957" w:themeFill="accent5" w:themeFillShade="99"/>
      </w:tcPr>
    </w:tblStylePr>
    <w:tblStylePr w:type="band1Vert">
      <w:tblPr/>
      <w:tcPr>
        <w:shd w:val="clear" w:color="auto" w:fill="E59EDC" w:themeFill="accent5" w:themeFillTint="66"/>
      </w:tcPr>
    </w:tblStylePr>
    <w:tblStylePr w:type="band1Horz">
      <w:tblPr/>
      <w:tcPr>
        <w:shd w:val="clear" w:color="auto" w:fill="DE86D4" w:themeFill="accent5" w:themeFillTint="7F"/>
      </w:tcPr>
    </w:tblStylePr>
    <w:tblStylePr w:type="neCell">
      <w:rPr>
        <w:color w:val="000000" w:themeColor="text1"/>
      </w:rPr>
    </w:tblStylePr>
    <w:tblStylePr w:type="nwCell">
      <w:rPr>
        <w:color w:val="000000" w:themeColor="text1"/>
      </w:rPr>
    </w:tblStylePr>
  </w:style>
  <w:style w:type="table" w:styleId="Kolorowecieniowanieakcent6">
    <w:name w:val="Colorful Shading Accent 6"/>
    <w:basedOn w:val="Standardowy"/>
    <w:uiPriority w:val="71"/>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A02B93" w:themeColor="accent5"/>
        <w:left w:val="single" w:sz="4" w:space="0" w:color="4EA72E" w:themeColor="accent6"/>
        <w:bottom w:val="single" w:sz="4" w:space="0" w:color="4EA72E" w:themeColor="accent6"/>
        <w:right w:val="single" w:sz="4" w:space="0" w:color="4EA72E" w:themeColor="accent6"/>
        <w:insideH w:val="single" w:sz="4" w:space="0" w:color="FFFFFF" w:themeColor="background1"/>
        <w:insideV w:val="single" w:sz="4" w:space="0" w:color="FFFFFF" w:themeColor="background1"/>
      </w:tblBorders>
    </w:tblPr>
    <w:tcPr>
      <w:shd w:val="clear" w:color="auto" w:fill="ECF8E8" w:themeFill="accent6" w:themeFillTint="19"/>
    </w:tcPr>
    <w:tblStylePr w:type="firstRow">
      <w:rPr>
        <w:b/>
        <w:bCs/>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641B" w:themeFill="accent6" w:themeFillShade="99"/>
      </w:tcPr>
    </w:tblStylePr>
    <w:tblStylePr w:type="firstCol">
      <w:rPr>
        <w:color w:val="FFFFFF" w:themeColor="background1"/>
      </w:rPr>
      <w:tblPr/>
      <w:tcPr>
        <w:tcBorders>
          <w:top w:val="nil"/>
          <w:left w:val="nil"/>
          <w:bottom w:val="nil"/>
          <w:right w:val="nil"/>
          <w:insideH w:val="single" w:sz="4" w:space="0" w:color="2E641B" w:themeColor="accent6" w:themeShade="99"/>
          <w:insideV w:val="nil"/>
        </w:tcBorders>
        <w:shd w:val="clear" w:color="auto" w:fill="2E641B"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E641B" w:themeFill="accent6" w:themeFillShade="99"/>
      </w:tcPr>
    </w:tblStylePr>
    <w:tblStylePr w:type="band1Vert">
      <w:tblPr/>
      <w:tcPr>
        <w:shd w:val="clear" w:color="auto" w:fill="B3E5A1" w:themeFill="accent6" w:themeFillTint="66"/>
      </w:tcPr>
    </w:tblStylePr>
    <w:tblStylePr w:type="band1Horz">
      <w:tblPr/>
      <w:tcPr>
        <w:shd w:val="clear" w:color="auto" w:fill="A0DF8A" w:themeFill="accent6" w:themeFillTint="7F"/>
      </w:tcPr>
    </w:tblStylePr>
    <w:tblStylePr w:type="neCell">
      <w:rPr>
        <w:color w:val="000000" w:themeColor="text1"/>
      </w:rPr>
    </w:tblStylePr>
    <w:tblStylePr w:type="nwCell">
      <w:rPr>
        <w:color w:val="000000" w:themeColor="text1"/>
      </w:rPr>
    </w:tblStylePr>
  </w:style>
  <w:style w:type="table" w:styleId="Kolorowalista">
    <w:name w:val="Colorful List"/>
    <w:basedOn w:val="Standardowy"/>
    <w:uiPriority w:val="72"/>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Kolorowalistaakcent1">
    <w:name w:val="Colorful List Accent 1"/>
    <w:basedOn w:val="Standardowy"/>
    <w:uiPriority w:val="72"/>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E0F2FA" w:themeFill="accen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DEF2" w:themeFill="accent1" w:themeFillTint="3F"/>
      </w:tcPr>
    </w:tblStylePr>
    <w:tblStylePr w:type="band1Horz">
      <w:tblPr/>
      <w:tcPr>
        <w:shd w:val="clear" w:color="auto" w:fill="C1E4F5" w:themeFill="accent1" w:themeFillTint="33"/>
      </w:tcPr>
    </w:tblStylePr>
  </w:style>
  <w:style w:type="table" w:styleId="Kolorowalistaakcent2">
    <w:name w:val="Colorful List Accent 2"/>
    <w:basedOn w:val="Standardowy"/>
    <w:uiPriority w:val="72"/>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FCF0EA" w:themeFill="accent2"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DBCC" w:themeFill="accent2" w:themeFillTint="3F"/>
      </w:tcPr>
    </w:tblStylePr>
    <w:tblStylePr w:type="band1Horz">
      <w:tblPr/>
      <w:tcPr>
        <w:shd w:val="clear" w:color="auto" w:fill="FAE2D5" w:themeFill="accent2" w:themeFillTint="33"/>
      </w:tcPr>
    </w:tblStylePr>
  </w:style>
  <w:style w:type="table" w:styleId="Kolorowalistaakcent3">
    <w:name w:val="Colorful List Accent 3"/>
    <w:basedOn w:val="Standardowy"/>
    <w:uiPriority w:val="72"/>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E0F8E3" w:themeFill="accent3" w:themeFillTint="19"/>
    </w:tcPr>
    <w:tblStylePr w:type="firstRow">
      <w:rPr>
        <w:b/>
        <w:bCs/>
        <w:color w:val="FFFFFF" w:themeColor="background1"/>
      </w:rPr>
      <w:tblPr/>
      <w:tcPr>
        <w:tcBorders>
          <w:bottom w:val="single" w:sz="12" w:space="0" w:color="FFFFFF" w:themeColor="background1"/>
        </w:tcBorders>
        <w:shd w:val="clear" w:color="auto" w:fill="0C7EAA" w:themeFill="accent4" w:themeFillShade="CC"/>
      </w:tcPr>
    </w:tblStylePr>
    <w:tblStylePr w:type="lastRow">
      <w:rPr>
        <w:b/>
        <w:bCs/>
        <w:color w:val="0C7EA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3EDBA" w:themeFill="accent3" w:themeFillTint="3F"/>
      </w:tcPr>
    </w:tblStylePr>
    <w:tblStylePr w:type="band1Horz">
      <w:tblPr/>
      <w:tcPr>
        <w:shd w:val="clear" w:color="auto" w:fill="C1F0C7" w:themeFill="accent3" w:themeFillTint="33"/>
      </w:tcPr>
    </w:tblStylePr>
  </w:style>
  <w:style w:type="table" w:styleId="Kolorowalistaakcent4">
    <w:name w:val="Colorful List Accent 4"/>
    <w:basedOn w:val="Standardowy"/>
    <w:uiPriority w:val="72"/>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E5F6FD" w:themeFill="accent4" w:themeFillTint="19"/>
    </w:tcPr>
    <w:tblStylePr w:type="firstRow">
      <w:rPr>
        <w:b/>
        <w:bCs/>
        <w:color w:val="FFFFFF" w:themeColor="background1"/>
      </w:rPr>
      <w:tblPr/>
      <w:tcPr>
        <w:tcBorders>
          <w:bottom w:val="single" w:sz="12" w:space="0" w:color="FFFFFF" w:themeColor="background1"/>
        </w:tcBorders>
        <w:shd w:val="clear" w:color="auto" w:fill="14551C" w:themeFill="accent3" w:themeFillShade="CC"/>
      </w:tcPr>
    </w:tblStylePr>
    <w:tblStylePr w:type="lastRow">
      <w:rPr>
        <w:b/>
        <w:bCs/>
        <w:color w:val="14551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DE9FA" w:themeFill="accent4" w:themeFillTint="3F"/>
      </w:tcPr>
    </w:tblStylePr>
    <w:tblStylePr w:type="band1Horz">
      <w:tblPr/>
      <w:tcPr>
        <w:shd w:val="clear" w:color="auto" w:fill="CAEDFB" w:themeFill="accent4" w:themeFillTint="33"/>
      </w:tcPr>
    </w:tblStylePr>
  </w:style>
  <w:style w:type="table" w:styleId="Kolorowalistaakcent5">
    <w:name w:val="Colorful List Accent 5"/>
    <w:basedOn w:val="Standardowy"/>
    <w:uiPriority w:val="72"/>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F8E7F6" w:themeFill="accent5" w:themeFillTint="19"/>
    </w:tcPr>
    <w:tblStylePr w:type="firstRow">
      <w:rPr>
        <w:b/>
        <w:bCs/>
        <w:color w:val="FFFFFF" w:themeColor="background1"/>
      </w:rPr>
      <w:tblPr/>
      <w:tcPr>
        <w:tcBorders>
          <w:bottom w:val="single" w:sz="12" w:space="0" w:color="FFFFFF" w:themeColor="background1"/>
        </w:tcBorders>
        <w:shd w:val="clear" w:color="auto" w:fill="3E8524" w:themeFill="accent6" w:themeFillShade="CC"/>
      </w:tcPr>
    </w:tblStylePr>
    <w:tblStylePr w:type="lastRow">
      <w:rPr>
        <w:b/>
        <w:bCs/>
        <w:color w:val="3E852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C3E9" w:themeFill="accent5" w:themeFillTint="3F"/>
      </w:tcPr>
    </w:tblStylePr>
    <w:tblStylePr w:type="band1Horz">
      <w:tblPr/>
      <w:tcPr>
        <w:shd w:val="clear" w:color="auto" w:fill="F2CEED" w:themeFill="accent5" w:themeFillTint="33"/>
      </w:tcPr>
    </w:tblStylePr>
  </w:style>
  <w:style w:type="table" w:styleId="Kolorowalistaakcent6">
    <w:name w:val="Colorful List Accent 6"/>
    <w:basedOn w:val="Standardowy"/>
    <w:uiPriority w:val="72"/>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ECF8E8" w:themeFill="accent6" w:themeFillTint="19"/>
    </w:tcPr>
    <w:tblStylePr w:type="firstRow">
      <w:rPr>
        <w:b/>
        <w:bCs/>
        <w:color w:val="FFFFFF" w:themeColor="background1"/>
      </w:rPr>
      <w:tblPr/>
      <w:tcPr>
        <w:tcBorders>
          <w:bottom w:val="single" w:sz="12" w:space="0" w:color="FFFFFF" w:themeColor="background1"/>
        </w:tcBorders>
        <w:shd w:val="clear" w:color="auto" w:fill="7F2275" w:themeFill="accent5" w:themeFillShade="CC"/>
      </w:tcPr>
    </w:tblStylePr>
    <w:tblStylePr w:type="lastRow">
      <w:rPr>
        <w:b/>
        <w:bCs/>
        <w:color w:val="7F227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EFC5" w:themeFill="accent6" w:themeFillTint="3F"/>
      </w:tcPr>
    </w:tblStylePr>
    <w:tblStylePr w:type="band1Horz">
      <w:tblPr/>
      <w:tcPr>
        <w:shd w:val="clear" w:color="auto" w:fill="D9F2D0" w:themeFill="accent6" w:themeFillTint="33"/>
      </w:tcPr>
    </w:tblStylePr>
  </w:style>
  <w:style w:type="table" w:styleId="Kolorowasiatka">
    <w:name w:val="Colorful Grid"/>
    <w:basedOn w:val="Standardowy"/>
    <w:uiPriority w:val="73"/>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Kolorowasiatkaakcent1">
    <w:name w:val="Colorful Grid Accent 1"/>
    <w:basedOn w:val="Standardowy"/>
    <w:uiPriority w:val="73"/>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C1E4F5" w:themeFill="accent1" w:themeFillTint="33"/>
    </w:tcPr>
    <w:tblStylePr w:type="firstRow">
      <w:rPr>
        <w:b/>
        <w:bCs/>
      </w:rPr>
      <w:tblPr/>
      <w:tcPr>
        <w:shd w:val="clear" w:color="auto" w:fill="83CAEB" w:themeFill="accent1" w:themeFillTint="66"/>
      </w:tcPr>
    </w:tblStylePr>
    <w:tblStylePr w:type="lastRow">
      <w:rPr>
        <w:b/>
        <w:bCs/>
        <w:color w:val="000000" w:themeColor="text1"/>
      </w:rPr>
      <w:tblPr/>
      <w:tcPr>
        <w:shd w:val="clear" w:color="auto" w:fill="83CAEB" w:themeFill="accent1" w:themeFillTint="66"/>
      </w:tcPr>
    </w:tblStylePr>
    <w:tblStylePr w:type="firstCol">
      <w:rPr>
        <w:color w:val="FFFFFF" w:themeColor="background1"/>
      </w:rPr>
      <w:tblPr/>
      <w:tcPr>
        <w:shd w:val="clear" w:color="auto" w:fill="0F4761" w:themeFill="accent1" w:themeFillShade="BF"/>
      </w:tcPr>
    </w:tblStylePr>
    <w:tblStylePr w:type="lastCol">
      <w:rPr>
        <w:color w:val="FFFFFF" w:themeColor="background1"/>
      </w:rPr>
      <w:tblPr/>
      <w:tcPr>
        <w:shd w:val="clear" w:color="auto" w:fill="0F4761" w:themeFill="accent1" w:themeFillShade="BF"/>
      </w:tc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Kolorowasiatkaakcent2">
    <w:name w:val="Colorful Grid Accent 2"/>
    <w:basedOn w:val="Standardowy"/>
    <w:uiPriority w:val="73"/>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FAE2D5" w:themeFill="accent2" w:themeFillTint="33"/>
    </w:tcPr>
    <w:tblStylePr w:type="firstRow">
      <w:rPr>
        <w:b/>
        <w:bCs/>
      </w:rPr>
      <w:tblPr/>
      <w:tcPr>
        <w:shd w:val="clear" w:color="auto" w:fill="F6C5AC" w:themeFill="accent2" w:themeFillTint="66"/>
      </w:tcPr>
    </w:tblStylePr>
    <w:tblStylePr w:type="lastRow">
      <w:rPr>
        <w:b/>
        <w:bCs/>
        <w:color w:val="000000" w:themeColor="text1"/>
      </w:rPr>
      <w:tblPr/>
      <w:tcPr>
        <w:shd w:val="clear" w:color="auto" w:fill="F6C5AC" w:themeFill="accent2" w:themeFillTint="66"/>
      </w:tcPr>
    </w:tblStylePr>
    <w:tblStylePr w:type="firstCol">
      <w:rPr>
        <w:color w:val="FFFFFF" w:themeColor="background1"/>
      </w:rPr>
      <w:tblPr/>
      <w:tcPr>
        <w:shd w:val="clear" w:color="auto" w:fill="BF4E14" w:themeFill="accent2" w:themeFillShade="BF"/>
      </w:tcPr>
    </w:tblStylePr>
    <w:tblStylePr w:type="lastCol">
      <w:rPr>
        <w:color w:val="FFFFFF" w:themeColor="background1"/>
      </w:rPr>
      <w:tblPr/>
      <w:tcPr>
        <w:shd w:val="clear" w:color="auto" w:fill="BF4E14" w:themeFill="accent2" w:themeFillShade="BF"/>
      </w:tc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Kolorowasiatkaakcent3">
    <w:name w:val="Colorful Grid Accent 3"/>
    <w:basedOn w:val="Standardowy"/>
    <w:uiPriority w:val="73"/>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C1F0C7" w:themeFill="accent3" w:themeFillTint="33"/>
    </w:tcPr>
    <w:tblStylePr w:type="firstRow">
      <w:rPr>
        <w:b/>
        <w:bCs/>
      </w:rPr>
      <w:tblPr/>
      <w:tcPr>
        <w:shd w:val="clear" w:color="auto" w:fill="84E290" w:themeFill="accent3" w:themeFillTint="66"/>
      </w:tcPr>
    </w:tblStylePr>
    <w:tblStylePr w:type="lastRow">
      <w:rPr>
        <w:b/>
        <w:bCs/>
        <w:color w:val="000000" w:themeColor="text1"/>
      </w:rPr>
      <w:tblPr/>
      <w:tcPr>
        <w:shd w:val="clear" w:color="auto" w:fill="84E290" w:themeFill="accent3" w:themeFillTint="66"/>
      </w:tcPr>
    </w:tblStylePr>
    <w:tblStylePr w:type="firstCol">
      <w:rPr>
        <w:color w:val="FFFFFF" w:themeColor="background1"/>
      </w:rPr>
      <w:tblPr/>
      <w:tcPr>
        <w:shd w:val="clear" w:color="auto" w:fill="124F1A" w:themeFill="accent3" w:themeFillShade="BF"/>
      </w:tcPr>
    </w:tblStylePr>
    <w:tblStylePr w:type="lastCol">
      <w:rPr>
        <w:color w:val="FFFFFF" w:themeColor="background1"/>
      </w:rPr>
      <w:tblPr/>
      <w:tcPr>
        <w:shd w:val="clear" w:color="auto" w:fill="124F1A" w:themeFill="accent3" w:themeFillShade="BF"/>
      </w:tc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Kolorowasiatkaakcent4">
    <w:name w:val="Colorful Grid Accent 4"/>
    <w:basedOn w:val="Standardowy"/>
    <w:uiPriority w:val="73"/>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CAEDFB" w:themeFill="accent4" w:themeFillTint="33"/>
    </w:tcPr>
    <w:tblStylePr w:type="firstRow">
      <w:rPr>
        <w:b/>
        <w:bCs/>
      </w:rPr>
      <w:tblPr/>
      <w:tcPr>
        <w:shd w:val="clear" w:color="auto" w:fill="95DCF7" w:themeFill="accent4" w:themeFillTint="66"/>
      </w:tcPr>
    </w:tblStylePr>
    <w:tblStylePr w:type="lastRow">
      <w:rPr>
        <w:b/>
        <w:bCs/>
        <w:color w:val="000000" w:themeColor="text1"/>
      </w:rPr>
      <w:tblPr/>
      <w:tcPr>
        <w:shd w:val="clear" w:color="auto" w:fill="95DCF7" w:themeFill="accent4" w:themeFillTint="66"/>
      </w:tcPr>
    </w:tblStylePr>
    <w:tblStylePr w:type="firstCol">
      <w:rPr>
        <w:color w:val="FFFFFF" w:themeColor="background1"/>
      </w:rPr>
      <w:tblPr/>
      <w:tcPr>
        <w:shd w:val="clear" w:color="auto" w:fill="0B769F" w:themeFill="accent4" w:themeFillShade="BF"/>
      </w:tcPr>
    </w:tblStylePr>
    <w:tblStylePr w:type="lastCol">
      <w:rPr>
        <w:color w:val="FFFFFF" w:themeColor="background1"/>
      </w:rPr>
      <w:tblPr/>
      <w:tcPr>
        <w:shd w:val="clear" w:color="auto" w:fill="0B769F" w:themeFill="accent4" w:themeFillShade="BF"/>
      </w:tc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Kolorowasiatkaakcent5">
    <w:name w:val="Colorful Grid Accent 5"/>
    <w:basedOn w:val="Standardowy"/>
    <w:uiPriority w:val="73"/>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F2CEED" w:themeFill="accent5" w:themeFillTint="33"/>
    </w:tcPr>
    <w:tblStylePr w:type="firstRow">
      <w:rPr>
        <w:b/>
        <w:bCs/>
      </w:rPr>
      <w:tblPr/>
      <w:tcPr>
        <w:shd w:val="clear" w:color="auto" w:fill="E59EDC" w:themeFill="accent5" w:themeFillTint="66"/>
      </w:tcPr>
    </w:tblStylePr>
    <w:tblStylePr w:type="lastRow">
      <w:rPr>
        <w:b/>
        <w:bCs/>
        <w:color w:val="000000" w:themeColor="text1"/>
      </w:rPr>
      <w:tblPr/>
      <w:tcPr>
        <w:shd w:val="clear" w:color="auto" w:fill="E59EDC" w:themeFill="accent5" w:themeFillTint="66"/>
      </w:tcPr>
    </w:tblStylePr>
    <w:tblStylePr w:type="firstCol">
      <w:rPr>
        <w:color w:val="FFFFFF" w:themeColor="background1"/>
      </w:rPr>
      <w:tblPr/>
      <w:tcPr>
        <w:shd w:val="clear" w:color="auto" w:fill="77206D" w:themeFill="accent5" w:themeFillShade="BF"/>
      </w:tcPr>
    </w:tblStylePr>
    <w:tblStylePr w:type="lastCol">
      <w:rPr>
        <w:color w:val="FFFFFF" w:themeColor="background1"/>
      </w:rPr>
      <w:tblPr/>
      <w:tcPr>
        <w:shd w:val="clear" w:color="auto" w:fill="77206D" w:themeFill="accent5" w:themeFillShade="BF"/>
      </w:tc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Kolorowasiatkaakcent6">
    <w:name w:val="Colorful Grid Accent 6"/>
    <w:basedOn w:val="Standardowy"/>
    <w:uiPriority w:val="73"/>
    <w:rsid w:val="004674D5"/>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D9F2D0" w:themeFill="accent6" w:themeFillTint="33"/>
    </w:tcPr>
    <w:tblStylePr w:type="firstRow">
      <w:rPr>
        <w:b/>
        <w:bCs/>
      </w:rPr>
      <w:tblPr/>
      <w:tcPr>
        <w:shd w:val="clear" w:color="auto" w:fill="B3E5A1" w:themeFill="accent6" w:themeFillTint="66"/>
      </w:tcPr>
    </w:tblStylePr>
    <w:tblStylePr w:type="lastRow">
      <w:rPr>
        <w:b/>
        <w:bCs/>
        <w:color w:val="000000" w:themeColor="text1"/>
      </w:rPr>
      <w:tblPr/>
      <w:tcPr>
        <w:shd w:val="clear" w:color="auto" w:fill="B3E5A1" w:themeFill="accent6" w:themeFillTint="66"/>
      </w:tcPr>
    </w:tblStylePr>
    <w:tblStylePr w:type="firstCol">
      <w:rPr>
        <w:color w:val="FFFFFF" w:themeColor="background1"/>
      </w:rPr>
      <w:tblPr/>
      <w:tcPr>
        <w:shd w:val="clear" w:color="auto" w:fill="3A7C22" w:themeFill="accent6" w:themeFillShade="BF"/>
      </w:tcPr>
    </w:tblStylePr>
    <w:tblStylePr w:type="lastCol">
      <w:rPr>
        <w:color w:val="FFFFFF" w:themeColor="background1"/>
      </w:rPr>
      <w:tblPr/>
      <w:tcPr>
        <w:shd w:val="clear" w:color="auto" w:fill="3A7C22" w:themeFill="accent6" w:themeFillShade="BF"/>
      </w:tc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923434">
      <w:bodyDiv w:val="1"/>
      <w:marLeft w:val="0"/>
      <w:marRight w:val="0"/>
      <w:marTop w:val="0"/>
      <w:marBottom w:val="0"/>
      <w:divBdr>
        <w:top w:val="none" w:sz="0" w:space="0" w:color="auto"/>
        <w:left w:val="none" w:sz="0" w:space="0" w:color="auto"/>
        <w:bottom w:val="none" w:sz="0" w:space="0" w:color="auto"/>
        <w:right w:val="none" w:sz="0" w:space="0" w:color="auto"/>
      </w:divBdr>
    </w:div>
    <w:div w:id="13073048">
      <w:bodyDiv w:val="1"/>
      <w:marLeft w:val="0"/>
      <w:marRight w:val="0"/>
      <w:marTop w:val="0"/>
      <w:marBottom w:val="0"/>
      <w:divBdr>
        <w:top w:val="none" w:sz="0" w:space="0" w:color="auto"/>
        <w:left w:val="none" w:sz="0" w:space="0" w:color="auto"/>
        <w:bottom w:val="none" w:sz="0" w:space="0" w:color="auto"/>
        <w:right w:val="none" w:sz="0" w:space="0" w:color="auto"/>
      </w:divBdr>
    </w:div>
    <w:div w:id="22099395">
      <w:bodyDiv w:val="1"/>
      <w:marLeft w:val="0"/>
      <w:marRight w:val="0"/>
      <w:marTop w:val="0"/>
      <w:marBottom w:val="0"/>
      <w:divBdr>
        <w:top w:val="none" w:sz="0" w:space="0" w:color="auto"/>
        <w:left w:val="none" w:sz="0" w:space="0" w:color="auto"/>
        <w:bottom w:val="none" w:sz="0" w:space="0" w:color="auto"/>
        <w:right w:val="none" w:sz="0" w:space="0" w:color="auto"/>
      </w:divBdr>
    </w:div>
    <w:div w:id="37169845">
      <w:bodyDiv w:val="1"/>
      <w:marLeft w:val="0"/>
      <w:marRight w:val="0"/>
      <w:marTop w:val="0"/>
      <w:marBottom w:val="0"/>
      <w:divBdr>
        <w:top w:val="none" w:sz="0" w:space="0" w:color="auto"/>
        <w:left w:val="none" w:sz="0" w:space="0" w:color="auto"/>
        <w:bottom w:val="none" w:sz="0" w:space="0" w:color="auto"/>
        <w:right w:val="none" w:sz="0" w:space="0" w:color="auto"/>
      </w:divBdr>
    </w:div>
    <w:div w:id="40567410">
      <w:bodyDiv w:val="1"/>
      <w:marLeft w:val="0"/>
      <w:marRight w:val="0"/>
      <w:marTop w:val="0"/>
      <w:marBottom w:val="0"/>
      <w:divBdr>
        <w:top w:val="none" w:sz="0" w:space="0" w:color="auto"/>
        <w:left w:val="none" w:sz="0" w:space="0" w:color="auto"/>
        <w:bottom w:val="none" w:sz="0" w:space="0" w:color="auto"/>
        <w:right w:val="none" w:sz="0" w:space="0" w:color="auto"/>
      </w:divBdr>
    </w:div>
    <w:div w:id="71391415">
      <w:bodyDiv w:val="1"/>
      <w:marLeft w:val="0"/>
      <w:marRight w:val="0"/>
      <w:marTop w:val="0"/>
      <w:marBottom w:val="0"/>
      <w:divBdr>
        <w:top w:val="none" w:sz="0" w:space="0" w:color="auto"/>
        <w:left w:val="none" w:sz="0" w:space="0" w:color="auto"/>
        <w:bottom w:val="none" w:sz="0" w:space="0" w:color="auto"/>
        <w:right w:val="none" w:sz="0" w:space="0" w:color="auto"/>
      </w:divBdr>
    </w:div>
    <w:div w:id="117918572">
      <w:bodyDiv w:val="1"/>
      <w:marLeft w:val="0"/>
      <w:marRight w:val="0"/>
      <w:marTop w:val="0"/>
      <w:marBottom w:val="0"/>
      <w:divBdr>
        <w:top w:val="none" w:sz="0" w:space="0" w:color="auto"/>
        <w:left w:val="none" w:sz="0" w:space="0" w:color="auto"/>
        <w:bottom w:val="none" w:sz="0" w:space="0" w:color="auto"/>
        <w:right w:val="none" w:sz="0" w:space="0" w:color="auto"/>
      </w:divBdr>
      <w:divsChild>
        <w:div w:id="378750054">
          <w:marLeft w:val="0"/>
          <w:marRight w:val="0"/>
          <w:marTop w:val="0"/>
          <w:marBottom w:val="0"/>
          <w:divBdr>
            <w:top w:val="none" w:sz="0" w:space="0" w:color="auto"/>
            <w:left w:val="none" w:sz="0" w:space="0" w:color="auto"/>
            <w:bottom w:val="none" w:sz="0" w:space="0" w:color="auto"/>
            <w:right w:val="none" w:sz="0" w:space="0" w:color="auto"/>
          </w:divBdr>
          <w:divsChild>
            <w:div w:id="223566350">
              <w:marLeft w:val="0"/>
              <w:marRight w:val="0"/>
              <w:marTop w:val="0"/>
              <w:marBottom w:val="0"/>
              <w:divBdr>
                <w:top w:val="none" w:sz="0" w:space="0" w:color="auto"/>
                <w:left w:val="none" w:sz="0" w:space="0" w:color="auto"/>
                <w:bottom w:val="single" w:sz="6" w:space="0" w:color="E0E0E0"/>
                <w:right w:val="none" w:sz="0" w:space="0" w:color="auto"/>
              </w:divBdr>
            </w:div>
            <w:div w:id="313067399">
              <w:marLeft w:val="0"/>
              <w:marRight w:val="0"/>
              <w:marTop w:val="0"/>
              <w:marBottom w:val="0"/>
              <w:divBdr>
                <w:top w:val="none" w:sz="0" w:space="0" w:color="auto"/>
                <w:left w:val="none" w:sz="0" w:space="0" w:color="auto"/>
                <w:bottom w:val="single" w:sz="6" w:space="0" w:color="E0E0E0"/>
                <w:right w:val="none" w:sz="0" w:space="0" w:color="auto"/>
              </w:divBdr>
            </w:div>
            <w:div w:id="622269809">
              <w:marLeft w:val="0"/>
              <w:marRight w:val="0"/>
              <w:marTop w:val="0"/>
              <w:marBottom w:val="0"/>
              <w:divBdr>
                <w:top w:val="none" w:sz="0" w:space="0" w:color="auto"/>
                <w:left w:val="none" w:sz="0" w:space="0" w:color="auto"/>
                <w:bottom w:val="single" w:sz="6" w:space="0" w:color="E0E0E0"/>
                <w:right w:val="none" w:sz="0" w:space="0" w:color="auto"/>
              </w:divBdr>
            </w:div>
            <w:div w:id="1100638023">
              <w:marLeft w:val="0"/>
              <w:marRight w:val="0"/>
              <w:marTop w:val="0"/>
              <w:marBottom w:val="0"/>
              <w:divBdr>
                <w:top w:val="none" w:sz="0" w:space="0" w:color="auto"/>
                <w:left w:val="none" w:sz="0" w:space="0" w:color="auto"/>
                <w:bottom w:val="single" w:sz="6" w:space="0" w:color="E0E0E0"/>
                <w:right w:val="none" w:sz="0" w:space="0" w:color="auto"/>
              </w:divBdr>
            </w:div>
            <w:div w:id="1298800394">
              <w:marLeft w:val="0"/>
              <w:marRight w:val="0"/>
              <w:marTop w:val="0"/>
              <w:marBottom w:val="0"/>
              <w:divBdr>
                <w:top w:val="none" w:sz="0" w:space="0" w:color="auto"/>
                <w:left w:val="none" w:sz="0" w:space="0" w:color="auto"/>
                <w:bottom w:val="single" w:sz="6" w:space="0" w:color="E0E0E0"/>
                <w:right w:val="none" w:sz="0" w:space="0" w:color="auto"/>
              </w:divBdr>
            </w:div>
            <w:div w:id="1639918055">
              <w:marLeft w:val="0"/>
              <w:marRight w:val="0"/>
              <w:marTop w:val="0"/>
              <w:marBottom w:val="0"/>
              <w:divBdr>
                <w:top w:val="none" w:sz="0" w:space="0" w:color="auto"/>
                <w:left w:val="none" w:sz="0" w:space="0" w:color="auto"/>
                <w:bottom w:val="single" w:sz="6" w:space="0" w:color="E0E0E0"/>
                <w:right w:val="none" w:sz="0" w:space="0" w:color="auto"/>
              </w:divBdr>
            </w:div>
            <w:div w:id="2133791166">
              <w:marLeft w:val="0"/>
              <w:marRight w:val="0"/>
              <w:marTop w:val="0"/>
              <w:marBottom w:val="0"/>
              <w:divBdr>
                <w:top w:val="none" w:sz="0" w:space="0" w:color="auto"/>
                <w:left w:val="none" w:sz="0" w:space="0" w:color="auto"/>
                <w:bottom w:val="single" w:sz="6" w:space="0" w:color="E0E0E0"/>
                <w:right w:val="none" w:sz="0" w:space="0" w:color="auto"/>
              </w:divBdr>
            </w:div>
          </w:divsChild>
        </w:div>
        <w:div w:id="961037474">
          <w:marLeft w:val="0"/>
          <w:marRight w:val="0"/>
          <w:marTop w:val="0"/>
          <w:marBottom w:val="0"/>
          <w:divBdr>
            <w:top w:val="none" w:sz="0" w:space="0" w:color="auto"/>
            <w:left w:val="none" w:sz="0" w:space="0" w:color="auto"/>
            <w:bottom w:val="none" w:sz="0" w:space="0" w:color="auto"/>
            <w:right w:val="none" w:sz="0" w:space="0" w:color="auto"/>
          </w:divBdr>
          <w:divsChild>
            <w:div w:id="445077753">
              <w:marLeft w:val="0"/>
              <w:marRight w:val="0"/>
              <w:marTop w:val="0"/>
              <w:marBottom w:val="0"/>
              <w:divBdr>
                <w:top w:val="none" w:sz="0" w:space="0" w:color="auto"/>
                <w:left w:val="none" w:sz="0" w:space="0" w:color="auto"/>
                <w:bottom w:val="single" w:sz="6" w:space="0" w:color="E0E0E0"/>
                <w:right w:val="none" w:sz="0" w:space="0" w:color="auto"/>
              </w:divBdr>
            </w:div>
            <w:div w:id="928277059">
              <w:marLeft w:val="0"/>
              <w:marRight w:val="0"/>
              <w:marTop w:val="0"/>
              <w:marBottom w:val="0"/>
              <w:divBdr>
                <w:top w:val="none" w:sz="0" w:space="0" w:color="auto"/>
                <w:left w:val="none" w:sz="0" w:space="0" w:color="auto"/>
                <w:bottom w:val="single" w:sz="6" w:space="0" w:color="E0E0E0"/>
                <w:right w:val="none" w:sz="0" w:space="0" w:color="auto"/>
              </w:divBdr>
            </w:div>
            <w:div w:id="1173183766">
              <w:marLeft w:val="0"/>
              <w:marRight w:val="0"/>
              <w:marTop w:val="0"/>
              <w:marBottom w:val="0"/>
              <w:divBdr>
                <w:top w:val="none" w:sz="0" w:space="0" w:color="auto"/>
                <w:left w:val="none" w:sz="0" w:space="0" w:color="auto"/>
                <w:bottom w:val="single" w:sz="6" w:space="0" w:color="E0E0E0"/>
                <w:right w:val="none" w:sz="0" w:space="0" w:color="auto"/>
              </w:divBdr>
            </w:div>
            <w:div w:id="1179656774">
              <w:marLeft w:val="0"/>
              <w:marRight w:val="0"/>
              <w:marTop w:val="0"/>
              <w:marBottom w:val="0"/>
              <w:divBdr>
                <w:top w:val="none" w:sz="0" w:space="0" w:color="auto"/>
                <w:left w:val="none" w:sz="0" w:space="0" w:color="auto"/>
                <w:bottom w:val="single" w:sz="6" w:space="0" w:color="E0E0E0"/>
                <w:right w:val="none" w:sz="0" w:space="0" w:color="auto"/>
              </w:divBdr>
            </w:div>
            <w:div w:id="1685324358">
              <w:marLeft w:val="0"/>
              <w:marRight w:val="0"/>
              <w:marTop w:val="0"/>
              <w:marBottom w:val="0"/>
              <w:divBdr>
                <w:top w:val="none" w:sz="0" w:space="0" w:color="auto"/>
                <w:left w:val="none" w:sz="0" w:space="0" w:color="auto"/>
                <w:bottom w:val="single" w:sz="6" w:space="0" w:color="E0E0E0"/>
                <w:right w:val="none" w:sz="0" w:space="0" w:color="auto"/>
              </w:divBdr>
            </w:div>
            <w:div w:id="1880238477">
              <w:marLeft w:val="0"/>
              <w:marRight w:val="0"/>
              <w:marTop w:val="0"/>
              <w:marBottom w:val="0"/>
              <w:divBdr>
                <w:top w:val="none" w:sz="0" w:space="0" w:color="auto"/>
                <w:left w:val="none" w:sz="0" w:space="0" w:color="auto"/>
                <w:bottom w:val="single" w:sz="6" w:space="0" w:color="E0E0E0"/>
                <w:right w:val="none" w:sz="0" w:space="0" w:color="auto"/>
              </w:divBdr>
            </w:div>
            <w:div w:id="2086024268">
              <w:marLeft w:val="0"/>
              <w:marRight w:val="0"/>
              <w:marTop w:val="0"/>
              <w:marBottom w:val="0"/>
              <w:divBdr>
                <w:top w:val="none" w:sz="0" w:space="0" w:color="auto"/>
                <w:left w:val="none" w:sz="0" w:space="0" w:color="auto"/>
                <w:bottom w:val="single" w:sz="6" w:space="0" w:color="E0E0E0"/>
                <w:right w:val="none" w:sz="0" w:space="0" w:color="auto"/>
              </w:divBdr>
            </w:div>
          </w:divsChild>
        </w:div>
        <w:div w:id="1722945651">
          <w:marLeft w:val="0"/>
          <w:marRight w:val="0"/>
          <w:marTop w:val="0"/>
          <w:marBottom w:val="0"/>
          <w:divBdr>
            <w:top w:val="none" w:sz="0" w:space="0" w:color="auto"/>
            <w:left w:val="none" w:sz="0" w:space="0" w:color="auto"/>
            <w:bottom w:val="none" w:sz="0" w:space="0" w:color="auto"/>
            <w:right w:val="none" w:sz="0" w:space="0" w:color="auto"/>
          </w:divBdr>
          <w:divsChild>
            <w:div w:id="594241155">
              <w:marLeft w:val="0"/>
              <w:marRight w:val="0"/>
              <w:marTop w:val="0"/>
              <w:marBottom w:val="0"/>
              <w:divBdr>
                <w:top w:val="none" w:sz="0" w:space="0" w:color="auto"/>
                <w:left w:val="none" w:sz="0" w:space="0" w:color="auto"/>
                <w:bottom w:val="single" w:sz="6" w:space="0" w:color="E0E0E0"/>
                <w:right w:val="none" w:sz="0" w:space="0" w:color="auto"/>
              </w:divBdr>
            </w:div>
            <w:div w:id="686568150">
              <w:marLeft w:val="0"/>
              <w:marRight w:val="0"/>
              <w:marTop w:val="0"/>
              <w:marBottom w:val="0"/>
              <w:divBdr>
                <w:top w:val="none" w:sz="0" w:space="0" w:color="auto"/>
                <w:left w:val="none" w:sz="0" w:space="0" w:color="auto"/>
                <w:bottom w:val="single" w:sz="6" w:space="0" w:color="E0E0E0"/>
                <w:right w:val="none" w:sz="0" w:space="0" w:color="auto"/>
              </w:divBdr>
            </w:div>
            <w:div w:id="712197393">
              <w:marLeft w:val="0"/>
              <w:marRight w:val="0"/>
              <w:marTop w:val="0"/>
              <w:marBottom w:val="0"/>
              <w:divBdr>
                <w:top w:val="none" w:sz="0" w:space="0" w:color="auto"/>
                <w:left w:val="none" w:sz="0" w:space="0" w:color="auto"/>
                <w:bottom w:val="single" w:sz="6" w:space="0" w:color="E0E0E0"/>
                <w:right w:val="none" w:sz="0" w:space="0" w:color="auto"/>
              </w:divBdr>
            </w:div>
            <w:div w:id="951131546">
              <w:marLeft w:val="0"/>
              <w:marRight w:val="0"/>
              <w:marTop w:val="0"/>
              <w:marBottom w:val="0"/>
              <w:divBdr>
                <w:top w:val="none" w:sz="0" w:space="0" w:color="auto"/>
                <w:left w:val="none" w:sz="0" w:space="0" w:color="auto"/>
                <w:bottom w:val="single" w:sz="6" w:space="0" w:color="E0E0E0"/>
                <w:right w:val="none" w:sz="0" w:space="0" w:color="auto"/>
              </w:divBdr>
            </w:div>
            <w:div w:id="1419400449">
              <w:marLeft w:val="0"/>
              <w:marRight w:val="0"/>
              <w:marTop w:val="0"/>
              <w:marBottom w:val="0"/>
              <w:divBdr>
                <w:top w:val="none" w:sz="0" w:space="0" w:color="auto"/>
                <w:left w:val="none" w:sz="0" w:space="0" w:color="auto"/>
                <w:bottom w:val="single" w:sz="6" w:space="0" w:color="E0E0E0"/>
                <w:right w:val="none" w:sz="0" w:space="0" w:color="auto"/>
              </w:divBdr>
            </w:div>
            <w:div w:id="1441871192">
              <w:marLeft w:val="0"/>
              <w:marRight w:val="0"/>
              <w:marTop w:val="0"/>
              <w:marBottom w:val="0"/>
              <w:divBdr>
                <w:top w:val="none" w:sz="0" w:space="0" w:color="auto"/>
                <w:left w:val="none" w:sz="0" w:space="0" w:color="auto"/>
                <w:bottom w:val="single" w:sz="6" w:space="0" w:color="E0E0E0"/>
                <w:right w:val="none" w:sz="0" w:space="0" w:color="auto"/>
              </w:divBdr>
            </w:div>
            <w:div w:id="2031640632">
              <w:marLeft w:val="0"/>
              <w:marRight w:val="0"/>
              <w:marTop w:val="0"/>
              <w:marBottom w:val="0"/>
              <w:divBdr>
                <w:top w:val="none" w:sz="0" w:space="0" w:color="auto"/>
                <w:left w:val="none" w:sz="0" w:space="0" w:color="auto"/>
                <w:bottom w:val="single" w:sz="6" w:space="0" w:color="E0E0E0"/>
                <w:right w:val="none" w:sz="0" w:space="0" w:color="auto"/>
              </w:divBdr>
            </w:div>
          </w:divsChild>
        </w:div>
      </w:divsChild>
    </w:div>
    <w:div w:id="136190747">
      <w:bodyDiv w:val="1"/>
      <w:marLeft w:val="0"/>
      <w:marRight w:val="0"/>
      <w:marTop w:val="0"/>
      <w:marBottom w:val="0"/>
      <w:divBdr>
        <w:top w:val="none" w:sz="0" w:space="0" w:color="auto"/>
        <w:left w:val="none" w:sz="0" w:space="0" w:color="auto"/>
        <w:bottom w:val="none" w:sz="0" w:space="0" w:color="auto"/>
        <w:right w:val="none" w:sz="0" w:space="0" w:color="auto"/>
      </w:divBdr>
    </w:div>
    <w:div w:id="136577081">
      <w:bodyDiv w:val="1"/>
      <w:marLeft w:val="0"/>
      <w:marRight w:val="0"/>
      <w:marTop w:val="0"/>
      <w:marBottom w:val="0"/>
      <w:divBdr>
        <w:top w:val="none" w:sz="0" w:space="0" w:color="auto"/>
        <w:left w:val="none" w:sz="0" w:space="0" w:color="auto"/>
        <w:bottom w:val="none" w:sz="0" w:space="0" w:color="auto"/>
        <w:right w:val="none" w:sz="0" w:space="0" w:color="auto"/>
      </w:divBdr>
    </w:div>
    <w:div w:id="160973875">
      <w:bodyDiv w:val="1"/>
      <w:marLeft w:val="0"/>
      <w:marRight w:val="0"/>
      <w:marTop w:val="0"/>
      <w:marBottom w:val="0"/>
      <w:divBdr>
        <w:top w:val="none" w:sz="0" w:space="0" w:color="auto"/>
        <w:left w:val="none" w:sz="0" w:space="0" w:color="auto"/>
        <w:bottom w:val="none" w:sz="0" w:space="0" w:color="auto"/>
        <w:right w:val="none" w:sz="0" w:space="0" w:color="auto"/>
      </w:divBdr>
    </w:div>
    <w:div w:id="199707664">
      <w:bodyDiv w:val="1"/>
      <w:marLeft w:val="0"/>
      <w:marRight w:val="0"/>
      <w:marTop w:val="0"/>
      <w:marBottom w:val="0"/>
      <w:divBdr>
        <w:top w:val="none" w:sz="0" w:space="0" w:color="auto"/>
        <w:left w:val="none" w:sz="0" w:space="0" w:color="auto"/>
        <w:bottom w:val="none" w:sz="0" w:space="0" w:color="auto"/>
        <w:right w:val="none" w:sz="0" w:space="0" w:color="auto"/>
      </w:divBdr>
      <w:divsChild>
        <w:div w:id="1811289273">
          <w:marLeft w:val="0"/>
          <w:marRight w:val="0"/>
          <w:marTop w:val="0"/>
          <w:marBottom w:val="0"/>
          <w:divBdr>
            <w:top w:val="none" w:sz="0" w:space="0" w:color="auto"/>
            <w:left w:val="none" w:sz="0" w:space="0" w:color="auto"/>
            <w:bottom w:val="none" w:sz="0" w:space="0" w:color="auto"/>
            <w:right w:val="none" w:sz="0" w:space="0" w:color="auto"/>
          </w:divBdr>
        </w:div>
      </w:divsChild>
    </w:div>
    <w:div w:id="277686135">
      <w:bodyDiv w:val="1"/>
      <w:marLeft w:val="0"/>
      <w:marRight w:val="0"/>
      <w:marTop w:val="0"/>
      <w:marBottom w:val="0"/>
      <w:divBdr>
        <w:top w:val="none" w:sz="0" w:space="0" w:color="auto"/>
        <w:left w:val="none" w:sz="0" w:space="0" w:color="auto"/>
        <w:bottom w:val="none" w:sz="0" w:space="0" w:color="auto"/>
        <w:right w:val="none" w:sz="0" w:space="0" w:color="auto"/>
      </w:divBdr>
    </w:div>
    <w:div w:id="291403223">
      <w:bodyDiv w:val="1"/>
      <w:marLeft w:val="0"/>
      <w:marRight w:val="0"/>
      <w:marTop w:val="0"/>
      <w:marBottom w:val="0"/>
      <w:divBdr>
        <w:top w:val="none" w:sz="0" w:space="0" w:color="auto"/>
        <w:left w:val="none" w:sz="0" w:space="0" w:color="auto"/>
        <w:bottom w:val="none" w:sz="0" w:space="0" w:color="auto"/>
        <w:right w:val="none" w:sz="0" w:space="0" w:color="auto"/>
      </w:divBdr>
    </w:div>
    <w:div w:id="314073158">
      <w:bodyDiv w:val="1"/>
      <w:marLeft w:val="0"/>
      <w:marRight w:val="0"/>
      <w:marTop w:val="0"/>
      <w:marBottom w:val="0"/>
      <w:divBdr>
        <w:top w:val="none" w:sz="0" w:space="0" w:color="auto"/>
        <w:left w:val="none" w:sz="0" w:space="0" w:color="auto"/>
        <w:bottom w:val="none" w:sz="0" w:space="0" w:color="auto"/>
        <w:right w:val="none" w:sz="0" w:space="0" w:color="auto"/>
      </w:divBdr>
    </w:div>
    <w:div w:id="317393007">
      <w:bodyDiv w:val="1"/>
      <w:marLeft w:val="0"/>
      <w:marRight w:val="0"/>
      <w:marTop w:val="0"/>
      <w:marBottom w:val="0"/>
      <w:divBdr>
        <w:top w:val="none" w:sz="0" w:space="0" w:color="auto"/>
        <w:left w:val="none" w:sz="0" w:space="0" w:color="auto"/>
        <w:bottom w:val="none" w:sz="0" w:space="0" w:color="auto"/>
        <w:right w:val="none" w:sz="0" w:space="0" w:color="auto"/>
      </w:divBdr>
    </w:div>
    <w:div w:id="360127152">
      <w:bodyDiv w:val="1"/>
      <w:marLeft w:val="0"/>
      <w:marRight w:val="0"/>
      <w:marTop w:val="0"/>
      <w:marBottom w:val="0"/>
      <w:divBdr>
        <w:top w:val="none" w:sz="0" w:space="0" w:color="auto"/>
        <w:left w:val="none" w:sz="0" w:space="0" w:color="auto"/>
        <w:bottom w:val="none" w:sz="0" w:space="0" w:color="auto"/>
        <w:right w:val="none" w:sz="0" w:space="0" w:color="auto"/>
      </w:divBdr>
    </w:div>
    <w:div w:id="380834783">
      <w:bodyDiv w:val="1"/>
      <w:marLeft w:val="0"/>
      <w:marRight w:val="0"/>
      <w:marTop w:val="0"/>
      <w:marBottom w:val="0"/>
      <w:divBdr>
        <w:top w:val="none" w:sz="0" w:space="0" w:color="auto"/>
        <w:left w:val="none" w:sz="0" w:space="0" w:color="auto"/>
        <w:bottom w:val="none" w:sz="0" w:space="0" w:color="auto"/>
        <w:right w:val="none" w:sz="0" w:space="0" w:color="auto"/>
      </w:divBdr>
    </w:div>
    <w:div w:id="415791475">
      <w:bodyDiv w:val="1"/>
      <w:marLeft w:val="0"/>
      <w:marRight w:val="0"/>
      <w:marTop w:val="0"/>
      <w:marBottom w:val="0"/>
      <w:divBdr>
        <w:top w:val="none" w:sz="0" w:space="0" w:color="auto"/>
        <w:left w:val="none" w:sz="0" w:space="0" w:color="auto"/>
        <w:bottom w:val="none" w:sz="0" w:space="0" w:color="auto"/>
        <w:right w:val="none" w:sz="0" w:space="0" w:color="auto"/>
      </w:divBdr>
      <w:divsChild>
        <w:div w:id="46027158">
          <w:marLeft w:val="1166"/>
          <w:marRight w:val="0"/>
          <w:marTop w:val="100"/>
          <w:marBottom w:val="0"/>
          <w:divBdr>
            <w:top w:val="none" w:sz="0" w:space="0" w:color="auto"/>
            <w:left w:val="none" w:sz="0" w:space="0" w:color="auto"/>
            <w:bottom w:val="none" w:sz="0" w:space="0" w:color="auto"/>
            <w:right w:val="none" w:sz="0" w:space="0" w:color="auto"/>
          </w:divBdr>
        </w:div>
        <w:div w:id="542255951">
          <w:marLeft w:val="1166"/>
          <w:marRight w:val="0"/>
          <w:marTop w:val="100"/>
          <w:marBottom w:val="0"/>
          <w:divBdr>
            <w:top w:val="none" w:sz="0" w:space="0" w:color="auto"/>
            <w:left w:val="none" w:sz="0" w:space="0" w:color="auto"/>
            <w:bottom w:val="none" w:sz="0" w:space="0" w:color="auto"/>
            <w:right w:val="none" w:sz="0" w:space="0" w:color="auto"/>
          </w:divBdr>
        </w:div>
        <w:div w:id="570970526">
          <w:marLeft w:val="1166"/>
          <w:marRight w:val="0"/>
          <w:marTop w:val="100"/>
          <w:marBottom w:val="0"/>
          <w:divBdr>
            <w:top w:val="none" w:sz="0" w:space="0" w:color="auto"/>
            <w:left w:val="none" w:sz="0" w:space="0" w:color="auto"/>
            <w:bottom w:val="none" w:sz="0" w:space="0" w:color="auto"/>
            <w:right w:val="none" w:sz="0" w:space="0" w:color="auto"/>
          </w:divBdr>
        </w:div>
        <w:div w:id="798114692">
          <w:marLeft w:val="547"/>
          <w:marRight w:val="0"/>
          <w:marTop w:val="200"/>
          <w:marBottom w:val="0"/>
          <w:divBdr>
            <w:top w:val="none" w:sz="0" w:space="0" w:color="auto"/>
            <w:left w:val="none" w:sz="0" w:space="0" w:color="auto"/>
            <w:bottom w:val="none" w:sz="0" w:space="0" w:color="auto"/>
            <w:right w:val="none" w:sz="0" w:space="0" w:color="auto"/>
          </w:divBdr>
        </w:div>
        <w:div w:id="1380978181">
          <w:marLeft w:val="1166"/>
          <w:marRight w:val="0"/>
          <w:marTop w:val="100"/>
          <w:marBottom w:val="0"/>
          <w:divBdr>
            <w:top w:val="none" w:sz="0" w:space="0" w:color="auto"/>
            <w:left w:val="none" w:sz="0" w:space="0" w:color="auto"/>
            <w:bottom w:val="none" w:sz="0" w:space="0" w:color="auto"/>
            <w:right w:val="none" w:sz="0" w:space="0" w:color="auto"/>
          </w:divBdr>
        </w:div>
        <w:div w:id="1466120369">
          <w:marLeft w:val="1166"/>
          <w:marRight w:val="0"/>
          <w:marTop w:val="100"/>
          <w:marBottom w:val="0"/>
          <w:divBdr>
            <w:top w:val="none" w:sz="0" w:space="0" w:color="auto"/>
            <w:left w:val="none" w:sz="0" w:space="0" w:color="auto"/>
            <w:bottom w:val="none" w:sz="0" w:space="0" w:color="auto"/>
            <w:right w:val="none" w:sz="0" w:space="0" w:color="auto"/>
          </w:divBdr>
        </w:div>
        <w:div w:id="1474786556">
          <w:marLeft w:val="547"/>
          <w:marRight w:val="0"/>
          <w:marTop w:val="200"/>
          <w:marBottom w:val="0"/>
          <w:divBdr>
            <w:top w:val="none" w:sz="0" w:space="0" w:color="auto"/>
            <w:left w:val="none" w:sz="0" w:space="0" w:color="auto"/>
            <w:bottom w:val="none" w:sz="0" w:space="0" w:color="auto"/>
            <w:right w:val="none" w:sz="0" w:space="0" w:color="auto"/>
          </w:divBdr>
        </w:div>
        <w:div w:id="1494225275">
          <w:marLeft w:val="1166"/>
          <w:marRight w:val="0"/>
          <w:marTop w:val="100"/>
          <w:marBottom w:val="0"/>
          <w:divBdr>
            <w:top w:val="none" w:sz="0" w:space="0" w:color="auto"/>
            <w:left w:val="none" w:sz="0" w:space="0" w:color="auto"/>
            <w:bottom w:val="none" w:sz="0" w:space="0" w:color="auto"/>
            <w:right w:val="none" w:sz="0" w:space="0" w:color="auto"/>
          </w:divBdr>
        </w:div>
        <w:div w:id="2091657090">
          <w:marLeft w:val="547"/>
          <w:marRight w:val="0"/>
          <w:marTop w:val="200"/>
          <w:marBottom w:val="0"/>
          <w:divBdr>
            <w:top w:val="none" w:sz="0" w:space="0" w:color="auto"/>
            <w:left w:val="none" w:sz="0" w:space="0" w:color="auto"/>
            <w:bottom w:val="none" w:sz="0" w:space="0" w:color="auto"/>
            <w:right w:val="none" w:sz="0" w:space="0" w:color="auto"/>
          </w:divBdr>
        </w:div>
      </w:divsChild>
    </w:div>
    <w:div w:id="420881413">
      <w:bodyDiv w:val="1"/>
      <w:marLeft w:val="0"/>
      <w:marRight w:val="0"/>
      <w:marTop w:val="0"/>
      <w:marBottom w:val="0"/>
      <w:divBdr>
        <w:top w:val="none" w:sz="0" w:space="0" w:color="auto"/>
        <w:left w:val="none" w:sz="0" w:space="0" w:color="auto"/>
        <w:bottom w:val="none" w:sz="0" w:space="0" w:color="auto"/>
        <w:right w:val="none" w:sz="0" w:space="0" w:color="auto"/>
      </w:divBdr>
      <w:divsChild>
        <w:div w:id="640841860">
          <w:marLeft w:val="0"/>
          <w:marRight w:val="0"/>
          <w:marTop w:val="0"/>
          <w:marBottom w:val="0"/>
          <w:divBdr>
            <w:top w:val="none" w:sz="0" w:space="0" w:color="auto"/>
            <w:left w:val="none" w:sz="0" w:space="0" w:color="auto"/>
            <w:bottom w:val="none" w:sz="0" w:space="0" w:color="auto"/>
            <w:right w:val="none" w:sz="0" w:space="0" w:color="auto"/>
          </w:divBdr>
          <w:divsChild>
            <w:div w:id="880746005">
              <w:marLeft w:val="0"/>
              <w:marRight w:val="0"/>
              <w:marTop w:val="0"/>
              <w:marBottom w:val="0"/>
              <w:divBdr>
                <w:top w:val="none" w:sz="0" w:space="0" w:color="auto"/>
                <w:left w:val="none" w:sz="0" w:space="0" w:color="auto"/>
                <w:bottom w:val="none" w:sz="0" w:space="0" w:color="auto"/>
                <w:right w:val="none" w:sz="0" w:space="0" w:color="auto"/>
              </w:divBdr>
              <w:divsChild>
                <w:div w:id="1350448216">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1763793587">
          <w:marLeft w:val="0"/>
          <w:marRight w:val="0"/>
          <w:marTop w:val="0"/>
          <w:marBottom w:val="0"/>
          <w:divBdr>
            <w:top w:val="none" w:sz="0" w:space="0" w:color="auto"/>
            <w:left w:val="none" w:sz="0" w:space="0" w:color="auto"/>
            <w:bottom w:val="none" w:sz="0" w:space="0" w:color="auto"/>
            <w:right w:val="none" w:sz="0" w:space="0" w:color="auto"/>
          </w:divBdr>
          <w:divsChild>
            <w:div w:id="1721636064">
              <w:marLeft w:val="0"/>
              <w:marRight w:val="0"/>
              <w:marTop w:val="0"/>
              <w:marBottom w:val="0"/>
              <w:divBdr>
                <w:top w:val="none" w:sz="0" w:space="0" w:color="auto"/>
                <w:left w:val="none" w:sz="0" w:space="0" w:color="auto"/>
                <w:bottom w:val="none" w:sz="0" w:space="0" w:color="auto"/>
                <w:right w:val="none" w:sz="0" w:space="0" w:color="auto"/>
              </w:divBdr>
              <w:divsChild>
                <w:div w:id="479929859">
                  <w:marLeft w:val="0"/>
                  <w:marRight w:val="0"/>
                  <w:marTop w:val="0"/>
                  <w:marBottom w:val="0"/>
                  <w:divBdr>
                    <w:top w:val="none" w:sz="0" w:space="0" w:color="auto"/>
                    <w:left w:val="none" w:sz="0" w:space="0" w:color="auto"/>
                    <w:bottom w:val="none" w:sz="0" w:space="0" w:color="auto"/>
                    <w:right w:val="none" w:sz="0" w:space="0" w:color="auto"/>
                  </w:divBdr>
                  <w:divsChild>
                    <w:div w:id="1098792321">
                      <w:marLeft w:val="0"/>
                      <w:marRight w:val="0"/>
                      <w:marTop w:val="0"/>
                      <w:marBottom w:val="0"/>
                      <w:divBdr>
                        <w:top w:val="none" w:sz="0" w:space="0" w:color="auto"/>
                        <w:left w:val="none" w:sz="0" w:space="0" w:color="auto"/>
                        <w:bottom w:val="none" w:sz="0" w:space="0" w:color="auto"/>
                        <w:right w:val="none" w:sz="0" w:space="0" w:color="auto"/>
                      </w:divBdr>
                      <w:divsChild>
                        <w:div w:id="1254510292">
                          <w:marLeft w:val="0"/>
                          <w:marRight w:val="0"/>
                          <w:marTop w:val="0"/>
                          <w:marBottom w:val="0"/>
                          <w:divBdr>
                            <w:top w:val="none" w:sz="0" w:space="0" w:color="auto"/>
                            <w:left w:val="none" w:sz="0" w:space="0" w:color="auto"/>
                            <w:bottom w:val="none" w:sz="0" w:space="0" w:color="auto"/>
                            <w:right w:val="none" w:sz="0" w:space="0" w:color="auto"/>
                          </w:divBdr>
                          <w:divsChild>
                            <w:div w:id="46827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2339894">
      <w:bodyDiv w:val="1"/>
      <w:marLeft w:val="0"/>
      <w:marRight w:val="0"/>
      <w:marTop w:val="0"/>
      <w:marBottom w:val="0"/>
      <w:divBdr>
        <w:top w:val="none" w:sz="0" w:space="0" w:color="auto"/>
        <w:left w:val="none" w:sz="0" w:space="0" w:color="auto"/>
        <w:bottom w:val="none" w:sz="0" w:space="0" w:color="auto"/>
        <w:right w:val="none" w:sz="0" w:space="0" w:color="auto"/>
      </w:divBdr>
    </w:div>
    <w:div w:id="436874461">
      <w:bodyDiv w:val="1"/>
      <w:marLeft w:val="0"/>
      <w:marRight w:val="0"/>
      <w:marTop w:val="0"/>
      <w:marBottom w:val="0"/>
      <w:divBdr>
        <w:top w:val="none" w:sz="0" w:space="0" w:color="auto"/>
        <w:left w:val="none" w:sz="0" w:space="0" w:color="auto"/>
        <w:bottom w:val="none" w:sz="0" w:space="0" w:color="auto"/>
        <w:right w:val="none" w:sz="0" w:space="0" w:color="auto"/>
      </w:divBdr>
      <w:divsChild>
        <w:div w:id="1695880818">
          <w:marLeft w:val="0"/>
          <w:marRight w:val="0"/>
          <w:marTop w:val="0"/>
          <w:marBottom w:val="0"/>
          <w:divBdr>
            <w:top w:val="none" w:sz="0" w:space="0" w:color="auto"/>
            <w:left w:val="none" w:sz="0" w:space="0" w:color="auto"/>
            <w:bottom w:val="none" w:sz="0" w:space="0" w:color="auto"/>
            <w:right w:val="none" w:sz="0" w:space="0" w:color="auto"/>
          </w:divBdr>
        </w:div>
      </w:divsChild>
    </w:div>
    <w:div w:id="451636748">
      <w:bodyDiv w:val="1"/>
      <w:marLeft w:val="0"/>
      <w:marRight w:val="0"/>
      <w:marTop w:val="0"/>
      <w:marBottom w:val="0"/>
      <w:divBdr>
        <w:top w:val="none" w:sz="0" w:space="0" w:color="auto"/>
        <w:left w:val="none" w:sz="0" w:space="0" w:color="auto"/>
        <w:bottom w:val="none" w:sz="0" w:space="0" w:color="auto"/>
        <w:right w:val="none" w:sz="0" w:space="0" w:color="auto"/>
      </w:divBdr>
    </w:div>
    <w:div w:id="493498390">
      <w:bodyDiv w:val="1"/>
      <w:marLeft w:val="0"/>
      <w:marRight w:val="0"/>
      <w:marTop w:val="0"/>
      <w:marBottom w:val="0"/>
      <w:divBdr>
        <w:top w:val="none" w:sz="0" w:space="0" w:color="auto"/>
        <w:left w:val="none" w:sz="0" w:space="0" w:color="auto"/>
        <w:bottom w:val="none" w:sz="0" w:space="0" w:color="auto"/>
        <w:right w:val="none" w:sz="0" w:space="0" w:color="auto"/>
      </w:divBdr>
    </w:div>
    <w:div w:id="523834912">
      <w:bodyDiv w:val="1"/>
      <w:marLeft w:val="0"/>
      <w:marRight w:val="0"/>
      <w:marTop w:val="0"/>
      <w:marBottom w:val="0"/>
      <w:divBdr>
        <w:top w:val="none" w:sz="0" w:space="0" w:color="auto"/>
        <w:left w:val="none" w:sz="0" w:space="0" w:color="auto"/>
        <w:bottom w:val="none" w:sz="0" w:space="0" w:color="auto"/>
        <w:right w:val="none" w:sz="0" w:space="0" w:color="auto"/>
      </w:divBdr>
      <w:divsChild>
        <w:div w:id="1125004940">
          <w:marLeft w:val="0"/>
          <w:marRight w:val="0"/>
          <w:marTop w:val="0"/>
          <w:marBottom w:val="0"/>
          <w:divBdr>
            <w:top w:val="none" w:sz="0" w:space="0" w:color="auto"/>
            <w:left w:val="none" w:sz="0" w:space="0" w:color="auto"/>
            <w:bottom w:val="none" w:sz="0" w:space="0" w:color="auto"/>
            <w:right w:val="none" w:sz="0" w:space="0" w:color="auto"/>
          </w:divBdr>
        </w:div>
      </w:divsChild>
    </w:div>
    <w:div w:id="560942783">
      <w:bodyDiv w:val="1"/>
      <w:marLeft w:val="0"/>
      <w:marRight w:val="0"/>
      <w:marTop w:val="0"/>
      <w:marBottom w:val="0"/>
      <w:divBdr>
        <w:top w:val="none" w:sz="0" w:space="0" w:color="auto"/>
        <w:left w:val="none" w:sz="0" w:space="0" w:color="auto"/>
        <w:bottom w:val="none" w:sz="0" w:space="0" w:color="auto"/>
        <w:right w:val="none" w:sz="0" w:space="0" w:color="auto"/>
      </w:divBdr>
    </w:div>
    <w:div w:id="566495089">
      <w:bodyDiv w:val="1"/>
      <w:marLeft w:val="0"/>
      <w:marRight w:val="0"/>
      <w:marTop w:val="0"/>
      <w:marBottom w:val="0"/>
      <w:divBdr>
        <w:top w:val="none" w:sz="0" w:space="0" w:color="auto"/>
        <w:left w:val="none" w:sz="0" w:space="0" w:color="auto"/>
        <w:bottom w:val="none" w:sz="0" w:space="0" w:color="auto"/>
        <w:right w:val="none" w:sz="0" w:space="0" w:color="auto"/>
      </w:divBdr>
      <w:divsChild>
        <w:div w:id="242686249">
          <w:marLeft w:val="547"/>
          <w:marRight w:val="0"/>
          <w:marTop w:val="200"/>
          <w:marBottom w:val="0"/>
          <w:divBdr>
            <w:top w:val="none" w:sz="0" w:space="0" w:color="auto"/>
            <w:left w:val="none" w:sz="0" w:space="0" w:color="auto"/>
            <w:bottom w:val="none" w:sz="0" w:space="0" w:color="auto"/>
            <w:right w:val="none" w:sz="0" w:space="0" w:color="auto"/>
          </w:divBdr>
        </w:div>
        <w:div w:id="677848926">
          <w:marLeft w:val="1166"/>
          <w:marRight w:val="0"/>
          <w:marTop w:val="100"/>
          <w:marBottom w:val="0"/>
          <w:divBdr>
            <w:top w:val="none" w:sz="0" w:space="0" w:color="auto"/>
            <w:left w:val="none" w:sz="0" w:space="0" w:color="auto"/>
            <w:bottom w:val="none" w:sz="0" w:space="0" w:color="auto"/>
            <w:right w:val="none" w:sz="0" w:space="0" w:color="auto"/>
          </w:divBdr>
        </w:div>
        <w:div w:id="1114472154">
          <w:marLeft w:val="1166"/>
          <w:marRight w:val="0"/>
          <w:marTop w:val="100"/>
          <w:marBottom w:val="0"/>
          <w:divBdr>
            <w:top w:val="none" w:sz="0" w:space="0" w:color="auto"/>
            <w:left w:val="none" w:sz="0" w:space="0" w:color="auto"/>
            <w:bottom w:val="none" w:sz="0" w:space="0" w:color="auto"/>
            <w:right w:val="none" w:sz="0" w:space="0" w:color="auto"/>
          </w:divBdr>
        </w:div>
        <w:div w:id="1410611481">
          <w:marLeft w:val="1166"/>
          <w:marRight w:val="0"/>
          <w:marTop w:val="100"/>
          <w:marBottom w:val="0"/>
          <w:divBdr>
            <w:top w:val="none" w:sz="0" w:space="0" w:color="auto"/>
            <w:left w:val="none" w:sz="0" w:space="0" w:color="auto"/>
            <w:bottom w:val="none" w:sz="0" w:space="0" w:color="auto"/>
            <w:right w:val="none" w:sz="0" w:space="0" w:color="auto"/>
          </w:divBdr>
        </w:div>
        <w:div w:id="1421297502">
          <w:marLeft w:val="1166"/>
          <w:marRight w:val="0"/>
          <w:marTop w:val="100"/>
          <w:marBottom w:val="0"/>
          <w:divBdr>
            <w:top w:val="none" w:sz="0" w:space="0" w:color="auto"/>
            <w:left w:val="none" w:sz="0" w:space="0" w:color="auto"/>
            <w:bottom w:val="none" w:sz="0" w:space="0" w:color="auto"/>
            <w:right w:val="none" w:sz="0" w:space="0" w:color="auto"/>
          </w:divBdr>
        </w:div>
        <w:div w:id="1422601970">
          <w:marLeft w:val="1166"/>
          <w:marRight w:val="0"/>
          <w:marTop w:val="100"/>
          <w:marBottom w:val="0"/>
          <w:divBdr>
            <w:top w:val="none" w:sz="0" w:space="0" w:color="auto"/>
            <w:left w:val="none" w:sz="0" w:space="0" w:color="auto"/>
            <w:bottom w:val="none" w:sz="0" w:space="0" w:color="auto"/>
            <w:right w:val="none" w:sz="0" w:space="0" w:color="auto"/>
          </w:divBdr>
        </w:div>
        <w:div w:id="1524201136">
          <w:marLeft w:val="547"/>
          <w:marRight w:val="0"/>
          <w:marTop w:val="200"/>
          <w:marBottom w:val="0"/>
          <w:divBdr>
            <w:top w:val="none" w:sz="0" w:space="0" w:color="auto"/>
            <w:left w:val="none" w:sz="0" w:space="0" w:color="auto"/>
            <w:bottom w:val="none" w:sz="0" w:space="0" w:color="auto"/>
            <w:right w:val="none" w:sz="0" w:space="0" w:color="auto"/>
          </w:divBdr>
        </w:div>
        <w:div w:id="1849825658">
          <w:marLeft w:val="1166"/>
          <w:marRight w:val="0"/>
          <w:marTop w:val="100"/>
          <w:marBottom w:val="0"/>
          <w:divBdr>
            <w:top w:val="none" w:sz="0" w:space="0" w:color="auto"/>
            <w:left w:val="none" w:sz="0" w:space="0" w:color="auto"/>
            <w:bottom w:val="none" w:sz="0" w:space="0" w:color="auto"/>
            <w:right w:val="none" w:sz="0" w:space="0" w:color="auto"/>
          </w:divBdr>
        </w:div>
        <w:div w:id="2113240113">
          <w:marLeft w:val="547"/>
          <w:marRight w:val="0"/>
          <w:marTop w:val="200"/>
          <w:marBottom w:val="0"/>
          <w:divBdr>
            <w:top w:val="none" w:sz="0" w:space="0" w:color="auto"/>
            <w:left w:val="none" w:sz="0" w:space="0" w:color="auto"/>
            <w:bottom w:val="none" w:sz="0" w:space="0" w:color="auto"/>
            <w:right w:val="none" w:sz="0" w:space="0" w:color="auto"/>
          </w:divBdr>
        </w:div>
      </w:divsChild>
    </w:div>
    <w:div w:id="575550008">
      <w:bodyDiv w:val="1"/>
      <w:marLeft w:val="0"/>
      <w:marRight w:val="0"/>
      <w:marTop w:val="0"/>
      <w:marBottom w:val="0"/>
      <w:divBdr>
        <w:top w:val="none" w:sz="0" w:space="0" w:color="auto"/>
        <w:left w:val="none" w:sz="0" w:space="0" w:color="auto"/>
        <w:bottom w:val="none" w:sz="0" w:space="0" w:color="auto"/>
        <w:right w:val="none" w:sz="0" w:space="0" w:color="auto"/>
      </w:divBdr>
    </w:div>
    <w:div w:id="575937803">
      <w:bodyDiv w:val="1"/>
      <w:marLeft w:val="0"/>
      <w:marRight w:val="0"/>
      <w:marTop w:val="0"/>
      <w:marBottom w:val="0"/>
      <w:divBdr>
        <w:top w:val="none" w:sz="0" w:space="0" w:color="auto"/>
        <w:left w:val="none" w:sz="0" w:space="0" w:color="auto"/>
        <w:bottom w:val="none" w:sz="0" w:space="0" w:color="auto"/>
        <w:right w:val="none" w:sz="0" w:space="0" w:color="auto"/>
      </w:divBdr>
    </w:div>
    <w:div w:id="583760786">
      <w:bodyDiv w:val="1"/>
      <w:marLeft w:val="0"/>
      <w:marRight w:val="0"/>
      <w:marTop w:val="0"/>
      <w:marBottom w:val="0"/>
      <w:divBdr>
        <w:top w:val="none" w:sz="0" w:space="0" w:color="auto"/>
        <w:left w:val="none" w:sz="0" w:space="0" w:color="auto"/>
        <w:bottom w:val="none" w:sz="0" w:space="0" w:color="auto"/>
        <w:right w:val="none" w:sz="0" w:space="0" w:color="auto"/>
      </w:divBdr>
    </w:div>
    <w:div w:id="605770339">
      <w:bodyDiv w:val="1"/>
      <w:marLeft w:val="0"/>
      <w:marRight w:val="0"/>
      <w:marTop w:val="0"/>
      <w:marBottom w:val="0"/>
      <w:divBdr>
        <w:top w:val="none" w:sz="0" w:space="0" w:color="auto"/>
        <w:left w:val="none" w:sz="0" w:space="0" w:color="auto"/>
        <w:bottom w:val="none" w:sz="0" w:space="0" w:color="auto"/>
        <w:right w:val="none" w:sz="0" w:space="0" w:color="auto"/>
      </w:divBdr>
    </w:div>
    <w:div w:id="630213626">
      <w:bodyDiv w:val="1"/>
      <w:marLeft w:val="0"/>
      <w:marRight w:val="0"/>
      <w:marTop w:val="0"/>
      <w:marBottom w:val="0"/>
      <w:divBdr>
        <w:top w:val="none" w:sz="0" w:space="0" w:color="auto"/>
        <w:left w:val="none" w:sz="0" w:space="0" w:color="auto"/>
        <w:bottom w:val="none" w:sz="0" w:space="0" w:color="auto"/>
        <w:right w:val="none" w:sz="0" w:space="0" w:color="auto"/>
      </w:divBdr>
      <w:divsChild>
        <w:div w:id="671836322">
          <w:marLeft w:val="0"/>
          <w:marRight w:val="0"/>
          <w:marTop w:val="0"/>
          <w:marBottom w:val="0"/>
          <w:divBdr>
            <w:top w:val="none" w:sz="0" w:space="0" w:color="auto"/>
            <w:left w:val="none" w:sz="0" w:space="0" w:color="auto"/>
            <w:bottom w:val="none" w:sz="0" w:space="0" w:color="auto"/>
            <w:right w:val="none" w:sz="0" w:space="0" w:color="auto"/>
          </w:divBdr>
        </w:div>
        <w:div w:id="1089695559">
          <w:marLeft w:val="0"/>
          <w:marRight w:val="0"/>
          <w:marTop w:val="0"/>
          <w:marBottom w:val="0"/>
          <w:divBdr>
            <w:top w:val="none" w:sz="0" w:space="0" w:color="auto"/>
            <w:left w:val="none" w:sz="0" w:space="0" w:color="auto"/>
            <w:bottom w:val="none" w:sz="0" w:space="0" w:color="auto"/>
            <w:right w:val="none" w:sz="0" w:space="0" w:color="auto"/>
          </w:divBdr>
        </w:div>
        <w:div w:id="1168515851">
          <w:marLeft w:val="0"/>
          <w:marRight w:val="0"/>
          <w:marTop w:val="0"/>
          <w:marBottom w:val="0"/>
          <w:divBdr>
            <w:top w:val="none" w:sz="0" w:space="0" w:color="auto"/>
            <w:left w:val="none" w:sz="0" w:space="0" w:color="auto"/>
            <w:bottom w:val="none" w:sz="0" w:space="0" w:color="auto"/>
            <w:right w:val="none" w:sz="0" w:space="0" w:color="auto"/>
          </w:divBdr>
        </w:div>
        <w:div w:id="1754931524">
          <w:marLeft w:val="0"/>
          <w:marRight w:val="0"/>
          <w:marTop w:val="0"/>
          <w:marBottom w:val="0"/>
          <w:divBdr>
            <w:top w:val="none" w:sz="0" w:space="0" w:color="auto"/>
            <w:left w:val="none" w:sz="0" w:space="0" w:color="auto"/>
            <w:bottom w:val="none" w:sz="0" w:space="0" w:color="auto"/>
            <w:right w:val="none" w:sz="0" w:space="0" w:color="auto"/>
          </w:divBdr>
        </w:div>
      </w:divsChild>
    </w:div>
    <w:div w:id="636643369">
      <w:bodyDiv w:val="1"/>
      <w:marLeft w:val="0"/>
      <w:marRight w:val="0"/>
      <w:marTop w:val="0"/>
      <w:marBottom w:val="0"/>
      <w:divBdr>
        <w:top w:val="none" w:sz="0" w:space="0" w:color="auto"/>
        <w:left w:val="none" w:sz="0" w:space="0" w:color="auto"/>
        <w:bottom w:val="none" w:sz="0" w:space="0" w:color="auto"/>
        <w:right w:val="none" w:sz="0" w:space="0" w:color="auto"/>
      </w:divBdr>
    </w:div>
    <w:div w:id="654383972">
      <w:bodyDiv w:val="1"/>
      <w:marLeft w:val="0"/>
      <w:marRight w:val="0"/>
      <w:marTop w:val="0"/>
      <w:marBottom w:val="0"/>
      <w:divBdr>
        <w:top w:val="none" w:sz="0" w:space="0" w:color="auto"/>
        <w:left w:val="none" w:sz="0" w:space="0" w:color="auto"/>
        <w:bottom w:val="none" w:sz="0" w:space="0" w:color="auto"/>
        <w:right w:val="none" w:sz="0" w:space="0" w:color="auto"/>
      </w:divBdr>
    </w:div>
    <w:div w:id="693389378">
      <w:bodyDiv w:val="1"/>
      <w:marLeft w:val="0"/>
      <w:marRight w:val="0"/>
      <w:marTop w:val="0"/>
      <w:marBottom w:val="0"/>
      <w:divBdr>
        <w:top w:val="none" w:sz="0" w:space="0" w:color="auto"/>
        <w:left w:val="none" w:sz="0" w:space="0" w:color="auto"/>
        <w:bottom w:val="none" w:sz="0" w:space="0" w:color="auto"/>
        <w:right w:val="none" w:sz="0" w:space="0" w:color="auto"/>
      </w:divBdr>
    </w:div>
    <w:div w:id="710810237">
      <w:bodyDiv w:val="1"/>
      <w:marLeft w:val="0"/>
      <w:marRight w:val="0"/>
      <w:marTop w:val="0"/>
      <w:marBottom w:val="0"/>
      <w:divBdr>
        <w:top w:val="none" w:sz="0" w:space="0" w:color="auto"/>
        <w:left w:val="none" w:sz="0" w:space="0" w:color="auto"/>
        <w:bottom w:val="none" w:sz="0" w:space="0" w:color="auto"/>
        <w:right w:val="none" w:sz="0" w:space="0" w:color="auto"/>
      </w:divBdr>
    </w:div>
    <w:div w:id="714891315">
      <w:bodyDiv w:val="1"/>
      <w:marLeft w:val="0"/>
      <w:marRight w:val="0"/>
      <w:marTop w:val="0"/>
      <w:marBottom w:val="0"/>
      <w:divBdr>
        <w:top w:val="none" w:sz="0" w:space="0" w:color="auto"/>
        <w:left w:val="none" w:sz="0" w:space="0" w:color="auto"/>
        <w:bottom w:val="none" w:sz="0" w:space="0" w:color="auto"/>
        <w:right w:val="none" w:sz="0" w:space="0" w:color="auto"/>
      </w:divBdr>
    </w:div>
    <w:div w:id="716586339">
      <w:bodyDiv w:val="1"/>
      <w:marLeft w:val="0"/>
      <w:marRight w:val="0"/>
      <w:marTop w:val="0"/>
      <w:marBottom w:val="0"/>
      <w:divBdr>
        <w:top w:val="none" w:sz="0" w:space="0" w:color="auto"/>
        <w:left w:val="none" w:sz="0" w:space="0" w:color="auto"/>
        <w:bottom w:val="none" w:sz="0" w:space="0" w:color="auto"/>
        <w:right w:val="none" w:sz="0" w:space="0" w:color="auto"/>
      </w:divBdr>
    </w:div>
    <w:div w:id="719599194">
      <w:bodyDiv w:val="1"/>
      <w:marLeft w:val="0"/>
      <w:marRight w:val="0"/>
      <w:marTop w:val="0"/>
      <w:marBottom w:val="0"/>
      <w:divBdr>
        <w:top w:val="none" w:sz="0" w:space="0" w:color="auto"/>
        <w:left w:val="none" w:sz="0" w:space="0" w:color="auto"/>
        <w:bottom w:val="none" w:sz="0" w:space="0" w:color="auto"/>
        <w:right w:val="none" w:sz="0" w:space="0" w:color="auto"/>
      </w:divBdr>
    </w:div>
    <w:div w:id="781536502">
      <w:bodyDiv w:val="1"/>
      <w:marLeft w:val="0"/>
      <w:marRight w:val="0"/>
      <w:marTop w:val="0"/>
      <w:marBottom w:val="0"/>
      <w:divBdr>
        <w:top w:val="none" w:sz="0" w:space="0" w:color="auto"/>
        <w:left w:val="none" w:sz="0" w:space="0" w:color="auto"/>
        <w:bottom w:val="none" w:sz="0" w:space="0" w:color="auto"/>
        <w:right w:val="none" w:sz="0" w:space="0" w:color="auto"/>
      </w:divBdr>
    </w:div>
    <w:div w:id="816800080">
      <w:bodyDiv w:val="1"/>
      <w:marLeft w:val="0"/>
      <w:marRight w:val="0"/>
      <w:marTop w:val="0"/>
      <w:marBottom w:val="0"/>
      <w:divBdr>
        <w:top w:val="none" w:sz="0" w:space="0" w:color="auto"/>
        <w:left w:val="none" w:sz="0" w:space="0" w:color="auto"/>
        <w:bottom w:val="none" w:sz="0" w:space="0" w:color="auto"/>
        <w:right w:val="none" w:sz="0" w:space="0" w:color="auto"/>
      </w:divBdr>
    </w:div>
    <w:div w:id="818376071">
      <w:bodyDiv w:val="1"/>
      <w:marLeft w:val="0"/>
      <w:marRight w:val="0"/>
      <w:marTop w:val="0"/>
      <w:marBottom w:val="0"/>
      <w:divBdr>
        <w:top w:val="none" w:sz="0" w:space="0" w:color="auto"/>
        <w:left w:val="none" w:sz="0" w:space="0" w:color="auto"/>
        <w:bottom w:val="none" w:sz="0" w:space="0" w:color="auto"/>
        <w:right w:val="none" w:sz="0" w:space="0" w:color="auto"/>
      </w:divBdr>
    </w:div>
    <w:div w:id="821313701">
      <w:bodyDiv w:val="1"/>
      <w:marLeft w:val="0"/>
      <w:marRight w:val="0"/>
      <w:marTop w:val="0"/>
      <w:marBottom w:val="0"/>
      <w:divBdr>
        <w:top w:val="none" w:sz="0" w:space="0" w:color="auto"/>
        <w:left w:val="none" w:sz="0" w:space="0" w:color="auto"/>
        <w:bottom w:val="none" w:sz="0" w:space="0" w:color="auto"/>
        <w:right w:val="none" w:sz="0" w:space="0" w:color="auto"/>
      </w:divBdr>
    </w:div>
    <w:div w:id="866719751">
      <w:bodyDiv w:val="1"/>
      <w:marLeft w:val="0"/>
      <w:marRight w:val="0"/>
      <w:marTop w:val="0"/>
      <w:marBottom w:val="0"/>
      <w:divBdr>
        <w:top w:val="none" w:sz="0" w:space="0" w:color="auto"/>
        <w:left w:val="none" w:sz="0" w:space="0" w:color="auto"/>
        <w:bottom w:val="none" w:sz="0" w:space="0" w:color="auto"/>
        <w:right w:val="none" w:sz="0" w:space="0" w:color="auto"/>
      </w:divBdr>
    </w:div>
    <w:div w:id="893274812">
      <w:bodyDiv w:val="1"/>
      <w:marLeft w:val="0"/>
      <w:marRight w:val="0"/>
      <w:marTop w:val="0"/>
      <w:marBottom w:val="0"/>
      <w:divBdr>
        <w:top w:val="none" w:sz="0" w:space="0" w:color="auto"/>
        <w:left w:val="none" w:sz="0" w:space="0" w:color="auto"/>
        <w:bottom w:val="none" w:sz="0" w:space="0" w:color="auto"/>
        <w:right w:val="none" w:sz="0" w:space="0" w:color="auto"/>
      </w:divBdr>
    </w:div>
    <w:div w:id="900754890">
      <w:bodyDiv w:val="1"/>
      <w:marLeft w:val="0"/>
      <w:marRight w:val="0"/>
      <w:marTop w:val="0"/>
      <w:marBottom w:val="0"/>
      <w:divBdr>
        <w:top w:val="none" w:sz="0" w:space="0" w:color="auto"/>
        <w:left w:val="none" w:sz="0" w:space="0" w:color="auto"/>
        <w:bottom w:val="none" w:sz="0" w:space="0" w:color="auto"/>
        <w:right w:val="none" w:sz="0" w:space="0" w:color="auto"/>
      </w:divBdr>
    </w:div>
    <w:div w:id="903875548">
      <w:bodyDiv w:val="1"/>
      <w:marLeft w:val="0"/>
      <w:marRight w:val="0"/>
      <w:marTop w:val="0"/>
      <w:marBottom w:val="0"/>
      <w:divBdr>
        <w:top w:val="none" w:sz="0" w:space="0" w:color="auto"/>
        <w:left w:val="none" w:sz="0" w:space="0" w:color="auto"/>
        <w:bottom w:val="none" w:sz="0" w:space="0" w:color="auto"/>
        <w:right w:val="none" w:sz="0" w:space="0" w:color="auto"/>
      </w:divBdr>
    </w:div>
    <w:div w:id="914314919">
      <w:bodyDiv w:val="1"/>
      <w:marLeft w:val="0"/>
      <w:marRight w:val="0"/>
      <w:marTop w:val="0"/>
      <w:marBottom w:val="0"/>
      <w:divBdr>
        <w:top w:val="none" w:sz="0" w:space="0" w:color="auto"/>
        <w:left w:val="none" w:sz="0" w:space="0" w:color="auto"/>
        <w:bottom w:val="none" w:sz="0" w:space="0" w:color="auto"/>
        <w:right w:val="none" w:sz="0" w:space="0" w:color="auto"/>
      </w:divBdr>
    </w:div>
    <w:div w:id="938297982">
      <w:bodyDiv w:val="1"/>
      <w:marLeft w:val="0"/>
      <w:marRight w:val="0"/>
      <w:marTop w:val="0"/>
      <w:marBottom w:val="0"/>
      <w:divBdr>
        <w:top w:val="none" w:sz="0" w:space="0" w:color="auto"/>
        <w:left w:val="none" w:sz="0" w:space="0" w:color="auto"/>
        <w:bottom w:val="none" w:sz="0" w:space="0" w:color="auto"/>
        <w:right w:val="none" w:sz="0" w:space="0" w:color="auto"/>
      </w:divBdr>
    </w:div>
    <w:div w:id="955258627">
      <w:bodyDiv w:val="1"/>
      <w:marLeft w:val="0"/>
      <w:marRight w:val="0"/>
      <w:marTop w:val="0"/>
      <w:marBottom w:val="0"/>
      <w:divBdr>
        <w:top w:val="none" w:sz="0" w:space="0" w:color="auto"/>
        <w:left w:val="none" w:sz="0" w:space="0" w:color="auto"/>
        <w:bottom w:val="none" w:sz="0" w:space="0" w:color="auto"/>
        <w:right w:val="none" w:sz="0" w:space="0" w:color="auto"/>
      </w:divBdr>
    </w:div>
    <w:div w:id="1002316529">
      <w:bodyDiv w:val="1"/>
      <w:marLeft w:val="0"/>
      <w:marRight w:val="0"/>
      <w:marTop w:val="0"/>
      <w:marBottom w:val="0"/>
      <w:divBdr>
        <w:top w:val="none" w:sz="0" w:space="0" w:color="auto"/>
        <w:left w:val="none" w:sz="0" w:space="0" w:color="auto"/>
        <w:bottom w:val="none" w:sz="0" w:space="0" w:color="auto"/>
        <w:right w:val="none" w:sz="0" w:space="0" w:color="auto"/>
      </w:divBdr>
    </w:div>
    <w:div w:id="1068502877">
      <w:bodyDiv w:val="1"/>
      <w:marLeft w:val="0"/>
      <w:marRight w:val="0"/>
      <w:marTop w:val="0"/>
      <w:marBottom w:val="0"/>
      <w:divBdr>
        <w:top w:val="none" w:sz="0" w:space="0" w:color="auto"/>
        <w:left w:val="none" w:sz="0" w:space="0" w:color="auto"/>
        <w:bottom w:val="none" w:sz="0" w:space="0" w:color="auto"/>
        <w:right w:val="none" w:sz="0" w:space="0" w:color="auto"/>
      </w:divBdr>
    </w:div>
    <w:div w:id="1102797912">
      <w:bodyDiv w:val="1"/>
      <w:marLeft w:val="0"/>
      <w:marRight w:val="0"/>
      <w:marTop w:val="0"/>
      <w:marBottom w:val="0"/>
      <w:divBdr>
        <w:top w:val="none" w:sz="0" w:space="0" w:color="auto"/>
        <w:left w:val="none" w:sz="0" w:space="0" w:color="auto"/>
        <w:bottom w:val="none" w:sz="0" w:space="0" w:color="auto"/>
        <w:right w:val="none" w:sz="0" w:space="0" w:color="auto"/>
      </w:divBdr>
    </w:div>
    <w:div w:id="1136147349">
      <w:bodyDiv w:val="1"/>
      <w:marLeft w:val="0"/>
      <w:marRight w:val="0"/>
      <w:marTop w:val="0"/>
      <w:marBottom w:val="0"/>
      <w:divBdr>
        <w:top w:val="none" w:sz="0" w:space="0" w:color="auto"/>
        <w:left w:val="none" w:sz="0" w:space="0" w:color="auto"/>
        <w:bottom w:val="none" w:sz="0" w:space="0" w:color="auto"/>
        <w:right w:val="none" w:sz="0" w:space="0" w:color="auto"/>
      </w:divBdr>
    </w:div>
    <w:div w:id="1138499558">
      <w:bodyDiv w:val="1"/>
      <w:marLeft w:val="0"/>
      <w:marRight w:val="0"/>
      <w:marTop w:val="0"/>
      <w:marBottom w:val="0"/>
      <w:divBdr>
        <w:top w:val="none" w:sz="0" w:space="0" w:color="auto"/>
        <w:left w:val="none" w:sz="0" w:space="0" w:color="auto"/>
        <w:bottom w:val="none" w:sz="0" w:space="0" w:color="auto"/>
        <w:right w:val="none" w:sz="0" w:space="0" w:color="auto"/>
      </w:divBdr>
    </w:div>
    <w:div w:id="1141459428">
      <w:bodyDiv w:val="1"/>
      <w:marLeft w:val="0"/>
      <w:marRight w:val="0"/>
      <w:marTop w:val="0"/>
      <w:marBottom w:val="0"/>
      <w:divBdr>
        <w:top w:val="none" w:sz="0" w:space="0" w:color="auto"/>
        <w:left w:val="none" w:sz="0" w:space="0" w:color="auto"/>
        <w:bottom w:val="none" w:sz="0" w:space="0" w:color="auto"/>
        <w:right w:val="none" w:sz="0" w:space="0" w:color="auto"/>
      </w:divBdr>
    </w:div>
    <w:div w:id="1182622488">
      <w:bodyDiv w:val="1"/>
      <w:marLeft w:val="0"/>
      <w:marRight w:val="0"/>
      <w:marTop w:val="0"/>
      <w:marBottom w:val="0"/>
      <w:divBdr>
        <w:top w:val="none" w:sz="0" w:space="0" w:color="auto"/>
        <w:left w:val="none" w:sz="0" w:space="0" w:color="auto"/>
        <w:bottom w:val="none" w:sz="0" w:space="0" w:color="auto"/>
        <w:right w:val="none" w:sz="0" w:space="0" w:color="auto"/>
      </w:divBdr>
    </w:div>
    <w:div w:id="1185435029">
      <w:bodyDiv w:val="1"/>
      <w:marLeft w:val="0"/>
      <w:marRight w:val="0"/>
      <w:marTop w:val="0"/>
      <w:marBottom w:val="0"/>
      <w:divBdr>
        <w:top w:val="none" w:sz="0" w:space="0" w:color="auto"/>
        <w:left w:val="none" w:sz="0" w:space="0" w:color="auto"/>
        <w:bottom w:val="none" w:sz="0" w:space="0" w:color="auto"/>
        <w:right w:val="none" w:sz="0" w:space="0" w:color="auto"/>
      </w:divBdr>
    </w:div>
    <w:div w:id="1225407952">
      <w:bodyDiv w:val="1"/>
      <w:marLeft w:val="0"/>
      <w:marRight w:val="0"/>
      <w:marTop w:val="0"/>
      <w:marBottom w:val="0"/>
      <w:divBdr>
        <w:top w:val="none" w:sz="0" w:space="0" w:color="auto"/>
        <w:left w:val="none" w:sz="0" w:space="0" w:color="auto"/>
        <w:bottom w:val="none" w:sz="0" w:space="0" w:color="auto"/>
        <w:right w:val="none" w:sz="0" w:space="0" w:color="auto"/>
      </w:divBdr>
    </w:div>
    <w:div w:id="1250042305">
      <w:bodyDiv w:val="1"/>
      <w:marLeft w:val="0"/>
      <w:marRight w:val="0"/>
      <w:marTop w:val="0"/>
      <w:marBottom w:val="0"/>
      <w:divBdr>
        <w:top w:val="none" w:sz="0" w:space="0" w:color="auto"/>
        <w:left w:val="none" w:sz="0" w:space="0" w:color="auto"/>
        <w:bottom w:val="none" w:sz="0" w:space="0" w:color="auto"/>
        <w:right w:val="none" w:sz="0" w:space="0" w:color="auto"/>
      </w:divBdr>
    </w:div>
    <w:div w:id="1280187289">
      <w:bodyDiv w:val="1"/>
      <w:marLeft w:val="0"/>
      <w:marRight w:val="0"/>
      <w:marTop w:val="0"/>
      <w:marBottom w:val="0"/>
      <w:divBdr>
        <w:top w:val="none" w:sz="0" w:space="0" w:color="auto"/>
        <w:left w:val="none" w:sz="0" w:space="0" w:color="auto"/>
        <w:bottom w:val="none" w:sz="0" w:space="0" w:color="auto"/>
        <w:right w:val="none" w:sz="0" w:space="0" w:color="auto"/>
      </w:divBdr>
    </w:div>
    <w:div w:id="1295869469">
      <w:bodyDiv w:val="1"/>
      <w:marLeft w:val="0"/>
      <w:marRight w:val="0"/>
      <w:marTop w:val="0"/>
      <w:marBottom w:val="0"/>
      <w:divBdr>
        <w:top w:val="none" w:sz="0" w:space="0" w:color="auto"/>
        <w:left w:val="none" w:sz="0" w:space="0" w:color="auto"/>
        <w:bottom w:val="none" w:sz="0" w:space="0" w:color="auto"/>
        <w:right w:val="none" w:sz="0" w:space="0" w:color="auto"/>
      </w:divBdr>
    </w:div>
    <w:div w:id="1334913806">
      <w:bodyDiv w:val="1"/>
      <w:marLeft w:val="0"/>
      <w:marRight w:val="0"/>
      <w:marTop w:val="0"/>
      <w:marBottom w:val="0"/>
      <w:divBdr>
        <w:top w:val="none" w:sz="0" w:space="0" w:color="auto"/>
        <w:left w:val="none" w:sz="0" w:space="0" w:color="auto"/>
        <w:bottom w:val="none" w:sz="0" w:space="0" w:color="auto"/>
        <w:right w:val="none" w:sz="0" w:space="0" w:color="auto"/>
      </w:divBdr>
      <w:divsChild>
        <w:div w:id="360666971">
          <w:marLeft w:val="806"/>
          <w:marRight w:val="0"/>
          <w:marTop w:val="200"/>
          <w:marBottom w:val="0"/>
          <w:divBdr>
            <w:top w:val="none" w:sz="0" w:space="0" w:color="auto"/>
            <w:left w:val="none" w:sz="0" w:space="0" w:color="auto"/>
            <w:bottom w:val="none" w:sz="0" w:space="0" w:color="auto"/>
            <w:right w:val="none" w:sz="0" w:space="0" w:color="auto"/>
          </w:divBdr>
        </w:div>
        <w:div w:id="381683966">
          <w:marLeft w:val="806"/>
          <w:marRight w:val="0"/>
          <w:marTop w:val="200"/>
          <w:marBottom w:val="0"/>
          <w:divBdr>
            <w:top w:val="none" w:sz="0" w:space="0" w:color="auto"/>
            <w:left w:val="none" w:sz="0" w:space="0" w:color="auto"/>
            <w:bottom w:val="none" w:sz="0" w:space="0" w:color="auto"/>
            <w:right w:val="none" w:sz="0" w:space="0" w:color="auto"/>
          </w:divBdr>
        </w:div>
        <w:div w:id="516044512">
          <w:marLeft w:val="806"/>
          <w:marRight w:val="0"/>
          <w:marTop w:val="200"/>
          <w:marBottom w:val="0"/>
          <w:divBdr>
            <w:top w:val="none" w:sz="0" w:space="0" w:color="auto"/>
            <w:left w:val="none" w:sz="0" w:space="0" w:color="auto"/>
            <w:bottom w:val="none" w:sz="0" w:space="0" w:color="auto"/>
            <w:right w:val="none" w:sz="0" w:space="0" w:color="auto"/>
          </w:divBdr>
        </w:div>
        <w:div w:id="1531264153">
          <w:marLeft w:val="806"/>
          <w:marRight w:val="0"/>
          <w:marTop w:val="200"/>
          <w:marBottom w:val="0"/>
          <w:divBdr>
            <w:top w:val="none" w:sz="0" w:space="0" w:color="auto"/>
            <w:left w:val="none" w:sz="0" w:space="0" w:color="auto"/>
            <w:bottom w:val="none" w:sz="0" w:space="0" w:color="auto"/>
            <w:right w:val="none" w:sz="0" w:space="0" w:color="auto"/>
          </w:divBdr>
        </w:div>
        <w:div w:id="1996447326">
          <w:marLeft w:val="806"/>
          <w:marRight w:val="0"/>
          <w:marTop w:val="200"/>
          <w:marBottom w:val="0"/>
          <w:divBdr>
            <w:top w:val="none" w:sz="0" w:space="0" w:color="auto"/>
            <w:left w:val="none" w:sz="0" w:space="0" w:color="auto"/>
            <w:bottom w:val="none" w:sz="0" w:space="0" w:color="auto"/>
            <w:right w:val="none" w:sz="0" w:space="0" w:color="auto"/>
          </w:divBdr>
        </w:div>
        <w:div w:id="2015716419">
          <w:marLeft w:val="806"/>
          <w:marRight w:val="0"/>
          <w:marTop w:val="200"/>
          <w:marBottom w:val="0"/>
          <w:divBdr>
            <w:top w:val="none" w:sz="0" w:space="0" w:color="auto"/>
            <w:left w:val="none" w:sz="0" w:space="0" w:color="auto"/>
            <w:bottom w:val="none" w:sz="0" w:space="0" w:color="auto"/>
            <w:right w:val="none" w:sz="0" w:space="0" w:color="auto"/>
          </w:divBdr>
        </w:div>
      </w:divsChild>
    </w:div>
    <w:div w:id="1348562973">
      <w:bodyDiv w:val="1"/>
      <w:marLeft w:val="0"/>
      <w:marRight w:val="0"/>
      <w:marTop w:val="0"/>
      <w:marBottom w:val="0"/>
      <w:divBdr>
        <w:top w:val="none" w:sz="0" w:space="0" w:color="auto"/>
        <w:left w:val="none" w:sz="0" w:space="0" w:color="auto"/>
        <w:bottom w:val="none" w:sz="0" w:space="0" w:color="auto"/>
        <w:right w:val="none" w:sz="0" w:space="0" w:color="auto"/>
      </w:divBdr>
    </w:div>
    <w:div w:id="1351419326">
      <w:bodyDiv w:val="1"/>
      <w:marLeft w:val="0"/>
      <w:marRight w:val="0"/>
      <w:marTop w:val="0"/>
      <w:marBottom w:val="0"/>
      <w:divBdr>
        <w:top w:val="none" w:sz="0" w:space="0" w:color="auto"/>
        <w:left w:val="none" w:sz="0" w:space="0" w:color="auto"/>
        <w:bottom w:val="none" w:sz="0" w:space="0" w:color="auto"/>
        <w:right w:val="none" w:sz="0" w:space="0" w:color="auto"/>
      </w:divBdr>
    </w:div>
    <w:div w:id="1385525699">
      <w:bodyDiv w:val="1"/>
      <w:marLeft w:val="0"/>
      <w:marRight w:val="0"/>
      <w:marTop w:val="0"/>
      <w:marBottom w:val="0"/>
      <w:divBdr>
        <w:top w:val="none" w:sz="0" w:space="0" w:color="auto"/>
        <w:left w:val="none" w:sz="0" w:space="0" w:color="auto"/>
        <w:bottom w:val="none" w:sz="0" w:space="0" w:color="auto"/>
        <w:right w:val="none" w:sz="0" w:space="0" w:color="auto"/>
      </w:divBdr>
    </w:div>
    <w:div w:id="1443500541">
      <w:bodyDiv w:val="1"/>
      <w:marLeft w:val="0"/>
      <w:marRight w:val="0"/>
      <w:marTop w:val="0"/>
      <w:marBottom w:val="0"/>
      <w:divBdr>
        <w:top w:val="none" w:sz="0" w:space="0" w:color="auto"/>
        <w:left w:val="none" w:sz="0" w:space="0" w:color="auto"/>
        <w:bottom w:val="none" w:sz="0" w:space="0" w:color="auto"/>
        <w:right w:val="none" w:sz="0" w:space="0" w:color="auto"/>
      </w:divBdr>
    </w:div>
    <w:div w:id="1471705566">
      <w:bodyDiv w:val="1"/>
      <w:marLeft w:val="0"/>
      <w:marRight w:val="0"/>
      <w:marTop w:val="0"/>
      <w:marBottom w:val="0"/>
      <w:divBdr>
        <w:top w:val="none" w:sz="0" w:space="0" w:color="auto"/>
        <w:left w:val="none" w:sz="0" w:space="0" w:color="auto"/>
        <w:bottom w:val="none" w:sz="0" w:space="0" w:color="auto"/>
        <w:right w:val="none" w:sz="0" w:space="0" w:color="auto"/>
      </w:divBdr>
    </w:div>
    <w:div w:id="1504200232">
      <w:bodyDiv w:val="1"/>
      <w:marLeft w:val="0"/>
      <w:marRight w:val="0"/>
      <w:marTop w:val="0"/>
      <w:marBottom w:val="0"/>
      <w:divBdr>
        <w:top w:val="none" w:sz="0" w:space="0" w:color="auto"/>
        <w:left w:val="none" w:sz="0" w:space="0" w:color="auto"/>
        <w:bottom w:val="none" w:sz="0" w:space="0" w:color="auto"/>
        <w:right w:val="none" w:sz="0" w:space="0" w:color="auto"/>
      </w:divBdr>
    </w:div>
    <w:div w:id="1517618779">
      <w:bodyDiv w:val="1"/>
      <w:marLeft w:val="0"/>
      <w:marRight w:val="0"/>
      <w:marTop w:val="0"/>
      <w:marBottom w:val="0"/>
      <w:divBdr>
        <w:top w:val="none" w:sz="0" w:space="0" w:color="auto"/>
        <w:left w:val="none" w:sz="0" w:space="0" w:color="auto"/>
        <w:bottom w:val="none" w:sz="0" w:space="0" w:color="auto"/>
        <w:right w:val="none" w:sz="0" w:space="0" w:color="auto"/>
      </w:divBdr>
    </w:div>
    <w:div w:id="1530946365">
      <w:bodyDiv w:val="1"/>
      <w:marLeft w:val="0"/>
      <w:marRight w:val="0"/>
      <w:marTop w:val="0"/>
      <w:marBottom w:val="0"/>
      <w:divBdr>
        <w:top w:val="none" w:sz="0" w:space="0" w:color="auto"/>
        <w:left w:val="none" w:sz="0" w:space="0" w:color="auto"/>
        <w:bottom w:val="none" w:sz="0" w:space="0" w:color="auto"/>
        <w:right w:val="none" w:sz="0" w:space="0" w:color="auto"/>
      </w:divBdr>
    </w:div>
    <w:div w:id="1547371955">
      <w:bodyDiv w:val="1"/>
      <w:marLeft w:val="0"/>
      <w:marRight w:val="0"/>
      <w:marTop w:val="0"/>
      <w:marBottom w:val="0"/>
      <w:divBdr>
        <w:top w:val="none" w:sz="0" w:space="0" w:color="auto"/>
        <w:left w:val="none" w:sz="0" w:space="0" w:color="auto"/>
        <w:bottom w:val="none" w:sz="0" w:space="0" w:color="auto"/>
        <w:right w:val="none" w:sz="0" w:space="0" w:color="auto"/>
      </w:divBdr>
      <w:divsChild>
        <w:div w:id="871385776">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44435446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46408401">
                  <w:marLeft w:val="0"/>
                  <w:marRight w:val="0"/>
                  <w:marTop w:val="0"/>
                  <w:marBottom w:val="0"/>
                  <w:divBdr>
                    <w:top w:val="none" w:sz="0" w:space="0" w:color="auto"/>
                    <w:left w:val="none" w:sz="0" w:space="0" w:color="auto"/>
                    <w:bottom w:val="none" w:sz="0" w:space="0" w:color="auto"/>
                    <w:right w:val="none" w:sz="0" w:space="0" w:color="auto"/>
                  </w:divBdr>
                </w:div>
                <w:div w:id="286356843">
                  <w:marLeft w:val="0"/>
                  <w:marRight w:val="0"/>
                  <w:marTop w:val="0"/>
                  <w:marBottom w:val="0"/>
                  <w:divBdr>
                    <w:top w:val="none" w:sz="0" w:space="0" w:color="auto"/>
                    <w:left w:val="none" w:sz="0" w:space="0" w:color="auto"/>
                    <w:bottom w:val="none" w:sz="0" w:space="0" w:color="auto"/>
                    <w:right w:val="none" w:sz="0" w:space="0" w:color="auto"/>
                  </w:divBdr>
                </w:div>
                <w:div w:id="506482029">
                  <w:marLeft w:val="0"/>
                  <w:marRight w:val="0"/>
                  <w:marTop w:val="0"/>
                  <w:marBottom w:val="0"/>
                  <w:divBdr>
                    <w:top w:val="none" w:sz="0" w:space="0" w:color="auto"/>
                    <w:left w:val="none" w:sz="0" w:space="0" w:color="auto"/>
                    <w:bottom w:val="none" w:sz="0" w:space="0" w:color="auto"/>
                    <w:right w:val="none" w:sz="0" w:space="0" w:color="auto"/>
                  </w:divBdr>
                </w:div>
                <w:div w:id="540822397">
                  <w:marLeft w:val="0"/>
                  <w:marRight w:val="0"/>
                  <w:marTop w:val="0"/>
                  <w:marBottom w:val="0"/>
                  <w:divBdr>
                    <w:top w:val="none" w:sz="0" w:space="0" w:color="auto"/>
                    <w:left w:val="none" w:sz="0" w:space="0" w:color="auto"/>
                    <w:bottom w:val="none" w:sz="0" w:space="0" w:color="auto"/>
                    <w:right w:val="none" w:sz="0" w:space="0" w:color="auto"/>
                  </w:divBdr>
                </w:div>
                <w:div w:id="629287661">
                  <w:marLeft w:val="0"/>
                  <w:marRight w:val="0"/>
                  <w:marTop w:val="0"/>
                  <w:marBottom w:val="0"/>
                  <w:divBdr>
                    <w:top w:val="none" w:sz="0" w:space="0" w:color="auto"/>
                    <w:left w:val="none" w:sz="0" w:space="0" w:color="auto"/>
                    <w:bottom w:val="none" w:sz="0" w:space="0" w:color="auto"/>
                    <w:right w:val="none" w:sz="0" w:space="0" w:color="auto"/>
                  </w:divBdr>
                </w:div>
                <w:div w:id="1218009165">
                  <w:marLeft w:val="0"/>
                  <w:marRight w:val="0"/>
                  <w:marTop w:val="0"/>
                  <w:marBottom w:val="0"/>
                  <w:divBdr>
                    <w:top w:val="none" w:sz="0" w:space="0" w:color="auto"/>
                    <w:left w:val="none" w:sz="0" w:space="0" w:color="auto"/>
                    <w:bottom w:val="none" w:sz="0" w:space="0" w:color="auto"/>
                    <w:right w:val="none" w:sz="0" w:space="0" w:color="auto"/>
                  </w:divBdr>
                </w:div>
                <w:div w:id="1667979040">
                  <w:marLeft w:val="0"/>
                  <w:marRight w:val="0"/>
                  <w:marTop w:val="0"/>
                  <w:marBottom w:val="0"/>
                  <w:divBdr>
                    <w:top w:val="none" w:sz="0" w:space="0" w:color="auto"/>
                    <w:left w:val="none" w:sz="0" w:space="0" w:color="auto"/>
                    <w:bottom w:val="none" w:sz="0" w:space="0" w:color="auto"/>
                    <w:right w:val="none" w:sz="0" w:space="0" w:color="auto"/>
                  </w:divBdr>
                </w:div>
                <w:div w:id="1897815581">
                  <w:marLeft w:val="0"/>
                  <w:marRight w:val="0"/>
                  <w:marTop w:val="0"/>
                  <w:marBottom w:val="0"/>
                  <w:divBdr>
                    <w:top w:val="none" w:sz="0" w:space="0" w:color="auto"/>
                    <w:left w:val="none" w:sz="0" w:space="0" w:color="auto"/>
                    <w:bottom w:val="none" w:sz="0" w:space="0" w:color="auto"/>
                    <w:right w:val="none" w:sz="0" w:space="0" w:color="auto"/>
                  </w:divBdr>
                </w:div>
                <w:div w:id="198261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925862">
      <w:bodyDiv w:val="1"/>
      <w:marLeft w:val="0"/>
      <w:marRight w:val="0"/>
      <w:marTop w:val="0"/>
      <w:marBottom w:val="0"/>
      <w:divBdr>
        <w:top w:val="none" w:sz="0" w:space="0" w:color="auto"/>
        <w:left w:val="none" w:sz="0" w:space="0" w:color="auto"/>
        <w:bottom w:val="none" w:sz="0" w:space="0" w:color="auto"/>
        <w:right w:val="none" w:sz="0" w:space="0" w:color="auto"/>
      </w:divBdr>
    </w:div>
    <w:div w:id="1592661595">
      <w:bodyDiv w:val="1"/>
      <w:marLeft w:val="0"/>
      <w:marRight w:val="0"/>
      <w:marTop w:val="0"/>
      <w:marBottom w:val="0"/>
      <w:divBdr>
        <w:top w:val="none" w:sz="0" w:space="0" w:color="auto"/>
        <w:left w:val="none" w:sz="0" w:space="0" w:color="auto"/>
        <w:bottom w:val="none" w:sz="0" w:space="0" w:color="auto"/>
        <w:right w:val="none" w:sz="0" w:space="0" w:color="auto"/>
      </w:divBdr>
    </w:div>
    <w:div w:id="1604335656">
      <w:bodyDiv w:val="1"/>
      <w:marLeft w:val="0"/>
      <w:marRight w:val="0"/>
      <w:marTop w:val="0"/>
      <w:marBottom w:val="0"/>
      <w:divBdr>
        <w:top w:val="none" w:sz="0" w:space="0" w:color="auto"/>
        <w:left w:val="none" w:sz="0" w:space="0" w:color="auto"/>
        <w:bottom w:val="none" w:sz="0" w:space="0" w:color="auto"/>
        <w:right w:val="none" w:sz="0" w:space="0" w:color="auto"/>
      </w:divBdr>
    </w:div>
    <w:div w:id="1609963982">
      <w:bodyDiv w:val="1"/>
      <w:marLeft w:val="0"/>
      <w:marRight w:val="0"/>
      <w:marTop w:val="0"/>
      <w:marBottom w:val="0"/>
      <w:divBdr>
        <w:top w:val="none" w:sz="0" w:space="0" w:color="auto"/>
        <w:left w:val="none" w:sz="0" w:space="0" w:color="auto"/>
        <w:bottom w:val="none" w:sz="0" w:space="0" w:color="auto"/>
        <w:right w:val="none" w:sz="0" w:space="0" w:color="auto"/>
      </w:divBdr>
    </w:div>
    <w:div w:id="1614243472">
      <w:bodyDiv w:val="1"/>
      <w:marLeft w:val="0"/>
      <w:marRight w:val="0"/>
      <w:marTop w:val="0"/>
      <w:marBottom w:val="0"/>
      <w:divBdr>
        <w:top w:val="none" w:sz="0" w:space="0" w:color="auto"/>
        <w:left w:val="none" w:sz="0" w:space="0" w:color="auto"/>
        <w:bottom w:val="none" w:sz="0" w:space="0" w:color="auto"/>
        <w:right w:val="none" w:sz="0" w:space="0" w:color="auto"/>
      </w:divBdr>
    </w:div>
    <w:div w:id="1628587505">
      <w:bodyDiv w:val="1"/>
      <w:marLeft w:val="0"/>
      <w:marRight w:val="0"/>
      <w:marTop w:val="0"/>
      <w:marBottom w:val="0"/>
      <w:divBdr>
        <w:top w:val="none" w:sz="0" w:space="0" w:color="auto"/>
        <w:left w:val="none" w:sz="0" w:space="0" w:color="auto"/>
        <w:bottom w:val="none" w:sz="0" w:space="0" w:color="auto"/>
        <w:right w:val="none" w:sz="0" w:space="0" w:color="auto"/>
      </w:divBdr>
    </w:div>
    <w:div w:id="1669749021">
      <w:bodyDiv w:val="1"/>
      <w:marLeft w:val="0"/>
      <w:marRight w:val="0"/>
      <w:marTop w:val="0"/>
      <w:marBottom w:val="0"/>
      <w:divBdr>
        <w:top w:val="none" w:sz="0" w:space="0" w:color="auto"/>
        <w:left w:val="none" w:sz="0" w:space="0" w:color="auto"/>
        <w:bottom w:val="none" w:sz="0" w:space="0" w:color="auto"/>
        <w:right w:val="none" w:sz="0" w:space="0" w:color="auto"/>
      </w:divBdr>
      <w:divsChild>
        <w:div w:id="50733060">
          <w:marLeft w:val="1166"/>
          <w:marRight w:val="0"/>
          <w:marTop w:val="100"/>
          <w:marBottom w:val="0"/>
          <w:divBdr>
            <w:top w:val="none" w:sz="0" w:space="0" w:color="auto"/>
            <w:left w:val="none" w:sz="0" w:space="0" w:color="auto"/>
            <w:bottom w:val="none" w:sz="0" w:space="0" w:color="auto"/>
            <w:right w:val="none" w:sz="0" w:space="0" w:color="auto"/>
          </w:divBdr>
        </w:div>
        <w:div w:id="53357537">
          <w:marLeft w:val="547"/>
          <w:marRight w:val="0"/>
          <w:marTop w:val="200"/>
          <w:marBottom w:val="0"/>
          <w:divBdr>
            <w:top w:val="none" w:sz="0" w:space="0" w:color="auto"/>
            <w:left w:val="none" w:sz="0" w:space="0" w:color="auto"/>
            <w:bottom w:val="none" w:sz="0" w:space="0" w:color="auto"/>
            <w:right w:val="none" w:sz="0" w:space="0" w:color="auto"/>
          </w:divBdr>
        </w:div>
        <w:div w:id="298925528">
          <w:marLeft w:val="1166"/>
          <w:marRight w:val="0"/>
          <w:marTop w:val="100"/>
          <w:marBottom w:val="0"/>
          <w:divBdr>
            <w:top w:val="none" w:sz="0" w:space="0" w:color="auto"/>
            <w:left w:val="none" w:sz="0" w:space="0" w:color="auto"/>
            <w:bottom w:val="none" w:sz="0" w:space="0" w:color="auto"/>
            <w:right w:val="none" w:sz="0" w:space="0" w:color="auto"/>
          </w:divBdr>
        </w:div>
        <w:div w:id="612636110">
          <w:marLeft w:val="1699"/>
          <w:marRight w:val="0"/>
          <w:marTop w:val="100"/>
          <w:marBottom w:val="0"/>
          <w:divBdr>
            <w:top w:val="none" w:sz="0" w:space="0" w:color="auto"/>
            <w:left w:val="none" w:sz="0" w:space="0" w:color="auto"/>
            <w:bottom w:val="none" w:sz="0" w:space="0" w:color="auto"/>
            <w:right w:val="none" w:sz="0" w:space="0" w:color="auto"/>
          </w:divBdr>
        </w:div>
        <w:div w:id="677973380">
          <w:marLeft w:val="1166"/>
          <w:marRight w:val="0"/>
          <w:marTop w:val="100"/>
          <w:marBottom w:val="0"/>
          <w:divBdr>
            <w:top w:val="none" w:sz="0" w:space="0" w:color="auto"/>
            <w:left w:val="none" w:sz="0" w:space="0" w:color="auto"/>
            <w:bottom w:val="none" w:sz="0" w:space="0" w:color="auto"/>
            <w:right w:val="none" w:sz="0" w:space="0" w:color="auto"/>
          </w:divBdr>
        </w:div>
        <w:div w:id="907763540">
          <w:marLeft w:val="1166"/>
          <w:marRight w:val="0"/>
          <w:marTop w:val="100"/>
          <w:marBottom w:val="0"/>
          <w:divBdr>
            <w:top w:val="none" w:sz="0" w:space="0" w:color="auto"/>
            <w:left w:val="none" w:sz="0" w:space="0" w:color="auto"/>
            <w:bottom w:val="none" w:sz="0" w:space="0" w:color="auto"/>
            <w:right w:val="none" w:sz="0" w:space="0" w:color="auto"/>
          </w:divBdr>
        </w:div>
        <w:div w:id="1083377741">
          <w:marLeft w:val="1699"/>
          <w:marRight w:val="0"/>
          <w:marTop w:val="100"/>
          <w:marBottom w:val="0"/>
          <w:divBdr>
            <w:top w:val="none" w:sz="0" w:space="0" w:color="auto"/>
            <w:left w:val="none" w:sz="0" w:space="0" w:color="auto"/>
            <w:bottom w:val="none" w:sz="0" w:space="0" w:color="auto"/>
            <w:right w:val="none" w:sz="0" w:space="0" w:color="auto"/>
          </w:divBdr>
        </w:div>
        <w:div w:id="1551189239">
          <w:marLeft w:val="1166"/>
          <w:marRight w:val="0"/>
          <w:marTop w:val="100"/>
          <w:marBottom w:val="0"/>
          <w:divBdr>
            <w:top w:val="none" w:sz="0" w:space="0" w:color="auto"/>
            <w:left w:val="none" w:sz="0" w:space="0" w:color="auto"/>
            <w:bottom w:val="none" w:sz="0" w:space="0" w:color="auto"/>
            <w:right w:val="none" w:sz="0" w:space="0" w:color="auto"/>
          </w:divBdr>
        </w:div>
        <w:div w:id="1569458308">
          <w:marLeft w:val="547"/>
          <w:marRight w:val="0"/>
          <w:marTop w:val="200"/>
          <w:marBottom w:val="0"/>
          <w:divBdr>
            <w:top w:val="none" w:sz="0" w:space="0" w:color="auto"/>
            <w:left w:val="none" w:sz="0" w:space="0" w:color="auto"/>
            <w:bottom w:val="none" w:sz="0" w:space="0" w:color="auto"/>
            <w:right w:val="none" w:sz="0" w:space="0" w:color="auto"/>
          </w:divBdr>
        </w:div>
        <w:div w:id="1633513477">
          <w:marLeft w:val="547"/>
          <w:marRight w:val="0"/>
          <w:marTop w:val="200"/>
          <w:marBottom w:val="0"/>
          <w:divBdr>
            <w:top w:val="none" w:sz="0" w:space="0" w:color="auto"/>
            <w:left w:val="none" w:sz="0" w:space="0" w:color="auto"/>
            <w:bottom w:val="none" w:sz="0" w:space="0" w:color="auto"/>
            <w:right w:val="none" w:sz="0" w:space="0" w:color="auto"/>
          </w:divBdr>
        </w:div>
        <w:div w:id="2048023080">
          <w:marLeft w:val="1699"/>
          <w:marRight w:val="0"/>
          <w:marTop w:val="100"/>
          <w:marBottom w:val="0"/>
          <w:divBdr>
            <w:top w:val="none" w:sz="0" w:space="0" w:color="auto"/>
            <w:left w:val="none" w:sz="0" w:space="0" w:color="auto"/>
            <w:bottom w:val="none" w:sz="0" w:space="0" w:color="auto"/>
            <w:right w:val="none" w:sz="0" w:space="0" w:color="auto"/>
          </w:divBdr>
        </w:div>
        <w:div w:id="2123261657">
          <w:marLeft w:val="1166"/>
          <w:marRight w:val="0"/>
          <w:marTop w:val="100"/>
          <w:marBottom w:val="0"/>
          <w:divBdr>
            <w:top w:val="none" w:sz="0" w:space="0" w:color="auto"/>
            <w:left w:val="none" w:sz="0" w:space="0" w:color="auto"/>
            <w:bottom w:val="none" w:sz="0" w:space="0" w:color="auto"/>
            <w:right w:val="none" w:sz="0" w:space="0" w:color="auto"/>
          </w:divBdr>
        </w:div>
        <w:div w:id="2141653373">
          <w:marLeft w:val="1166"/>
          <w:marRight w:val="0"/>
          <w:marTop w:val="100"/>
          <w:marBottom w:val="0"/>
          <w:divBdr>
            <w:top w:val="none" w:sz="0" w:space="0" w:color="auto"/>
            <w:left w:val="none" w:sz="0" w:space="0" w:color="auto"/>
            <w:bottom w:val="none" w:sz="0" w:space="0" w:color="auto"/>
            <w:right w:val="none" w:sz="0" w:space="0" w:color="auto"/>
          </w:divBdr>
        </w:div>
      </w:divsChild>
    </w:div>
    <w:div w:id="1688096240">
      <w:bodyDiv w:val="1"/>
      <w:marLeft w:val="0"/>
      <w:marRight w:val="0"/>
      <w:marTop w:val="0"/>
      <w:marBottom w:val="0"/>
      <w:divBdr>
        <w:top w:val="none" w:sz="0" w:space="0" w:color="auto"/>
        <w:left w:val="none" w:sz="0" w:space="0" w:color="auto"/>
        <w:bottom w:val="none" w:sz="0" w:space="0" w:color="auto"/>
        <w:right w:val="none" w:sz="0" w:space="0" w:color="auto"/>
      </w:divBdr>
      <w:divsChild>
        <w:div w:id="892693160">
          <w:marLeft w:val="0"/>
          <w:marRight w:val="0"/>
          <w:marTop w:val="60"/>
          <w:marBottom w:val="60"/>
          <w:divBdr>
            <w:top w:val="none" w:sz="0" w:space="0" w:color="auto"/>
            <w:left w:val="none" w:sz="0" w:space="0" w:color="auto"/>
            <w:bottom w:val="none" w:sz="0" w:space="0" w:color="auto"/>
            <w:right w:val="none" w:sz="0" w:space="0" w:color="auto"/>
          </w:divBdr>
        </w:div>
      </w:divsChild>
    </w:div>
    <w:div w:id="1690790092">
      <w:bodyDiv w:val="1"/>
      <w:marLeft w:val="0"/>
      <w:marRight w:val="0"/>
      <w:marTop w:val="0"/>
      <w:marBottom w:val="0"/>
      <w:divBdr>
        <w:top w:val="none" w:sz="0" w:space="0" w:color="auto"/>
        <w:left w:val="none" w:sz="0" w:space="0" w:color="auto"/>
        <w:bottom w:val="none" w:sz="0" w:space="0" w:color="auto"/>
        <w:right w:val="none" w:sz="0" w:space="0" w:color="auto"/>
      </w:divBdr>
    </w:div>
    <w:div w:id="1695182678">
      <w:bodyDiv w:val="1"/>
      <w:marLeft w:val="0"/>
      <w:marRight w:val="0"/>
      <w:marTop w:val="0"/>
      <w:marBottom w:val="0"/>
      <w:divBdr>
        <w:top w:val="none" w:sz="0" w:space="0" w:color="auto"/>
        <w:left w:val="none" w:sz="0" w:space="0" w:color="auto"/>
        <w:bottom w:val="none" w:sz="0" w:space="0" w:color="auto"/>
        <w:right w:val="none" w:sz="0" w:space="0" w:color="auto"/>
      </w:divBdr>
    </w:div>
    <w:div w:id="1725909102">
      <w:bodyDiv w:val="1"/>
      <w:marLeft w:val="0"/>
      <w:marRight w:val="0"/>
      <w:marTop w:val="0"/>
      <w:marBottom w:val="0"/>
      <w:divBdr>
        <w:top w:val="none" w:sz="0" w:space="0" w:color="auto"/>
        <w:left w:val="none" w:sz="0" w:space="0" w:color="auto"/>
        <w:bottom w:val="none" w:sz="0" w:space="0" w:color="auto"/>
        <w:right w:val="none" w:sz="0" w:space="0" w:color="auto"/>
      </w:divBdr>
    </w:div>
    <w:div w:id="1732996905">
      <w:bodyDiv w:val="1"/>
      <w:marLeft w:val="0"/>
      <w:marRight w:val="0"/>
      <w:marTop w:val="0"/>
      <w:marBottom w:val="0"/>
      <w:divBdr>
        <w:top w:val="none" w:sz="0" w:space="0" w:color="auto"/>
        <w:left w:val="none" w:sz="0" w:space="0" w:color="auto"/>
        <w:bottom w:val="none" w:sz="0" w:space="0" w:color="auto"/>
        <w:right w:val="none" w:sz="0" w:space="0" w:color="auto"/>
      </w:divBdr>
    </w:div>
    <w:div w:id="1758475720">
      <w:bodyDiv w:val="1"/>
      <w:marLeft w:val="0"/>
      <w:marRight w:val="0"/>
      <w:marTop w:val="0"/>
      <w:marBottom w:val="0"/>
      <w:divBdr>
        <w:top w:val="none" w:sz="0" w:space="0" w:color="auto"/>
        <w:left w:val="none" w:sz="0" w:space="0" w:color="auto"/>
        <w:bottom w:val="none" w:sz="0" w:space="0" w:color="auto"/>
        <w:right w:val="none" w:sz="0" w:space="0" w:color="auto"/>
      </w:divBdr>
    </w:div>
    <w:div w:id="1805662765">
      <w:bodyDiv w:val="1"/>
      <w:marLeft w:val="0"/>
      <w:marRight w:val="0"/>
      <w:marTop w:val="0"/>
      <w:marBottom w:val="0"/>
      <w:divBdr>
        <w:top w:val="none" w:sz="0" w:space="0" w:color="auto"/>
        <w:left w:val="none" w:sz="0" w:space="0" w:color="auto"/>
        <w:bottom w:val="none" w:sz="0" w:space="0" w:color="auto"/>
        <w:right w:val="none" w:sz="0" w:space="0" w:color="auto"/>
      </w:divBdr>
    </w:div>
    <w:div w:id="1806704624">
      <w:bodyDiv w:val="1"/>
      <w:marLeft w:val="0"/>
      <w:marRight w:val="0"/>
      <w:marTop w:val="0"/>
      <w:marBottom w:val="0"/>
      <w:divBdr>
        <w:top w:val="none" w:sz="0" w:space="0" w:color="auto"/>
        <w:left w:val="none" w:sz="0" w:space="0" w:color="auto"/>
        <w:bottom w:val="none" w:sz="0" w:space="0" w:color="auto"/>
        <w:right w:val="none" w:sz="0" w:space="0" w:color="auto"/>
      </w:divBdr>
    </w:div>
    <w:div w:id="1812863668">
      <w:bodyDiv w:val="1"/>
      <w:marLeft w:val="0"/>
      <w:marRight w:val="0"/>
      <w:marTop w:val="0"/>
      <w:marBottom w:val="0"/>
      <w:divBdr>
        <w:top w:val="none" w:sz="0" w:space="0" w:color="auto"/>
        <w:left w:val="none" w:sz="0" w:space="0" w:color="auto"/>
        <w:bottom w:val="none" w:sz="0" w:space="0" w:color="auto"/>
        <w:right w:val="none" w:sz="0" w:space="0" w:color="auto"/>
      </w:divBdr>
      <w:divsChild>
        <w:div w:id="971444304">
          <w:marLeft w:val="0"/>
          <w:marRight w:val="0"/>
          <w:marTop w:val="0"/>
          <w:marBottom w:val="0"/>
          <w:divBdr>
            <w:top w:val="none" w:sz="0" w:space="0" w:color="auto"/>
            <w:left w:val="none" w:sz="0" w:space="0" w:color="auto"/>
            <w:bottom w:val="none" w:sz="0" w:space="0" w:color="auto"/>
            <w:right w:val="none" w:sz="0" w:space="0" w:color="auto"/>
          </w:divBdr>
          <w:divsChild>
            <w:div w:id="1724593227">
              <w:marLeft w:val="0"/>
              <w:marRight w:val="0"/>
              <w:marTop w:val="0"/>
              <w:marBottom w:val="0"/>
              <w:divBdr>
                <w:top w:val="none" w:sz="0" w:space="0" w:color="auto"/>
                <w:left w:val="none" w:sz="0" w:space="0" w:color="auto"/>
                <w:bottom w:val="none" w:sz="0" w:space="0" w:color="auto"/>
                <w:right w:val="none" w:sz="0" w:space="0" w:color="auto"/>
              </w:divBdr>
              <w:divsChild>
                <w:div w:id="1103913446">
                  <w:marLeft w:val="0"/>
                  <w:marRight w:val="0"/>
                  <w:marTop w:val="0"/>
                  <w:marBottom w:val="0"/>
                  <w:divBdr>
                    <w:top w:val="none" w:sz="0" w:space="0" w:color="auto"/>
                    <w:left w:val="none" w:sz="0" w:space="0" w:color="auto"/>
                    <w:bottom w:val="none" w:sz="0" w:space="0" w:color="auto"/>
                    <w:right w:val="none" w:sz="0" w:space="0" w:color="auto"/>
                  </w:divBdr>
                  <w:divsChild>
                    <w:div w:id="597837200">
                      <w:marLeft w:val="0"/>
                      <w:marRight w:val="0"/>
                      <w:marTop w:val="0"/>
                      <w:marBottom w:val="0"/>
                      <w:divBdr>
                        <w:top w:val="none" w:sz="0" w:space="0" w:color="auto"/>
                        <w:left w:val="none" w:sz="0" w:space="0" w:color="auto"/>
                        <w:bottom w:val="none" w:sz="0" w:space="0" w:color="auto"/>
                        <w:right w:val="none" w:sz="0" w:space="0" w:color="auto"/>
                      </w:divBdr>
                      <w:divsChild>
                        <w:div w:id="586156490">
                          <w:marLeft w:val="0"/>
                          <w:marRight w:val="0"/>
                          <w:marTop w:val="0"/>
                          <w:marBottom w:val="0"/>
                          <w:divBdr>
                            <w:top w:val="none" w:sz="0" w:space="0" w:color="auto"/>
                            <w:left w:val="none" w:sz="0" w:space="0" w:color="auto"/>
                            <w:bottom w:val="none" w:sz="0" w:space="0" w:color="auto"/>
                            <w:right w:val="none" w:sz="0" w:space="0" w:color="auto"/>
                          </w:divBdr>
                          <w:divsChild>
                            <w:div w:id="180684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2926043">
          <w:marLeft w:val="0"/>
          <w:marRight w:val="0"/>
          <w:marTop w:val="0"/>
          <w:marBottom w:val="0"/>
          <w:divBdr>
            <w:top w:val="none" w:sz="0" w:space="0" w:color="auto"/>
            <w:left w:val="none" w:sz="0" w:space="0" w:color="auto"/>
            <w:bottom w:val="none" w:sz="0" w:space="0" w:color="auto"/>
            <w:right w:val="none" w:sz="0" w:space="0" w:color="auto"/>
          </w:divBdr>
          <w:divsChild>
            <w:div w:id="1780372889">
              <w:marLeft w:val="0"/>
              <w:marRight w:val="0"/>
              <w:marTop w:val="0"/>
              <w:marBottom w:val="0"/>
              <w:divBdr>
                <w:top w:val="none" w:sz="0" w:space="0" w:color="auto"/>
                <w:left w:val="none" w:sz="0" w:space="0" w:color="auto"/>
                <w:bottom w:val="none" w:sz="0" w:space="0" w:color="auto"/>
                <w:right w:val="none" w:sz="0" w:space="0" w:color="auto"/>
              </w:divBdr>
              <w:divsChild>
                <w:div w:id="1359040670">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 w:id="1823809755">
      <w:bodyDiv w:val="1"/>
      <w:marLeft w:val="0"/>
      <w:marRight w:val="0"/>
      <w:marTop w:val="0"/>
      <w:marBottom w:val="0"/>
      <w:divBdr>
        <w:top w:val="none" w:sz="0" w:space="0" w:color="auto"/>
        <w:left w:val="none" w:sz="0" w:space="0" w:color="auto"/>
        <w:bottom w:val="none" w:sz="0" w:space="0" w:color="auto"/>
        <w:right w:val="none" w:sz="0" w:space="0" w:color="auto"/>
      </w:divBdr>
    </w:div>
    <w:div w:id="1824614412">
      <w:bodyDiv w:val="1"/>
      <w:marLeft w:val="0"/>
      <w:marRight w:val="0"/>
      <w:marTop w:val="0"/>
      <w:marBottom w:val="0"/>
      <w:divBdr>
        <w:top w:val="none" w:sz="0" w:space="0" w:color="auto"/>
        <w:left w:val="none" w:sz="0" w:space="0" w:color="auto"/>
        <w:bottom w:val="none" w:sz="0" w:space="0" w:color="auto"/>
        <w:right w:val="none" w:sz="0" w:space="0" w:color="auto"/>
      </w:divBdr>
    </w:div>
    <w:div w:id="1835759300">
      <w:bodyDiv w:val="1"/>
      <w:marLeft w:val="0"/>
      <w:marRight w:val="0"/>
      <w:marTop w:val="0"/>
      <w:marBottom w:val="0"/>
      <w:divBdr>
        <w:top w:val="none" w:sz="0" w:space="0" w:color="auto"/>
        <w:left w:val="none" w:sz="0" w:space="0" w:color="auto"/>
        <w:bottom w:val="none" w:sz="0" w:space="0" w:color="auto"/>
        <w:right w:val="none" w:sz="0" w:space="0" w:color="auto"/>
      </w:divBdr>
    </w:div>
    <w:div w:id="1837265517">
      <w:bodyDiv w:val="1"/>
      <w:marLeft w:val="0"/>
      <w:marRight w:val="0"/>
      <w:marTop w:val="0"/>
      <w:marBottom w:val="0"/>
      <w:divBdr>
        <w:top w:val="none" w:sz="0" w:space="0" w:color="auto"/>
        <w:left w:val="none" w:sz="0" w:space="0" w:color="auto"/>
        <w:bottom w:val="none" w:sz="0" w:space="0" w:color="auto"/>
        <w:right w:val="none" w:sz="0" w:space="0" w:color="auto"/>
      </w:divBdr>
      <w:divsChild>
        <w:div w:id="1121344017">
          <w:marLeft w:val="0"/>
          <w:marRight w:val="0"/>
          <w:marTop w:val="0"/>
          <w:marBottom w:val="0"/>
          <w:divBdr>
            <w:top w:val="none" w:sz="0" w:space="0" w:color="auto"/>
            <w:left w:val="none" w:sz="0" w:space="0" w:color="auto"/>
            <w:bottom w:val="none" w:sz="0" w:space="0" w:color="auto"/>
            <w:right w:val="none" w:sz="0" w:space="0" w:color="auto"/>
          </w:divBdr>
        </w:div>
        <w:div w:id="1385254953">
          <w:marLeft w:val="0"/>
          <w:marRight w:val="0"/>
          <w:marTop w:val="0"/>
          <w:marBottom w:val="0"/>
          <w:divBdr>
            <w:top w:val="none" w:sz="0" w:space="0" w:color="auto"/>
            <w:left w:val="none" w:sz="0" w:space="0" w:color="auto"/>
            <w:bottom w:val="none" w:sz="0" w:space="0" w:color="auto"/>
            <w:right w:val="none" w:sz="0" w:space="0" w:color="auto"/>
          </w:divBdr>
        </w:div>
        <w:div w:id="1423797385">
          <w:marLeft w:val="0"/>
          <w:marRight w:val="0"/>
          <w:marTop w:val="0"/>
          <w:marBottom w:val="0"/>
          <w:divBdr>
            <w:top w:val="none" w:sz="0" w:space="0" w:color="auto"/>
            <w:left w:val="none" w:sz="0" w:space="0" w:color="auto"/>
            <w:bottom w:val="none" w:sz="0" w:space="0" w:color="auto"/>
            <w:right w:val="none" w:sz="0" w:space="0" w:color="auto"/>
          </w:divBdr>
        </w:div>
        <w:div w:id="1574973068">
          <w:marLeft w:val="0"/>
          <w:marRight w:val="0"/>
          <w:marTop w:val="0"/>
          <w:marBottom w:val="0"/>
          <w:divBdr>
            <w:top w:val="none" w:sz="0" w:space="0" w:color="auto"/>
            <w:left w:val="none" w:sz="0" w:space="0" w:color="auto"/>
            <w:bottom w:val="none" w:sz="0" w:space="0" w:color="auto"/>
            <w:right w:val="none" w:sz="0" w:space="0" w:color="auto"/>
          </w:divBdr>
        </w:div>
      </w:divsChild>
    </w:div>
    <w:div w:id="1865823864">
      <w:bodyDiv w:val="1"/>
      <w:marLeft w:val="0"/>
      <w:marRight w:val="0"/>
      <w:marTop w:val="0"/>
      <w:marBottom w:val="0"/>
      <w:divBdr>
        <w:top w:val="none" w:sz="0" w:space="0" w:color="auto"/>
        <w:left w:val="none" w:sz="0" w:space="0" w:color="auto"/>
        <w:bottom w:val="none" w:sz="0" w:space="0" w:color="auto"/>
        <w:right w:val="none" w:sz="0" w:space="0" w:color="auto"/>
      </w:divBdr>
    </w:div>
    <w:div w:id="1881240384">
      <w:bodyDiv w:val="1"/>
      <w:marLeft w:val="0"/>
      <w:marRight w:val="0"/>
      <w:marTop w:val="0"/>
      <w:marBottom w:val="0"/>
      <w:divBdr>
        <w:top w:val="none" w:sz="0" w:space="0" w:color="auto"/>
        <w:left w:val="none" w:sz="0" w:space="0" w:color="auto"/>
        <w:bottom w:val="none" w:sz="0" w:space="0" w:color="auto"/>
        <w:right w:val="none" w:sz="0" w:space="0" w:color="auto"/>
      </w:divBdr>
    </w:div>
    <w:div w:id="1890529927">
      <w:bodyDiv w:val="1"/>
      <w:marLeft w:val="0"/>
      <w:marRight w:val="0"/>
      <w:marTop w:val="0"/>
      <w:marBottom w:val="0"/>
      <w:divBdr>
        <w:top w:val="none" w:sz="0" w:space="0" w:color="auto"/>
        <w:left w:val="none" w:sz="0" w:space="0" w:color="auto"/>
        <w:bottom w:val="none" w:sz="0" w:space="0" w:color="auto"/>
        <w:right w:val="none" w:sz="0" w:space="0" w:color="auto"/>
      </w:divBdr>
    </w:div>
    <w:div w:id="1893927596">
      <w:bodyDiv w:val="1"/>
      <w:marLeft w:val="0"/>
      <w:marRight w:val="0"/>
      <w:marTop w:val="0"/>
      <w:marBottom w:val="0"/>
      <w:divBdr>
        <w:top w:val="none" w:sz="0" w:space="0" w:color="auto"/>
        <w:left w:val="none" w:sz="0" w:space="0" w:color="auto"/>
        <w:bottom w:val="none" w:sz="0" w:space="0" w:color="auto"/>
        <w:right w:val="none" w:sz="0" w:space="0" w:color="auto"/>
      </w:divBdr>
    </w:div>
    <w:div w:id="1926455093">
      <w:bodyDiv w:val="1"/>
      <w:marLeft w:val="0"/>
      <w:marRight w:val="0"/>
      <w:marTop w:val="0"/>
      <w:marBottom w:val="0"/>
      <w:divBdr>
        <w:top w:val="none" w:sz="0" w:space="0" w:color="auto"/>
        <w:left w:val="none" w:sz="0" w:space="0" w:color="auto"/>
        <w:bottom w:val="none" w:sz="0" w:space="0" w:color="auto"/>
        <w:right w:val="none" w:sz="0" w:space="0" w:color="auto"/>
      </w:divBdr>
    </w:div>
    <w:div w:id="1931623048">
      <w:bodyDiv w:val="1"/>
      <w:marLeft w:val="0"/>
      <w:marRight w:val="0"/>
      <w:marTop w:val="0"/>
      <w:marBottom w:val="0"/>
      <w:divBdr>
        <w:top w:val="none" w:sz="0" w:space="0" w:color="auto"/>
        <w:left w:val="none" w:sz="0" w:space="0" w:color="auto"/>
        <w:bottom w:val="none" w:sz="0" w:space="0" w:color="auto"/>
        <w:right w:val="none" w:sz="0" w:space="0" w:color="auto"/>
      </w:divBdr>
    </w:div>
    <w:div w:id="1943564907">
      <w:bodyDiv w:val="1"/>
      <w:marLeft w:val="0"/>
      <w:marRight w:val="0"/>
      <w:marTop w:val="0"/>
      <w:marBottom w:val="0"/>
      <w:divBdr>
        <w:top w:val="none" w:sz="0" w:space="0" w:color="auto"/>
        <w:left w:val="none" w:sz="0" w:space="0" w:color="auto"/>
        <w:bottom w:val="none" w:sz="0" w:space="0" w:color="auto"/>
        <w:right w:val="none" w:sz="0" w:space="0" w:color="auto"/>
      </w:divBdr>
      <w:divsChild>
        <w:div w:id="445739846">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605260251">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97023788">
                  <w:marLeft w:val="0"/>
                  <w:marRight w:val="0"/>
                  <w:marTop w:val="0"/>
                  <w:marBottom w:val="0"/>
                  <w:divBdr>
                    <w:top w:val="none" w:sz="0" w:space="0" w:color="auto"/>
                    <w:left w:val="none" w:sz="0" w:space="0" w:color="auto"/>
                    <w:bottom w:val="none" w:sz="0" w:space="0" w:color="auto"/>
                    <w:right w:val="none" w:sz="0" w:space="0" w:color="auto"/>
                  </w:divBdr>
                </w:div>
                <w:div w:id="118648550">
                  <w:marLeft w:val="0"/>
                  <w:marRight w:val="0"/>
                  <w:marTop w:val="0"/>
                  <w:marBottom w:val="0"/>
                  <w:divBdr>
                    <w:top w:val="none" w:sz="0" w:space="0" w:color="auto"/>
                    <w:left w:val="none" w:sz="0" w:space="0" w:color="auto"/>
                    <w:bottom w:val="none" w:sz="0" w:space="0" w:color="auto"/>
                    <w:right w:val="none" w:sz="0" w:space="0" w:color="auto"/>
                  </w:divBdr>
                </w:div>
                <w:div w:id="254098375">
                  <w:marLeft w:val="0"/>
                  <w:marRight w:val="0"/>
                  <w:marTop w:val="0"/>
                  <w:marBottom w:val="0"/>
                  <w:divBdr>
                    <w:top w:val="none" w:sz="0" w:space="0" w:color="auto"/>
                    <w:left w:val="none" w:sz="0" w:space="0" w:color="auto"/>
                    <w:bottom w:val="none" w:sz="0" w:space="0" w:color="auto"/>
                    <w:right w:val="none" w:sz="0" w:space="0" w:color="auto"/>
                  </w:divBdr>
                </w:div>
                <w:div w:id="598370316">
                  <w:marLeft w:val="0"/>
                  <w:marRight w:val="0"/>
                  <w:marTop w:val="0"/>
                  <w:marBottom w:val="0"/>
                  <w:divBdr>
                    <w:top w:val="none" w:sz="0" w:space="0" w:color="auto"/>
                    <w:left w:val="none" w:sz="0" w:space="0" w:color="auto"/>
                    <w:bottom w:val="none" w:sz="0" w:space="0" w:color="auto"/>
                    <w:right w:val="none" w:sz="0" w:space="0" w:color="auto"/>
                  </w:divBdr>
                </w:div>
                <w:div w:id="945845943">
                  <w:marLeft w:val="0"/>
                  <w:marRight w:val="0"/>
                  <w:marTop w:val="0"/>
                  <w:marBottom w:val="0"/>
                  <w:divBdr>
                    <w:top w:val="none" w:sz="0" w:space="0" w:color="auto"/>
                    <w:left w:val="none" w:sz="0" w:space="0" w:color="auto"/>
                    <w:bottom w:val="none" w:sz="0" w:space="0" w:color="auto"/>
                    <w:right w:val="none" w:sz="0" w:space="0" w:color="auto"/>
                  </w:divBdr>
                </w:div>
                <w:div w:id="1032072857">
                  <w:marLeft w:val="0"/>
                  <w:marRight w:val="0"/>
                  <w:marTop w:val="0"/>
                  <w:marBottom w:val="0"/>
                  <w:divBdr>
                    <w:top w:val="none" w:sz="0" w:space="0" w:color="auto"/>
                    <w:left w:val="none" w:sz="0" w:space="0" w:color="auto"/>
                    <w:bottom w:val="none" w:sz="0" w:space="0" w:color="auto"/>
                    <w:right w:val="none" w:sz="0" w:space="0" w:color="auto"/>
                  </w:divBdr>
                </w:div>
                <w:div w:id="1116169350">
                  <w:marLeft w:val="0"/>
                  <w:marRight w:val="0"/>
                  <w:marTop w:val="0"/>
                  <w:marBottom w:val="0"/>
                  <w:divBdr>
                    <w:top w:val="none" w:sz="0" w:space="0" w:color="auto"/>
                    <w:left w:val="none" w:sz="0" w:space="0" w:color="auto"/>
                    <w:bottom w:val="none" w:sz="0" w:space="0" w:color="auto"/>
                    <w:right w:val="none" w:sz="0" w:space="0" w:color="auto"/>
                  </w:divBdr>
                </w:div>
                <w:div w:id="1211575159">
                  <w:marLeft w:val="0"/>
                  <w:marRight w:val="0"/>
                  <w:marTop w:val="0"/>
                  <w:marBottom w:val="0"/>
                  <w:divBdr>
                    <w:top w:val="none" w:sz="0" w:space="0" w:color="auto"/>
                    <w:left w:val="none" w:sz="0" w:space="0" w:color="auto"/>
                    <w:bottom w:val="none" w:sz="0" w:space="0" w:color="auto"/>
                    <w:right w:val="none" w:sz="0" w:space="0" w:color="auto"/>
                  </w:divBdr>
                </w:div>
                <w:div w:id="214230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735818">
      <w:bodyDiv w:val="1"/>
      <w:marLeft w:val="0"/>
      <w:marRight w:val="0"/>
      <w:marTop w:val="0"/>
      <w:marBottom w:val="0"/>
      <w:divBdr>
        <w:top w:val="none" w:sz="0" w:space="0" w:color="auto"/>
        <w:left w:val="none" w:sz="0" w:space="0" w:color="auto"/>
        <w:bottom w:val="none" w:sz="0" w:space="0" w:color="auto"/>
        <w:right w:val="none" w:sz="0" w:space="0" w:color="auto"/>
      </w:divBdr>
      <w:divsChild>
        <w:div w:id="2133749197">
          <w:marLeft w:val="0"/>
          <w:marRight w:val="0"/>
          <w:marTop w:val="0"/>
          <w:marBottom w:val="0"/>
          <w:divBdr>
            <w:top w:val="none" w:sz="0" w:space="0" w:color="auto"/>
            <w:left w:val="none" w:sz="0" w:space="0" w:color="auto"/>
            <w:bottom w:val="none" w:sz="0" w:space="0" w:color="auto"/>
            <w:right w:val="none" w:sz="0" w:space="0" w:color="auto"/>
          </w:divBdr>
        </w:div>
      </w:divsChild>
    </w:div>
    <w:div w:id="1959019214">
      <w:bodyDiv w:val="1"/>
      <w:marLeft w:val="0"/>
      <w:marRight w:val="0"/>
      <w:marTop w:val="0"/>
      <w:marBottom w:val="0"/>
      <w:divBdr>
        <w:top w:val="none" w:sz="0" w:space="0" w:color="auto"/>
        <w:left w:val="none" w:sz="0" w:space="0" w:color="auto"/>
        <w:bottom w:val="none" w:sz="0" w:space="0" w:color="auto"/>
        <w:right w:val="none" w:sz="0" w:space="0" w:color="auto"/>
      </w:divBdr>
    </w:div>
    <w:div w:id="1968585127">
      <w:bodyDiv w:val="1"/>
      <w:marLeft w:val="0"/>
      <w:marRight w:val="0"/>
      <w:marTop w:val="0"/>
      <w:marBottom w:val="0"/>
      <w:divBdr>
        <w:top w:val="none" w:sz="0" w:space="0" w:color="auto"/>
        <w:left w:val="none" w:sz="0" w:space="0" w:color="auto"/>
        <w:bottom w:val="none" w:sz="0" w:space="0" w:color="auto"/>
        <w:right w:val="none" w:sz="0" w:space="0" w:color="auto"/>
      </w:divBdr>
    </w:div>
    <w:div w:id="2003660816">
      <w:bodyDiv w:val="1"/>
      <w:marLeft w:val="0"/>
      <w:marRight w:val="0"/>
      <w:marTop w:val="0"/>
      <w:marBottom w:val="0"/>
      <w:divBdr>
        <w:top w:val="none" w:sz="0" w:space="0" w:color="auto"/>
        <w:left w:val="none" w:sz="0" w:space="0" w:color="auto"/>
        <w:bottom w:val="none" w:sz="0" w:space="0" w:color="auto"/>
        <w:right w:val="none" w:sz="0" w:space="0" w:color="auto"/>
      </w:divBdr>
    </w:div>
    <w:div w:id="2045209523">
      <w:bodyDiv w:val="1"/>
      <w:marLeft w:val="0"/>
      <w:marRight w:val="0"/>
      <w:marTop w:val="0"/>
      <w:marBottom w:val="0"/>
      <w:divBdr>
        <w:top w:val="none" w:sz="0" w:space="0" w:color="auto"/>
        <w:left w:val="none" w:sz="0" w:space="0" w:color="auto"/>
        <w:bottom w:val="none" w:sz="0" w:space="0" w:color="auto"/>
        <w:right w:val="none" w:sz="0" w:space="0" w:color="auto"/>
      </w:divBdr>
    </w:div>
    <w:div w:id="2063676931">
      <w:bodyDiv w:val="1"/>
      <w:marLeft w:val="0"/>
      <w:marRight w:val="0"/>
      <w:marTop w:val="0"/>
      <w:marBottom w:val="0"/>
      <w:divBdr>
        <w:top w:val="none" w:sz="0" w:space="0" w:color="auto"/>
        <w:left w:val="none" w:sz="0" w:space="0" w:color="auto"/>
        <w:bottom w:val="none" w:sz="0" w:space="0" w:color="auto"/>
        <w:right w:val="none" w:sz="0" w:space="0" w:color="auto"/>
      </w:divBdr>
      <w:divsChild>
        <w:div w:id="657268658">
          <w:marLeft w:val="0"/>
          <w:marRight w:val="0"/>
          <w:marTop w:val="60"/>
          <w:marBottom w:val="60"/>
          <w:divBdr>
            <w:top w:val="none" w:sz="0" w:space="0" w:color="auto"/>
            <w:left w:val="none" w:sz="0" w:space="0" w:color="auto"/>
            <w:bottom w:val="none" w:sz="0" w:space="0" w:color="auto"/>
            <w:right w:val="none" w:sz="0" w:space="0" w:color="auto"/>
          </w:divBdr>
        </w:div>
      </w:divsChild>
    </w:div>
    <w:div w:id="2100327027">
      <w:bodyDiv w:val="1"/>
      <w:marLeft w:val="0"/>
      <w:marRight w:val="0"/>
      <w:marTop w:val="0"/>
      <w:marBottom w:val="0"/>
      <w:divBdr>
        <w:top w:val="none" w:sz="0" w:space="0" w:color="auto"/>
        <w:left w:val="none" w:sz="0" w:space="0" w:color="auto"/>
        <w:bottom w:val="none" w:sz="0" w:space="0" w:color="auto"/>
        <w:right w:val="none" w:sz="0" w:space="0" w:color="auto"/>
      </w:divBdr>
    </w:div>
    <w:div w:id="2128616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image" Target="media/image16.tiff"/><Relationship Id="rId39" Type="http://schemas.openxmlformats.org/officeDocument/2006/relationships/footer" Target="footer1.xml"/><Relationship Id="rId21" Type="http://schemas.openxmlformats.org/officeDocument/2006/relationships/image" Target="media/image11.png"/><Relationship Id="rId34" Type="http://schemas.openxmlformats.org/officeDocument/2006/relationships/image" Target="media/image24.tiff"/><Relationship Id="rId42" Type="http://schemas.openxmlformats.org/officeDocument/2006/relationships/hyperlink" Target="https://stat.gov.pl/obszary-tematyczne/ludnosc/prognoza-ludnosci/prognoza-ludnosci-na-lata-2023-2060,11,1.html" TargetMode="External"/><Relationship Id="rId47" Type="http://schemas.openxmlformats.org/officeDocument/2006/relationships/image" Target="media/image31.tiff"/><Relationship Id="rId50" Type="http://schemas.openxmlformats.org/officeDocument/2006/relationships/image" Target="media/image34.tif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tiff"/><Relationship Id="rId11" Type="http://schemas.openxmlformats.org/officeDocument/2006/relationships/image" Target="media/image1.jpeg"/><Relationship Id="rId24" Type="http://schemas.openxmlformats.org/officeDocument/2006/relationships/image" Target="media/image14.tiff"/><Relationship Id="rId32" Type="http://schemas.openxmlformats.org/officeDocument/2006/relationships/image" Target="media/image22.tiff"/><Relationship Id="rId37" Type="http://schemas.openxmlformats.org/officeDocument/2006/relationships/header" Target="header1.xml"/><Relationship Id="rId40" Type="http://schemas.openxmlformats.org/officeDocument/2006/relationships/footer" Target="footer2.xml"/><Relationship Id="rId45" Type="http://schemas.openxmlformats.org/officeDocument/2006/relationships/image" Target="media/image29.tiff"/><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tiff"/><Relationship Id="rId31" Type="http://schemas.openxmlformats.org/officeDocument/2006/relationships/image" Target="media/image21.tiff"/><Relationship Id="rId44" Type="http://schemas.openxmlformats.org/officeDocument/2006/relationships/image" Target="media/image28.tiff"/><Relationship Id="rId52" Type="http://schemas.openxmlformats.org/officeDocument/2006/relationships/hyperlink" Target="https://github.com/CyfryzacjaAPP/wtyczka_qgis_app_2"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image" Target="media/image17.tiff"/><Relationship Id="rId30" Type="http://schemas.openxmlformats.org/officeDocument/2006/relationships/image" Target="media/image20.tiff"/><Relationship Id="rId35" Type="http://schemas.openxmlformats.org/officeDocument/2006/relationships/image" Target="media/image25.jpeg"/><Relationship Id="rId43" Type="http://schemas.openxmlformats.org/officeDocument/2006/relationships/image" Target="media/image27.tiff"/><Relationship Id="rId48" Type="http://schemas.openxmlformats.org/officeDocument/2006/relationships/image" Target="media/image32.tiff"/><Relationship Id="rId8" Type="http://schemas.openxmlformats.org/officeDocument/2006/relationships/webSettings" Target="webSettings.xml"/><Relationship Id="rId51" Type="http://schemas.openxmlformats.org/officeDocument/2006/relationships/image" Target="media/image35.tiff"/><Relationship Id="rId3" Type="http://schemas.openxmlformats.org/officeDocument/2006/relationships/customXml" Target="../customXml/item3.xm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image" Target="media/image15.tiff"/><Relationship Id="rId33" Type="http://schemas.openxmlformats.org/officeDocument/2006/relationships/image" Target="media/image23.tiff"/><Relationship Id="rId38" Type="http://schemas.openxmlformats.org/officeDocument/2006/relationships/header" Target="header2.xml"/><Relationship Id="rId46" Type="http://schemas.openxmlformats.org/officeDocument/2006/relationships/image" Target="media/image30.tiff"/><Relationship Id="rId20" Type="http://schemas.openxmlformats.org/officeDocument/2006/relationships/image" Target="media/image10.jpeg"/><Relationship Id="rId41" Type="http://schemas.openxmlformats.org/officeDocument/2006/relationships/hyperlink" Target="https://bdl.stat.gov.pl/bdl/start"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tiff"/><Relationship Id="rId23" Type="http://schemas.openxmlformats.org/officeDocument/2006/relationships/image" Target="media/image13.tiff"/><Relationship Id="rId28" Type="http://schemas.openxmlformats.org/officeDocument/2006/relationships/image" Target="media/image18.tiff"/><Relationship Id="rId36" Type="http://schemas.openxmlformats.org/officeDocument/2006/relationships/image" Target="media/image26.jpeg"/><Relationship Id="rId49" Type="http://schemas.openxmlformats.org/officeDocument/2006/relationships/image" Target="media/image33.tif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 ma:contentTypeID="0x010100A6BF1143C55E934DACB89D4135AA5C77" ma:contentTypeVersion="14" ma:contentTypeDescription="Utwórz nowy dokument." ma:contentTypeScope="" ma:versionID="5c87e3102b2b6747d5d3d3032c3987c9">
  <xsd:schema xmlns:xsd="http://www.w3.org/2001/XMLSchema" xmlns:xs="http://www.w3.org/2001/XMLSchema" xmlns:p="http://schemas.microsoft.com/office/2006/metadata/properties" xmlns:ns2="623e0f38-6fc9-4402-8e14-3ce5cbbb24f1" xmlns:ns3="e26da336-088d-41d8-a6c5-93555b06ac28" targetNamespace="http://schemas.microsoft.com/office/2006/metadata/properties" ma:root="true" ma:fieldsID="26f46dcec800275ccb58644d1a9b59e3" ns2:_="" ns3:_="">
    <xsd:import namespace="623e0f38-6fc9-4402-8e14-3ce5cbbb24f1"/>
    <xsd:import namespace="e26da336-088d-41d8-a6c5-93555b06ac28"/>
    <xsd:element name="properties">
      <xsd:complexType>
        <xsd:sequence>
          <xsd:element name="documentManagement">
            <xsd:complexType>
              <xsd:all>
                <xsd:element ref="ns2:info" minOccurs="0"/>
                <xsd:element ref="ns3:SharedWithUsers" minOccurs="0"/>
                <xsd:element ref="ns3:SharedWithDetails" minOccurs="0"/>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3e0f38-6fc9-4402-8e14-3ce5cbbb24f1" elementFormDefault="qualified">
    <xsd:import namespace="http://schemas.microsoft.com/office/2006/documentManagement/types"/>
    <xsd:import namespace="http://schemas.microsoft.com/office/infopath/2007/PartnerControls"/>
    <xsd:element name="info" ma:index="8" nillable="true" ma:displayName="info" ma:format="Dropdown" ma:internalName="info">
      <xsd:simpleType>
        <xsd:restriction base="dms:Note">
          <xsd:maxLength value="255"/>
        </xsd:restriction>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lcf76f155ced4ddcb4097134ff3c332f" ma:index="16" nillable="true" ma:taxonomy="true" ma:internalName="lcf76f155ced4ddcb4097134ff3c332f" ma:taxonomyFieldName="MediaServiceImageTags" ma:displayName="Tagi obrazów" ma:readOnly="false" ma:fieldId="{5cf76f15-5ced-4ddc-b409-7134ff3c332f}" ma:taxonomyMulti="true" ma:sspId="6ae1237e-3a6c-497e-9afa-080665e8ec14" ma:termSetId="09814cd3-568e-fe90-9814-8d621ff8fb84" ma:anchorId="fba54fb3-c3e1-fe81-a776-ca4b69148c4d" ma:open="true" ma:isKeyword="false">
      <xsd:complexType>
        <xsd:sequence>
          <xsd:element ref="pc:Terms" minOccurs="0" maxOccurs="1"/>
        </xsd:sequence>
      </xsd:complex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26da336-088d-41d8-a6c5-93555b06ac28" elementFormDefault="qualified">
    <xsd:import namespace="http://schemas.microsoft.com/office/2006/documentManagement/types"/>
    <xsd:import namespace="http://schemas.microsoft.com/office/infopath/2007/PartnerControls"/>
    <xsd:element name="SharedWithUsers" ma:index="9"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Udostępnione dla — szczegóły" ma:internalName="SharedWithDetails" ma:readOnly="true">
      <xsd:simpleType>
        <xsd:restriction base="dms:Note">
          <xsd:maxLength value="255"/>
        </xsd:restriction>
      </xsd:simpleType>
    </xsd:element>
    <xsd:element name="TaxCatchAll" ma:index="17" nillable="true" ma:displayName="Taxonomy Catch All Column" ma:hidden="true" ma:list="{7312858f-e03e-4868-8f87-22a8e32b2d33}" ma:internalName="TaxCatchAll" ma:showField="CatchAllData" ma:web="e26da336-088d-41d8-a6c5-93555b06ac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23e0f38-6fc9-4402-8e14-3ce5cbbb24f1">
      <Terms xmlns="http://schemas.microsoft.com/office/infopath/2007/PartnerControls"/>
    </lcf76f155ced4ddcb4097134ff3c332f>
    <TaxCatchAll xmlns="e26da336-088d-41d8-a6c5-93555b06ac28" xsi:nil="true"/>
    <info xmlns="623e0f38-6fc9-4402-8e14-3ce5cbbb24f1" xsi:nil="true"/>
  </documentManagement>
</p:properties>
</file>

<file path=customXml/itemProps1.xml><?xml version="1.0" encoding="utf-8"?>
<ds:datastoreItem xmlns:ds="http://schemas.openxmlformats.org/officeDocument/2006/customXml" ds:itemID="{21662B65-BABC-4CF9-A221-ED2E62836C12}">
  <ds:schemaRefs>
    <ds:schemaRef ds:uri="http://schemas.microsoft.com/sharepoint/v3/contenttype/forms"/>
  </ds:schemaRefs>
</ds:datastoreItem>
</file>

<file path=customXml/itemProps2.xml><?xml version="1.0" encoding="utf-8"?>
<ds:datastoreItem xmlns:ds="http://schemas.openxmlformats.org/officeDocument/2006/customXml" ds:itemID="{080A5E38-28B4-4C2B-9844-A5221605E6A4}">
  <ds:schemaRefs>
    <ds:schemaRef ds:uri="http://schemas.openxmlformats.org/officeDocument/2006/bibliography"/>
  </ds:schemaRefs>
</ds:datastoreItem>
</file>

<file path=customXml/itemProps3.xml><?xml version="1.0" encoding="utf-8"?>
<ds:datastoreItem xmlns:ds="http://schemas.openxmlformats.org/officeDocument/2006/customXml" ds:itemID="{1E18FEF7-7A5C-48FC-A977-665F52E8D6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3e0f38-6fc9-4402-8e14-3ce5cbbb24f1"/>
    <ds:schemaRef ds:uri="e26da336-088d-41d8-a6c5-93555b06ac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9EC0B9A-5DBD-448A-8AE5-D984D81CC741}">
  <ds:schemaRefs>
    <ds:schemaRef ds:uri="http://www.w3.org/XML/1998/namespace"/>
    <ds:schemaRef ds:uri="http://schemas.microsoft.com/office/2006/documentManagement/types"/>
    <ds:schemaRef ds:uri="http://purl.org/dc/dcmitype/"/>
    <ds:schemaRef ds:uri="http://schemas.microsoft.com/office/2006/metadata/properties"/>
    <ds:schemaRef ds:uri="http://purl.org/dc/elements/1.1/"/>
    <ds:schemaRef ds:uri="http://schemas.openxmlformats.org/package/2006/metadata/core-properties"/>
    <ds:schemaRef ds:uri="http://schemas.microsoft.com/office/infopath/2007/PartnerControls"/>
    <ds:schemaRef ds:uri="e26da336-088d-41d8-a6c5-93555b06ac28"/>
    <ds:schemaRef ds:uri="623e0f38-6fc9-4402-8e14-3ce5cbbb24f1"/>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Normal.dotm</Template>
  <TotalTime>17524</TotalTime>
  <Pages>88</Pages>
  <Words>30797</Words>
  <Characters>197861</Characters>
  <Application>Microsoft Office Word</Application>
  <DocSecurity>0</DocSecurity>
  <Lines>1648</Lines>
  <Paragraphs>456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228202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Patrycja</dc:creator>
  <cp:keywords/>
  <dc:description/>
  <cp:lastModifiedBy>Artur Bogacz</cp:lastModifiedBy>
  <cp:revision>2624</cp:revision>
  <cp:lastPrinted>2026-01-02T16:53:00Z</cp:lastPrinted>
  <dcterms:created xsi:type="dcterms:W3CDTF">2024-11-23T16:25:00Z</dcterms:created>
  <dcterms:modified xsi:type="dcterms:W3CDTF">2026-01-02T16:54:00Z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0x010100A6BF1143C55E934DACB89D4135AA5C77</vt:lpwstr>
  </property>
  <property fmtid="{D5CDD505-2E9C-101B-9397-08002B2CF9AE}" pid="3" name="MediaServiceImageTags">
    <vt:lpwstr/>
  </property>
</Properties>
</file>